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3"/>
        <w:jc w:val="center"/>
      </w:pPr>
      <w:r>
        <w:rPr>
          <w:rFonts w:ascii="Times New Roman" w:hAnsi="Times New Roman" w:eastAsia="Noto Serif SC" w:cs="Amiri"/>
          <w:lang w:val="zh-CN" w:eastAsia="zh-CN" w:bidi="ar-SA"/>
          <w:color w:val="000000"/>
          <w:rtl w:val="0"/>
        </w:rPr>
        <w:t>摘自《光明论集》</w:t>
      </w:r>
    </w:p>
    <w:p>
      <w:pPr>
        <w:pStyle w:val="Title"/>
        <w:jc w:val="center"/>
      </w:pPr>
      <w:r>
        <w:rPr>
          <w:rFonts w:ascii="Times New Roman" w:hAnsi="Times New Roman" w:eastAsia="Noto Serif SC" w:cs="Amiri"/>
          <w:lang w:val="zh-CN" w:eastAsia="zh-CN" w:bidi="ar-SA"/>
          <w:color w:val="000000"/>
          <w:rtl w:val="0"/>
        </w:rPr>
        <w:t>《闪光集》</w:t>
      </w:r>
    </w:p>
    <w:p>
      <w:pPr>
        <w:pStyle w:val="Heading3"/>
        <w:jc w:val="center"/>
      </w:pPr>
      <w:r>
        <w:rPr>
          <w:rFonts w:ascii="Times New Roman" w:hAnsi="Times New Roman" w:eastAsia="Noto Serif SC" w:cs="Amiri"/>
          <w:lang w:val="zh-CN" w:eastAsia="zh-CN" w:bidi="ar-SA"/>
          <w:color w:val="000000"/>
          <w:rtl w:val="0"/>
        </w:rPr>
        <w:t>作者</w:t>
      </w:r>
    </w:p>
    <w:p>
      <w:pPr>
        <w:pStyle w:val="Heading3"/>
        <w:jc w:val="center"/>
      </w:pPr>
      <w:r>
        <w:rPr>
          <w:rFonts w:ascii="Times New Roman" w:hAnsi="Times New Roman" w:eastAsia="Noto Serif SC" w:cs="Amiri"/>
          <w:lang w:val="zh-CN" w:eastAsia="zh-CN" w:bidi="ar-SA"/>
          <w:color w:val="000000"/>
          <w:rtl w:val="0"/>
        </w:rPr>
        <w:t>贝迪乌扎曼·赛义德·努尔西</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（奉Allah——祂是无伴无匹、无始无终，万有的存在皆仰赖祂而祂不仰赖任何事物的唯一绝对创造者——之名，依凭祂而行；祂是慈悯普及万物者，也是至慈者） </w:t>
      </w:r>
      <w:r>
        <w:rPr>
          <w:rFonts w:ascii="Amiri" w:hAnsi="Amiri" w:eastAsia="Amiri" w:cs="Amiri"/>
          <w:lang w:val="zh-CN" w:eastAsia="zh-CN" w:bidi="ar-SA"/>
          <w:rtl w:val="1"/>
          <w:cs w:val="1"/>
          <w:color w:val="000000"/>
          <w:sz w:val="24"/>
          <w:szCs w:val="24"/>
        </w:rPr>
        <w:t>ﻓَﻨَﺎﺩٰﻯ ﻓِﻰ ﺍﻟﻈُّﻠُﻤَﺎﺕِ ﺍَﻥْ لَٓا ﺍِﻟٰﻪَ اِلَّٓا ﺍَﻧْﺖَ ﺳُﺒْﺤَﺎﻧَﻚَ ﺍِﻧّ۪ﻰ ﻛُﻨْﺖُ ﻣِﻦَ ﺍﻟﻈَّﺎﻟِﻤ۪ﻴﻦَ</w:t>
      </w:r>
      <w:r>
        <w:rPr>
          <w:rFonts w:ascii="Times New Roman" w:hAnsi="Times New Roman" w:eastAsia="Noto Serif SC" w:cs="Amiri"/>
          <w:lang w:val="zh-CN" w:eastAsia="zh-CN" w:bidi="ar-SA"/>
          <w:color w:val="000000"/>
          <w:rtl w:val="0"/>
        </w:rPr>
        <w:t xml:space="preserve">（他在重重黑暗中呼求：“除祢之外，绝无应受崇拜者；赞颂祢超绝一切缺欠；我确已亏负自己，成为不义者之一”） </w:t>
      </w:r>
      <w:r>
        <w:rPr>
          <w:rFonts w:ascii="Amiri" w:hAnsi="Amiri" w:eastAsia="Amiri" w:cs="Amiri"/>
          <w:lang w:val="zh-CN" w:eastAsia="zh-CN" w:bidi="ar-SA"/>
          <w:rtl w:val="1"/>
          <w:cs w:val="1"/>
          <w:color w:val="000000"/>
          <w:sz w:val="24"/>
          <w:szCs w:val="24"/>
        </w:rPr>
        <w:t>٭ ﺍِﺫْ ﻧَﺎﺩٰﻯ ﺭَﺑَّﻪُٓ ﺍَﻧّ۪ﻰ ﻣَﺴَّﻨِﻰَ ﺍﻟﻀُّﺮُّ ﻭَﺍَﻧْﺖَ ﺍَﺭْﺣَﻢُ ﺍﻟﺮَّﺍﺣِﻤ۪ﻴﻦَ</w:t>
      </w:r>
      <w:r>
        <w:rPr>
          <w:rFonts w:ascii="Times New Roman" w:hAnsi="Times New Roman" w:eastAsia="Noto Serif SC" w:cs="Amiri"/>
          <w:lang w:val="zh-CN" w:eastAsia="zh-CN" w:bidi="ar-SA"/>
          <w:color w:val="000000"/>
          <w:rtl w:val="0"/>
        </w:rPr>
        <w:t xml:space="preserve">（当时，他呼求他的养育并主宰者：“苦痛确已触及我，而祢是最慈悯的，慈悯无出其右”） </w:t>
      </w:r>
      <w:r>
        <w:rPr>
          <w:rFonts w:ascii="Amiri" w:hAnsi="Amiri" w:eastAsia="Amiri" w:cs="Amiri"/>
          <w:lang w:val="zh-CN" w:eastAsia="zh-CN" w:bidi="ar-SA"/>
          <w:rtl w:val="1"/>
          <w:cs w:val="1"/>
          <w:color w:val="000000"/>
          <w:sz w:val="24"/>
          <w:szCs w:val="24"/>
        </w:rPr>
        <w:t>٭ ﻓَﺎِﻥْ ﺗَﻮَﻟَّﻮْﺍ ﻓَﻘُﻞْ ﺣَﺴْﺒِﻰَ ﺍﻟﻠّٰﻪُ لَٓا ﺍِﻟٰﻪَ اِلَّا ﻫُﻮَ ﻋَﻠَﻴْﻪِ ﺗَﻮَﻛَّﻠْﺖُ ﻭَﻫُﻮَ ﺭَﺏُّ ﺍﻟْﻌَﺮْﺵِ ﺍﻟْﻌَﻈ۪ﻴﻢِ</w:t>
      </w:r>
      <w:r>
        <w:rPr>
          <w:rFonts w:ascii="Times New Roman" w:hAnsi="Times New Roman" w:eastAsia="Noto Serif SC" w:cs="Amiri"/>
          <w:lang w:val="zh-CN" w:eastAsia="zh-CN" w:bidi="ar-SA"/>
          <w:color w:val="000000"/>
          <w:rtl w:val="0"/>
        </w:rPr>
        <w:t xml:space="preserve">（倘若他们背弃而去，你就说：“Allah已使我满足；除祂之外，绝无应受崇拜者；我只托靠祂；祂是至高伟大宝座的养育并主宰者”） </w:t>
      </w:r>
      <w:r>
        <w:rPr>
          <w:rFonts w:ascii="Amiri" w:hAnsi="Amiri" w:eastAsia="Amiri" w:cs="Amiri"/>
          <w:lang w:val="zh-CN" w:eastAsia="zh-CN" w:bidi="ar-SA"/>
          <w:rtl w:val="1"/>
          <w:cs w:val="1"/>
          <w:color w:val="000000"/>
          <w:sz w:val="24"/>
          <w:szCs w:val="24"/>
        </w:rPr>
        <w:t>٭ ﺣَﺴْﺒُﻨَﺎ ﺍﻟﻠّٰﻪُ ﻭَﻧِﻌْﻢَ ﺍﻟْﻮَﻛ۪ﻴﻞُ</w:t>
      </w:r>
      <w:r>
        <w:rPr>
          <w:rFonts w:ascii="Times New Roman" w:hAnsi="Times New Roman" w:eastAsia="Noto Serif SC" w:cs="Amiri"/>
          <w:lang w:val="zh-CN" w:eastAsia="zh-CN" w:bidi="ar-SA"/>
          <w:color w:val="000000"/>
          <w:rtl w:val="0"/>
        </w:rPr>
        <w:t xml:space="preserve">（Allah已使我们满足；祂是最美好的受托者，把一切事务交付祂，最为美好） </w:t>
      </w:r>
      <w:r>
        <w:rPr>
          <w:rFonts w:ascii="Amiri" w:hAnsi="Amiri" w:eastAsia="Amiri" w:cs="Amiri"/>
          <w:lang w:val="zh-CN" w:eastAsia="zh-CN" w:bidi="ar-SA"/>
          <w:rtl w:val="1"/>
          <w:cs w:val="1"/>
          <w:color w:val="000000"/>
          <w:sz w:val="24"/>
          <w:szCs w:val="24"/>
        </w:rPr>
        <w:t>٭ لَا ﺣَﻮْﻝَ وَلَا ﻗُﻮَّﺓَ اِلَّا ﺑِﺎﻟﻠّٰﻪِ ﺍﻟْﻌَﻠِﻰِّ ﺍﻟْﻌَﻈ۪ﻴﻢِ</w:t>
      </w:r>
      <w:r>
        <w:rPr>
          <w:rFonts w:ascii="Times New Roman" w:hAnsi="Times New Roman" w:eastAsia="Noto Serif SC" w:cs="Amiri"/>
          <w:lang w:val="zh-CN" w:eastAsia="zh-CN" w:bidi="ar-SA"/>
          <w:color w:val="000000"/>
          <w:rtl w:val="0"/>
        </w:rPr>
        <w:t xml:space="preserve">（没有任何转圜之力，也没有任何行动之能，唯凭至高而伟大的Allah方能获得） </w:t>
      </w:r>
      <w:r>
        <w:rPr>
          <w:rFonts w:ascii="Amiri" w:hAnsi="Amiri" w:eastAsia="Amiri" w:cs="Amiri"/>
          <w:lang w:val="zh-CN" w:eastAsia="zh-CN" w:bidi="ar-SA"/>
          <w:rtl w:val="1"/>
          <w:cs w:val="1"/>
          <w:color w:val="000000"/>
          <w:sz w:val="24"/>
          <w:szCs w:val="24"/>
        </w:rPr>
        <w:t>٭ ﻳَﺎ ﺑَﺎﻗ۪ﻰ ﺍَﻧْﺖَ ﺍﻟْﺒَﺎﻗ۪ﻰ</w:t>
      </w:r>
      <w:r>
        <w:rPr>
          <w:rFonts w:ascii="Times New Roman" w:hAnsi="Times New Roman" w:eastAsia="Noto Serif SC" w:cs="Amiri"/>
          <w:lang w:val="zh-CN" w:eastAsia="zh-CN" w:bidi="ar-SA"/>
          <w:color w:val="000000"/>
          <w:rtl w:val="0"/>
        </w:rPr>
        <w:t xml:space="preserve">（永存者啊！唯祢才是永存者） </w:t>
      </w:r>
      <w:r>
        <w:rPr>
          <w:rFonts w:ascii="Amiri" w:hAnsi="Amiri" w:eastAsia="Amiri" w:cs="Amiri"/>
          <w:lang w:val="zh-CN" w:eastAsia="zh-CN" w:bidi="ar-SA"/>
          <w:rtl w:val="1"/>
          <w:cs w:val="1"/>
          <w:color w:val="000000"/>
          <w:sz w:val="24"/>
          <w:szCs w:val="24"/>
        </w:rPr>
        <w:t>٭ ﻳَﺎ ﺑَﺎﻗ۪ﻰ ﺍَﻧْﺖَ ﺍﻟْﺒَﺎﻗ۪ﻰ</w:t>
      </w:r>
      <w:r>
        <w:rPr>
          <w:rFonts w:ascii="Times New Roman" w:hAnsi="Times New Roman" w:eastAsia="Noto Serif SC" w:cs="Amiri"/>
          <w:lang w:val="zh-CN" w:eastAsia="zh-CN" w:bidi="ar-SA"/>
          <w:color w:val="000000"/>
          <w:rtl w:val="0"/>
        </w:rPr>
        <w:t xml:space="preserve">（永存者啊！唯祢才是永存者） </w:t>
      </w:r>
      <w:r>
        <w:rPr>
          <w:rFonts w:ascii="Amiri" w:hAnsi="Amiri" w:eastAsia="Amiri" w:cs="Amiri"/>
          <w:lang w:val="zh-CN" w:eastAsia="zh-CN" w:bidi="ar-SA"/>
          <w:rtl w:val="1"/>
          <w:cs w:val="1"/>
          <w:color w:val="000000"/>
          <w:sz w:val="24"/>
          <w:szCs w:val="24"/>
        </w:rPr>
        <w:t>٭ ﻟِﻠَّﺬ۪ﻳﻦَ ﺍٰﻣَﻨُﻮﺍ ﻫُﺪًﻯ ﻭَ ﺷِﻔَٓﺎﺀٌ</w:t>
      </w:r>
      <w:r>
        <w:rPr>
          <w:rFonts w:ascii="Times New Roman" w:hAnsi="Times New Roman" w:eastAsia="Noto Serif SC" w:cs="Amiri"/>
          <w:lang w:val="zh-CN" w:eastAsia="zh-CN" w:bidi="ar-SA"/>
          <w:color w:val="000000"/>
          <w:rtl w:val="0"/>
        </w:rPr>
        <w:t>（对于信仰者，它是引导，也是医治） 这是《第三十一封书信》第一部分中的六篇闪光。前述这些神圣言辞，时时诵读、尤其在昏礼与宵礼之间各诵读三十三遍，极具美德；每篇闪光将展示它们众多光明中的一缕。</w:t>
      </w:r>
    </w:p>
    <w:p>
      <w:pPr>
        <w:pStyle w:val="Heading1"/>
        <w:pageBreakBefore/>
      </w:pPr>
      <w:r>
        <w:rPr>
          <w:rFonts w:ascii="Times New Roman" w:hAnsi="Times New Roman" w:eastAsia="Noto Serif SC" w:cs="Amiri"/>
          <w:lang w:val="zh-CN" w:eastAsia="zh-CN" w:bidi="ar-SA"/>
          <w:color w:val="000000"/>
          <w:rtl w:val="0"/>
        </w:rPr>
        <w:t>第一篇闪光</w:t>
      </w:r>
    </w:p>
    <w:p>
      <w:r>
        <w:rPr>
          <w:rFonts w:ascii="Times New Roman" w:hAnsi="Times New Roman" w:eastAsia="Noto Serif SC" w:cs="Amiri"/>
          <w:lang w:val="zh-CN" w:eastAsia="zh-CN" w:bidi="ar-SA"/>
          <w:color w:val="000000"/>
          <w:rtl w:val="0"/>
        </w:rPr>
        <w:t>尊贵的优努斯·本·马太</w:t>
      </w:r>
      <w:r>
        <w:rPr>
          <w:rFonts w:ascii="Amiri" w:hAnsi="Amiri" w:eastAsia="Amiri" w:cs="Amiri"/>
          <w:lang w:val="zh-CN" w:eastAsia="zh-CN" w:bidi="ar-SA"/>
          <w:rtl w:val="1"/>
          <w:cs w:val="1"/>
          <w:color w:val="000000"/>
          <w:sz w:val="24"/>
          <w:szCs w:val="24"/>
        </w:rPr>
        <w:t>عَلَى نَبِيِّنَا وَعَلَيْهِ الصَّلَاةُ وَالسَّلَامُ</w:t>
      </w:r>
      <w:r>
        <w:rPr>
          <w:rFonts w:ascii="Times New Roman" w:hAnsi="Times New Roman" w:eastAsia="Noto Serif SC" w:cs="Amiri"/>
          <w:lang w:val="zh-CN" w:eastAsia="zh-CN" w:bidi="ar-SA"/>
          <w:color w:val="000000"/>
          <w:rtl w:val="0"/>
        </w:rPr>
        <w:t>（愿Allah将尊荣、恩福与平安赐予我们的先知和他）的恳祷，是至为宏大的恳祷，也是使祈祷获得应允的最重要凭借。</w:t>
      </w:r>
    </w:p>
    <w:p>
      <w:r>
        <w:rPr>
          <w:rFonts w:ascii="Times New Roman" w:hAnsi="Times New Roman" w:eastAsia="Noto Serif SC" w:cs="Amiri"/>
          <w:lang w:val="zh-CN" w:eastAsia="zh-CN" w:bidi="ar-SA"/>
          <w:color w:val="000000"/>
          <w:rtl w:val="0"/>
        </w:rPr>
        <w:t>尊贵的优努斯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（愿Allah赐他平安）那段著名故事的概要是：他被抛入海中，一条大鱼将他吞下。大海波涛汹涌，黑夜骚动而黑暗，四面八方都已断绝希望。就在这境况中，</w:t>
      </w:r>
      <w:r>
        <w:rPr>
          <w:rFonts w:ascii="Amiri" w:hAnsi="Amiri" w:eastAsia="Amiri" w:cs="Amiri"/>
          <w:lang w:val="zh-CN" w:eastAsia="zh-CN" w:bidi="ar-SA"/>
          <w:rtl w:val="1"/>
          <w:cs w:val="1"/>
          <w:color w:val="000000"/>
          <w:sz w:val="24"/>
          <w:szCs w:val="24"/>
        </w:rPr>
        <w:t>لَٓا ﺍِﻟٰﻪَ اِلَّٓا ﺍَﻧْﺖَ ﺳُﺒْﺤَﺎﻧَﻚَ ﺍِﻧّ۪ﻰ ﻛُﻨْﺖُ ﻣِﻦَ ﺍﻟﻈَّﺎﻟِﻤ۪ﻴﻦَ</w:t>
      </w:r>
      <w:r>
        <w:rPr>
          <w:rFonts w:ascii="Times New Roman" w:hAnsi="Times New Roman" w:eastAsia="Noto Serif SC" w:cs="Amiri"/>
          <w:lang w:val="zh-CN" w:eastAsia="zh-CN" w:bidi="ar-SA"/>
          <w:color w:val="000000"/>
          <w:rtl w:val="0"/>
        </w:rPr>
        <w:t>（除祢之外，绝无应受崇拜者；赞颂祢超绝一切缺欠；我确已亏负自己，成为不义者之一）的恳祷，迅速成为他获救的媒介。</w:t>
      </w:r>
    </w:p>
    <w:p>
      <w:r>
        <w:rPr>
          <w:rFonts w:ascii="Times New Roman" w:hAnsi="Times New Roman" w:eastAsia="Noto Serif SC" w:cs="Amiri"/>
          <w:lang w:val="zh-CN" w:eastAsia="zh-CN" w:bidi="ar-SA"/>
          <w:color w:val="000000"/>
          <w:rtl w:val="0"/>
        </w:rPr>
        <w:t>这恳祷的至大奥义在于：在那种境况下，一切原因都全然失效了。因为，要拯救他，必须有这样一位：祂的号令既能达于大鱼，也能达于大海、黑夜和天空。黑夜、大海与大鱼已经联手与他为敌，唯有使这三者一同服从祂命令的那一位，才能把他带上平安的彼岸。即使全人类都做他的仆人和助手，也毫无益处。可见，诸因本身并没有效力。他以亲见般的确信看清，除使诸因生效者Allah之外，别无归依之处；于是，在每一事物中彰显的独一性之奥义，在认信Allah独一之光中展开，这恳祷顿时使黑夜、大海和大鱼都服从了命令。</w:t>
      </w:r>
    </w:p>
    <w:p>
      <w:r>
        <w:rPr>
          <w:rFonts w:ascii="Times New Roman" w:hAnsi="Times New Roman" w:eastAsia="Noto Serif SC" w:cs="Amiri"/>
          <w:lang w:val="zh-CN" w:eastAsia="zh-CN" w:bidi="ar-SA"/>
          <w:color w:val="000000"/>
          <w:rtl w:val="0"/>
        </w:rPr>
        <w:t>借那认信Allah独一之光，大鱼的腹腔成为一艘潜水船；在犹如山峦、震动翻腾的巨浪所构成的恐怖之中，大海也借那光成为一片安全的原野，成为漫游与游赏之地；又借那光，天空的容颜从乌云中被扫净，明月如灯，悬在他的头顶。那些从四面威胁、压迫他的受造物，在每一方面都向他显出友善的面容。直至他登上平安的彼岸，在葫芦树下，亲见了那份来自养育并主宰者Allah的恩泽。</w:t>
      </w:r>
    </w:p>
    <w:p>
      <w:r>
        <w:rPr>
          <w:rFonts w:ascii="Times New Roman" w:hAnsi="Times New Roman" w:eastAsia="Noto Serif SC" w:cs="Amiri"/>
          <w:lang w:val="zh-CN" w:eastAsia="zh-CN" w:bidi="ar-SA"/>
          <w:color w:val="000000"/>
          <w:rtl w:val="0"/>
        </w:rPr>
        <w:t>如今，我们所处的境况，比尊贵的优努斯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当初的第一种境况还要可怕百倍。我们的黑夜，就是未来。以疏忽遗忘的目光看来，我们的未来比他的黑夜还要黑暗、可怕百倍。我们的大海，就是这漂泊不定的地球。这大海的每一个浪头上，都有数以千计的尸骸，比他的大海可怕千倍。我们自我的私欲，就是我们的大鱼；它挤压着我们的永生，力图将其毁灭。这条大鱼比他的大鱼有害千倍。因为，他的大鱼毁灭的是百年生命；我们的大鱼，却力图毁灭长达一亿年的生命。</w:t>
      </w:r>
    </w:p>
    <w:p>
      <w:r>
        <w:rPr>
          <w:rFonts w:ascii="Times New Roman" w:hAnsi="Times New Roman" w:eastAsia="Noto Serif SC" w:cs="Amiri"/>
          <w:lang w:val="zh-CN" w:eastAsia="zh-CN" w:bidi="ar-SA"/>
          <w:color w:val="000000"/>
          <w:rtl w:val="0"/>
        </w:rPr>
        <w:t>既然我们的真实境况如此，我们也当效法尊贵的优努斯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（愿Allah赐他平安），把脸从一切原因转开，直接归依那位使诸因生效的养育并主宰者Allah，说：</w:t>
      </w:r>
      <w:r>
        <w:rPr>
          <w:rFonts w:ascii="Amiri" w:hAnsi="Amiri" w:eastAsia="Amiri" w:cs="Amiri"/>
          <w:lang w:val="zh-CN" w:eastAsia="zh-CN" w:bidi="ar-SA"/>
          <w:rtl w:val="1"/>
          <w:cs w:val="1"/>
          <w:color w:val="000000"/>
          <w:sz w:val="24"/>
          <w:szCs w:val="24"/>
        </w:rPr>
        <w:t>لَٓا ﺍِﻟٰﻪَ اِلَّٓا ﺍَﻧْﺖَ ﺳُﺒْﺤَﺎﻧَﻚَ ﺍِﻧّ۪ﻰ ﻛُﻨْﺖُ ﻣِﻦَ ﺍﻟﻈَّﺎﻟِﻤ۪ﻴﻦَ</w:t>
      </w:r>
      <w:r>
        <w:rPr>
          <w:rFonts w:ascii="Times New Roman" w:hAnsi="Times New Roman" w:eastAsia="Noto Serif SC" w:cs="Amiri"/>
          <w:lang w:val="zh-CN" w:eastAsia="zh-CN" w:bidi="ar-SA"/>
          <w:color w:val="000000"/>
          <w:rtl w:val="0"/>
        </w:rPr>
        <w:t>（除祢之外，绝无应受崇拜者；赞颂祢超绝一切缺欠；我确已亏负自己，成为不义者之一）。并且，我们当以亲见般的确信明白：未来、世界和自我的私欲，因我们的疏忽与迷误而联手与我们为敌；能够消除它们伤害的，唯有那一位——未来在祂的命令之下，世界在祂的统治之下，我们的自我也在祂的治理之下。</w:t>
      </w:r>
    </w:p>
    <w:p>
      <w:r>
        <w:rPr>
          <w:rFonts w:ascii="Times New Roman" w:hAnsi="Times New Roman" w:eastAsia="Noto Serif SC" w:cs="Amiri"/>
          <w:lang w:val="zh-CN" w:eastAsia="zh-CN" w:bidi="ar-SA"/>
          <w:color w:val="000000"/>
          <w:rtl w:val="0"/>
        </w:rPr>
        <w:t>除诸天与大地的创造者Allah之外，还能有哪一个原因，连我们心中最细微、最隐秘的思绪也能知晓，又能借创造后世来照亮我们的未来，并把我们从尘世那十万重令人窒息的浪涛中拯救出来？绝不如此。除本然必然存在者Allah之外，没有任何事物，在任何方面，未经祂的许可与意欲便能施救，也无法成为拯救者。</w:t>
      </w:r>
    </w:p>
    <w:p>
      <w:r>
        <w:rPr>
          <w:rFonts w:ascii="Times New Roman" w:hAnsi="Times New Roman" w:eastAsia="Noto Serif SC" w:cs="Amiri"/>
          <w:lang w:val="zh-CN" w:eastAsia="zh-CN" w:bidi="ar-SA"/>
          <w:color w:val="000000"/>
          <w:rtl w:val="0"/>
        </w:rPr>
        <w:t>既然实际真相如此，那么，正如尊贵的优努斯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（愿Allah赐他平安）因那恳祷的结果，大鱼成为他的坐骑、成为一艘潜水船，大海成为一片美丽原野，黑夜也成为月色宜人的美景；我们也当借那恳祷的奥义说：</w:t>
      </w:r>
      <w:r>
        <w:rPr>
          <w:rFonts w:ascii="Amiri" w:hAnsi="Amiri" w:eastAsia="Amiri" w:cs="Amiri"/>
          <w:lang w:val="zh-CN" w:eastAsia="zh-CN" w:bidi="ar-SA"/>
          <w:rtl w:val="1"/>
          <w:cs w:val="1"/>
          <w:color w:val="000000"/>
          <w:sz w:val="24"/>
          <w:szCs w:val="24"/>
        </w:rPr>
        <w:t>لَٓا ﺍِﻟٰﻪَ اِلَّٓا ﺍَﻧْﺖَ ﺳُﺒْﺤَﺎﻧَﻚَ ﺍِﻧّ۪ﻰ ﻛُﻨْﺖُ ﻣِﻦَ ﺍﻟﻈَّﺎﻟِﻤ۪ﻴﻦَ</w:t>
      </w:r>
      <w:r>
        <w:rPr>
          <w:rFonts w:ascii="Times New Roman" w:hAnsi="Times New Roman" w:eastAsia="Noto Serif SC" w:cs="Amiri"/>
          <w:lang w:val="zh-CN" w:eastAsia="zh-CN" w:bidi="ar-SA"/>
          <w:color w:val="000000"/>
          <w:rtl w:val="0"/>
        </w:rPr>
        <w:t>（除祢之外，绝无应受崇拜者；赞颂祢超绝一切缺欠；我确已亏负自己，成为不义者之一）。当以</w:t>
      </w:r>
      <w:r>
        <w:rPr>
          <w:rFonts w:ascii="Amiri" w:hAnsi="Amiri" w:eastAsia="Amiri" w:cs="Amiri"/>
          <w:lang w:val="zh-CN" w:eastAsia="zh-CN" w:bidi="ar-SA"/>
          <w:rtl w:val="1"/>
          <w:cs w:val="1"/>
          <w:color w:val="000000"/>
          <w:sz w:val="24"/>
          <w:szCs w:val="24"/>
        </w:rPr>
        <w:t>لَٓا ﺍِﻟٰﻪَ اِلَّٓا ﺍَﻧْﺖَ</w:t>
      </w:r>
      <w:r>
        <w:rPr>
          <w:rFonts w:ascii="Times New Roman" w:hAnsi="Times New Roman" w:eastAsia="Noto Serif SC" w:cs="Amiri"/>
          <w:lang w:val="zh-CN" w:eastAsia="zh-CN" w:bidi="ar-SA"/>
          <w:color w:val="000000"/>
          <w:rtl w:val="0"/>
        </w:rPr>
        <w:t>（除祢之外，绝无应受崇拜者）这一句为我们的未来，以</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（赞颂祢超绝一切缺欠）这一词为我们的世界，以</w:t>
      </w:r>
      <w:r>
        <w:rPr>
          <w:rFonts w:ascii="Amiri" w:hAnsi="Amiri" w:eastAsia="Amiri" w:cs="Amiri"/>
          <w:lang w:val="zh-CN" w:eastAsia="zh-CN" w:bidi="ar-SA"/>
          <w:rtl w:val="1"/>
          <w:cs w:val="1"/>
          <w:color w:val="000000"/>
          <w:sz w:val="24"/>
          <w:szCs w:val="24"/>
        </w:rPr>
        <w:t>ﺍِﻧّ۪ﻰ ﻛُﻨْﺖُ ﻣِﻦَ ﺍﻟﻈَّﺎﻟِﻤ۪ﻴﻦَ</w:t>
      </w:r>
      <w:r>
        <w:rPr>
          <w:rFonts w:ascii="Times New Roman" w:hAnsi="Times New Roman" w:eastAsia="Noto Serif SC" w:cs="Amiri"/>
          <w:lang w:val="zh-CN" w:eastAsia="zh-CN" w:bidi="ar-SA"/>
          <w:color w:val="000000"/>
          <w:rtl w:val="0"/>
        </w:rPr>
        <w:t>（我确已亏负自己，成为不义者之一）这一分句为我们的自我，引来祂慈悯的目光。</w:t>
      </w:r>
    </w:p>
    <w:p>
      <w:r>
        <w:rPr>
          <w:rFonts w:ascii="Times New Roman" w:hAnsi="Times New Roman" w:eastAsia="Noto Serif SC" w:cs="Amiri"/>
          <w:lang w:val="zh-CN" w:eastAsia="zh-CN" w:bidi="ar-SA"/>
          <w:color w:val="000000"/>
          <w:rtl w:val="0"/>
        </w:rPr>
        <w:t>如此，愿我们的未来借信仰之光与《古兰经》的月光得到照亮；愿我们那黑夜的恐惧与荒寒，转化为亲切与游赏之乐。</w:t>
      </w:r>
    </w:p>
    <w:p>
      <w:r>
        <w:rPr>
          <w:rFonts w:ascii="Times New Roman" w:hAnsi="Times New Roman" w:eastAsia="Noto Serif SC" w:cs="Amiri"/>
          <w:lang w:val="zh-CN" w:eastAsia="zh-CN" w:bidi="ar-SA"/>
          <w:color w:val="000000"/>
          <w:rtl w:val="0"/>
        </w:rPr>
        <w:t>我们的世界与大地，在死亡与生命不断交替的岁月、世纪与世代的浪涛上，载着无数尸骸，被抛入无有。我们当进入伊斯兰的真理；它在至睿《古兰经》的织机上织成，如同一艘精神之船。让我们安然航行于那大海之上，直至登上平安的彼岸，完成生命的职责。愿那大海的风暴与震动，如同电影银幕，不断更新游赏的景观；使鉴戒与思悟的目光愉悦，得到抚慰与光照，取代荒寒与恐惧。</w:t>
      </w:r>
    </w:p>
    <w:p>
      <w:r>
        <w:rPr>
          <w:rFonts w:ascii="Times New Roman" w:hAnsi="Times New Roman" w:eastAsia="Noto Serif SC" w:cs="Amiri"/>
          <w:lang w:val="zh-CN" w:eastAsia="zh-CN" w:bidi="ar-SA"/>
          <w:color w:val="000000"/>
          <w:rtl w:val="0"/>
        </w:rPr>
        <w:t>也愿借《古兰经》的这一奥义，借这辨别真伪者的教化，我们的自我不再骑乘我们，而成为我们的坐骑，让我们骑乘它，成为我们赢得永生的有力凭借。总括：</w:t>
      </w:r>
    </w:p>
    <w:p>
      <w:r>
        <w:rPr>
          <w:rFonts w:ascii="Times New Roman" w:hAnsi="Times New Roman" w:eastAsia="Noto Serif SC" w:cs="Amiri"/>
          <w:lang w:val="zh-CN" w:eastAsia="zh-CN" w:bidi="ar-SA"/>
          <w:color w:val="000000"/>
          <w:rtl w:val="0"/>
        </w:rPr>
        <w:t>人因其本质的包容完备，既会因疟疾而痛苦，也会因大地的震动与颤抖，以及宇宙在复起之时的至大震动而痛苦。正如他害怕显微镜下才见的微生物，也害怕从高天天体中出现的彗星。正如他爱自己的家，他也同样爱这广阔的世界。正如他爱自己的小花园，他也热切地爱着那无边而永存的乐园。</w:t>
      </w:r>
    </w:p>
    <w:p>
      <w:r>
        <w:rPr>
          <w:rFonts w:ascii="Times New Roman" w:hAnsi="Times New Roman" w:eastAsia="Noto Serif SC" w:cs="Amiri"/>
          <w:lang w:val="zh-CN" w:eastAsia="zh-CN" w:bidi="ar-SA"/>
          <w:color w:val="000000"/>
          <w:rtl w:val="0"/>
        </w:rPr>
        <w:t>当然，这样一个人的应受崇拜者、养育并主宰者、归依处、拯救者与终极所求，只能是那一位：整个宇宙都在祂的掌握与支配之中，微粒与行星也都服从祂的命令。这样的人，也必定时时需要像优努斯那样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（愿Allah赐他平安）说：</w:t>
      </w:r>
      <w:r>
        <w:rPr>
          <w:rFonts w:ascii="Amiri" w:hAnsi="Amiri" w:eastAsia="Amiri" w:cs="Amiri"/>
          <w:lang w:val="zh-CN" w:eastAsia="zh-CN" w:bidi="ar-SA"/>
          <w:rtl w:val="1"/>
          <w:cs w:val="1"/>
          <w:color w:val="000000"/>
          <w:sz w:val="24"/>
          <w:szCs w:val="24"/>
        </w:rPr>
        <w:t>لَٓا ﺍِﻟٰﻪَ اِلَّٓا ﺍَﻧْﺖَ ﺳُﺒْﺤَﺎﻧَﻚَ ﺍِﻧّ۪ﻰ ﻛُﻨْﺖُ ﻣِﻦَ ﺍﻟﻈَّﺎﻟِﻤ۪ﻴﻦَ</w:t>
      </w:r>
      <w:r>
        <w:rPr>
          <w:rFonts w:ascii="Times New Roman" w:hAnsi="Times New Roman" w:eastAsia="Noto Serif SC" w:cs="Amiri"/>
          <w:lang w:val="zh-CN" w:eastAsia="zh-CN" w:bidi="ar-SA"/>
          <w:color w:val="000000"/>
          <w:rtl w:val="0"/>
        </w:rPr>
        <w:t>（除祢之外，绝无应受崇拜者；赞颂祢超绝一切缺欠；我确已亏负自己，成为不义者之一）。</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（赞颂祢超绝一切缺欠；除了祢教给我们的，我们没有任何知识；祢确是全知者，通晓万有；祢确是至睿者，一切作为皆充满智慧）</w:t>
      </w:r>
    </w:p>
    <w:p>
      <w:pPr>
        <w:pStyle w:val="Heading1"/>
        <w:pageBreakBefore/>
      </w:pPr>
      <w:r>
        <w:rPr>
          <w:rFonts w:ascii="Times New Roman" w:hAnsi="Times New Roman" w:eastAsia="Noto Serif SC" w:cs="Amiri"/>
          <w:lang w:val="zh-CN" w:eastAsia="zh-CN" w:bidi="ar-SA"/>
          <w:color w:val="000000"/>
          <w:rtl w:val="0"/>
        </w:rPr>
        <w:t>第二篇闪光</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ﺍِﺫْ ﻧَﺎﺩٰﻯ ﺭَﺑَّﻪُٓ ﺍَﻧّ۪ﻰ ﻣَﺴَّﻨِﻰَ ﺍﻟﻀُّﺮُّ ﻭَﺍَﻧْﺖَ ﺍَﺭْﺣَﻢُ ﺍﻟﺮَّﺍﺣِﻤ۪ﻴﻦَ</w:t>
      </w:r>
      <w:r>
        <w:rPr>
          <w:rFonts w:ascii="Times New Roman" w:hAnsi="Times New Roman" w:eastAsia="Noto Serif SC" w:cs="Amiri"/>
          <w:lang w:val="zh-CN" w:eastAsia="zh-CN" w:bidi="ar-SA"/>
          <w:color w:val="000000"/>
          <w:rtl w:val="0"/>
        </w:rPr>
        <w:t>（当时，他呼求他的养育并主宰者：“苦痛确已触及我，而祢是最慈悯的，慈悯无出其右”） 坚忍的英雄、尊贵的艾优卜</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（愿Allah赐他平安）的这番恳祷，既经验证，又富有效力。不过，我们当以引述经文的方式，在自己的恳祷中说：</w:t>
      </w:r>
      <w:r>
        <w:rPr>
          <w:rFonts w:ascii="Amiri" w:hAnsi="Amiri" w:eastAsia="Amiri" w:cs="Amiri"/>
          <w:lang w:val="zh-CN" w:eastAsia="zh-CN" w:bidi="ar-SA"/>
          <w:rtl w:val="1"/>
          <w:cs w:val="1"/>
          <w:color w:val="000000"/>
          <w:sz w:val="24"/>
          <w:szCs w:val="24"/>
        </w:rPr>
        <w:t>ﺭَﺏِّ ﺍِﻧّ۪ﻰ ﻣَﺴَّﻨِﻰَ ﺍﻟﻀُّﺮُّ ﻭَﺍَﻧْﺖَ ﺍَﺭْﺣَﻢُ ﺍﻟﺮَّﺍﺣِﻤ۪ﻴﻦَ</w:t>
      </w:r>
      <w:r>
        <w:rPr>
          <w:rFonts w:ascii="Times New Roman" w:hAnsi="Times New Roman" w:eastAsia="Noto Serif SC" w:cs="Amiri"/>
          <w:lang w:val="zh-CN" w:eastAsia="zh-CN" w:bidi="ar-SA"/>
          <w:color w:val="000000"/>
          <w:rtl w:val="0"/>
        </w:rPr>
        <w:t>（我的养育并主宰者啊！苦痛确已触及我，而祢是最慈悯的，慈悯无出其右）。尊贵的艾优卜</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（愿Allah赐他平安）那段著名故事的概要如下：</w:t>
      </w:r>
    </w:p>
    <w:p>
      <w:r>
        <w:rPr>
          <w:rFonts w:ascii="Times New Roman" w:hAnsi="Times New Roman" w:eastAsia="Noto Serif SC" w:cs="Amiri"/>
          <w:lang w:val="zh-CN" w:eastAsia="zh-CN" w:bidi="ar-SA"/>
          <w:color w:val="000000"/>
          <w:rtl w:val="0"/>
        </w:rPr>
        <w:t>他满身创伤，度过了相当长的时间；他想到这场疾病的重大回赐，便以完满的坚忍承受下来。后来，伤口中生出的虫触及他的心脏和舌头；因为心脏与口舌是记念和认识Allah的所在，他想到这会妨碍全然奴仆意识的职责，便不是为了自己的安逸，而是为了对Allah的全然奴仆意识，恳祷说：“我的养育并主宰者啊！苦痛触及了我，妨碍了我口舌的记念与心中的全然奴仆意识。”至高无上的真实主宰Allah接受了这番纯诚、纯净、毫无私意、只为Allah而发的恳祷，并以极其超乎常规的方式，赐他完满的康健，使他蒙受种种慈悯。本篇闪光共有五项精义。</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与尊贵的艾优卜</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外在的创伤疾病相对，我们有内在、灵魂与心灵的疾病。若把内翻作外、把外翻作内，我们就会显得比尊贵的艾优卜伤得更重、病得更深。因为，我们所犯的每一项罪，侵入头脑的每一个疑惑，都会在心灵与灵魂上划开伤口。尊贵的艾优卜</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（愿Allah赐他平安）的伤口，威胁的是他短短的尘世生命；我们精神上的伤口，威胁的却是我们极其漫长的永生。对于艾优卜的那番恳祷，我们比那位尊者还要需要千倍。</w:t>
      </w:r>
    </w:p>
    <w:p>
      <w:r>
        <w:rPr>
          <w:rFonts w:ascii="Times New Roman" w:hAnsi="Times New Roman" w:eastAsia="Noto Serif SC" w:cs="Amiri"/>
          <w:lang w:val="zh-CN" w:eastAsia="zh-CN" w:bidi="ar-SA"/>
          <w:color w:val="000000"/>
          <w:rtl w:val="0"/>
        </w:rPr>
        <w:t>尤其是，正如那位尊者伤口中生出的虫触及他的心脏与口舌；同样，罪恶给我们带来的伤口，以及由伤口产生的妄念与疑惑——</w:t>
      </w:r>
      <w:r>
        <w:rPr>
          <w:rFonts w:ascii="Amiri" w:hAnsi="Amiri" w:eastAsia="Amiri" w:cs="Amiri"/>
          <w:lang w:val="zh-CN" w:eastAsia="zh-CN" w:bidi="ar-SA"/>
          <w:rtl w:val="1"/>
          <w:cs w:val="1"/>
          <w:color w:val="000000"/>
          <w:sz w:val="24"/>
          <w:szCs w:val="24"/>
        </w:rPr>
        <w:t>نَعُوذُ بِاللَّهِ</w:t>
      </w:r>
      <w:r>
        <w:rPr>
          <w:rFonts w:ascii="Times New Roman" w:hAnsi="Times New Roman" w:eastAsia="Noto Serif SC" w:cs="Amiri"/>
          <w:lang w:val="zh-CN" w:eastAsia="zh-CN" w:bidi="ar-SA"/>
          <w:color w:val="000000"/>
          <w:rtl w:val="0"/>
        </w:rPr>
        <w:t>（求Allah庇佑，使我们远离此等伤害）——会触及信仰所在的心灵深处，损伤信仰；又会触及作为信仰代言者的口舌之精神愉悦，使口舌厌憎记念、远远避开，最终沉默。</w:t>
      </w:r>
    </w:p>
    <w:p>
      <w:r>
        <w:rPr>
          <w:rFonts w:ascii="Times New Roman" w:hAnsi="Times New Roman" w:eastAsia="Noto Serif SC" w:cs="Amiri"/>
          <w:lang w:val="zh-CN" w:eastAsia="zh-CN" w:bidi="ar-SA"/>
          <w:color w:val="000000"/>
          <w:rtl w:val="0"/>
        </w:rPr>
        <w:t>是的，罪侵入心灵，使它一层层变黑、硬化，直至逐出信仰之光。每一项罪中，都有一条通往不信的路。那罪若不借求饶恕迅速消除，便不再是虫，而会成为一条小小的精神毒蛇，噬咬心灵。</w:t>
      </w:r>
    </w:p>
    <w:p>
      <w:r>
        <w:rPr>
          <w:rFonts w:ascii="Times New Roman" w:hAnsi="Times New Roman" w:eastAsia="Noto Serif SC" w:cs="Amiri"/>
          <w:lang w:val="zh-CN" w:eastAsia="zh-CN" w:bidi="ar-SA"/>
          <w:color w:val="000000"/>
          <w:rtl w:val="0"/>
        </w:rPr>
        <w:t>譬如，一个人暗中犯下足以使自己蒙羞的罪，当他极其害怕别人知晓时，天使与灵性存在的存在便令他难以承受。只要有一丝迹象，他就会想要否认他们。</w:t>
      </w:r>
    </w:p>
    <w:p>
      <w:r>
        <w:rPr>
          <w:rFonts w:ascii="Times New Roman" w:hAnsi="Times New Roman" w:eastAsia="Noto Serif SC" w:cs="Amiri"/>
          <w:lang w:val="zh-CN" w:eastAsia="zh-CN" w:bidi="ar-SA"/>
          <w:color w:val="000000"/>
          <w:rtl w:val="0"/>
        </w:rPr>
        <w:t>又譬如，一个人犯下会招致火狱惩罚的大罪，每当听见火狱的警告，若不求饶恕以自我防护，他便会全心全意地希望火狱不存在；于是，一丝迹象、一点疑惑，都会给他否认火狱的勇气。</w:t>
      </w:r>
    </w:p>
    <w:p>
      <w:r>
        <w:rPr>
          <w:rFonts w:ascii="Times New Roman" w:hAnsi="Times New Roman" w:eastAsia="Noto Serif SC" w:cs="Amiri"/>
          <w:lang w:val="zh-CN" w:eastAsia="zh-CN" w:bidi="ar-SA"/>
          <w:color w:val="000000"/>
          <w:rtl w:val="0"/>
        </w:rPr>
        <w:t>再譬如，一个人不履行主命礼拜，不尽全然奴仆意识的职责。他因一点小小的失职而受到小小上司的斥责，心中受伤；同样，他在无始无终的君王Allah反复命令的主命上所表现的懈怠，也给他带来极大的烦扰。他因这烦扰而渴望，并在心里说：“但愿没有这项全然奴仆意识的职责。”由这渴望，会生起一种否认的欲望，其中隐含着对Allah的精神敌意。若关于Allah存在的一点疑惑进入心中，他便会像抓住确凿证据一样，倾向于紧抓不放。一扇巨大的毁灭之门便向他敞开。那不幸的人不知道：借否认，他逃避的只是全然奴仆意识职责所带来的极小烦扰，却使自己成为数以百万倍、更为可怕的精神烦扰的靶子。他逃避蚊蝇的叮咬，却接受毒蛇的噬咬。依此类推……当以这三个事例作比照，使</w:t>
      </w:r>
      <w:r>
        <w:rPr>
          <w:rFonts w:ascii="Amiri" w:hAnsi="Amiri" w:eastAsia="Amiri" w:cs="Amiri"/>
          <w:lang w:val="zh-CN" w:eastAsia="zh-CN" w:bidi="ar-SA"/>
          <w:rtl w:val="1"/>
          <w:cs w:val="1"/>
          <w:color w:val="000000"/>
          <w:sz w:val="24"/>
          <w:szCs w:val="24"/>
        </w:rPr>
        <w:t>ﺑَﻞْ ﺭَﺍﻥَ ﻋَﻠٰﻰ ﻗُﻠُﻮﺑِﻬِﻢْ</w:t>
      </w:r>
      <w:r>
        <w:rPr>
          <w:rFonts w:ascii="Times New Roman" w:hAnsi="Times New Roman" w:eastAsia="Noto Serif SC" w:cs="Amiri"/>
          <w:lang w:val="zh-CN" w:eastAsia="zh-CN" w:bidi="ar-SA"/>
          <w:color w:val="000000"/>
          <w:rtl w:val="0"/>
        </w:rPr>
        <w:t>（非但如此，他们所行的已在他们心上积成锈蚀，遮蔽了心灵）的奥义得以明白。</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正如《第二十六言》中关于Allah预知与裁定的奥义所阐明的，面对灾祸与疾病，人们从三个方面都无权抱怨。</w:t>
      </w:r>
    </w:p>
    <w:p>
      <w:r>
        <w:rPr>
          <w:rFonts w:ascii="Times New Roman" w:hAnsi="Times New Roman" w:eastAsia="Noto Serif SC" w:cs="Amiri"/>
          <w:lang w:val="zh-CN" w:eastAsia="zh-CN" w:bidi="ar-SA"/>
          <w:color w:val="000000"/>
          <w:rtl w:val="0"/>
        </w:rPr>
        <w:t>第一方面：至高无上的真实主宰Allah使穿在人身上的身体这件衣裳，彰显祂的创造之艺。祂把人做成模特，在这模特上裁剪、修改、变换这件身体衣裳，以显示祂不同尊名的华美显现。“治愈者”这一尊名要求疾病，正如“赐予万物给养者”这一尊名要求饥饿，依此类推。</w:t>
      </w:r>
      <w:r>
        <w:rPr>
          <w:rFonts w:ascii="Amiri" w:hAnsi="Amiri" w:eastAsia="Amiri" w:cs="Amiri"/>
          <w:lang w:val="zh-CN" w:eastAsia="zh-CN" w:bidi="ar-SA"/>
          <w:rtl w:val="1"/>
          <w:cs w:val="1"/>
          <w:color w:val="000000"/>
          <w:sz w:val="24"/>
          <w:szCs w:val="24"/>
        </w:rPr>
        <w:t>ﻣَﺎﻟِﻚُ ﺍﻟْﻤُﻠْﻚِ ﻳَﺘَﺼَﺮَّﻑُ ﻓ۪ﻰ ﻣُﻠْﻜِﻪ۪ ﻛَﻴْﻒَ ﻳَﺸَٓﺎﺀُ</w:t>
      </w:r>
      <w:r>
        <w:rPr>
          <w:rFonts w:ascii="Times New Roman" w:hAnsi="Times New Roman" w:eastAsia="Noto Serif SC" w:cs="Amiri"/>
          <w:lang w:val="zh-CN" w:eastAsia="zh-CN" w:bidi="ar-SA"/>
          <w:color w:val="000000"/>
          <w:rtl w:val="0"/>
        </w:rPr>
        <w:t>（掌握一切王权者Allah，在祂的国度里依祂所欲自由处置） 第二方面：生命借灾祸与疾病得到净化、达至完善、获得力量、不断进步、结出果实、趋于成熟，履行生命的职责。单调躺在安逸床榻上的生命，比起纯粹是善的存在，更接近纯粹是恶的无有，并正向无有而去。</w:t>
      </w:r>
    </w:p>
    <w:p>
      <w:r>
        <w:rPr>
          <w:rFonts w:ascii="Times New Roman" w:hAnsi="Times New Roman" w:eastAsia="Noto Serif SC" w:cs="Amiri"/>
          <w:lang w:val="zh-CN" w:eastAsia="zh-CN" w:bidi="ar-SA"/>
          <w:color w:val="000000"/>
          <w:rtl w:val="0"/>
        </w:rPr>
        <w:t>第三方面：这尘世居所是考验之地，是服务之所，不是享乐、领酬与获得回赐的地方。既然这里是服务之所，是实践全然奴仆意识的地方，那么，疾病与灾祸只要不伤及宗教，并且以坚忍相待，便非常适合这项服务与这份全然奴仆意识，并为其增添力量。它们使每一小时都等同于一天的敬拜功修，因此，人不应抱怨，而应感恩。</w:t>
      </w:r>
    </w:p>
    <w:p>
      <w:r>
        <w:rPr>
          <w:rFonts w:ascii="Times New Roman" w:hAnsi="Times New Roman" w:eastAsia="Noto Serif SC" w:cs="Amiri"/>
          <w:lang w:val="zh-CN" w:eastAsia="zh-CN" w:bidi="ar-SA"/>
          <w:color w:val="000000"/>
          <w:rtl w:val="0"/>
        </w:rPr>
        <w:t>是的，敬拜功修分两部分：一部分是积极的，另一部分是消极的。积极的部分众所周知。消极的部分，则是遭遇疾病与灾祸的人，在灾祸中感到自己的软弱与无力，以归依求助之心转向至慈的养育并主宰者Allah，思念祂，向祂恳求，从而实践纯诚的全然奴仆意识。这种全然奴仆意识不会混入邀名作假，它是纯诚的。若他能坚忍，想到灾祸的回赐，心怀感恩，那么，每一小时便等同于一天的敬拜功修，短暂的一生便成为漫长的一生。甚至有些时刻，一分钟便等同于一天的敬拜功修。我曾十分担忧一位后世兄弟、一位名叫穆哈吉尔·艾哈迈德的背诵全本《古兰经》者所患的重病。我的内心得到提醒：“当向他道喜，他的每一分钟都等同于一天的敬拜功修。”而那位尊者本就在坚忍中感恩。</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正如我们在一两篇《言》中阐明的：每个人若回想自己以往的生活，心中与口舌上都会发出一声“唉”，或一声“噢”。也就是说，他或者惋惜，或者说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（一切赞美与称颂，唯独归于Allah；万有都由祂的恩泽而成，祂无始无终，最配受一切赞颂）。</w:t>
      </w:r>
    </w:p>
    <w:p>
      <w:r>
        <w:rPr>
          <w:rFonts w:ascii="Times New Roman" w:hAnsi="Times New Roman" w:eastAsia="Noto Serif SC" w:cs="Amiri"/>
          <w:lang w:val="zh-CN" w:eastAsia="zh-CN" w:bidi="ar-SA"/>
          <w:color w:val="000000"/>
          <w:rtl w:val="0"/>
        </w:rPr>
        <w:t>使人惋惜的，是往日乐趣的消逝与离别所生的精神痛苦。因为，乐趣的消逝就是痛苦。有时，短暂的乐趣会带来持久的痛苦；回想则翻掘这痛苦，使惋惜流淌。</w:t>
      </w:r>
    </w:p>
    <w:p>
      <w:r>
        <w:rPr>
          <w:rFonts w:ascii="Times New Roman" w:hAnsi="Times New Roman" w:eastAsia="Noto Serif SC" w:cs="Amiri"/>
          <w:lang w:val="zh-CN" w:eastAsia="zh-CN" w:bidi="ar-SA"/>
          <w:color w:val="000000"/>
          <w:rtl w:val="0"/>
        </w:rPr>
        <w:t>往日所经历的短暂痛苦消逝后，会产生持久的精神乐趣，使人说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唯独归于Allah；万有都由祂的恩泽而成，祂无始无终，最配受一切赞颂）。怀着这种天性状态，若再想到灾祸所带来的后世回赐与奖赏，想到短暂的生命借灾祸而变得如同漫长的一生，他便不只坚忍，更会感恩。他理当说：</w:t>
      </w:r>
      <w:r>
        <w:rPr>
          <w:rFonts w:ascii="Amiri" w:hAnsi="Amiri" w:eastAsia="Amiri" w:cs="Amiri"/>
          <w:lang w:val="zh-CN" w:eastAsia="zh-CN" w:bidi="ar-SA"/>
          <w:rtl w:val="1"/>
          <w:cs w:val="1"/>
          <w:color w:val="000000"/>
          <w:sz w:val="24"/>
          <w:szCs w:val="24"/>
        </w:rPr>
        <w:t>ﺍَﻟْﺤَﻤْﺪُ ﻟِﻠّٰﻪِ ﻋَﻠٰﻰ ﻛُﻞِّ ﺣَﺎﻝٍ ﺳِﻮَﻯ ﺍﻟْﻜُﻔْﺮِ ﻭَ الضَّلَالِ</w:t>
      </w:r>
      <w:r>
        <w:rPr>
          <w:rFonts w:ascii="Times New Roman" w:hAnsi="Times New Roman" w:eastAsia="Noto Serif SC" w:cs="Amiri"/>
          <w:lang w:val="zh-CN" w:eastAsia="zh-CN" w:bidi="ar-SA"/>
          <w:color w:val="000000"/>
          <w:rtl w:val="0"/>
        </w:rPr>
        <w:t>（除不信与迷误之外，无论处于何种境地，一切赞美与称颂都唯独归于Allah）。有一句常说的话：“遭灾的日子很漫长。”是的，遭灾的日子很漫长。但它并非像人们习惯认为的那样，因为难捱而漫长；而是因为，它像漫长的一生那样，结出生命的果实，所以漫长。</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正如《第二十一言》第一篇所阐明的：人若不把至高无上的真实主宰Allah赐给他的坚忍之力分散到臆想之路上，这力量便足以应对一切灾祸。然而，由于臆想的支配、人的疏忽，以及把短暂生命想象成永存，他把坚忍之力分散到过去与未来，面对当下的灾祸便不再够用，于是开始抱怨。他仿佛——绝不如此——向人们控诉至高无上的真实主宰Allah。他以极不公正、如同疯癫的方式抱怨，显出不能坚忍。</w:t>
      </w:r>
    </w:p>
    <w:p>
      <w:r>
        <w:rPr>
          <w:rFonts w:ascii="Times New Roman" w:hAnsi="Times New Roman" w:eastAsia="Noto Serif SC" w:cs="Amiri"/>
          <w:lang w:val="zh-CN" w:eastAsia="zh-CN" w:bidi="ar-SA"/>
          <w:color w:val="000000"/>
          <w:rtl w:val="0"/>
        </w:rPr>
        <w:t>因为，过去的每一天，若曾遭遇灾祸，它的劳苦已经过去，安适留了下来；痛苦已经过去，其消逝中的乐趣留了下来；艰难已经过去，回赐留了下来。因此，不应抱怨，而当欣然感恩；不应怨恼那些日子，反而应当热爱它们。他那已经过去的短暂生命，借灾祸转化为一种永存而幸福的生命。借臆想回味那些日子中的痛苦，把一部分坚忍分散到它们上面，是疯狂之举。</w:t>
      </w:r>
    </w:p>
    <w:p>
      <w:r>
        <w:rPr>
          <w:rFonts w:ascii="Times New Roman" w:hAnsi="Times New Roman" w:eastAsia="Noto Serif SC" w:cs="Amiri"/>
          <w:lang w:val="zh-CN" w:eastAsia="zh-CN" w:bidi="ar-SA"/>
          <w:color w:val="000000"/>
          <w:rtl w:val="0"/>
        </w:rPr>
        <w:t>然而，未来的日子既然尚未到来，现在便预想其中将遭受的疾病或灾祸，因而不能坚忍、发出抱怨，是愚昧之举。因为想着“明天、后天我会挨饿、口渴”，今天就不停地喝水、吃面包，是何等愚蠢的疯狂！同样，想着未来日子里那些此刻尚不存在的灾祸与疾病，现在便为之痛苦、不能坚忍，毫无必要地亏待自己，也是同样的愚昧；这会使人失去值得怜爱与慈悯的资格。</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正如感恩使恩泽增多，抱怨也使灾祸加重，并使人失去值得慈悯的资格。</w:t>
      </w:r>
    </w:p>
    <w:p>
      <w:r>
        <w:rPr>
          <w:rFonts w:ascii="Times New Roman" w:hAnsi="Times New Roman" w:eastAsia="Noto Serif SC" w:cs="Amiri"/>
          <w:lang w:val="zh-CN" w:eastAsia="zh-CN" w:bidi="ar-SA"/>
          <w:color w:val="000000"/>
          <w:rtl w:val="0"/>
        </w:rPr>
        <w:t>第一次世界大战的第一年，在埃尔祖鲁姆，一位蒙福之人患上了重病。我去看望他，他对我说：“一百夜了，我一直无法把头放到枕上躺下。”他痛苦地诉苦。我十分为他难过。忽然，我想到一番话，便说：</w:t>
      </w:r>
    </w:p>
    <w:p>
      <w:r>
        <w:rPr>
          <w:rFonts w:ascii="Times New Roman" w:hAnsi="Times New Roman" w:eastAsia="Noto Serif SC" w:cs="Amiri"/>
          <w:lang w:val="zh-CN" w:eastAsia="zh-CN" w:bidi="ar-SA"/>
          <w:color w:val="000000"/>
          <w:rtl w:val="0"/>
        </w:rPr>
        <w:t>兄弟啊，过去那一百个艰难的日子，如今已是一百个喜乐的日子。不要想着它们而抱怨，要看着它们而感恩。未来的日子既然尚未到来，就当信赖你的养育并主宰者、慈悯普及万物而至慈者Allah的慈悯；不要尚未挨打便哭，不要惧怕空无之事，不要把无有涂成实有之色。只想着这一小时，你所有的坚忍之力足以应对这一小时。不要像一位疯狂的将军那样行事：左翼的敌军已经并入他的右翼，成为他的新力量；而右翼的敌军尚未来到，他却把中军分散到左右两翼，使中军空虚，敌人便以极微弱的力量摧毁中军。我说：兄弟啊，你不要这样做，要把全部力量集中到这一小时。要想着Allah的慈悯、后世的回赐，也要想着你那短暂易逝的生命正在转化为长久而永存的生命。不要痛苦地抱怨，要舒展宽慰地感恩。</w:t>
      </w:r>
    </w:p>
    <w:p>
      <w:r>
        <w:rPr>
          <w:rFonts w:ascii="Times New Roman" w:hAnsi="Times New Roman" w:eastAsia="Noto Serif SC" w:cs="Amiri"/>
          <w:lang w:val="zh-CN" w:eastAsia="zh-CN" w:bidi="ar-SA"/>
          <w:color w:val="000000"/>
          <w:rtl w:val="0"/>
        </w:rPr>
        <w:t>他也完全舒展宽慰下来，说：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（一切赞美与称颂，唯独归于Allah；万有都由祂的恩泽而成，祂无始无终，最配受一切赞颂），“我的病已减轻到原来的十分之一。”</w:t>
      </w:r>
    </w:p>
    <w:p>
      <w:pPr>
        <w:pStyle w:val="Heading2"/>
      </w:pPr>
      <w:r>
        <w:rPr>
          <w:rFonts w:ascii="Times New Roman" w:hAnsi="Times New Roman" w:eastAsia="Noto Serif SC" w:cs="Amiri"/>
          <w:lang w:val="zh-CN" w:eastAsia="zh-CN" w:bidi="ar-SA"/>
          <w:color w:val="000000"/>
          <w:rtl w:val="0"/>
        </w:rPr>
        <w:t>第五项精义</w:t>
      </w:r>
    </w:p>
    <w:p>
      <w:r>
        <w:rPr>
          <w:rFonts w:ascii="Times New Roman" w:hAnsi="Times New Roman" w:eastAsia="Noto Serif SC" w:cs="Amiri"/>
          <w:lang w:val="zh-CN" w:eastAsia="zh-CN" w:bidi="ar-SA"/>
          <w:color w:val="000000"/>
          <w:rtl w:val="0"/>
        </w:rPr>
        <w:t>这里包含三项论题。</w:t>
      </w:r>
    </w:p>
    <w:p>
      <w:r>
        <w:rPr>
          <w:rFonts w:ascii="Times New Roman" w:hAnsi="Times New Roman" w:eastAsia="Noto Serif SC" w:cs="Amiri"/>
          <w:lang w:val="zh-CN" w:eastAsia="zh-CN" w:bidi="ar-SA"/>
          <w:color w:val="000000"/>
          <w:rtl w:val="0"/>
        </w:rPr>
        <w:t>第一项论题：真正而有害的灾祸，是降临在宗教上的灾祸。对于宗教上的灾祸，时时都应归依Allah的神圣门庭并呼求。但不涉及宗教的灾祸，从真理的角度说，并非灾祸。其中有些，是慈悯普及万物者Allah的提醒。</w:t>
      </w:r>
    </w:p>
    <w:p>
      <w:r>
        <w:rPr>
          <w:rFonts w:ascii="Times New Roman" w:hAnsi="Times New Roman" w:eastAsia="Noto Serif SC" w:cs="Amiri"/>
          <w:lang w:val="zh-CN" w:eastAsia="zh-CN" w:bidi="ar-SA"/>
          <w:color w:val="000000"/>
          <w:rtl w:val="0"/>
        </w:rPr>
        <w:t>正如牧人向闯入他人田地的羊投石，羊从石子中明白，这是为使它们避开有害行为的提醒，便欣然返回。同样，许多表面上的灾祸，是Allah的提醒与警示；有些是罪过的赎除，有些则驱散疏忽，使人认识到自己为人的无力与软弱，从而带来一种心灵临在的状态。</w:t>
      </w:r>
    </w:p>
    <w:p>
      <w:r>
        <w:rPr>
          <w:rFonts w:ascii="Times New Roman" w:hAnsi="Times New Roman" w:eastAsia="Noto Serif SC" w:cs="Amiri"/>
          <w:lang w:val="zh-CN" w:eastAsia="zh-CN" w:bidi="ar-SA"/>
          <w:color w:val="000000"/>
          <w:rtl w:val="0"/>
        </w:rPr>
        <w:t>灾祸中的疾病这一类，如前所述，不是灾祸，而是养育并主宰者Allah的垂顾，是一种净化。传述中有言：“正如摇动成熟的果树，果实纷纷落下；疟疾的颤抖，也使罪过如此脱落。”</w:t>
      </w:r>
    </w:p>
    <w:p>
      <w:r>
        <w:rPr>
          <w:rFonts w:ascii="Times New Roman" w:hAnsi="Times New Roman" w:eastAsia="Noto Serif SC" w:cs="Amiri"/>
          <w:lang w:val="zh-CN" w:eastAsia="zh-CN" w:bidi="ar-SA"/>
          <w:color w:val="000000"/>
          <w:rtl w:val="0"/>
        </w:rPr>
        <w:t>尊贵的艾优卜</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在恳祷中，并非为自我的安逸而祈求；而是当口舌的记念与心中的思悟受到阻碍时，为了全然奴仆意识而求痊愈。我们怀着那恳祷，首要目的应当是祈求治愈由罪恶而来的精神与灵魂创伤。对于身体疾病，当它妨碍全然奴仆意识时，我们可以归依求助。但不应以抗议、抱怨的姿态，而当以谦卑恭顺、恳求援助的姿态归依。</w:t>
      </w:r>
    </w:p>
    <w:p>
      <w:r>
        <w:rPr>
          <w:rFonts w:ascii="Times New Roman" w:hAnsi="Times New Roman" w:eastAsia="Noto Serif SC" w:cs="Amiri"/>
          <w:lang w:val="zh-CN" w:eastAsia="zh-CN" w:bidi="ar-SA"/>
          <w:color w:val="000000"/>
          <w:rtl w:val="0"/>
        </w:rPr>
        <w:t>既然我们悦纳祂的养育与主宰，也当悦纳祂依此所赐的一切。以暗示反对祂裁定施行与预知裁定的方式，唉声叹气、发出抱怨，就是在批评预定，指责祂的至慈属性。批评预定的人，是把头撞在铁砧上，撞得粉碎。指责慈悯的人，会被剥夺慈悯。用一只已经折断的手去复仇，只会使骨折加重；同样，遭遇灾祸的人，以抗拒的抱怨和焦虑迎接灾祸，会使灾祸加倍。</w:t>
      </w:r>
    </w:p>
    <w:p>
      <w:r>
        <w:rPr>
          <w:rFonts w:ascii="Times New Roman" w:hAnsi="Times New Roman" w:eastAsia="Noto Serif SC" w:cs="Amiri"/>
          <w:lang w:val="zh-CN" w:eastAsia="zh-CN" w:bidi="ar-SA"/>
          <w:color w:val="000000"/>
          <w:rtl w:val="0"/>
        </w:rPr>
        <w:t>第二项论题：物质上的灾祸，越看得重大，就越膨胀；越看得微小，就越缩小。譬如，夜里有一个幻影映入人的眼帘，越重视它，它就越膨胀；不予重视，它便消失。又如来袭的蜂群，越招惹它们，它们攻击得越凶；不加理会，它们便散去。同样，以严重的目光重视物质灾祸，灾祸也会膨胀。借焦虑，那灾祸会穿过身体，在心中扎根，还酿成一种精神灾祸；精神灾祸又依凭它而持续。何时借悦纳裁定施行与托靠Allah消除那份焦虑，便如斩断树根；物质灾祸也会逐渐减轻，如根已斩断的树，枯槁而消失。为阐明这一真理，我曾这样说：</w:t>
      </w:r>
    </w:p>
    <w:p>
      <w:r>
        <w:rPr>
          <w:rFonts w:ascii="Times New Roman" w:hAnsi="Times New Roman" w:eastAsia="Noto Serif SC" w:cs="Amiri"/>
          <w:lang w:val="zh-CN" w:eastAsia="zh-CN" w:bidi="ar-SA"/>
          <w:color w:val="000000"/>
          <w:rtl w:val="0"/>
        </w:rPr>
        <w:t>可怜的人啊，放下哀号吧；面对灾祸，当托靠Allah。</w:t>
      </w:r>
    </w:p>
    <w:p>
      <w:r>
        <w:rPr>
          <w:rFonts w:ascii="Times New Roman" w:hAnsi="Times New Roman" w:eastAsia="Noto Serif SC" w:cs="Amiri"/>
          <w:lang w:val="zh-CN" w:eastAsia="zh-CN" w:bidi="ar-SA"/>
          <w:color w:val="000000"/>
          <w:rtl w:val="0"/>
        </w:rPr>
        <w:t>须知，哀号招来灾祸，灾祸源于过错。</w:t>
      </w:r>
    </w:p>
    <w:p>
      <w:r>
        <w:rPr>
          <w:rFonts w:ascii="Times New Roman" w:hAnsi="Times New Roman" w:eastAsia="Noto Serif SC" w:cs="Amiri"/>
          <w:lang w:val="zh-CN" w:eastAsia="zh-CN" w:bidi="ar-SA"/>
          <w:color w:val="000000"/>
          <w:rtl w:val="0"/>
        </w:rPr>
        <w:t>你若认清降灾祸者，当知灾祸带着安适，也带着赐赠。</w:t>
      </w:r>
    </w:p>
    <w:p>
      <w:r>
        <w:rPr>
          <w:rFonts w:ascii="Times New Roman" w:hAnsi="Times New Roman" w:eastAsia="Noto Serif SC" w:cs="Amiri"/>
          <w:lang w:val="zh-CN" w:eastAsia="zh-CN" w:bidi="ar-SA"/>
          <w:color w:val="000000"/>
          <w:rtl w:val="0"/>
        </w:rPr>
        <w:t>若未认清，当知整个世界都是灾祸，其中充满折磨与消亡。</w:t>
      </w:r>
    </w:p>
    <w:p>
      <w:r>
        <w:rPr>
          <w:rFonts w:ascii="Times New Roman" w:hAnsi="Times New Roman" w:eastAsia="Noto Serif SC" w:cs="Amiri"/>
          <w:lang w:val="zh-CN" w:eastAsia="zh-CN" w:bidi="ar-SA"/>
          <w:color w:val="000000"/>
          <w:rtl w:val="0"/>
        </w:rPr>
        <w:t>满身灾祸立于尘世，何必为小小灾祸呼喊？来吧，托靠Allah！</w:t>
      </w:r>
    </w:p>
    <w:p>
      <w:r>
        <w:rPr>
          <w:rFonts w:ascii="Times New Roman" w:hAnsi="Times New Roman" w:eastAsia="Noto Serif SC" w:cs="Amiri"/>
          <w:lang w:val="zh-CN" w:eastAsia="zh-CN" w:bidi="ar-SA"/>
          <w:color w:val="000000"/>
          <w:rtl w:val="0"/>
        </w:rPr>
        <w:t>托靠Allah，笑对灾祸，让它也回你一笑；它越笑越小，终将改变。</w:t>
      </w:r>
    </w:p>
    <w:p>
      <w:r>
        <w:rPr>
          <w:rFonts w:ascii="Times New Roman" w:hAnsi="Times New Roman" w:eastAsia="Noto Serif SC" w:cs="Amiri"/>
          <w:lang w:val="zh-CN" w:eastAsia="zh-CN" w:bidi="ar-SA"/>
          <w:color w:val="000000"/>
          <w:rtl w:val="0"/>
        </w:rPr>
        <w:t>正如搏斗之中，面对可怕的强敌，以笑相对，敌意便化为和解，争竞便化为玩笑；敌意缩小，终至消失。以托靠Allah迎对灾祸，也是如此。</w:t>
      </w:r>
    </w:p>
    <w:p>
      <w:r>
        <w:rPr>
          <w:rFonts w:ascii="Times New Roman" w:hAnsi="Times New Roman" w:eastAsia="Noto Serif SC" w:cs="Amiri"/>
          <w:lang w:val="zh-CN" w:eastAsia="zh-CN" w:bidi="ar-SA"/>
          <w:color w:val="000000"/>
          <w:rtl w:val="0"/>
        </w:rPr>
        <w:t>第三项论题：每个时代都有自己的情状与规律。在这疏忽遗忘的时代，灾祸也改变了形态。在某些时代、某些人身上，灾祸并非灾祸，而是Allah的恩泽。我把这个时代患病和遭遇其他灾祸的人看作有福者——只要灾祸没有伤及宗教——因此，关于反对疾病与灾祸，它没有给我任何想法，也没有在我心里唤起对他们的怜悯。</w:t>
      </w:r>
    </w:p>
    <w:p>
      <w:r>
        <w:rPr>
          <w:rFonts w:ascii="Times New Roman" w:hAnsi="Times New Roman" w:eastAsia="Noto Serif SC" w:cs="Amiri"/>
          <w:lang w:val="zh-CN" w:eastAsia="zh-CN" w:bidi="ar-SA"/>
          <w:color w:val="000000"/>
          <w:rtl w:val="0"/>
        </w:rPr>
        <w:t>因为，每一个来到我身边的年轻病人，我都看到，与同龄人相比，他在一定程度上更心系宗教职责与后世。由此我明白，对这样的人来说，那类疾病不是灾祸，而是Allah的一种恩赐。因为，虽然那疾病给他尘世的、短暂而短短的一生带来劳苦，却有益于他的永生，并转化为一种敬拜功修。若他身体健康，在青春的沉醉与时代的放荡之中，他必定无法保持疾病带来的状态，反而会投身放荡。</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至高无上的真实主宰Allah，为显示祂无限的权能与无尽的慈悯，在人之中置入了无限的无力与无尽的匮乏。又为显示祂诸尊名的无数纹饰，以这样的方式创造了人：使他如同一台机器，既能从无数方面感受痛苦，也能从无数方面获得乐趣。这台人的机器中，有数以百计的器官与官能，每一种的痛苦各不相同，乐趣各不相同，职责各不相同，回赐也各不相同。在作为“大人”的世界里彰显的一切神圣尊名，在作为小世界的人身上，也都有其总体的华美显现。健康、安泰与种种乐趣等有益事物，如何使人感恩，从许多方面驱动这台机器履行职责，人便成为一座感恩的工厂。</w:t>
      </w:r>
    </w:p>
    <w:p>
      <w:r>
        <w:rPr>
          <w:rFonts w:ascii="Times New Roman" w:hAnsi="Times New Roman" w:eastAsia="Noto Serif SC" w:cs="Amiri"/>
          <w:lang w:val="zh-CN" w:eastAsia="zh-CN" w:bidi="ar-SA"/>
          <w:color w:val="000000"/>
          <w:rtl w:val="0"/>
        </w:rPr>
        <w:t>同样，借灾祸、疾病、痛苦以及其他激发、推动人的偶发状况，祂使这台机器的其他轮轴运转起来，加以激发，开掘人性本质中蕴藏的无力、软弱与匮乏之矿。使人不是只用一种语言，而是以每个器官的语言，处于归依与恳求援助的状态。仿佛人借这些偶发状况，成为一支内含千百支笔的活动之笔，在生命的书页上，或在形象记录板上，写下自己生命的既定事项，成为向神圣诸尊名呈献的一篇宣言，又成为赞颂超绝Allah的一章神圣诗篇，从而履行其天性所赋予的职责。</w:t>
      </w:r>
    </w:p>
    <w:p>
      <w:pPr>
        <w:pStyle w:val="Heading2"/>
      </w:pPr>
      <w:r>
        <w:rPr>
          <w:rFonts w:ascii="Times New Roman" w:hAnsi="Times New Roman" w:eastAsia="Noto Serif SC" w:cs="Amiri"/>
          <w:lang w:val="zh-CN" w:eastAsia="zh-CN" w:bidi="ar-SA"/>
          <w:color w:val="000000"/>
          <w:rtl w:val="0"/>
        </w:rPr>
        <w:t>第三闪光</w:t>
      </w:r>
    </w:p>
    <w:p>
      <w:r>
        <w:rPr>
          <w:rFonts w:ascii="Times New Roman" w:hAnsi="Times New Roman" w:eastAsia="Noto Serif SC" w:cs="Amiri"/>
          <w:lang w:val="zh-CN" w:eastAsia="zh-CN" w:bidi="ar-SA"/>
          <w:color w:val="000000"/>
          <w:rtl w:val="0"/>
        </w:rPr>
        <w:t>这篇《闪光》中，多少掺杂了感受与体悟。感受与体悟的激越，往往不听从理智的准则，也不顾及思想的权衡，因此，这篇《第三闪光》不应当用逻辑的天平衡量。</w:t>
      </w:r>
    </w:p>
    <w:p>
      <w:r>
        <w:rPr>
          <w:rFonts w:ascii="Amiri" w:hAnsi="Amiri" w:eastAsia="Amiri" w:cs="Amiri"/>
          <w:lang w:val="zh-CN" w:eastAsia="zh-CN" w:bidi="ar-SA"/>
          <w:rtl w:val="1"/>
          <w:cs w:val="1"/>
          <w:color w:val="000000"/>
          <w:sz w:val="24"/>
          <w:szCs w:val="24"/>
        </w:rPr>
        <w:t>ﺑِﺴْﻢِ ﺍﻟﻠّٰﻪِ ﺍﻟﺮَّﺣْﻤٰﻦِ ﺍﻟﺮَّﺣ۪ﻴﻢِ ﻛُﻞُّ ﺷَﻰْﺀٍ ﻫَﺎﻟِﻚٌ اِلَّا ﻭَﺟْﻬَﻪُ ﻟَﻪُ ﺍﻟْﺤُﻜْﻢُ ﻭَﺍِﻟَﻴْﻪِ ﺗُﺮْﺟَﻌُﻮﻥَ</w:t>
      </w:r>
      <w:r>
        <w:rPr>
          <w:rFonts w:ascii="Times New Roman" w:hAnsi="Times New Roman" w:eastAsia="Noto Serif SC" w:cs="Amiri"/>
          <w:lang w:val="zh-CN" w:eastAsia="zh-CN" w:bidi="ar-SA"/>
          <w:color w:val="000000"/>
          <w:rtl w:val="0"/>
        </w:rPr>
        <w:t>（奉慈悯普及万物、至慈的Allah之名，依凭祂而行；除祂的本体与神圣面向之外，万物终将毁灭；一切裁决唯独属于祂，你们也都要被带回祂那里）这节经文的含义，由</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 xml:space="preserve">（永存者Allah啊，唯有您才是永存者） </w:t>
      </w:r>
      <w:r>
        <w:rPr>
          <w:rFonts w:ascii="Amiri" w:hAnsi="Amiri" w:eastAsia="Amiri" w:cs="Amiri"/>
          <w:lang w:val="zh-CN" w:eastAsia="zh-CN" w:bidi="ar-SA"/>
          <w:rtl w:val="1"/>
          <w:cs w:val="1"/>
          <w:color w:val="000000"/>
          <w:sz w:val="24"/>
          <w:szCs w:val="24"/>
        </w:rPr>
        <w:t>٭ ﻳَﺎ ﺑَﺎﻗ۪ﻰ ﺍَﻧْﺖَ ﺍﻟْﺒَﺎﻗ۪ﻰ</w:t>
      </w:r>
      <w:r>
        <w:rPr>
          <w:rFonts w:ascii="Times New Roman" w:hAnsi="Times New Roman" w:eastAsia="Noto Serif SC" w:cs="Amiri"/>
          <w:lang w:val="zh-CN" w:eastAsia="zh-CN" w:bidi="ar-SA"/>
          <w:color w:val="000000"/>
          <w:rtl w:val="0"/>
        </w:rPr>
        <w:t>（永存者Allah啊，唯有您才是永存者）这两个句子表达；它们阐明了两项重要的真理。正因如此，纳克什班迪传承的一些领袖，以这两个句子为自己举行一种特定的圆满诵念，将其视作一种简明的纳克什班迪圆满诵念。既然这两个句子表达了那节宏伟经文的含义，我们就来阐明它们所表达的两项重要真理中的几项精义。</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第一次诵念</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（永存者Allah啊，唯有您才是永存者），如同一场外科手术，把心灵从除Allah以外的一切中剥离、切除。情形是这样的：</w:t>
      </w:r>
    </w:p>
    <w:p>
      <w:r>
        <w:rPr>
          <w:rFonts w:ascii="Times New Roman" w:hAnsi="Times New Roman" w:eastAsia="Noto Serif SC" w:cs="Amiri"/>
          <w:lang w:val="zh-CN" w:eastAsia="zh-CN" w:bidi="ar-SA"/>
          <w:color w:val="000000"/>
          <w:rtl w:val="0"/>
        </w:rPr>
        <w:t>人以其包容万有的本性，几乎与绝大多数万有都有关联。</w:t>
      </w:r>
    </w:p>
    <w:p>
      <w:r>
        <w:rPr>
          <w:rFonts w:ascii="Times New Roman" w:hAnsi="Times New Roman" w:eastAsia="Noto Serif SC" w:cs="Amiri"/>
          <w:lang w:val="zh-CN" w:eastAsia="zh-CN" w:bidi="ar-SA"/>
          <w:color w:val="000000"/>
          <w:rtl w:val="0"/>
        </w:rPr>
        <w:t>而且，人那包容万有的本性中，被置入了一种无限的爱之禀赋。因此，人对全体万有都怀有爱恋。他爱这广大的世界，如同爱自己的家；他爱永恒的乐园，如同爱自己的花园。然而，他所爱的万有并不停留，而是纷纷离去。他不断承受离别之苦。他那无限的爱，成了无限精神痛苦的根源。承受这种痛苦，过错与罪责都在他自己。</w:t>
      </w:r>
    </w:p>
    <w:p>
      <w:r>
        <w:rPr>
          <w:rFonts w:ascii="Times New Roman" w:hAnsi="Times New Roman" w:eastAsia="Noto Serif SC" w:cs="Amiri"/>
          <w:lang w:val="zh-CN" w:eastAsia="zh-CN" w:bidi="ar-SA"/>
          <w:color w:val="000000"/>
          <w:rtl w:val="0"/>
        </w:rPr>
        <w:t>因为，他心中那无限的爱之禀赋，是为了让他转向一位拥有无限而永存之优美者而赐给的。人误用了它，把那份爱耗费在易逝的万有之上，因此犯了过错；他也因离别之苦，承受这过错的惩罚。</w:t>
      </w:r>
    </w:p>
    <w:p>
      <w:r>
        <w:rPr>
          <w:rFonts w:ascii="Times New Roman" w:hAnsi="Times New Roman" w:eastAsia="Noto Serif SC" w:cs="Amiri"/>
          <w:lang w:val="zh-CN" w:eastAsia="zh-CN" w:bidi="ar-SA"/>
          <w:color w:val="000000"/>
          <w:rtl w:val="0"/>
        </w:rPr>
        <w:t>于是，为了摆脱这一过错，断绝与那些易逝所爱者的关系，趁那些所爱者尚未离弃他，先离弃它们，从而把爱专归于永存的所爱者Allah——表达这一真理的第一句</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您才是永存者），说的是：“真正永存的只有您。除您以外的一切都是易逝的。易逝之物，当然不能成为永恒之爱的对象，不能承载无始无终的深爱，也不能承载一颗为永恒而造之心的眷恋。”又说：“既然那无数所爱者都是易逝的，都要离我而去，那么，在它们离弃我之前，我先以诵念</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您才是永存者）来离弃它们。唯有您是永存的；我也知道并确信，万有唯有借您使其长存，才能获得长存。既然如此，唯有带着对您的爱去爱它们，它们才值得被爱；否则，它们不配得到心灵的眷恋。”</w:t>
      </w:r>
    </w:p>
    <w:p>
      <w:r>
        <w:rPr>
          <w:rFonts w:ascii="Times New Roman" w:hAnsi="Times New Roman" w:eastAsia="Noto Serif SC" w:cs="Amiri"/>
          <w:lang w:val="zh-CN" w:eastAsia="zh-CN" w:bidi="ar-SA"/>
          <w:color w:val="000000"/>
          <w:rtl w:val="0"/>
        </w:rPr>
        <w:t>在这种状态下，心灵放弃了它无数的所爱者。它看见那些所爱者的优美之上印着易逝的印记，便斩断心灵的眷恋。若不斩断，就会有多少所爱者，便有多少精神上的创伤。</w:t>
      </w:r>
    </w:p>
    <w:p>
      <w:r>
        <w:rPr>
          <w:rFonts w:ascii="Times New Roman" w:hAnsi="Times New Roman" w:eastAsia="Noto Serif SC" w:cs="Amiri"/>
          <w:lang w:val="zh-CN" w:eastAsia="zh-CN" w:bidi="ar-SA"/>
          <w:color w:val="000000"/>
          <w:rtl w:val="0"/>
        </w:rPr>
        <w:t>第二个句子</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（永存者Allah啊，唯有您才是永存者），则既医治那无数创伤，又是其解毒良药。也就是说，</w:t>
      </w:r>
      <w:r>
        <w:rPr>
          <w:rFonts w:ascii="Amiri" w:hAnsi="Amiri" w:eastAsia="Amiri" w:cs="Amiri"/>
          <w:lang w:val="zh-CN" w:eastAsia="zh-CN" w:bidi="ar-SA"/>
          <w:rtl w:val="1"/>
          <w:cs w:val="1"/>
          <w:color w:val="000000"/>
          <w:sz w:val="24"/>
          <w:szCs w:val="24"/>
        </w:rPr>
        <w:t>ﻳَﺎ ﺑَﺎﻗ۪ﻰ</w:t>
      </w:r>
      <w:r>
        <w:rPr>
          <w:rFonts w:ascii="Times New Roman" w:hAnsi="Times New Roman" w:eastAsia="Noto Serif SC" w:cs="Amiri"/>
          <w:lang w:val="zh-CN" w:eastAsia="zh-CN" w:bidi="ar-SA"/>
          <w:color w:val="000000"/>
          <w:rtl w:val="0"/>
        </w:rPr>
        <w:t>（永存者Allah啊）是在宣告：“既然您是永存的，这就够了；您足以代替一切。既然您存在，一切便都存在。”是的，万有之中成为爱之缘由的优美、恩惠与完善，一般说来，都是真正永存者Allah的优美、恩惠与诸般完善的指示，是经过重重帷幕而变得微弱的影子，甚至是诸最美尊名显现之影子的影子。</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人的天性中，有一种对永存极其强烈的爱。甚至，他在每一件所爱之物上，都会凭想象力臆想出某种永存性，然后才去爱他。每当他想到或看见所爱之物的消逝，便从内心深处发出悲号。一切离别所引发的悲号，都是对永存之爱所流泪水的代言人。若没有对永存的这种臆想，他便无法去爱。</w:t>
      </w:r>
    </w:p>
    <w:p>
      <w:r>
        <w:rPr>
          <w:rFonts w:ascii="Times New Roman" w:hAnsi="Times New Roman" w:eastAsia="Noto Serif SC" w:cs="Amiri"/>
          <w:lang w:val="zh-CN" w:eastAsia="zh-CN" w:bidi="ar-SA"/>
          <w:color w:val="000000"/>
          <w:rtl w:val="0"/>
        </w:rPr>
        <w:t>甚至可以说：永存世界与永恒乐园之所以存在，其中一个原因，就是人性中那种对永存的强烈爱所引发的极其有力的永存之愿，以及为永存而发出的天性普遍祈祷。具威严的永存者Allah接受了那强烈、不可动摇的天性愿望，接受了那富有感召力、强大而普遍的祈祷，因此为易逝的人类创造了一个永存的世界。</w:t>
      </w:r>
    </w:p>
    <w:p>
      <w:r>
        <w:rPr>
          <w:rFonts w:ascii="Times New Roman" w:hAnsi="Times New Roman" w:eastAsia="Noto Serif SC" w:cs="Amiri"/>
          <w:lang w:val="zh-CN" w:eastAsia="zh-CN" w:bidi="ar-SA"/>
          <w:color w:val="000000"/>
          <w:rtl w:val="0"/>
        </w:rPr>
        <w:t>而且，这怎么可能呢：慷慨的开创者Allah、至慈的创造者Allah，借创造无数种美味食物，接受小小的胃那点微小的欲望，接受它借自身状态为短暂存续而作的祈祷；却不接受全人类由极其巨大的天性需要所产生的强烈愿望，不接受他们那普遍、恒常、正当而真实，以言语和状态发出、关于永存的极其有力祈祷？</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（绝不如此）。不接受是绝不可能的。这也与祂的智慧和公正、慈悯和权能绝无丝毫相称之处。</w:t>
      </w:r>
    </w:p>
    <w:p>
      <w:r>
        <w:rPr>
          <w:rFonts w:ascii="Times New Roman" w:hAnsi="Times New Roman" w:eastAsia="Noto Serif SC" w:cs="Amiri"/>
          <w:lang w:val="zh-CN" w:eastAsia="zh-CN" w:bidi="ar-SA"/>
          <w:color w:val="000000"/>
          <w:rtl w:val="0"/>
        </w:rPr>
        <w:t>既然人深爱永存，那么，他的一切完善与乐趣自然都依属于永存。既然永存唯独属于具威严的永存者Allah，既然永存者的诸尊名也是永存的，既然永存者的诸镜会带上永存者的色彩与属性，并获得某种永存——</w:t>
      </w:r>
    </w:p>
    <w:p>
      <w:r>
        <w:rPr>
          <w:rFonts w:ascii="Times New Roman" w:hAnsi="Times New Roman" w:eastAsia="Noto Serif SC" w:cs="Amiri"/>
          <w:lang w:val="zh-CN" w:eastAsia="zh-CN" w:bidi="ar-SA"/>
          <w:color w:val="000000"/>
          <w:rtl w:val="0"/>
        </w:rPr>
        <w:t>那么，对人来说，最必需的事、最重要的职责，无疑就是与那位永存者Allah建立联系，并紧紧依持祂的诸尊名。因为，凡是为永存者之道而付出的一切，都会获得某种永存。第二个</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（永存者Allah啊，唯有您才是永存者）句子所表达的，正是这一真理。它医治人无数的精神创伤，同时也满足人天性中那种对永存极其强烈的渴望。</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在这个世界上，时间对万物的消亡与消逝所造成的影响极为不同。万有如同层层相套的圆环，一个包在另一个之中，而它们就消逝而言的境况却各不相同。正如钟表上计算秒钟的圆环，与计算分钟、小时和日子的圆环，表面看来彼此相似，速度却彼此相反；同样，人身上的躯体、自我、心灵与灵魂诸境界，也有这样的差异。</w:t>
      </w:r>
    </w:p>
    <w:p>
      <w:r>
        <w:rPr>
          <w:rFonts w:ascii="Times New Roman" w:hAnsi="Times New Roman" w:eastAsia="Noto Serif SC" w:cs="Amiri"/>
          <w:lang w:val="zh-CN" w:eastAsia="zh-CN" w:bidi="ar-SA"/>
          <w:color w:val="000000"/>
          <w:rtl w:val="0"/>
        </w:rPr>
        <w:t>例如，躯体的长存、生命与存在，只限于它所处的一天，甚至一小时；它的过去与未来都是无有、死去的。可是，心灵存在与生命的境界却很宽广，能从今天延伸到许多天以前、许多天以后。灵魂的生命与存在，则包容一个广阔境界，从今天延伸到许多年以前、许多年以后。</w:t>
      </w:r>
    </w:p>
    <w:p>
      <w:r>
        <w:rPr>
          <w:rFonts w:ascii="Times New Roman" w:hAnsi="Times New Roman" w:eastAsia="Noto Serif SC" w:cs="Amiri"/>
          <w:lang w:val="zh-CN" w:eastAsia="zh-CN" w:bidi="ar-SA"/>
          <w:color w:val="000000"/>
          <w:rtl w:val="0"/>
        </w:rPr>
        <w:t>基于这种禀赋，人借对Allah的真知、对养育并主宰者Allah的挚爱、对超绝一切缺欠者Allah的全然奴仆意识，以及慈悯普及万物者Allah所悦纳之事，获得心灵与灵魂的生命；因此，他在这尘世的短暂一生，便包蕴着永存的一生，结出无终而永存的一生，并成为永存而不死的一生。</w:t>
      </w:r>
    </w:p>
    <w:p>
      <w:r>
        <w:rPr>
          <w:rFonts w:ascii="Times New Roman" w:hAnsi="Times New Roman" w:eastAsia="Noto Serif SC" w:cs="Amiri"/>
          <w:lang w:val="zh-CN" w:eastAsia="zh-CN" w:bidi="ar-SA"/>
          <w:color w:val="000000"/>
          <w:rtl w:val="0"/>
        </w:rPr>
        <w:t>是的，在真正永存者Allah的挚爱、真知与悦纳之道上度过的一秒，等同一年。若不走在祂的道路上，一年也等同于一秒。甚至，在祂的道路上度过的一秒，是不死的，是漫长的许多年。而在世俗层面上，疏忽遗忘者的一百年，也只等同于一秒。</w:t>
      </w:r>
    </w:p>
    <w:p>
      <w:r>
        <w:rPr>
          <w:rFonts w:ascii="Times New Roman" w:hAnsi="Times New Roman" w:eastAsia="Noto Serif SC" w:cs="Amiri"/>
          <w:lang w:val="zh-CN" w:eastAsia="zh-CN" w:bidi="ar-SA"/>
          <w:color w:val="000000"/>
          <w:rtl w:val="0"/>
        </w:rPr>
        <w:t>有一句名言这样说：</w:t>
      </w:r>
      <w:r>
        <w:rPr>
          <w:rFonts w:ascii="Amiri" w:hAnsi="Amiri" w:eastAsia="Amiri" w:cs="Amiri"/>
          <w:lang w:val="zh-CN" w:eastAsia="zh-CN" w:bidi="ar-SA"/>
          <w:rtl w:val="1"/>
          <w:cs w:val="1"/>
          <w:color w:val="000000"/>
          <w:sz w:val="24"/>
          <w:szCs w:val="24"/>
        </w:rPr>
        <w:t>ﺳِﻨَﺔُ ﺍﻟْﻔِﺮَﺍﻕِ ﺳَﻨَﺔٌ ﻭَ ﺳَﻨَﺔُ ﺍﻟْﻮِﺻَﺎﻝِ ﺳِﻨَﺔٌ</w:t>
      </w:r>
      <w:r>
        <w:rPr>
          <w:rFonts w:ascii="Times New Roman" w:hAnsi="Times New Roman" w:eastAsia="Noto Serif SC" w:cs="Amiri"/>
          <w:lang w:val="zh-CN" w:eastAsia="zh-CN" w:bidi="ar-SA"/>
          <w:color w:val="000000"/>
          <w:rtl w:val="0"/>
        </w:rPr>
        <w:t>（离别的一秒如一年般漫长，相聚的一年如一秒般短暂）。也就是说：“离别的一秒，长得如同一年；相聚的一年，短得如同一秒。”我却与这句话完全相反地说：相聚，也就是在具威严的永存者Allah悦纳的境界里，以</w:t>
      </w:r>
      <w:r>
        <w:rPr>
          <w:rFonts w:ascii="Amiri" w:hAnsi="Amiri" w:eastAsia="Amiri" w:cs="Amiri"/>
          <w:lang w:val="zh-CN" w:eastAsia="zh-CN" w:bidi="ar-SA"/>
          <w:rtl w:val="1"/>
          <w:cs w:val="1"/>
          <w:color w:val="000000"/>
          <w:sz w:val="24"/>
          <w:szCs w:val="24"/>
        </w:rPr>
        <w:t>لِوَجْهِ اللَّهِ</w:t>
      </w:r>
      <w:r>
        <w:rPr>
          <w:rFonts w:ascii="Times New Roman" w:hAnsi="Times New Roman" w:eastAsia="Noto Serif SC" w:cs="Amiri"/>
          <w:lang w:val="zh-CN" w:eastAsia="zh-CN" w:bidi="ar-SA"/>
          <w:color w:val="000000"/>
          <w:rtl w:val="0"/>
        </w:rPr>
        <w:t>（只为Allah，不夹杂任何其他目的）度过的一秒相聚，不仅如那句话所说的一年，更是一扇恒常敞开的相聚之窗。而在疏忽与迷误的离别中，不只一年，即使一千年，也等同于一秒。还有一句比那句话更著名的话，证实了我的论断：</w:t>
      </w:r>
      <w:r>
        <w:rPr>
          <w:rFonts w:ascii="Amiri" w:hAnsi="Amiri" w:eastAsia="Amiri" w:cs="Amiri"/>
          <w:lang w:val="zh-CN" w:eastAsia="zh-CN" w:bidi="ar-SA"/>
          <w:rtl w:val="1"/>
          <w:cs w:val="1"/>
          <w:color w:val="000000"/>
          <w:sz w:val="24"/>
          <w:szCs w:val="24"/>
        </w:rPr>
        <w:t>ﺍَﺭْﺽُ الْفَلَاتِ ﻣَﻊَ الْاَعْدَاءِ ﻓِﻨْﺠَﺎﻥٌ ﺳَﻢُّ ﺍﻟْﺨِﻴَﺎﻁِ ﻣَﻊَ الْاَحْبَابِ ﻣَﻴْﺪَﺍﻥٌ</w:t>
      </w:r>
      <w:r>
        <w:rPr>
          <w:rFonts w:ascii="Times New Roman" w:hAnsi="Times New Roman" w:eastAsia="Noto Serif SC" w:cs="Amiri"/>
          <w:lang w:val="zh-CN" w:eastAsia="zh-CN" w:bidi="ar-SA"/>
          <w:color w:val="000000"/>
          <w:rtl w:val="0"/>
        </w:rPr>
        <w:t>（与敌人相处，荒原也狭小如杯；与所爱者相处，针孔也宽广如广场）。</w:t>
      </w:r>
    </w:p>
    <w:p>
      <w:r>
        <w:rPr>
          <w:rFonts w:ascii="Times New Roman" w:hAnsi="Times New Roman" w:eastAsia="Noto Serif SC" w:cs="Amiri"/>
          <w:lang w:val="zh-CN" w:eastAsia="zh-CN" w:bidi="ar-SA"/>
          <w:color w:val="000000"/>
          <w:rtl w:val="0"/>
        </w:rPr>
        <w:t>前面那句名言，其正确含义是：既然与易逝万有的相聚也是易逝的，那么，无论它多么长久，仍然算作短暂。</w:t>
      </w:r>
    </w:p>
    <w:p>
      <w:r>
        <w:rPr>
          <w:rFonts w:ascii="Times New Roman" w:hAnsi="Times New Roman" w:eastAsia="Noto Serif SC" w:cs="Amiri"/>
          <w:lang w:val="zh-CN" w:eastAsia="zh-CN" w:bidi="ar-SA"/>
          <w:color w:val="000000"/>
          <w:rtl w:val="0"/>
        </w:rPr>
        <w:t>一年如一秒般逝去，最终成为一场令人思念的幻梦、一场令人惆怅的梦。渴望永存的人心，在一年的相聚中，只能于短短一秒里，尝到微尘般的一点乐趣。至于离别，它的一秒不止一年，而是许多年。因为离别的领域广阔。对一颗渴望永存的心来说，离别即使只有一秒，也会造成如同多年般的毁伤。因为它使人想到无数次的离别。对于物质而低下的爱恋，整个过去与未来都充满了离别。</w:t>
      </w:r>
    </w:p>
    <w:p>
      <w:r>
        <w:rPr>
          <w:rFonts w:ascii="Times New Roman" w:hAnsi="Times New Roman" w:eastAsia="Noto Serif SC" w:cs="Amiri"/>
          <w:lang w:val="zh-CN" w:eastAsia="zh-CN" w:bidi="ar-SA"/>
          <w:color w:val="000000"/>
          <w:rtl w:val="0"/>
        </w:rPr>
        <w:t>借此论题，我们要说：人们啊！你们愿意让自己短暂、易逝而无益的一生，变得永存、长久、有益而果实丰盈吗？既然有所希求是人之本性的要求，那就把它奉献给真正永存者Allah之道吧。因为，凡转向永存者的，都会获得永存的显现。</w:t>
      </w:r>
    </w:p>
    <w:p>
      <w:r>
        <w:rPr>
          <w:rFonts w:ascii="Times New Roman" w:hAnsi="Times New Roman" w:eastAsia="Noto Serif SC" w:cs="Amiri"/>
          <w:lang w:val="zh-CN" w:eastAsia="zh-CN" w:bidi="ar-SA"/>
          <w:color w:val="000000"/>
          <w:rtl w:val="0"/>
        </w:rPr>
        <w:t>既然每个人都极其强烈地希望长寿，深爱永存；既然有一种方法，能把这易逝的一生转变为永存的一生，使它成为精神上极其悠长的一生——那么，只要人性尚未堕落，人当然会寻求那种方法，努力把那可能变为现实，并依它行动。</w:t>
      </w:r>
    </w:p>
    <w:p>
      <w:r>
        <w:rPr>
          <w:rFonts w:ascii="Times New Roman" w:hAnsi="Times New Roman" w:eastAsia="Noto Serif SC" w:cs="Amiri"/>
          <w:lang w:val="zh-CN" w:eastAsia="zh-CN" w:bidi="ar-SA"/>
          <w:color w:val="000000"/>
          <w:rtl w:val="0"/>
        </w:rPr>
        <w:t>那方法就是：为Allah而工作，为Allah而交往，为Allah而操劳。要在</w:t>
      </w:r>
      <w:r>
        <w:rPr>
          <w:rFonts w:ascii="Amiri" w:hAnsi="Amiri" w:eastAsia="Amiri" w:cs="Amiri"/>
          <w:lang w:val="zh-CN" w:eastAsia="zh-CN" w:bidi="ar-SA"/>
          <w:rtl w:val="1"/>
          <w:cs w:val="1"/>
          <w:color w:val="000000"/>
          <w:sz w:val="24"/>
          <w:szCs w:val="24"/>
        </w:rPr>
        <w:t>لِلَّهِ</w:t>
      </w:r>
      <w:r>
        <w:rPr>
          <w:rFonts w:ascii="Times New Roman" w:hAnsi="Times New Roman" w:eastAsia="Noto Serif SC" w:cs="Amiri"/>
          <w:lang w:val="zh-CN" w:eastAsia="zh-CN" w:bidi="ar-SA"/>
          <w:color w:val="000000"/>
          <w:rtl w:val="0"/>
        </w:rPr>
        <w:t>（为了Allah）、</w:t>
      </w:r>
      <w:r>
        <w:rPr>
          <w:rFonts w:ascii="Amiri" w:hAnsi="Amiri" w:eastAsia="Amiri" w:cs="Amiri"/>
          <w:lang w:val="zh-CN" w:eastAsia="zh-CN" w:bidi="ar-SA"/>
          <w:rtl w:val="1"/>
          <w:cs w:val="1"/>
          <w:color w:val="000000"/>
          <w:sz w:val="24"/>
          <w:szCs w:val="24"/>
        </w:rPr>
        <w:t>لِوَجْهِ اللَّهِ</w:t>
      </w:r>
      <w:r>
        <w:rPr>
          <w:rFonts w:ascii="Times New Roman" w:hAnsi="Times New Roman" w:eastAsia="Noto Serif SC" w:cs="Amiri"/>
          <w:lang w:val="zh-CN" w:eastAsia="zh-CN" w:bidi="ar-SA"/>
          <w:color w:val="000000"/>
          <w:rtl w:val="0"/>
        </w:rPr>
        <w:t>（只为Allah的尊容与悦纳）、</w:t>
      </w:r>
      <w:r>
        <w:rPr>
          <w:rFonts w:ascii="Amiri" w:hAnsi="Amiri" w:eastAsia="Amiri" w:cs="Amiri"/>
          <w:lang w:val="zh-CN" w:eastAsia="zh-CN" w:bidi="ar-SA"/>
          <w:rtl w:val="1"/>
          <w:cs w:val="1"/>
          <w:color w:val="000000"/>
          <w:sz w:val="24"/>
          <w:szCs w:val="24"/>
        </w:rPr>
        <w:t>لِأَجْلِ اللَّهِ</w:t>
      </w:r>
      <w:r>
        <w:rPr>
          <w:rFonts w:ascii="Times New Roman" w:hAnsi="Times New Roman" w:eastAsia="Noto Serif SC" w:cs="Amiri"/>
          <w:lang w:val="zh-CN" w:eastAsia="zh-CN" w:bidi="ar-SA"/>
          <w:color w:val="000000"/>
          <w:rtl w:val="0"/>
        </w:rPr>
        <w:t>（因Allah之故）所指的悦纳境界中行事。那时，你们一生的分分秒秒，就会成为岁岁年年。</w:t>
      </w:r>
    </w:p>
    <w:p>
      <w:r>
        <w:rPr>
          <w:rFonts w:ascii="Times New Roman" w:hAnsi="Times New Roman" w:eastAsia="Noto Serif SC" w:cs="Amiri"/>
          <w:lang w:val="zh-CN" w:eastAsia="zh-CN" w:bidi="ar-SA"/>
          <w:color w:val="000000"/>
          <w:rtl w:val="0"/>
        </w:rPr>
        <w:t>为指示这一真理，《古兰经》的明文表明：像高贵之夜这样的一个夜晚，等同于由八十多年构成的一千个月。同样指示这一真理的，还有升登之路的几分钟。在亲近Allah者与真理之人中间，“时间拓展”的奥义是一条经过确证的准则；借这一奥义，那几分钟具有许多年的分量。它证明这一真理的存在，并显示它确曾实际发生。升登之路那几小时的历程，具有数千年的广阔、包容与长度。因为，先知借那条升登之路进入了永存世界。永存世界的几分钟，包蕴了这个世界的数千年。</w:t>
      </w:r>
    </w:p>
    <w:p>
      <w:r>
        <w:rPr>
          <w:rFonts w:ascii="Times New Roman" w:hAnsi="Times New Roman" w:eastAsia="Noto Serif SC" w:cs="Amiri"/>
          <w:lang w:val="zh-CN" w:eastAsia="zh-CN" w:bidi="ar-SA"/>
          <w:color w:val="000000"/>
          <w:rtl w:val="0"/>
        </w:rPr>
        <w:t>同样，建立在这一真理之上的，是亲近Allah者中间屡屡发生的“时间拓展”事件。有的亲近Allah者在一分钟内完成了一天的工作；有的在一小时内完成了一年的职责；有的则传述并报告说，自己在一分钟内通读了全本《古兰经》。如此真实而诚实的人，绝不会有意自降身份去说谎。他们以如此无数而众多的连续传述，亲见了“时间拓展”</w:t>
      </w:r>
      <w:r>
        <w:rPr>
          <w:rStyle w:val="FootnoteReference"/>
        </w:rPr>
        <w:footnoteReference w:id="1"/>
      </w:r>
      <w:r>
        <w:rPr>
          <w:rFonts w:ascii="Times New Roman" w:hAnsi="Times New Roman" w:eastAsia="Noto Serif SC" w:cs="Amiri"/>
          <w:lang w:val="zh-CN" w:eastAsia="zh-CN" w:bidi="ar-SA"/>
          <w:color w:val="000000"/>
          <w:rtl w:val="0"/>
        </w:rPr>
        <w:t>这一真理，这是无可怀疑的。</w:t>
      </w:r>
    </w:p>
    <w:p>
      <w:r>
        <w:rPr>
          <w:rFonts w:ascii="Times New Roman" w:hAnsi="Times New Roman" w:eastAsia="Noto Serif SC" w:cs="Amiri"/>
          <w:lang w:val="zh-CN" w:eastAsia="zh-CN" w:bidi="ar-SA"/>
          <w:color w:val="000000"/>
          <w:rtl w:val="0"/>
        </w:rPr>
        <w:t>这种“时间拓展”中有一种人人都承认的形式，显现在梦中。有时，要经历人在一分钟内所见的梦、所经历的状态、所说的话、所尝的乐趣或所受的痛苦，在清醒的世界里需要一天，甚至许多天。</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人虽然易逝，却是为永存而受造的；他被创造成永存者Allah的镜子，受命完成能结出永存果实的工作，并被赋予一种形象，使他能成为那位永存者永存诸尊名之显现与纹饰的载体。</w:t>
      </w:r>
    </w:p>
    <w:p>
      <w:r>
        <w:rPr>
          <w:rFonts w:ascii="Times New Roman" w:hAnsi="Times New Roman" w:eastAsia="Noto Serif SC" w:cs="Amiri"/>
          <w:lang w:val="zh-CN" w:eastAsia="zh-CN" w:bidi="ar-SA"/>
          <w:color w:val="000000"/>
          <w:rtl w:val="0"/>
        </w:rPr>
        <w:t>既然如此，这样的人真正的职责与幸福就是：以全部官能与禀赋，在无始无终的永存者Allah的悦纳境界中，紧紧依持祂的诸尊名，沿永恒之路朝向那位永存者前行。正如他的口舌诵念</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（永存者Allah啊，唯有您才是永存者），他的心灵、灵魂、理智及一切内在官能也应当宣告：</w:t>
      </w:r>
      <w:r>
        <w:rPr>
          <w:rFonts w:ascii="Amiri" w:hAnsi="Amiri" w:eastAsia="Amiri" w:cs="Amiri"/>
          <w:lang w:val="zh-CN" w:eastAsia="zh-CN" w:bidi="ar-SA"/>
          <w:rtl w:val="1"/>
          <w:cs w:val="1"/>
          <w:color w:val="000000"/>
          <w:sz w:val="24"/>
          <w:szCs w:val="24"/>
        </w:rPr>
        <w:t>ﻫُﻮَ ﺍﻟْﺒَﺎﻗ۪ﻰ،</w:t>
      </w:r>
      <w:r>
        <w:rPr>
          <w:rFonts w:ascii="Times New Roman" w:hAnsi="Times New Roman" w:eastAsia="Noto Serif SC" w:cs="Amiri"/>
          <w:lang w:val="zh-CN" w:eastAsia="zh-CN" w:bidi="ar-SA"/>
          <w:color w:val="000000"/>
          <w:rtl w:val="0"/>
        </w:rPr>
        <w:t xml:space="preserve">（祂是永存者） </w:t>
      </w:r>
      <w:r>
        <w:rPr>
          <w:rFonts w:ascii="Amiri" w:hAnsi="Amiri" w:eastAsia="Amiri" w:cs="Amiri"/>
          <w:lang w:val="zh-CN" w:eastAsia="zh-CN" w:bidi="ar-SA"/>
          <w:rtl w:val="1"/>
          <w:cs w:val="1"/>
          <w:color w:val="000000"/>
          <w:sz w:val="24"/>
          <w:szCs w:val="24"/>
        </w:rPr>
        <w:t>ﻫُﻮَ الْاَزَلِىُّ الْاَبَدِىُّ،</w:t>
      </w:r>
      <w:r>
        <w:rPr>
          <w:rFonts w:ascii="Times New Roman" w:hAnsi="Times New Roman" w:eastAsia="Noto Serif SC" w:cs="Amiri"/>
          <w:lang w:val="zh-CN" w:eastAsia="zh-CN" w:bidi="ar-SA"/>
          <w:color w:val="000000"/>
          <w:rtl w:val="0"/>
        </w:rPr>
        <w:t xml:space="preserve">（祂无始而无终） </w:t>
      </w:r>
      <w:r>
        <w:rPr>
          <w:rFonts w:ascii="Amiri" w:hAnsi="Amiri" w:eastAsia="Amiri" w:cs="Amiri"/>
          <w:lang w:val="zh-CN" w:eastAsia="zh-CN" w:bidi="ar-SA"/>
          <w:rtl w:val="1"/>
          <w:cs w:val="1"/>
          <w:color w:val="000000"/>
          <w:sz w:val="24"/>
          <w:szCs w:val="24"/>
        </w:rPr>
        <w:t>ﻫُﻮَ ﺍﻟﺴَّﺮْﻣَﺪِﻯُّ،</w:t>
      </w:r>
      <w:r>
        <w:rPr>
          <w:rFonts w:ascii="Times New Roman" w:hAnsi="Times New Roman" w:eastAsia="Noto Serif SC" w:cs="Amiri"/>
          <w:lang w:val="zh-CN" w:eastAsia="zh-CN" w:bidi="ar-SA"/>
          <w:color w:val="000000"/>
          <w:rtl w:val="0"/>
        </w:rPr>
        <w:t xml:space="preserve">（祂永恒相续、无始无终） </w:t>
      </w:r>
      <w:r>
        <w:rPr>
          <w:rFonts w:ascii="Amiri" w:hAnsi="Amiri" w:eastAsia="Amiri" w:cs="Amiri"/>
          <w:lang w:val="zh-CN" w:eastAsia="zh-CN" w:bidi="ar-SA"/>
          <w:rtl w:val="1"/>
          <w:cs w:val="1"/>
          <w:color w:val="000000"/>
          <w:sz w:val="24"/>
          <w:szCs w:val="24"/>
        </w:rPr>
        <w:t>ﻫُﻮَ ﺍﻟﺪَّﺍﺋِﻢُ،</w:t>
      </w:r>
      <w:r>
        <w:rPr>
          <w:rFonts w:ascii="Times New Roman" w:hAnsi="Times New Roman" w:eastAsia="Noto Serif SC" w:cs="Amiri"/>
          <w:lang w:val="zh-CN" w:eastAsia="zh-CN" w:bidi="ar-SA"/>
          <w:color w:val="000000"/>
          <w:rtl w:val="0"/>
        </w:rPr>
        <w:t xml:space="preserve">（祂恒常不灭） </w:t>
      </w:r>
      <w:r>
        <w:rPr>
          <w:rFonts w:ascii="Amiri" w:hAnsi="Amiri" w:eastAsia="Amiri" w:cs="Amiri"/>
          <w:lang w:val="zh-CN" w:eastAsia="zh-CN" w:bidi="ar-SA"/>
          <w:rtl w:val="1"/>
          <w:cs w:val="1"/>
          <w:color w:val="000000"/>
          <w:sz w:val="24"/>
          <w:szCs w:val="24"/>
        </w:rPr>
        <w:t>ﻫُﻮَ ﺍﻟْﻤَﻄْﻠُﻮﺏُ،</w:t>
      </w:r>
      <w:r>
        <w:rPr>
          <w:rFonts w:ascii="Times New Roman" w:hAnsi="Times New Roman" w:eastAsia="Noto Serif SC" w:cs="Amiri"/>
          <w:lang w:val="zh-CN" w:eastAsia="zh-CN" w:bidi="ar-SA"/>
          <w:color w:val="000000"/>
          <w:rtl w:val="0"/>
        </w:rPr>
        <w:t xml:space="preserve">（祂是众生寻求的终极目标） </w:t>
      </w:r>
      <w:r>
        <w:rPr>
          <w:rFonts w:ascii="Amiri" w:hAnsi="Amiri" w:eastAsia="Amiri" w:cs="Amiri"/>
          <w:lang w:val="zh-CN" w:eastAsia="zh-CN" w:bidi="ar-SA"/>
          <w:rtl w:val="1"/>
          <w:cs w:val="1"/>
          <w:color w:val="000000"/>
          <w:sz w:val="24"/>
          <w:szCs w:val="24"/>
        </w:rPr>
        <w:t>ﻫُﻮَ ﺍﻟْﻤَﺤْﺒُﻮﺏُ،</w:t>
      </w:r>
      <w:r>
        <w:rPr>
          <w:rFonts w:ascii="Times New Roman" w:hAnsi="Times New Roman" w:eastAsia="Noto Serif SC" w:cs="Amiri"/>
          <w:lang w:val="zh-CN" w:eastAsia="zh-CN" w:bidi="ar-SA"/>
          <w:color w:val="000000"/>
          <w:rtl w:val="0"/>
        </w:rPr>
        <w:t xml:space="preserve">（祂是真正应受深爱者） </w:t>
      </w:r>
      <w:r>
        <w:rPr>
          <w:rFonts w:ascii="Amiri" w:hAnsi="Amiri" w:eastAsia="Amiri" w:cs="Amiri"/>
          <w:lang w:val="zh-CN" w:eastAsia="zh-CN" w:bidi="ar-SA"/>
          <w:rtl w:val="1"/>
          <w:cs w:val="1"/>
          <w:color w:val="000000"/>
          <w:sz w:val="24"/>
          <w:szCs w:val="24"/>
        </w:rPr>
        <w:t>ﻫُﻮَ ﺍﻟْﻤَﻘْﺼُﻮﺩُ،</w:t>
      </w:r>
      <w:r>
        <w:rPr>
          <w:rFonts w:ascii="Times New Roman" w:hAnsi="Times New Roman" w:eastAsia="Noto Serif SC" w:cs="Amiri"/>
          <w:lang w:val="zh-CN" w:eastAsia="zh-CN" w:bidi="ar-SA"/>
          <w:color w:val="000000"/>
          <w:rtl w:val="0"/>
        </w:rPr>
        <w:t xml:space="preserve">（祂是一切志向的终极归宿） </w:t>
      </w:r>
      <w:r>
        <w:rPr>
          <w:rFonts w:ascii="Amiri" w:hAnsi="Amiri" w:eastAsia="Amiri" w:cs="Amiri"/>
          <w:lang w:val="zh-CN" w:eastAsia="zh-CN" w:bidi="ar-SA"/>
          <w:rtl w:val="1"/>
          <w:cs w:val="1"/>
          <w:color w:val="000000"/>
          <w:sz w:val="24"/>
          <w:szCs w:val="24"/>
        </w:rPr>
        <w:t>ﻫُﻮَ ﺍﻟْﻤَﻌْﺒُﻮﺩُ</w:t>
      </w:r>
      <w:r>
        <w:rPr>
          <w:rFonts w:ascii="Times New Roman" w:hAnsi="Times New Roman" w:eastAsia="Noto Serif SC" w:cs="Amiri"/>
          <w:lang w:val="zh-CN" w:eastAsia="zh-CN" w:bidi="ar-SA"/>
          <w:color w:val="000000"/>
          <w:rtl w:val="0"/>
        </w:rPr>
        <w:t xml:space="preserve">（祂是唯独应受崇拜者）。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（我们的养育并主宰者啊！若我们遗忘或犯错，求您不要因此追究我们）</w:t>
      </w:r>
    </w:p>
    <w:p>
      <w:pPr>
        <w:pStyle w:val="Heading2"/>
      </w:pPr>
      <w:r>
        <w:rPr>
          <w:rFonts w:ascii="Times New Roman" w:hAnsi="Times New Roman" w:eastAsia="Noto Serif SC" w:cs="Amiri"/>
          <w:lang w:val="zh-CN" w:eastAsia="zh-CN" w:bidi="ar-SA"/>
          <w:color w:val="000000"/>
          <w:rtl w:val="0"/>
        </w:rPr>
        <w:t>第四闪光</w:t>
      </w:r>
    </w:p>
    <w:p>
      <w:r>
        <w:rPr>
          <w:rFonts w:ascii="Times New Roman" w:hAnsi="Times New Roman" w:eastAsia="Noto Serif SC" w:cs="Amiri"/>
          <w:lang w:val="zh-CN" w:eastAsia="zh-CN" w:bidi="ar-SA"/>
          <w:color w:val="000000"/>
          <w:rtl w:val="0"/>
        </w:rPr>
        <w:t>《圣行之道》被视为最配得上这部论著的书名。</w:t>
      </w:r>
    </w:p>
    <w:p>
      <w:r>
        <w:rPr>
          <w:rFonts w:ascii="Times New Roman" w:hAnsi="Times New Roman" w:eastAsia="Noto Serif SC" w:cs="Amiri"/>
          <w:lang w:val="zh-CN" w:eastAsia="zh-CN" w:bidi="ar-SA"/>
          <w:color w:val="000000"/>
          <w:rtl w:val="0"/>
        </w:rPr>
        <w:t>“继任者之位问题”虽是一个分支性论题，却因受到格外重视而列入信仰诸论题，在教义学与宗教根本原理中成为考察对象；因此，它与我们服务《古兰经》与信仰这一根本职责有关，故在此略加论述。</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（奉慈悯普及万物者、至慈者Allah之名，依凭祂而行） </w:t>
      </w:r>
      <w:r>
        <w:rPr>
          <w:rFonts w:ascii="Amiri" w:hAnsi="Amiri" w:eastAsia="Amiri" w:cs="Amiri"/>
          <w:lang w:val="zh-CN" w:eastAsia="zh-CN" w:bidi="ar-SA"/>
          <w:rtl w:val="1"/>
          <w:cs w:val="1"/>
          <w:color w:val="000000"/>
          <w:sz w:val="24"/>
          <w:szCs w:val="24"/>
        </w:rPr>
        <w:t>ﻟَﻘَﺪْ ﺟَٓﺎﺀَﻛُﻢْ ﺭَﺳُﻮﻝٌ ﻣِﻦْ ﺍَﻧْﻔُﺴِﻜُﻢْ</w:t>
      </w:r>
      <w:r>
        <w:rPr>
          <w:rFonts w:ascii="Times New Roman" w:hAnsi="Times New Roman" w:eastAsia="Noto Serif SC" w:cs="Amiri"/>
          <w:lang w:val="zh-CN" w:eastAsia="zh-CN" w:bidi="ar-SA"/>
          <w:color w:val="000000"/>
          <w:rtl w:val="0"/>
        </w:rPr>
        <w:t xml:space="preserve">（确有一位使者来到你们中间；他出自你们自身，深知你们的境况） </w:t>
      </w:r>
      <w:r>
        <w:rPr>
          <w:rFonts w:ascii="Amiri" w:hAnsi="Amiri" w:eastAsia="Amiri" w:cs="Amiri"/>
          <w:lang w:val="zh-CN" w:eastAsia="zh-CN" w:bidi="ar-SA"/>
          <w:rtl w:val="1"/>
          <w:cs w:val="1"/>
          <w:color w:val="000000"/>
          <w:sz w:val="24"/>
          <w:szCs w:val="24"/>
        </w:rPr>
        <w:t>ﻋَﺰ۪ﻳﺰٌ ﻋَﻠَﻴْﻪِ ﻣَﺎ ﻋَﻨِﺘُّﻢْ</w:t>
      </w:r>
      <w:r>
        <w:rPr>
          <w:rFonts w:ascii="Times New Roman" w:hAnsi="Times New Roman" w:eastAsia="Noto Serif SC" w:cs="Amiri"/>
          <w:lang w:val="zh-CN" w:eastAsia="zh-CN" w:bidi="ar-SA"/>
          <w:color w:val="000000"/>
          <w:rtl w:val="0"/>
        </w:rPr>
        <w:t xml:space="preserve">（你们所受的困苦与艰难，令他心中沉重，难以容忍） </w:t>
      </w:r>
      <w:r>
        <w:rPr>
          <w:rFonts w:ascii="Amiri" w:hAnsi="Amiri" w:eastAsia="Amiri" w:cs="Amiri"/>
          <w:lang w:val="zh-CN" w:eastAsia="zh-CN" w:bidi="ar-SA"/>
          <w:rtl w:val="1"/>
          <w:cs w:val="1"/>
          <w:color w:val="000000"/>
          <w:sz w:val="24"/>
          <w:szCs w:val="24"/>
        </w:rPr>
        <w:t>ﺣَﺮ۪ﻳﺺٌ ﻋَﻠَﻴْﻜُﻢْ</w:t>
      </w:r>
      <w:r>
        <w:rPr>
          <w:rFonts w:ascii="Times New Roman" w:hAnsi="Times New Roman" w:eastAsia="Noto Serif SC" w:cs="Amiri"/>
          <w:lang w:val="zh-CN" w:eastAsia="zh-CN" w:bidi="ar-SA"/>
          <w:color w:val="000000"/>
          <w:rtl w:val="0"/>
        </w:rPr>
        <w:t xml:space="preserve">（他深切关怀你们，殷切盼望你们获得引导与福祉） </w:t>
      </w:r>
      <w:r>
        <w:rPr>
          <w:rFonts w:ascii="Amiri" w:hAnsi="Amiri" w:eastAsia="Amiri" w:cs="Amiri"/>
          <w:lang w:val="zh-CN" w:eastAsia="zh-CN" w:bidi="ar-SA"/>
          <w:rtl w:val="1"/>
          <w:cs w:val="1"/>
          <w:color w:val="000000"/>
          <w:sz w:val="24"/>
          <w:szCs w:val="24"/>
        </w:rPr>
        <w:t>ﺑِﺎﻟْﻤُﺆْﻣِﻨ۪ﻴﻦَ ﺭَﺅُﻑٌ ﺭَﺣ۪ﻴﻢٌ</w:t>
      </w:r>
      <w:r>
        <w:rPr>
          <w:rFonts w:ascii="Times New Roman" w:hAnsi="Times New Roman" w:eastAsia="Noto Serif SC" w:cs="Amiri"/>
          <w:lang w:val="zh-CN" w:eastAsia="zh-CN" w:bidi="ar-SA"/>
          <w:color w:val="000000"/>
          <w:rtl w:val="0"/>
        </w:rPr>
        <w:t xml:space="preserve">（他对信士们格外温厚体恤，又怀有深广慈悯） </w:t>
      </w:r>
      <w:r>
        <w:rPr>
          <w:rFonts w:ascii="Amiri" w:hAnsi="Amiri" w:eastAsia="Amiri" w:cs="Amiri"/>
          <w:lang w:val="zh-CN" w:eastAsia="zh-CN" w:bidi="ar-SA"/>
          <w:rtl w:val="1"/>
          <w:cs w:val="1"/>
          <w:color w:val="000000"/>
          <w:sz w:val="24"/>
          <w:szCs w:val="24"/>
        </w:rPr>
        <w:t>٭ ﻓَﺎِﻥْ ﺗَﻮَﻟَّﻮْﺍ ﻓَﻘُﻞْ ﺣَﺴْﺒِﻰَ ﺍﻟﻠّٰﻪُ</w:t>
      </w:r>
      <w:r>
        <w:rPr>
          <w:rFonts w:ascii="Times New Roman" w:hAnsi="Times New Roman" w:eastAsia="Noto Serif SC" w:cs="Amiri"/>
          <w:lang w:val="zh-CN" w:eastAsia="zh-CN" w:bidi="ar-SA"/>
          <w:color w:val="000000"/>
          <w:rtl w:val="0"/>
        </w:rPr>
        <w:t xml:space="preserve">（倘若他们背转身去，你便说：“Allah已使我满足，祂是我的佑助与依靠”） </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 xml:space="preserve">（除祂以外，绝无应受崇拜者；唯祂具有应受崇拜的神圣性） </w:t>
      </w:r>
      <w:r>
        <w:rPr>
          <w:rFonts w:ascii="Amiri" w:hAnsi="Amiri" w:eastAsia="Amiri" w:cs="Amiri"/>
          <w:lang w:val="zh-CN" w:eastAsia="zh-CN" w:bidi="ar-SA"/>
          <w:rtl w:val="1"/>
          <w:cs w:val="1"/>
          <w:color w:val="000000"/>
          <w:sz w:val="24"/>
          <w:szCs w:val="24"/>
        </w:rPr>
        <w:t>ﻋَﻠَﻴْﻪِ ﺗَﻮَﻛَّﻠْﺖُ</w:t>
      </w:r>
      <w:r>
        <w:rPr>
          <w:rFonts w:ascii="Times New Roman" w:hAnsi="Times New Roman" w:eastAsia="Noto Serif SC" w:cs="Amiri"/>
          <w:lang w:val="zh-CN" w:eastAsia="zh-CN" w:bidi="ar-SA"/>
          <w:color w:val="000000"/>
          <w:rtl w:val="0"/>
        </w:rPr>
        <w:t xml:space="preserve">（我只托靠祂，将诸事交付祂的安排） </w:t>
      </w:r>
      <w:r>
        <w:rPr>
          <w:rFonts w:ascii="Amiri" w:hAnsi="Amiri" w:eastAsia="Amiri" w:cs="Amiri"/>
          <w:lang w:val="zh-CN" w:eastAsia="zh-CN" w:bidi="ar-SA"/>
          <w:rtl w:val="1"/>
          <w:cs w:val="1"/>
          <w:color w:val="000000"/>
          <w:sz w:val="24"/>
          <w:szCs w:val="24"/>
        </w:rPr>
        <w:t>ﻭَﻫُﻮَ ﺭَﺏُّ ﺍﻟْﻌَﺮْﺵِ ﺍﻟْﻌَﻈ۪ﻴﻢِ</w:t>
      </w:r>
      <w:r>
        <w:rPr>
          <w:rFonts w:ascii="Times New Roman" w:hAnsi="Times New Roman" w:eastAsia="Noto Serif SC" w:cs="Amiri"/>
          <w:lang w:val="zh-CN" w:eastAsia="zh-CN" w:bidi="ar-SA"/>
          <w:color w:val="000000"/>
          <w:rtl w:val="0"/>
        </w:rPr>
        <w:t xml:space="preserve">（祂是至高至大宝座的养育并主宰者，一切权能与威严都属于祂） </w:t>
      </w:r>
      <w:r>
        <w:rPr>
          <w:rFonts w:ascii="Amiri" w:hAnsi="Amiri" w:eastAsia="Amiri" w:cs="Amiri"/>
          <w:lang w:val="zh-CN" w:eastAsia="zh-CN" w:bidi="ar-SA"/>
          <w:rtl w:val="1"/>
          <w:cs w:val="1"/>
          <w:color w:val="000000"/>
          <w:sz w:val="24"/>
          <w:szCs w:val="24"/>
        </w:rPr>
        <w:t>٭ ﻗُﻞْ لَٓا ﺍَﺳْﺌَﻠُﻜُﻢْ ﻋَﻠَﻴْﻪِ ﺍَﺟْﺮًﺍ</w:t>
      </w:r>
      <w:r>
        <w:rPr>
          <w:rFonts w:ascii="Times New Roman" w:hAnsi="Times New Roman" w:eastAsia="Noto Serif SC" w:cs="Amiri"/>
          <w:lang w:val="zh-CN" w:eastAsia="zh-CN" w:bidi="ar-SA"/>
          <w:color w:val="000000"/>
          <w:rtl w:val="0"/>
        </w:rPr>
        <w:t xml:space="preserve">（你说：“我不因传达这项使命而向你们索取任何报酬”） </w:t>
      </w:r>
      <w:r>
        <w:rPr>
          <w:rFonts w:ascii="Amiri" w:hAnsi="Amiri" w:eastAsia="Amiri" w:cs="Amiri"/>
          <w:lang w:val="zh-CN" w:eastAsia="zh-CN" w:bidi="ar-SA"/>
          <w:rtl w:val="1"/>
          <w:cs w:val="1"/>
          <w:color w:val="000000"/>
          <w:sz w:val="24"/>
          <w:szCs w:val="24"/>
        </w:rPr>
        <w:t>اِلَّا ﺍﻟْﻤَﻮَﺩَّﺓَ ﻓِﻰ ﺍﻟْﻘُﺮْﺑٰﻰ</w:t>
      </w:r>
      <w:r>
        <w:rPr>
          <w:rFonts w:ascii="Times New Roman" w:hAnsi="Times New Roman" w:eastAsia="Noto Serif SC" w:cs="Amiri"/>
          <w:lang w:val="zh-CN" w:eastAsia="zh-CN" w:bidi="ar-SA"/>
          <w:color w:val="000000"/>
          <w:rtl w:val="0"/>
        </w:rPr>
        <w:t>（我所要求的，只是你们对近亲怀有爱慕与亲善）对于这庄严经文所含的众多庄严真理，我们将以两篇指出其中一两项。</w:t>
      </w:r>
    </w:p>
    <w:p>
      <w:pPr>
        <w:pStyle w:val="Heading2"/>
      </w:pPr>
      <w:r>
        <w:rPr>
          <w:rFonts w:ascii="Times New Roman" w:hAnsi="Times New Roman" w:eastAsia="Noto Serif SC" w:cs="Amiri"/>
          <w:lang w:val="zh-CN" w:eastAsia="zh-CN" w:bidi="ar-SA"/>
          <w:color w:val="000000"/>
          <w:rtl w:val="0"/>
        </w:rPr>
        <w:t>第一篇</w:t>
      </w:r>
    </w:p>
    <w:p>
      <w:r>
        <w:rPr>
          <w:rFonts w:ascii="Times New Roman" w:hAnsi="Times New Roman" w:eastAsia="Noto Serif SC" w:cs="Amiri"/>
          <w:lang w:val="zh-CN" w:eastAsia="zh-CN" w:bidi="ar-SA"/>
          <w:color w:val="000000"/>
          <w:rtl w:val="0"/>
        </w:rPr>
        <w:t>共有四项精义。</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这段经文表达了至尊使者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（愿Allah赐他尊荣、恩福与平安）对共同体那达到极境的怜爱与慈悯。是的，据真实可靠的传述，在复起聚集之日的恐怖中，人人乃至众先知都说“我自己，我自己”之时，至尊使者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却说“我的共同体，我的共同体”，以此显示他的温厚与怜爱；同样，他初到这个世界时，据具有内在揭见者证实，他的母亲也曾听见他在祈祷中说“我的共同体，我的共同体”。</w:t>
      </w:r>
    </w:p>
    <w:p>
      <w:r>
        <w:rPr>
          <w:rFonts w:ascii="Times New Roman" w:hAnsi="Times New Roman" w:eastAsia="Noto Serif SC" w:cs="Amiri"/>
          <w:lang w:val="zh-CN" w:eastAsia="zh-CN" w:bidi="ar-SA"/>
          <w:color w:val="000000"/>
          <w:rtl w:val="0"/>
        </w:rPr>
        <w:t>他一生的全部历史，以及他所传播的充满怜爱的美好品德，都显示了他那极境的怜爱与温厚；同样，他为自己的共同体无数遍的祝福祈祷显出无数的需要，又以极境的怜爱关怀共同体的一切幸福，由此也显出了他那无尽的怜爱。</w:t>
      </w:r>
    </w:p>
    <w:p>
      <w:r>
        <w:rPr>
          <w:rFonts w:ascii="Times New Roman" w:hAnsi="Times New Roman" w:eastAsia="Noto Serif SC" w:cs="Amiri"/>
          <w:lang w:val="zh-CN" w:eastAsia="zh-CN" w:bidi="ar-SA"/>
          <w:color w:val="000000"/>
          <w:rtl w:val="0"/>
        </w:rPr>
        <w:t>那么，对于一位如此富有怜爱与慈悯的引导者，不遵行他高贵的圣行，是何等忘恩负义、何等泯灭良知，请你衡量吧。</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普遍而全面的先知身份职责之中，对某些特殊的、个别的事项表现出极大的怜爱。从表面情形看，他把那极大的怜爱用在那些特殊的个别事项上，似乎与先知身份职责非同寻常的重要性不相称。然而，实际上，那一别事项能够成为一条链条的端点与代表，而这项普遍、全面的先知身份职责正可系于那条链条；因此，他是为那条宏大链条的缘故，才格外重视它的代表。</w:t>
      </w:r>
    </w:p>
    <w:p>
      <w:r>
        <w:rPr>
          <w:rFonts w:ascii="Times New Roman" w:hAnsi="Times New Roman" w:eastAsia="Noto Serif SC" w:cs="Amiri"/>
          <w:lang w:val="zh-CN" w:eastAsia="zh-CN" w:bidi="ar-SA"/>
          <w:color w:val="000000"/>
          <w:rtl w:val="0"/>
        </w:rPr>
        <w:t>例如，至尊使者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尊贵的哈桑与侯赛因年幼时，对他们表现出非同寻常的怜爱与极大的重视；这并非仅仅出于天性的怜爱和血缘亲情而生的爱，而是因为：他们是先知身份职责一条光明丝线的端点，又是一个极为重要的、承继先知所留精神遗产的群体的源头、代表和名录。</w:t>
      </w:r>
    </w:p>
    <w:p>
      <w:r>
        <w:rPr>
          <w:rFonts w:ascii="Times New Roman" w:hAnsi="Times New Roman" w:eastAsia="Noto Serif SC" w:cs="Amiri"/>
          <w:lang w:val="zh-CN" w:eastAsia="zh-CN" w:bidi="ar-SA"/>
          <w:color w:val="000000"/>
          <w:rtl w:val="0"/>
        </w:rPr>
        <w:t>是的，至尊使者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（愿Allah赐他尊荣、恩福与平安）出于极境的怜爱，把尊贵的哈桑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（愿Allah喜悦他）抱在怀中并亲吻他的头；这是因为，从尊贵的哈桑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（愿Allah喜悦他）延续而来的光明而蒙福的后裔中，将有许多如同马赫迪的人物，他们承继先知所留的精神遗产，并承载艾哈迈德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律法，例如被称为至大救援者的盖拉尼大师。先知是考虑到这些人的缘故而亲吻哈桑的头；他以先知的目光看见他们未来将履行的神圣职责，予以赏识和嘉许，并以亲吻哈桑的头作为赞赏与鼓励的标志。</w:t>
      </w:r>
    </w:p>
    <w:p>
      <w:r>
        <w:rPr>
          <w:rFonts w:ascii="Times New Roman" w:hAnsi="Times New Roman" w:eastAsia="Noto Serif SC" w:cs="Amiri"/>
          <w:lang w:val="zh-CN" w:eastAsia="zh-CN" w:bidi="ar-SA"/>
          <w:color w:val="000000"/>
          <w:rtl w:val="0"/>
        </w:rPr>
        <w:t>同样，他对尊贵的侯赛因表现出非同寻常的重视与怜爱，是代表从侯赛因</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光明世系中而来的宰因·阿比丁、贾法尔·萨迪克等崇高的先导者，以及真正承继先知所留精神遗产者那样众多如同马赫迪的光明人物，也是为了伊斯兰宗教和使者使命的职责而亲吻他的颈项，显示出极境的怜爱与重视。</w:t>
      </w:r>
    </w:p>
    <w:p>
      <w:r>
        <w:rPr>
          <w:rFonts w:ascii="Times New Roman" w:hAnsi="Times New Roman" w:eastAsia="Noto Serif SC" w:cs="Amiri"/>
          <w:lang w:val="zh-CN" w:eastAsia="zh-CN" w:bidi="ar-SA"/>
          <w:color w:val="000000"/>
          <w:rtl w:val="0"/>
        </w:rPr>
        <w:t>是的，艾哈迈德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颗洞悉幽隐的心灵，他那光明的目光、预见未来的眼睛，能从尘世幸福时代眺望永无终尽一方的复起聚集之地，能从地上看见乐园，能从地面观见天上的天使，能看见自亚当时代以来隐藏在过往黑暗帷幕中的事件，甚至得以亲见具威严者Allah；他当然看见了在尊贵的哈桑与侯赛因身后相继而来的精神枢纽、承继遗产的先导者以及马赫迪们，并代表他们全体亲吻了两人的头。是的，他亲吻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（愿Allah喜悦他）的头，盖拉尼大师在其中占有极大的一份。</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依照一种解释，</w:t>
      </w:r>
      <w:r>
        <w:rPr>
          <w:rFonts w:ascii="Amiri" w:hAnsi="Amiri" w:eastAsia="Amiri" w:cs="Amiri"/>
          <w:lang w:val="zh-CN" w:eastAsia="zh-CN" w:bidi="ar-SA"/>
          <w:rtl w:val="1"/>
          <w:cs w:val="1"/>
          <w:color w:val="000000"/>
          <w:sz w:val="24"/>
          <w:szCs w:val="24"/>
        </w:rPr>
        <w:t>اِلَّا ﺍﻟْﻤَﻮَﺩَّﺓَ ﻓِﻰ ﺍﻟْﻘُﺮْﺑٰﻰ</w:t>
      </w:r>
      <w:r>
        <w:rPr>
          <w:rFonts w:ascii="Times New Roman" w:hAnsi="Times New Roman" w:eastAsia="Noto Serif SC" w:cs="Amiri"/>
          <w:lang w:val="zh-CN" w:eastAsia="zh-CN" w:bidi="ar-SA"/>
          <w:color w:val="000000"/>
          <w:rtl w:val="0"/>
        </w:rPr>
        <w:t>（我所要求的，只是你们对近亲怀有爱慕与亲善）这节经文的意思是：“至尊使者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（愿Allah赐他尊荣、恩福与平安）不为履行使者使命的职责索取报酬，只要求人们爱慕他的先知家室。”</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按这种意思，似乎所谋求的是由血缘关系带来的利益。然而，依据</w:t>
      </w:r>
      <w:r>
        <w:rPr>
          <w:rFonts w:ascii="Amiri" w:hAnsi="Amiri" w:eastAsia="Amiri" w:cs="Amiri"/>
          <w:lang w:val="zh-CN" w:eastAsia="zh-CN" w:bidi="ar-SA"/>
          <w:rtl w:val="1"/>
          <w:cs w:val="1"/>
          <w:color w:val="000000"/>
          <w:sz w:val="24"/>
          <w:szCs w:val="24"/>
        </w:rPr>
        <w:t>ﺍِﻥَّ ﺍَﻛْﺮَﻣَﻜُﻢْ ﻋِﻨْﺪَ ﺍﻟﻠّٰﻪِ ﺍَﺗْﻘٰﻴﻜُﻢْ</w:t>
      </w:r>
      <w:r>
        <w:rPr>
          <w:rFonts w:ascii="Times New Roman" w:hAnsi="Times New Roman" w:eastAsia="Noto Serif SC" w:cs="Amiri"/>
          <w:lang w:val="zh-CN" w:eastAsia="zh-CN" w:bidi="ar-SA"/>
          <w:color w:val="000000"/>
          <w:rtl w:val="0"/>
        </w:rPr>
        <w:t>（在Allah看来，你们中最高贵的，确是最敬畏祂、最谨守祂界限的人）的奥义，使者使命的职责所运行的依据并非血缘关系，而是亲近Allah，这又如何解释？</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洞悉幽隐的目光看见：他的先知家室将在伊斯兰世界中成为一棵光明之树。在伊斯兰世界的一切阶层中，那些将在教导人类诸般完善方面承担引导者与引路人职责的人物，绝大多数都将出自先知家室。他又揭见到，共同体在礼拜的见证词中为“家室”所作的祈祷，也就是</w:t>
      </w:r>
      <w:r>
        <w:rPr>
          <w:rFonts w:ascii="Amiri" w:hAnsi="Amiri" w:eastAsia="Amiri" w:cs="Amiri"/>
          <w:lang w:val="zh-CN" w:eastAsia="zh-CN" w:bidi="ar-SA"/>
          <w:rtl w:val="1"/>
          <w:cs w:val="1"/>
          <w:color w:val="000000"/>
          <w:sz w:val="24"/>
          <w:szCs w:val="24"/>
        </w:rPr>
        <w:t>ﺍَﻟﻠّٰﻬُﻢَّ ﺻَﻞِّ ﻋَﻠٰﻰ ﺳَﻴِّﺪِﻧَﺎ ﻣُﺤَﻤَّﺪٍ</w:t>
      </w:r>
      <w:r>
        <w:rPr>
          <w:rFonts w:ascii="Times New Roman" w:hAnsi="Times New Roman" w:eastAsia="Noto Serif SC" w:cs="Amiri"/>
          <w:lang w:val="zh-CN" w:eastAsia="zh-CN" w:bidi="ar-SA"/>
          <w:color w:val="000000"/>
          <w:rtl w:val="0"/>
        </w:rPr>
        <w:t xml:space="preserve">（Allah啊，求您赐我们的主上穆罕默德尊荣与恩福） </w:t>
      </w:r>
      <w:r>
        <w:rPr>
          <w:rFonts w:ascii="Amiri" w:hAnsi="Amiri" w:eastAsia="Amiri" w:cs="Amiri"/>
          <w:lang w:val="zh-CN" w:eastAsia="zh-CN" w:bidi="ar-SA"/>
          <w:rtl w:val="1"/>
          <w:cs w:val="1"/>
          <w:color w:val="000000"/>
          <w:sz w:val="24"/>
          <w:szCs w:val="24"/>
        </w:rPr>
        <w:t>ﻭَ ﻋَﻠٰﻰ ﺍٰﻝِ ﺳَﻴِّﺪِﻧَﺎ ﻣُﺤَﻤَّﺪٍ</w:t>
      </w:r>
      <w:r>
        <w:rPr>
          <w:rFonts w:ascii="Times New Roman" w:hAnsi="Times New Roman" w:eastAsia="Noto Serif SC" w:cs="Amiri"/>
          <w:lang w:val="zh-CN" w:eastAsia="zh-CN" w:bidi="ar-SA"/>
          <w:color w:val="000000"/>
          <w:rtl w:val="0"/>
        </w:rPr>
        <w:t xml:space="preserve">（也求您赐我们主上穆罕默德的家室尊荣与恩福） </w:t>
      </w:r>
      <w:r>
        <w:rPr>
          <w:rFonts w:ascii="Amiri" w:hAnsi="Amiri" w:eastAsia="Amiri" w:cs="Amiri"/>
          <w:lang w:val="zh-CN" w:eastAsia="zh-CN" w:bidi="ar-SA"/>
          <w:rtl w:val="1"/>
          <w:cs w:val="1"/>
          <w:color w:val="000000"/>
          <w:sz w:val="24"/>
          <w:szCs w:val="24"/>
        </w:rPr>
        <w:t>ﻛَﻤَﺎ ﺻَﻠَّﻴْﺖَ ﻋَﻠٰﻰ ﺍِﺑْﺮَﺍﻫ۪ﻴﻢَ ﻭَ ﻋَﻠٰﻰ ﺍٰﻝِ ﺍِﺑْﺮَﺍﻫ۪ﻴﻢَ</w:t>
      </w:r>
      <w:r>
        <w:rPr>
          <w:rFonts w:ascii="Times New Roman" w:hAnsi="Times New Roman" w:eastAsia="Noto Serif SC" w:cs="Amiri"/>
          <w:lang w:val="zh-CN" w:eastAsia="zh-CN" w:bidi="ar-SA"/>
          <w:color w:val="000000"/>
          <w:rtl w:val="0"/>
        </w:rPr>
        <w:t xml:space="preserve">（正如您曾赐易卜拉欣及易卜拉欣的家室尊荣与恩福） </w:t>
      </w:r>
      <w:r>
        <w:rPr>
          <w:rFonts w:ascii="Amiri" w:hAnsi="Amiri" w:eastAsia="Amiri" w:cs="Amiri"/>
          <w:lang w:val="zh-CN" w:eastAsia="zh-CN" w:bidi="ar-SA"/>
          <w:rtl w:val="1"/>
          <w:cs w:val="1"/>
          <w:color w:val="000000"/>
          <w:sz w:val="24"/>
          <w:szCs w:val="24"/>
        </w:rPr>
        <w:t>ﺍِﻧَّﻚَ ﺣَﻤ۪ﻴﺪٌ ﻣَﺠ۪ﻴﺪٌ</w:t>
      </w:r>
      <w:r>
        <w:rPr>
          <w:rFonts w:ascii="Times New Roman" w:hAnsi="Times New Roman" w:eastAsia="Noto Serif SC" w:cs="Amiri"/>
          <w:lang w:val="zh-CN" w:eastAsia="zh-CN" w:bidi="ar-SA"/>
          <w:color w:val="000000"/>
          <w:rtl w:val="0"/>
        </w:rPr>
        <w:t>（您确是值得一切赞美者，您的作为皆受称颂；您确是尊贵荣耀者，您的恩典宏大丰盛），这祈祷必将蒙准。也就是说，正如易卜拉欣宗教共同体中，那些光明的引导者绝大多数都是出自尊贵易卜拉欣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（愿Allah赐他平安）家室与后裔的众先知；同样，他在穆罕默德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（愿Allah赐他尊荣、恩福与平安）的共同体中，也看见穆罕默德先知家室的精神枢纽们，在伊斯兰的诸多重大职责和多数修持道路与途径中，如同以色列后裔的众先知一般。因此，他奉命说出</w:t>
      </w:r>
      <w:r>
        <w:rPr>
          <w:rFonts w:ascii="Amiri" w:hAnsi="Amiri" w:eastAsia="Amiri" w:cs="Amiri"/>
          <w:lang w:val="zh-CN" w:eastAsia="zh-CN" w:bidi="ar-SA"/>
          <w:rtl w:val="1"/>
          <w:cs w:val="1"/>
          <w:color w:val="000000"/>
          <w:sz w:val="24"/>
          <w:szCs w:val="24"/>
        </w:rPr>
        <w:t>لَٓا ﺍَﺳْﺌَﻠُﻜُﻢْ ﻋَﻠَﻴْﻪِ ﺍَﺟْﺮًﺍ اِلَّا ﺍﻟْﻤَﻮَﺩَّﺓَ ﻓِﻰ ﺍﻟْﻘُﺮْﺑٰﻰ</w:t>
      </w:r>
      <w:r>
        <w:rPr>
          <w:rFonts w:ascii="Times New Roman" w:hAnsi="Times New Roman" w:eastAsia="Noto Serif SC" w:cs="Amiri"/>
          <w:lang w:val="zh-CN" w:eastAsia="zh-CN" w:bidi="ar-SA"/>
          <w:color w:val="000000"/>
          <w:rtl w:val="0"/>
        </w:rPr>
        <w:t>（我不因传达这项使命而向你们索取任何报酬，只要求你们对近亲怀有爱慕与亲善），要求共同体爱慕先知家室。</w:t>
      </w:r>
    </w:p>
    <w:p>
      <w:r>
        <w:rPr>
          <w:rFonts w:ascii="Times New Roman" w:hAnsi="Times New Roman" w:eastAsia="Noto Serif SC" w:cs="Amiri"/>
          <w:lang w:val="zh-CN" w:eastAsia="zh-CN" w:bidi="ar-SA"/>
          <w:color w:val="000000"/>
          <w:rtl w:val="0"/>
        </w:rPr>
        <w:t>在证实这一真理的其他传述中，他宣告说：“我给你们留下两样事物。你们若紧守它们，就会获得拯救。一样是Allah的经典，一样是我的先知家室。”因为，先知家室才是高贵圣行的源泉与守护者，也是在一切方面负有信守圣行之责的人。</w:t>
      </w:r>
    </w:p>
    <w:p>
      <w:r>
        <w:rPr>
          <w:rFonts w:ascii="Times New Roman" w:hAnsi="Times New Roman" w:eastAsia="Noto Serif SC" w:cs="Amiri"/>
          <w:lang w:val="zh-CN" w:eastAsia="zh-CN" w:bidi="ar-SA"/>
          <w:color w:val="000000"/>
          <w:rtl w:val="0"/>
        </w:rPr>
        <w:t>正是基于这一奥义，这项圣训真理才以遵循经典与圣行为题而被告知。可见，就使者使命的职责而言，他所说先知家室的意旨，乃是他高贵的圣行。背弃遵循高贵圣行的人，既不属于真正的先知家室，也不可能成为先知家室真正的朋友。</w:t>
      </w:r>
    </w:p>
    <w:p>
      <w:r>
        <w:rPr>
          <w:rFonts w:ascii="Times New Roman" w:hAnsi="Times New Roman" w:eastAsia="Noto Serif SC" w:cs="Amiri"/>
          <w:lang w:val="zh-CN" w:eastAsia="zh-CN" w:bidi="ar-SA"/>
          <w:color w:val="000000"/>
          <w:rtl w:val="0"/>
        </w:rPr>
        <w:t>此外，他愿意把共同体聚集在先知家室周围，其奥义在于：他凭Allah的许可知道，随着岁月流逝，先知家室将大大繁衍；他也明白伊斯兰将会衰弱。因此，需要一个极其强大而人数众多、彼此团结的群体，使它能够成为伊斯兰世界精神进步的中心与枢轴。他凭Allah的许可作此考虑，并希望共同体聚集在先知家室周围。</w:t>
      </w:r>
    </w:p>
    <w:p>
      <w:r>
        <w:rPr>
          <w:rFonts w:ascii="Times New Roman" w:hAnsi="Times New Roman" w:eastAsia="Noto Serif SC" w:cs="Amiri"/>
          <w:lang w:val="zh-CN" w:eastAsia="zh-CN" w:bidi="ar-SA"/>
          <w:color w:val="000000"/>
          <w:rtl w:val="0"/>
        </w:rPr>
        <w:t>是的，先知家室的成员，即使在信念与信仰方面未必远远超过他人，在顺服、信守与支持方面却仍遥遥领先。因为，他们凭天性、世系与与生俱来的倾向支持伊斯兰。天性的支持，即使软弱、不得际遇，甚至并不正当，也不会被放弃。更何况，一个人若凭自明之理深切感到，他所支持的真理极其强大、极其真实、极其尊荣，他的整条祖先世系都与之相连、因它获得荣耀并为它献出生命，那么，这种支持是何等根本、何等合乎天性，他又怎会放弃支持呢？先知家室正是由于这种强烈的信守和天性上的伊斯兰倾向，把有利于伊斯兰宗教的一点点迹象，也当作有力的证据接受。因为他们凭天性就是支持者。别人则要先有有力的证据，随后才会信守。</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因第三项精义所及，我们将简要指出一个问题：什叶学派与逊尼和大众学派之间的争议焦点，竟被放大到足以列入信仰信条著作和信仰根本原则的程度。</w:t>
      </w:r>
    </w:p>
    <w:p>
      <w:pPr>
        <w:pStyle w:val="Heading2"/>
      </w:pPr>
      <w:r>
        <w:rPr>
          <w:rFonts w:ascii="Times New Roman" w:hAnsi="Times New Roman" w:eastAsia="Noto Serif SC" w:cs="Amiri"/>
          <w:lang w:val="zh-CN" w:eastAsia="zh-CN" w:bidi="ar-SA"/>
          <w:color w:val="000000"/>
          <w:rtl w:val="0"/>
        </w:rPr>
        <w:t>问题如下：</w:t>
      </w:r>
    </w:p>
    <w:p>
      <w:r>
        <w:rPr>
          <w:rFonts w:ascii="Times New Roman" w:hAnsi="Times New Roman" w:eastAsia="Noto Serif SC" w:cs="Amiri"/>
          <w:lang w:val="zh-CN" w:eastAsia="zh-CN" w:bidi="ar-SA"/>
          <w:color w:val="000000"/>
          <w:rtl w:val="0"/>
        </w:rPr>
        <w:t>逊尼和大众学派说：“尊贵的阿里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（愿Allah喜悦他）是先知四位继任者中的第四位。尊贵的西迪克</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（愿Allah喜悦他）更为优越，也更配得继任之位，所以他最先继任。”</w:t>
      </w:r>
    </w:p>
    <w:p>
      <w:r>
        <w:rPr>
          <w:rFonts w:ascii="Times New Roman" w:hAnsi="Times New Roman" w:eastAsia="Noto Serif SC" w:cs="Amiri"/>
          <w:lang w:val="zh-CN" w:eastAsia="zh-CN" w:bidi="ar-SA"/>
          <w:color w:val="000000"/>
          <w:rtl w:val="0"/>
        </w:rPr>
        <w:t>什叶学派则说：“权利属于尊贵的阿里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（愿Allah喜悦他），他遭受了不义。在所有人中，最优越的是尊贵的阿里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（愿Allah喜悦他）。”他们为自己的主张提出的证据，概括如下：他们说：“关于尊贵的阿里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（愿Allah喜悦他）所传述的先知圣训；他以‘亲近Allah者的领袖’这一称号，成为绝大多数亲近Allah者和修持道路的归依之处；他在知识、勇毅和崇拜功修上的非凡品质；以及尊贵先知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（愿Allah赐他尊荣、恩福与平安）对他和由他延续的先知家室所怀的深厚关怀——这一切都表明，最优越者是他，继任之位始终是他的权利，却被人从他手中夺去了。”</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屡次亲自承认，又在二十多年中追随那三位继任者，并处在他们的伊斯兰首席学者之位；这些都削弱了什叶学派的主张。再者，那三位继任者在位期间伊斯兰的开拓与抗击敌人的奋战事迹，以及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（愿Allah喜悦他）在位时期发生的事件，也从伊斯兰继任之位的角度削弱了什叶学派的主张。因此，逊尼和大众学派的主张才是正确的。</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什叶学派分为两种：一种是亲近Allah之位的什叶学派，另一种是继任之位的什叶学派。姑且说后一种因夹杂私意与政治而不正当。然而，前一种并不夹杂私意与政治。可是，亲近Allah之位的什叶学派已经并入继任之位的什叶学派；也就是说，修持道路上的亲近Allah者中，有一部分认为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（愿Allah喜悦他）最为优越，并赞同属于政治方面的继任之位的什叶学派的主张。</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应当从两个方面看待尊贵的阿里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（愿Allah喜悦他）：一方面，从他个人的诸般完善与品阶来看；另一方面，从他代表先知家室的精神集体人格来看。而先知家室的精神集体人格，又显示至尊使者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（愿Allah赐他尊荣、恩福与平安）本质的一个方面。</w:t>
      </w:r>
    </w:p>
    <w:p>
      <w:r>
        <w:rPr>
          <w:rFonts w:ascii="Times New Roman" w:hAnsi="Times New Roman" w:eastAsia="Noto Serif SC" w:cs="Amiri"/>
          <w:lang w:val="zh-CN" w:eastAsia="zh-CN" w:bidi="ar-SA"/>
          <w:color w:val="000000"/>
          <w:rtl w:val="0"/>
        </w:rPr>
        <w:t>因此，从第一个方面说，包括尊贵的阿里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（愿Allah喜悦他）在内，一切通达真理者都把尊贵的艾布·伯克尔与尊贵的欧麦尔</w:t>
      </w:r>
      <w:r>
        <w:rPr>
          <w:rFonts w:ascii="Amiri" w:hAnsi="Amiri" w:eastAsia="Amiri" w:cs="Amiri"/>
          <w:lang w:val="zh-CN" w:eastAsia="zh-CN" w:bidi="ar-SA"/>
          <w:rtl w:val="1"/>
          <w:cs w:val="1"/>
          <w:color w:val="000000"/>
          <w:sz w:val="24"/>
          <w:szCs w:val="24"/>
        </w:rPr>
        <w:t>رَضِيَ اللَّهُ عَنْهُمَا</w:t>
      </w:r>
      <w:r>
        <w:rPr>
          <w:rFonts w:ascii="Times New Roman" w:hAnsi="Times New Roman" w:eastAsia="Noto Serif SC" w:cs="Amiri"/>
          <w:lang w:val="zh-CN" w:eastAsia="zh-CN" w:bidi="ar-SA"/>
          <w:color w:val="000000"/>
          <w:rtl w:val="0"/>
        </w:rPr>
        <w:t>（愿Allah喜悦他们两位）置于前列，认为他们在服务伊斯兰和亲近Allah方面的品阶更高。从第二个方面说，尊贵的阿里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（愿Allah喜悦他）是先知家室精神集体人格的代表，而先知家室的精神集体人格又代表穆罕默德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（愿Allah赐他尊荣、恩福与平安）的一项真理，因此两者无法放在同一天平上衡量。关于尊贵阿里那些高度赞扬的先知圣训，正是着眼于这第二个方面。有一项真实可靠的传述证实了这一真理：至尊使者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（愿Allah赐他尊荣、恩福与平安）宣告说：“每位先知的后裔都归属于他自己；我的后裔，就是阿里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（愿Allah喜悦他）的后裔。”</w:t>
      </w:r>
    </w:p>
    <w:p>
      <w:r>
        <w:rPr>
          <w:rFonts w:ascii="Times New Roman" w:hAnsi="Times New Roman" w:eastAsia="Noto Serif SC" w:cs="Amiri"/>
          <w:lang w:val="zh-CN" w:eastAsia="zh-CN" w:bidi="ar-SA"/>
          <w:color w:val="000000"/>
          <w:rtl w:val="0"/>
        </w:rPr>
        <w:t>关于尊贵阿里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本人，赞扬性的圣训之所以比其他继任者更多、流传更广，其奥义是：伍麦叶人与哈瓦利吉学派对他进行不义的攻击和贬抑；作为回应，属于逊尼和大众学派的真理之士便大量传播关于他的传述。其他正道继任者既没有频繁遭受那样的批评和贬抑，也就无需广泛传播关于他们的圣训。此外，先知以先知的目光看见，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（愿Allah喜悦他）未来将遭遇痛苦事件和内部动乱；为使阿里免于绝望，并使共同体免于对他产生恶意的猜疑，他便用</w:t>
      </w:r>
      <w:r>
        <w:rPr>
          <w:rFonts w:ascii="Amiri" w:hAnsi="Amiri" w:eastAsia="Amiri" w:cs="Amiri"/>
          <w:lang w:val="zh-CN" w:eastAsia="zh-CN" w:bidi="ar-SA"/>
          <w:rtl w:val="1"/>
          <w:cs w:val="1"/>
          <w:color w:val="000000"/>
          <w:sz w:val="24"/>
          <w:szCs w:val="24"/>
        </w:rPr>
        <w:t>ﻣَﻦْ ﻛُﻨْﺖُ مَوْلَاهُ ﻓَﻌَﻠِﻰٌّ مَوْلَاهُ</w:t>
      </w:r>
      <w:r>
        <w:rPr>
          <w:rFonts w:ascii="Times New Roman" w:hAnsi="Times New Roman" w:eastAsia="Noto Serif SC" w:cs="Amiri"/>
          <w:lang w:val="zh-CN" w:eastAsia="zh-CN" w:bidi="ar-SA"/>
          <w:color w:val="000000"/>
          <w:rtl w:val="0"/>
        </w:rPr>
        <w:t>（我是谁的守护者与亲近之主，阿里也就是谁的守护者与亲近之主）等重要圣训安慰阿里，并引导共同体。</w:t>
      </w:r>
    </w:p>
    <w:p>
      <w:r>
        <w:rPr>
          <w:rFonts w:ascii="Times New Roman" w:hAnsi="Times New Roman" w:eastAsia="Noto Serif SC" w:cs="Amiri"/>
          <w:lang w:val="zh-CN" w:eastAsia="zh-CN" w:bidi="ar-SA"/>
          <w:color w:val="000000"/>
          <w:rtl w:val="0"/>
        </w:rPr>
        <w:t>亲近Allah之位的什叶学派对尊贵阿里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怀着过度的爱，并从内在修持道路出发把他置于他人之上，这并不使他们像继任之位的什叶学派那样负有罪责。因为，亲近Allah者在修持道路上，是以爱来仰望自己的引路人。爱的特性就是趋向过度；人总愿意把所爱者看得高于其实际品阶，也确实会这样看。在爱的激荡中，通达这种内在状态的人是可以得到谅解的。不过，他们因爱而推崇阿里，只有在不走向贬损和敌视正道继任者、也不越出伊斯兰根本原则的条件与限度下，才可以得到谅解。</w:t>
      </w:r>
    </w:p>
    <w:p>
      <w:r>
        <w:rPr>
          <w:rFonts w:ascii="Times New Roman" w:hAnsi="Times New Roman" w:eastAsia="Noto Serif SC" w:cs="Amiri"/>
          <w:lang w:val="zh-CN" w:eastAsia="zh-CN" w:bidi="ar-SA"/>
          <w:color w:val="000000"/>
          <w:rtl w:val="0"/>
        </w:rPr>
        <w:t>继任之位的什叶学派则因政治私欲介入其中，无法摆脱偏私与侵越，也就失去了请求谅解的权利。甚至，正应验</w:t>
      </w:r>
      <w:r>
        <w:rPr>
          <w:rFonts w:ascii="Amiri" w:hAnsi="Amiri" w:eastAsia="Amiri" w:cs="Amiri"/>
          <w:lang w:val="zh-CN" w:eastAsia="zh-CN" w:bidi="ar-SA"/>
          <w:rtl w:val="1"/>
          <w:cs w:val="1"/>
          <w:color w:val="000000"/>
          <w:sz w:val="24"/>
          <w:szCs w:val="24"/>
        </w:rPr>
        <w:t>لَا ﻟِﺤُﺐِّ ﻋَﻠِﻰٍّ ﺑَﻞْ ﻟِﺒُﻐْﺾِ ﻋُﻤَﺮَ</w:t>
      </w:r>
      <w:r>
        <w:rPr>
          <w:rFonts w:ascii="Times New Roman" w:hAnsi="Times New Roman" w:eastAsia="Noto Serif SC" w:cs="Amiri"/>
          <w:lang w:val="zh-CN" w:eastAsia="zh-CN" w:bidi="ar-SA"/>
          <w:color w:val="000000"/>
          <w:rtl w:val="0"/>
        </w:rPr>
        <w:t>（并非出于对阿里的爱，而是出于对欧麦尔的恨）这句话，由于伊朗民族在尊贵欧麦尔</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（愿Allah喜悦他）手中受到创伤，他们便以对阿里的爱为形式表现复仇之心；同样，阿慕尔·本·阿斯对尊贵阿里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（愿Allah喜悦他）的叛乱，以及欧麦尔·本·萨阿德对尊贵侯赛因</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（愿Allah喜悦他）发动的悲惨战争，也使什叶学派对欧麦尔这个名字产生了强烈的愤怒与敌意。</w:t>
      </w:r>
    </w:p>
    <w:p>
      <w:r>
        <w:rPr>
          <w:rFonts w:ascii="Times New Roman" w:hAnsi="Times New Roman" w:eastAsia="Noto Serif SC" w:cs="Amiri"/>
          <w:lang w:val="zh-CN" w:eastAsia="zh-CN" w:bidi="ar-SA"/>
          <w:color w:val="000000"/>
          <w:rtl w:val="0"/>
        </w:rPr>
        <w:t>亲近Allah之位的什叶学派无权批评逊尼和大众学派。因为，逊尼和大众学派不仅没有贬抑尊贵的阿里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（愿Allah喜悦他），反而真诚地爱戴他；只是他们提防圣训所认为危险的过度之爱。圣训中先知对阿里及其追随者的赞扬，也属于逊尼和大众学派。因为，以端正的爱追随尊贵阿里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（愿Allah喜悦他）的人，正是作为真理之士的逊尼和大众学派。对尊贵尔萨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（愿Allah赐他平安）的过度之爱，对尔萨之教的信徒们是危险的；同样，真实圣训也明确宣告，以那种方式对尊贵阿里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（愿Allah喜悦他）怀有过度之爱是危险的。</w:t>
      </w:r>
    </w:p>
    <w:p>
      <w:pPr>
        <w:pStyle w:val="Heading2"/>
      </w:pPr>
      <w:r>
        <w:rPr>
          <w:rFonts w:ascii="Times New Roman" w:hAnsi="Times New Roman" w:eastAsia="Noto Serif SC" w:cs="Amiri"/>
          <w:lang w:val="zh-CN" w:eastAsia="zh-CN" w:bidi="ar-SA"/>
          <w:color w:val="000000"/>
          <w:rtl w:val="0"/>
        </w:rPr>
        <w:t>若亲近Allah之位的什叶学派说：</w:t>
      </w:r>
    </w:p>
    <w:p>
      <w:r>
        <w:rPr>
          <w:rFonts w:ascii="Times New Roman" w:hAnsi="Times New Roman" w:eastAsia="Noto Serif SC" w:cs="Amiri"/>
          <w:lang w:val="zh-CN" w:eastAsia="zh-CN" w:bidi="ar-SA"/>
          <w:color w:val="000000"/>
          <w:rtl w:val="0"/>
        </w:rPr>
        <w:t>既然承认尊贵阿里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（愿Allah喜悦他）非同寻常的诸般完善，就不可能把尊贵的西迪克</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（愿Allah喜悦他）置于他之上。</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如果把至大的忠诚真实者与至大的辨别真伪者</w:t>
      </w:r>
      <w:r>
        <w:rPr>
          <w:rFonts w:ascii="Amiri" w:hAnsi="Amiri" w:eastAsia="Amiri" w:cs="Amiri"/>
          <w:lang w:val="zh-CN" w:eastAsia="zh-CN" w:bidi="ar-SA"/>
          <w:rtl w:val="1"/>
          <w:cs w:val="1"/>
          <w:color w:val="000000"/>
          <w:sz w:val="24"/>
          <w:szCs w:val="24"/>
        </w:rPr>
        <w:t>رَضِيَ اللَّهُ عَنْهُمَا</w:t>
      </w:r>
      <w:r>
        <w:rPr>
          <w:rFonts w:ascii="Times New Roman" w:hAnsi="Times New Roman" w:eastAsia="Noto Serif SC" w:cs="Amiri"/>
          <w:lang w:val="zh-CN" w:eastAsia="zh-CN" w:bidi="ar-SA"/>
          <w:color w:val="000000"/>
          <w:rtl w:val="0"/>
        </w:rPr>
        <w:t>（愿Allah喜悦他们两位）个人的诸般完善、承继先知精神遗产的职责和在位时期的诸般完善，一并放在天平的一端；再把尊贵阿里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个人非凡的诸般完善，以及他在位期间因内部情势所迫而遭遇痛苦事件、承受恶意猜疑的继任奋战，一并放在天平的另一端，那么，逊尼和大众学派看出并认定：至大的忠诚真实者，或者辨别真伪者，或者双光者</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（愿Allah喜悦他）那一端更有分量，因而把他们置于前列。</w:t>
      </w:r>
    </w:p>
    <w:p>
      <w:r>
        <w:rPr>
          <w:rFonts w:ascii="Times New Roman" w:hAnsi="Times New Roman" w:eastAsia="Noto Serif SC" w:cs="Amiri"/>
          <w:lang w:val="zh-CN" w:eastAsia="zh-CN" w:bidi="ar-SA"/>
          <w:color w:val="000000"/>
          <w:rtl w:val="0"/>
        </w:rPr>
        <w:t>又如《第十二言》和《第二十四言》所证明的：先知身份与亲近Allah之位相比，其品阶高到这样的程度，先知身份一迪尔汗——一种传统重量单位——的彰显，也胜过亲近Allah之位一巴特曼——一种传统重量单位——的彰显。从这一角度看，至大的忠诚真实者与至大的辨别真伪者</w:t>
      </w:r>
      <w:r>
        <w:rPr>
          <w:rFonts w:ascii="Amiri" w:hAnsi="Amiri" w:eastAsia="Amiri" w:cs="Amiri"/>
          <w:lang w:val="zh-CN" w:eastAsia="zh-CN" w:bidi="ar-SA"/>
          <w:rtl w:val="1"/>
          <w:cs w:val="1"/>
          <w:color w:val="000000"/>
          <w:sz w:val="24"/>
          <w:szCs w:val="24"/>
        </w:rPr>
        <w:t>رَضِيَ اللَّهُ عَنْهُمَا</w:t>
      </w:r>
      <w:r>
        <w:rPr>
          <w:rFonts w:ascii="Times New Roman" w:hAnsi="Times New Roman" w:eastAsia="Noto Serif SC" w:cs="Amiri"/>
          <w:lang w:val="zh-CN" w:eastAsia="zh-CN" w:bidi="ar-SA"/>
          <w:color w:val="000000"/>
          <w:rtl w:val="0"/>
        </w:rPr>
        <w:t>（愿Allah喜悦他们两位）在承继先知精神遗产、建立使者使命各项律则方面所得份额，更多是由Allah一方赐予的；他们在位期间的成就，也被逊尼和大众学派视为证据。尊贵阿里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个人的诸般完善，并不能取消那份由承继先知精神遗产而来的更多份额；因此，在两位受尊崇的尊者在位期间，阿里担任他们的伊斯兰首席学者，并尊敬他们。爱戴并尊敬阿里的真理与圣行之士，又怎能不爱戴、不尊敬阿里所爱戴并真诚尊敬的两位尊者呢？</w:t>
      </w:r>
    </w:p>
    <w:p>
      <w:r>
        <w:rPr>
          <w:rFonts w:ascii="Times New Roman" w:hAnsi="Times New Roman" w:eastAsia="Noto Serif SC" w:cs="Amiri"/>
          <w:lang w:val="zh-CN" w:eastAsia="zh-CN" w:bidi="ar-SA"/>
          <w:color w:val="000000"/>
          <w:rtl w:val="0"/>
        </w:rPr>
        <w:t>让我们用一个比喻阐明这一真理。例如，一位极其富有的人留下遗产，给其中一个孩子二十巴特曼银子和四巴特曼金子；给另一个孩子五巴特曼银子和五巴特曼金子；再给第三个孩子三巴特曼银子和五巴特曼金子。那么，后两个孩子所得的数量虽然较少，在质量上却无疑更多。</w:t>
      </w:r>
    </w:p>
    <w:p>
      <w:r>
        <w:rPr>
          <w:rFonts w:ascii="Times New Roman" w:hAnsi="Times New Roman" w:eastAsia="Noto Serif SC" w:cs="Amiri"/>
          <w:lang w:val="zh-CN" w:eastAsia="zh-CN" w:bidi="ar-SA"/>
          <w:color w:val="000000"/>
          <w:rtl w:val="0"/>
        </w:rPr>
        <w:t>正如这个比喻，两位尊者从承继先知精神遗产、建立使者使命律则而彰显的与Allah至为亲近的真理中所得的金子份额，即使只多出少许，也胜过由个人完善与亲近Allah之位的精华所产生的亲近Allah、亲近Allah之位的诸般完善及其亲近程度中的更多部分。衡量时必须考虑这些方面。否则，如果只从个人勇毅、知识和亲近Allah之位来相互比较，真理的面貌就会改变。</w:t>
      </w:r>
    </w:p>
    <w:p>
      <w:r>
        <w:rPr>
          <w:rFonts w:ascii="Times New Roman" w:hAnsi="Times New Roman" w:eastAsia="Noto Serif SC" w:cs="Amiri"/>
          <w:lang w:val="zh-CN" w:eastAsia="zh-CN" w:bidi="ar-SA"/>
          <w:color w:val="000000"/>
          <w:rtl w:val="0"/>
        </w:rPr>
        <w:t>此外，从尊贵阿里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（愿Allah喜悦他）身上具体体现的先知家室精神集体人格，以及穆罕默德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（愿Allah赐他尊荣、恩福与平安）的真理在那精神人格中依全面承继而彰显的方面看，也无法放在同一天平上衡量。因为，在那里有着先知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（愿Allah赐他尊荣、恩福与平安）的庄严奥义。</w:t>
      </w:r>
    </w:p>
    <w:p>
      <w:r>
        <w:rPr>
          <w:rFonts w:ascii="Times New Roman" w:hAnsi="Times New Roman" w:eastAsia="Noto Serif SC" w:cs="Amiri"/>
          <w:lang w:val="zh-CN" w:eastAsia="zh-CN" w:bidi="ar-SA"/>
          <w:color w:val="000000"/>
          <w:rtl w:val="0"/>
        </w:rPr>
        <w:t>至于继任之位的什叶学派，面对逊尼和大众学派，除了羞愧之外没有任何权利。因为，他们声称极其爱戴尊贵的阿里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（愿Allah喜悦他），实际上却在贬抑他；他们的学派主张甚至等于说他品行恶劣。因为他们说：“尊贵的西迪克与尊贵的欧麦尔</w:t>
      </w:r>
      <w:r>
        <w:rPr>
          <w:rFonts w:ascii="Amiri" w:hAnsi="Amiri" w:eastAsia="Amiri" w:cs="Amiri"/>
          <w:lang w:val="zh-CN" w:eastAsia="zh-CN" w:bidi="ar-SA"/>
          <w:rtl w:val="1"/>
          <w:cs w:val="1"/>
          <w:color w:val="000000"/>
          <w:sz w:val="24"/>
          <w:szCs w:val="24"/>
        </w:rPr>
        <w:t>رَضِيَ اللَّهُ عَنْهُمَا</w:t>
      </w:r>
      <w:r>
        <w:rPr>
          <w:rFonts w:ascii="Times New Roman" w:hAnsi="Times New Roman" w:eastAsia="Noto Serif SC" w:cs="Amiri"/>
          <w:lang w:val="zh-CN" w:eastAsia="zh-CN" w:bidi="ar-SA"/>
          <w:color w:val="000000"/>
          <w:rtl w:val="0"/>
        </w:rPr>
        <w:t>（愿Allah喜悦他们两位）虽不正义，尊贵阿里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却迁就他们，按什叶学派的术语实行掩饰；也就是说，他惧怕他们，对他们虚伪装作。”难道可以把这样一位伊斯兰的英雄、赢得“Allah之狮”称号、忠诚真实者的统帅与引导者，看成虚伪而怯懦的人，看成对不爱的人矫饰爱意、在恐惧中迁就二十多年、接受追随不义者的人吗？这不是对他的爱。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（愿Allah喜悦他）也不会接受那样的爱。</w:t>
      </w:r>
    </w:p>
    <w:p>
      <w:r>
        <w:rPr>
          <w:rFonts w:ascii="Times New Roman" w:hAnsi="Times New Roman" w:eastAsia="Noto Serif SC" w:cs="Amiri"/>
          <w:lang w:val="zh-CN" w:eastAsia="zh-CN" w:bidi="ar-SA"/>
          <w:color w:val="000000"/>
          <w:rtl w:val="0"/>
        </w:rPr>
        <w:t>因此，真理之士的学派绝不会以任何方式贬抑尊贵的阿里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（愿Allah喜悦他），也不会指控他品行恶劣。他们不会把怯懦归给那样一位勇毅非凡的人，而会说：“尊贵的阿里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（愿Allah喜悦他）如果不认为正道继任者持有真理，就连一刻也不会承认或服从他们。可见，正因为他认定他们正当而且更为优越，才把自己的热忱与勇毅交付给尊崇真理的道路。”</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凡事过度与不足都不好，端正则是中正之道；逊尼和大众学派选择的正是它。然而遗憾的是，瓦哈比学派与哈瓦利吉学派的思想，也部分地混入了逊尼和大众学派的外衣之下；同样，迷恋政治的人和一部分无信仰者也在批评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（愿Allah喜悦他）。他们竟说：“绝不如此，他不懂政治，所以不完全配得继任之位，也没有治理好。”阿拉维学派正因这些不义的指控，对逊尼和大众学派采取了疏远怨愤的姿态。</w:t>
      </w:r>
    </w:p>
    <w:p>
      <w:r>
        <w:rPr>
          <w:rFonts w:ascii="Times New Roman" w:hAnsi="Times New Roman" w:eastAsia="Noto Serif SC" w:cs="Amiri"/>
          <w:lang w:val="zh-CN" w:eastAsia="zh-CN" w:bidi="ar-SA"/>
          <w:color w:val="000000"/>
          <w:rtl w:val="0"/>
        </w:rPr>
        <w:t>然而，逊尼和大众学派的原则与根本学派主张，并不要求这些思想，反而证明其反面。逊尼和大众学派不能因来自哈瓦利吉学派和无信仰者的这类思想而被判罪。相反，逊尼和大众学派对尊贵阿里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（愿Allah喜悦他）的支持，胜过阿拉维学派。他们在一切演讲与祈祷中，都以阿里应得的赞颂来称述他。尤其是绝大多数属于逊尼和大众学派的亲近Allah者与精纯贤者，都把他视为引路人和亲近Allah者的领袖。</w:t>
      </w:r>
    </w:p>
    <w:p>
      <w:r>
        <w:rPr>
          <w:rFonts w:ascii="Times New Roman" w:hAnsi="Times New Roman" w:eastAsia="Noto Serif SC" w:cs="Amiri"/>
          <w:lang w:val="zh-CN" w:eastAsia="zh-CN" w:bidi="ar-SA"/>
          <w:color w:val="000000"/>
          <w:rtl w:val="0"/>
        </w:rPr>
        <w:t>阿拉维学派应当抛开那些既招致阿拉维学派、也招致逊尼和大众学派敌意的哈瓦利吉学派与无信仰者，不应与真理之士为敌。甚至有些阿拉维学派的人，为了对抗逊尼和大众学派而背弃圣行。无论如何，我们在这个问题上说得过多了，因为它一直是学者之间广泛讨论的议题。</w:t>
      </w:r>
    </w:p>
    <w:p>
      <w:r>
        <w:rPr>
          <w:rFonts w:ascii="Times New Roman" w:hAnsi="Times New Roman" w:eastAsia="Noto Serif SC" w:cs="Amiri"/>
          <w:lang w:val="zh-CN" w:eastAsia="zh-CN" w:bidi="ar-SA"/>
          <w:color w:val="000000"/>
          <w:rtl w:val="0"/>
        </w:rPr>
        <w:t>真理之士——逊尼和大众学派啊！以爱慕先知家室为修持道路的阿拉维学派啊！赶快从你们中间消除这场毫无意义、毫无真实根据、不义而有害的争执吧。否则，当今以强大之势支配一切的无神否认思潮，会利用你们一方打击另一方，把一方当作压服另一方的工具；击败这一方之后，它又会毁坏那件工具。你们既然都是认信Allah独一的人，彼此之间存在着成百条要求友爱团结的坚实而神圣的纽带，就必须放下那些造成分裂的细小问题。</w:t>
      </w:r>
    </w:p>
    <w:p>
      <w:pPr>
        <w:pStyle w:val="Heading2"/>
      </w:pPr>
      <w:r>
        <w:rPr>
          <w:rFonts w:ascii="Times New Roman" w:hAnsi="Times New Roman" w:eastAsia="Noto Serif SC" w:cs="Amiri"/>
          <w:lang w:val="zh-CN" w:eastAsia="zh-CN" w:bidi="ar-SA"/>
          <w:color w:val="000000"/>
          <w:rtl w:val="0"/>
        </w:rPr>
        <w:t>第二篇</w:t>
      </w:r>
    </w:p>
    <w:p>
      <w:r>
        <w:rPr>
          <w:rFonts w:ascii="Times New Roman" w:hAnsi="Times New Roman" w:eastAsia="Noto Serif SC" w:cs="Amiri"/>
          <w:lang w:val="zh-CN" w:eastAsia="zh-CN" w:bidi="ar-SA"/>
          <w:color w:val="000000"/>
          <w:rtl w:val="0"/>
        </w:rPr>
        <w:t>这第二篇将论述</w:t>
      </w:r>
      <w:r>
        <w:rPr>
          <w:rFonts w:ascii="Amiri" w:hAnsi="Amiri" w:eastAsia="Amiri" w:cs="Amiri"/>
          <w:lang w:val="zh-CN" w:eastAsia="zh-CN" w:bidi="ar-SA"/>
          <w:rtl w:val="1"/>
          <w:cs w:val="1"/>
          <w:color w:val="000000"/>
          <w:sz w:val="24"/>
          <w:szCs w:val="24"/>
        </w:rPr>
        <w:t>ﻓَﺎِﻥْ ﺗَﻮَﻟَّﻮْﺍ ﻓَﻘُﻞْ ﺣَﺴْﺒِﻰَ ﺍﻟﻠّٰﻪُ لَٓا ﺍِﻟٰﻪَ اِلَّا ﻫُﻮَ ﻋَﻠَﻴْﻪِ ﺗَﻮَﻛَّﻠْﺖُ ﻭَﻫُﻮَ ﺭَﺏُّ ﺍﻟْﻌَﺮْﺵِ ﺍﻟْﻌَﻈ۪ﻴﻢِ</w:t>
      </w:r>
      <w:r>
        <w:rPr>
          <w:rFonts w:ascii="Times New Roman" w:hAnsi="Times New Roman" w:eastAsia="Noto Serif SC" w:cs="Amiri"/>
          <w:lang w:val="zh-CN" w:eastAsia="zh-CN" w:bidi="ar-SA"/>
          <w:color w:val="000000"/>
          <w:rtl w:val="0"/>
        </w:rPr>
        <w:t>（倘若他们背离正道，你便当宣告：Allah使我知足，除祂之外，绝无应受崇拜者；我只托靠祂，祂是至高而伟大的宝座之养育并主宰者）这节经文的第二项真理。</w:t>
      </w:r>
      <w:r>
        <w:rPr>
          <w:rStyle w:val="FootnoteReference"/>
        </w:rPr>
        <w:footnoteReference w:id="2"/>
      </w:r>
    </w:p>
    <w:p>
      <w:pPr>
        <w:pStyle w:val="Heading2"/>
      </w:pPr>
      <w:r>
        <w:rPr>
          <w:rFonts w:ascii="Times New Roman" w:hAnsi="Times New Roman" w:eastAsia="Noto Serif SC" w:cs="Amiri"/>
          <w:lang w:val="zh-CN" w:eastAsia="zh-CN" w:bidi="ar-SA"/>
          <w:color w:val="000000"/>
          <w:rtl w:val="0"/>
        </w:rPr>
        <w:t>第五闪光</w:t>
      </w:r>
    </w:p>
    <w:p>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（Allah使我们知足，祂是最美好的受托者与守护者；我们把一切事务都托付给祂）</w:t>
      </w:r>
      <w:r>
        <w:rPr>
          <w:rStyle w:val="FootnoteReference"/>
        </w:rPr>
        <w:footnoteReference w:id="3"/>
      </w:r>
      <w:r>
        <w:rPr>
          <w:rFonts w:ascii="Times New Roman" w:hAnsi="Times New Roman" w:eastAsia="Noto Serif SC" w:cs="Amiri"/>
          <w:lang w:val="zh-CN" w:eastAsia="zh-CN" w:bidi="ar-SA"/>
          <w:color w:val="000000"/>
          <w:rtl w:val="0"/>
        </w:rPr>
        <w:t>这节经文，本应写成一部论著，以十五个层次阐明其极为重要的一项真理。然而，由于它同记念与思悟的关系，胜过同真理与知识的关系，所以暂时推迟了。诚然，那部名为《逊奈的阶梯与异端病症的解药》的极重要论著，即第十一篇《闪光》，起初曾以第五篇《闪光》之名写成。但那部论著分成了十一项重要精义，因而归入第十一篇《闪光》。第五篇《闪光》便空了出来。</w:t>
      </w:r>
    </w:p>
    <w:p>
      <w:pPr>
        <w:pStyle w:val="Heading2"/>
      </w:pPr>
      <w:r>
        <w:rPr>
          <w:rFonts w:ascii="Times New Roman" w:hAnsi="Times New Roman" w:eastAsia="Noto Serif SC" w:cs="Amiri"/>
          <w:lang w:val="zh-CN" w:eastAsia="zh-CN" w:bidi="ar-SA"/>
          <w:color w:val="000000"/>
          <w:rtl w:val="0"/>
        </w:rPr>
        <w:t>第六闪光</w:t>
      </w:r>
    </w:p>
    <w:p>
      <w:r>
        <w:rPr>
          <w:rFonts w:ascii="Amiri" w:hAnsi="Amiri" w:eastAsia="Amiri" w:cs="Amiri"/>
          <w:lang w:val="zh-CN" w:eastAsia="zh-CN" w:bidi="ar-SA"/>
          <w:rtl w:val="1"/>
          <w:cs w:val="1"/>
          <w:color w:val="000000"/>
          <w:sz w:val="24"/>
          <w:szCs w:val="24"/>
        </w:rPr>
        <w:t>لَا ﺣَﻮْﻝَ وَلَا ﻗُﻮَّﺓَ اِلَّا ﺑِﺎﻟﻠّٰﻪِ ﺍﻟْﻌَﻠِﻰِّ ﺍﻟْﻌَﻈ۪ﻴﻢِ</w:t>
      </w:r>
      <w:r>
        <w:rPr>
          <w:rFonts w:ascii="Times New Roman" w:hAnsi="Times New Roman" w:eastAsia="Noto Serif SC" w:cs="Amiri"/>
          <w:lang w:val="zh-CN" w:eastAsia="zh-CN" w:bidi="ar-SA"/>
          <w:color w:val="000000"/>
          <w:rtl w:val="0"/>
        </w:rPr>
        <w:t>（人没有凭自身改变处境的力量，也没有凭自身行事的能力；一切转变与能力，唯独凭借至高至大的Allah而成立）这句话所表达的、众多经文共有的重要真理，本应再写成一部论著，以十五至二十个思悟层次加以阐明。这篇《闪光》同第五篇《闪光》一样，所写的是我在自我中感到、并在灵魂活动中借记念与思悟而观见的层次。由于它与其说是知识与真理，不如说是内在体味与境界的凭藉，因此，不宜写在真理闪光之中，而宜写在较后的位置。</w:t>
      </w:r>
    </w:p>
    <w:p>
      <w:pPr>
        <w:pStyle w:val="Heading2"/>
      </w:pPr>
      <w:r>
        <w:rPr>
          <w:rFonts w:ascii="Times New Roman" w:hAnsi="Times New Roman" w:eastAsia="Noto Serif SC" w:cs="Amiri"/>
          <w:lang w:val="zh-CN" w:eastAsia="zh-CN" w:bidi="ar-SA"/>
          <w:color w:val="000000"/>
          <w:rtl w:val="0"/>
        </w:rPr>
        <w:t>第七闪光</w:t>
      </w:r>
    </w:p>
    <w:p>
      <w:r>
        <w:rPr>
          <w:rFonts w:ascii="Times New Roman" w:hAnsi="Times New Roman" w:eastAsia="Noto Serif SC" w:cs="Amiri"/>
          <w:lang w:val="zh-CN" w:eastAsia="zh-CN" w:bidi="ar-SA"/>
          <w:color w:val="000000"/>
          <w:rtl w:val="0"/>
        </w:rPr>
        <w:t>本篇论述《开拓章》末尾经文中七种幽隐传报。</w:t>
      </w:r>
    </w:p>
    <w:p>
      <w:r>
        <w:rPr>
          <w:rFonts w:ascii="Amiri" w:hAnsi="Amiri" w:eastAsia="Amiri" w:cs="Amiri"/>
          <w:lang w:val="zh-CN" w:eastAsia="zh-CN" w:bidi="ar-SA"/>
          <w:rtl w:val="1"/>
          <w:cs w:val="1"/>
          <w:color w:val="000000"/>
          <w:sz w:val="24"/>
          <w:szCs w:val="24"/>
        </w:rPr>
        <w:t>ﺑِﺴْﻢِ ﺍﻟﻠّٰﻪِ ﺍﻟﺮَّﺣْﻤٰﻦِ ﺍﻟﺮَّﺣ۪ﻴﻢِ ﻟَﻘَﺪْ ﺻَﺪَﻕَ ﺍﻟﻠّٰﻪُ ﺭَﺳُﻮﻟَﻪُ ﺍﻟﺮُّﺅْﻳَﺎ ﺑِﺎﻟْﺤَﻖِّ ﻟَﺘَﺪْﺧُﻠُﻦَّ ﺍﻟْﻤَﺴْﺠِﺪَ ﺍﻟْﺤَﺮَﺍﻡَ ﺍِﻥْ ﺷَٓﺎﺀَ ﺍﻟﻠّٰﻪُ ﺍٰﻣِﻨ۪ﻴﻦَ ﻣُﺤَﻠِّﻘ۪ﻴﻦَ ﺭُﺅُﺳَﻜُﻢْ ﻭَ ﻣُﻘَﺼِّﺮ۪ﻳﻦَ لَا ﺗَﺨَﺎﻓُﻮﻥَ ﻓَﻌَﻠِﻢَ ﻣَﺎ ﻟَﻢْ ﺗَﻌْﻠَﻤُﻮﺍ ﻓَﺠَﻌَﻞَ ﻣِﻦْ ﺩُﻭﻥِ ﺫٰﻟِﻚَ ﻓَﺘْﺤًﺎ ﻗَﺮ۪ﻳﺒًﺎ ٭ ﻫُﻮَ ﺍﻟَّﺬ۪ٓﻯ ﺍَﺭْﺳَﻞَ ﺭَﺳُﻮﻟَﻪُ ﺑِﺎﻟْﻬُﺪٰﻯ ﻭَﺩ۪ﻳﻦِ ﺍﻟْﺤَﻖِّ ﻟِﻴُﻈْﻬِﺮَﻩُ ﻋَﻠَﻰ ﺍﻟﺪّ۪ﻳﻦِ ﻛُﻠِّﻪ۪ ﻭَ ﻛَﻔٰﻰ ﺑِﺎﻟﻠّٰﻪِ ﺷَﻬ۪ﻴﺪًﺍ ٭ ﻣُﺤَﻤَّﺪٌ ﺭَﺳُﻮﻝُ ﺍﻟﻠّٰﻪِ ﻭَﺍﻟَّﺬ۪ﻳﻦَ ﻣَﻌَﻪُٓ ﺍَﺷِﺪَّٓﺍﺀُ ﻋَﻠَﻰ ﺍﻟْﻜُﻔَّﺎﺭِ ﺭُﺣَﻤَٓﺎﺀُ ﺑَﻴْﻨَﻬُﻢْ ﺗَﺮٰﻳﻬُﻢْ ﺭُﻛَّﻌًﺎ ﺳُﺠَّﺪًﺍ ﻳَﺒْﺘَﻐُﻮﻥَ فَضْلًا ﻣِﻦَ ﺍﻟﻠّٰﻪِ ﻭَ ﺭِﺿْﻮَﺍﻧًﺎ ﺳ۪ﻴﻤَﺎﻫُﻢْ ﻓ۪ﻰ ﻭُﺟُﻮﻫِﻬِﻢْ ﻣِﻦْ ﺍَﺛَﺮِ ﺍﻟﺴُّﺠُﻮﺩِ ﺫٰﻟِﻚَ ﻣَﺜَﻠُﻬُﻢْ ﻓِﻰ ﺍﻟﺘَّﻮْﺭٰﻳﺔِ ﻭَ ﻣَﺜَﻠُﻬُﻢْ ﻓِﻰ الْاِنْج۪يلِ ﻛَﺰَﺭْﻉٍ ﺍَﺧْﺮَﺝَ ﺷَﻄْﺎَﻩُ ﻓَﺎٰﺯَﺭَﻩُ ﻓَﺎﺳْﺘَﻐْﻠَﻆَ ﻓَﺎﺳْﺘَﻮٰﻯ ﻋَﻠٰﻰ ﺳُﻮﻗِﻪ۪ ﻳُﻌْﺠِﺐُ ﺍﻟﺰُّﺭَّﺍﻉَ ﻟِﻴَﻐ۪ﻴﻆَ ﺑِﻬِﻢُ ﺍﻟْﻜُﻔَّﺎﺭَ ﻭَﻋَﺪَ ﺍﻟﻠّٰﻪُ ﺍﻟَّﺬ۪ﻳﻦَ ﺍٰﻣَﻨُﻮﺍ ﻭَ ﻋَﻤِﻠُﻮﺍ ﺍﻟﺼَّﺎﻟِﺤَﺎﺕِ ﻣِﻨْﻬُﻢْ ﻣَﻐْﻔِﺮَﺓً ﻭَ ﺍَﺟْﺮًﺍ ﻋَﻈ۪ﻴﻤًﺎ</w:t>
      </w:r>
      <w:r>
        <w:rPr>
          <w:rFonts w:ascii="Times New Roman" w:hAnsi="Times New Roman" w:eastAsia="Noto Serif SC" w:cs="Amiri"/>
          <w:lang w:val="zh-CN" w:eastAsia="zh-CN" w:bidi="ar-SA"/>
          <w:color w:val="000000"/>
          <w:rtl w:val="0"/>
        </w:rPr>
        <w:t>（奉慈悯普及万物、至慈的Allah之名，依凭祂而行。Allah确已使其使者所见的梦象凭真理而实现：若Allah意欲，你们必定安然进入禁寺，剃光或剪短头发，毫无恐惧；祂知道你们所不知道的事，因此在这以前又赐下一场临近的胜利。祂是派遣自己的使者、赐他引导与真实宗教者，为要使这宗教显明并超越一切宗教；Allah作为见证者已足够，祂的见证完备无缺。穆罕默德是Allah的使者；与他同在的人，对否认者刚毅严厉，彼此间却慈爱怜悯。你看见他们鞠躬、叩首，寻求Allah的恩泽与悦纳；他们脸上带有屡屡叩首留下的标记。这是他们在《讨拉特》中的譬喻；他们在《引支勒》中的譬喻，则如一粒种子发出嫩枝，嫩枝扶助它，它便粗壮起来，稳稳挺立在自己的茎上，使播种者欢喜，也使否认者因他们而恼怒。Allah已应许他们当中信仰并行正直善功的人，将得赦宥与至大的回赐）。《开拓章》这三节经文具有多方面的奇迹性。以奇迹方式阐明真理的《古兰经》，其十项普遍奇迹性方面之一——幽隐传报方面，在这三节经文中显现出七、八个方面。</w:t>
      </w:r>
    </w:p>
    <w:p>
      <w:r>
        <w:rPr>
          <w:rFonts w:ascii="Times New Roman" w:hAnsi="Times New Roman" w:eastAsia="Noto Serif SC" w:cs="Amiri"/>
          <w:lang w:val="zh-CN" w:eastAsia="zh-CN" w:bidi="ar-SA"/>
          <w:color w:val="000000"/>
          <w:rtl w:val="0"/>
        </w:rPr>
        <w:t>第一：</w:t>
      </w:r>
      <w:r>
        <w:rPr>
          <w:rFonts w:ascii="Amiri" w:hAnsi="Amiri" w:eastAsia="Amiri" w:cs="Amiri"/>
          <w:lang w:val="zh-CN" w:eastAsia="zh-CN" w:bidi="ar-SA"/>
          <w:rtl w:val="1"/>
          <w:cs w:val="1"/>
          <w:color w:val="000000"/>
          <w:sz w:val="24"/>
          <w:szCs w:val="24"/>
        </w:rPr>
        <w:t>ﻟَﻘَﺪْ ﺻَﺪَﻕَ ﺍﻟﻠّٰﻪُ ﺭَﺳُﻮﻟَﻪُ ﺍﻟﺮُّﺅْﻳَﺎ ﺍﻟﺦ</w:t>
      </w:r>
      <w:r>
        <w:rPr>
          <w:rFonts w:ascii="Times New Roman" w:hAnsi="Times New Roman" w:eastAsia="Noto Serif SC" w:cs="Amiri"/>
          <w:lang w:val="zh-CN" w:eastAsia="zh-CN" w:bidi="ar-SA"/>
          <w:color w:val="000000"/>
          <w:rtl w:val="0"/>
        </w:rPr>
        <w:t>（Allah确已使其使者所见的梦象真实实现，等等），在麦加开拓尚未发生以前，便以确定的口吻传报此事。两年之后，事情正如所传报的那样发生了。第二：</w:t>
      </w:r>
      <w:r>
        <w:rPr>
          <w:rFonts w:ascii="Amiri" w:hAnsi="Amiri" w:eastAsia="Amiri" w:cs="Amiri"/>
          <w:lang w:val="zh-CN" w:eastAsia="zh-CN" w:bidi="ar-SA"/>
          <w:rtl w:val="1"/>
          <w:cs w:val="1"/>
          <w:color w:val="000000"/>
          <w:sz w:val="24"/>
          <w:szCs w:val="24"/>
        </w:rPr>
        <w:t>ﻓَﺠَﻌَﻞَ ﻣِﻦْ ﺩُﻭﻥِ ﺫٰﻟِﻚَ ﻓَﺘْﺤًﺎ ﻗَﺮ۪ﻳﺒًﺎ</w:t>
      </w:r>
      <w:r>
        <w:rPr>
          <w:rFonts w:ascii="Times New Roman" w:hAnsi="Times New Roman" w:eastAsia="Noto Serif SC" w:cs="Amiri"/>
          <w:lang w:val="zh-CN" w:eastAsia="zh-CN" w:bidi="ar-SA"/>
          <w:color w:val="000000"/>
          <w:rtl w:val="0"/>
        </w:rPr>
        <w:t>（祂知道你们所不知道的事，因此在这以前又赐下一场临近的胜利），表明：胡代比亚和约虽然表面上看来不利于伊斯兰，古莱氏人也显得略占上风，但在精神层面，胡代比亚和约将成为一场伟大的精神开拓，并将成为其他各项开拓的钥匙；经文如此传报。</w:t>
      </w:r>
    </w:p>
    <w:p>
      <w:r>
        <w:rPr>
          <w:rFonts w:ascii="Times New Roman" w:hAnsi="Times New Roman" w:eastAsia="Noto Serif SC" w:cs="Amiri"/>
          <w:lang w:val="zh-CN" w:eastAsia="zh-CN" w:bidi="ar-SA"/>
          <w:color w:val="000000"/>
          <w:rtl w:val="0"/>
        </w:rPr>
        <w:t>确实，借胡代比亚和约，物质的剑暂时收回了鞘中；然而，至睿《古兰经》那闪电般的钻石之剑却出鞘了，征服了心灵与理智。人们借和好的机缘彼此往来。伊斯兰的美善与《古兰经》的光辉，撕破了固执与民族偏见的帷幕，施行了自己的影响。</w:t>
      </w:r>
    </w:p>
    <w:p>
      <w:r>
        <w:rPr>
          <w:rFonts w:ascii="Times New Roman" w:hAnsi="Times New Roman" w:eastAsia="Noto Serif SC" w:cs="Amiri"/>
          <w:lang w:val="zh-CN" w:eastAsia="zh-CN" w:bidi="ar-SA"/>
          <w:color w:val="000000"/>
          <w:rtl w:val="0"/>
        </w:rPr>
        <w:t>例如，战争天才哈立德·本·韦利德与政治天才阿慕尔·本·阿斯这样不肯接受失败的人物，也被借胡代比亚和约显露锋芒的《古兰经》之剑所折服。他们前往光明的麦地那，以完全的顺服归信伊斯兰；此后，尊贵的哈立德成为一柄“Allah之剑”，成为伊斯兰各项开拓的一柄利剑。</w:t>
      </w:r>
    </w:p>
    <w:p>
      <w:pPr>
        <w:pStyle w:val="Heading2"/>
      </w:pPr>
      <w:r>
        <w:rPr>
          <w:rFonts w:ascii="Times New Roman" w:hAnsi="Times New Roman" w:eastAsia="Noto Serif SC" w:cs="Amiri"/>
          <w:lang w:val="zh-CN" w:eastAsia="zh-CN" w:bidi="ar-SA"/>
          <w:color w:val="000000"/>
          <w:rtl w:val="0"/>
        </w:rPr>
        <w:t>一个重要的问题：</w:t>
      </w:r>
    </w:p>
    <w:p>
      <w:r>
        <w:rPr>
          <w:rFonts w:ascii="Times New Roman" w:hAnsi="Times New Roman" w:eastAsia="Noto Serif SC" w:cs="Amiri"/>
          <w:lang w:val="zh-CN" w:eastAsia="zh-CN" w:bidi="ar-SA"/>
          <w:color w:val="000000"/>
          <w:rtl w:val="0"/>
        </w:rPr>
        <w:t>万有的荣耀、万有养育并主宰者Allah的挚爱——至尊使者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（愿Allah赐他尊荣、恩福与平安）的圣门弟子——即先知的同伴——，为什么在吴侯德之战的末尾与侯奈因之战的开端，会败于多神崇拜者？其中的智慧是什么？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当时，在多神崇拜者之中，有许多像尊贵的哈立德那样的人物，日后将与圣门弟子行列中那些尊贵贤者相抗衡。为了顾全他们光荣而尊贵的未来，不全然挫败他们的尊严，Allah的智慧便在过去赐给他们一种胜利，作为他们未来善功的提前报偿，使他们的尊严不致彻底毁损。</w:t>
      </w:r>
    </w:p>
    <w:p>
      <w:r>
        <w:rPr>
          <w:rFonts w:ascii="Times New Roman" w:hAnsi="Times New Roman" w:eastAsia="Noto Serif SC" w:cs="Amiri"/>
          <w:lang w:val="zh-CN" w:eastAsia="zh-CN" w:bidi="ar-SA"/>
          <w:color w:val="000000"/>
          <w:rtl w:val="0"/>
        </w:rPr>
        <w:t>可见，过去的圣门弟子败给了未来的圣门弟子，好让那些未来的圣门弟子，不是因惧怕剑光，而是因热爱真理的闪电而归信伊斯兰，也使他们天生的勇毅不致蒙受过多屈辱。第三：经文以</w:t>
      </w:r>
      <w:r>
        <w:rPr>
          <w:rFonts w:ascii="Amiri" w:hAnsi="Amiri" w:eastAsia="Amiri" w:cs="Amiri"/>
          <w:lang w:val="zh-CN" w:eastAsia="zh-CN" w:bidi="ar-SA"/>
          <w:rtl w:val="1"/>
          <w:cs w:val="1"/>
          <w:color w:val="000000"/>
          <w:sz w:val="24"/>
          <w:szCs w:val="24"/>
        </w:rPr>
        <w:t>لَا ﺗَﺨَﺎﻓُﻮﻥَ</w:t>
      </w:r>
      <w:r>
        <w:rPr>
          <w:rFonts w:ascii="Times New Roman" w:hAnsi="Times New Roman" w:eastAsia="Noto Serif SC" w:cs="Amiri"/>
          <w:lang w:val="zh-CN" w:eastAsia="zh-CN" w:bidi="ar-SA"/>
          <w:color w:val="000000"/>
          <w:rtl w:val="0"/>
        </w:rPr>
        <w:t>（你们将毫无恐惧，安然进入禁寺）这一限定语传报：“你们将在绝对安全中绕行克尔白。”当时，阿拉伯半岛的游牧民族大多仍是敌人，麦加周围与古莱氏部族的大部分人也都是敌人；经文却传报，你们不久将毫无恐惧地绕行克尔白。这也指明并传报：阿拉伯半岛将归顺，全体古莱氏人将归信伊斯兰，并将获得完全的安全。事情恰如所传报的那样发生了。第四：</w:t>
      </w:r>
      <w:r>
        <w:rPr>
          <w:rFonts w:ascii="Amiri" w:hAnsi="Amiri" w:eastAsia="Amiri" w:cs="Amiri"/>
          <w:lang w:val="zh-CN" w:eastAsia="zh-CN" w:bidi="ar-SA"/>
          <w:rtl w:val="1"/>
          <w:cs w:val="1"/>
          <w:color w:val="000000"/>
          <w:sz w:val="24"/>
          <w:szCs w:val="24"/>
        </w:rPr>
        <w:t>ﻫُﻮَ ﺍﻟَّﺬ۪ٓﻯ ﺍَﺭْﺳَﻞَ ﺭَﺳُﻮﻟَﻪُ ﺑِﺎﻟْﻬُﺪٰﻯ ﻭَ ﺩ۪ﻳﻦِ ﺍﻟْﺤَﻖِّ ﻟِﻴُﻈْﻬِﺮَﻩُ ﻋَﻠَﻰ ﺍﻟﺪّ۪ﻳﻦِ ﻛُﻠِّﻪ۪</w:t>
      </w:r>
      <w:r>
        <w:rPr>
          <w:rFonts w:ascii="Times New Roman" w:hAnsi="Times New Roman" w:eastAsia="Noto Serif SC" w:cs="Amiri"/>
          <w:lang w:val="zh-CN" w:eastAsia="zh-CN" w:bidi="ar-SA"/>
          <w:color w:val="000000"/>
          <w:rtl w:val="0"/>
        </w:rPr>
        <w:t>（祂是派遣自己的使者、赐他引导与真实宗教者，为要使这宗教显明并超越一切宗教），以极大的确定性传报：“至尊使者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带来的宗教，将胜过一切宗教。”当时，尔萨之教的信徒、犹太教徒与拜火教徒各拥有数以亿计的臣民，而这些宗教又是罗马、中国、伊朗等世界性强国的官方宗教，各国也拥有数以亿计的臣民；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甚至还不能完全战胜自己的小部族。经文却传报，他所带来的宗教将胜过一切宗教，并战胜一切国家，而且表达得极其明晰、确定。后来，伊斯兰之剑从东方大洋延伸至西方大洋，未来由此证实了这项幽隐传报。第五：</w:t>
      </w:r>
      <w:r>
        <w:rPr>
          <w:rFonts w:ascii="Amiri" w:hAnsi="Amiri" w:eastAsia="Amiri" w:cs="Amiri"/>
          <w:lang w:val="zh-CN" w:eastAsia="zh-CN" w:bidi="ar-SA"/>
          <w:rtl w:val="1"/>
          <w:cs w:val="1"/>
          <w:color w:val="000000"/>
          <w:sz w:val="24"/>
          <w:szCs w:val="24"/>
        </w:rPr>
        <w:t>ﻣُﺤَﻤَّﺪٌ ﺭَﺳُﻮﻝُ ﺍﻟﻠّٰﻪِ ﻭَﺍﻟَّﺬ۪ﻳﻦَ ﻣَﻌَﻪُٓ ﺍَﺷِﺪَّٓﺍﺀُ ﻋَﻠَﻰ ﺍﻟْﻜُﻔَّﺎﺭِ ﺭُﺣَﻤَٓﺎﺀُ ﺑَﻴْﻨَﻬُﻢْ ﺗَﺮٰﻳﻬُﻢْ ﺭُﻛَّﻌًﺎ ﺳُﺠَّﺪًﺍ ﺍِﻟٰﻰ ﺍٰﺧِﺮِ</w:t>
      </w:r>
      <w:r>
        <w:rPr>
          <w:rFonts w:ascii="Times New Roman" w:hAnsi="Times New Roman" w:eastAsia="Noto Serif SC" w:cs="Amiri"/>
          <w:lang w:val="zh-CN" w:eastAsia="zh-CN" w:bidi="ar-SA"/>
          <w:color w:val="000000"/>
          <w:rtl w:val="0"/>
        </w:rPr>
        <w:t>（穆罕默德是Allah的使者；与他同在的人，对否认者刚毅严厉，彼此间却慈爱怜悯；你看见他们鞠躬、叩首……直到本节末尾）。这节经文的开头，以其明文义传报了圣门弟子之所以在众先知之后成为人类中最卓越者的高尚品性与超群美德；同时，又以其隐示义，说明圣门弟子各阶层日后分别拥有的独特而专属的卓越品级。具有穷究求证之明的人认为，经文还依照继任次序，暗示先知逝世以后将接任其位的正道继任者，并传报他们各自最著名的、构成其优越标志的专属品性。具体如下：</w:t>
      </w:r>
    </w:p>
    <w:p>
      <w:r>
        <w:rPr>
          <w:rFonts w:ascii="Amiri" w:hAnsi="Amiri" w:eastAsia="Amiri" w:cs="Amiri"/>
          <w:lang w:val="zh-CN" w:eastAsia="zh-CN" w:bidi="ar-SA"/>
          <w:rtl w:val="1"/>
          <w:cs w:val="1"/>
          <w:color w:val="000000"/>
          <w:sz w:val="24"/>
          <w:szCs w:val="24"/>
        </w:rPr>
        <w:t>ﻭَﺍﻟَّﺬ۪ﻳﻦَ ﻣَﻌَﻪُ</w:t>
      </w:r>
      <w:r>
        <w:rPr>
          <w:rFonts w:ascii="Times New Roman" w:hAnsi="Times New Roman" w:eastAsia="Noto Serif SC" w:cs="Amiri"/>
          <w:lang w:val="zh-CN" w:eastAsia="zh-CN" w:bidi="ar-SA"/>
          <w:color w:val="000000"/>
          <w:rtl w:val="0"/>
        </w:rPr>
        <w:t>（以及与他同在的人），既指示尊贵的西迪克以特殊的相伴与亲密的共处而著名而卓越，也指示他将最先去世，再次进入与先知相伴的境界……</w:t>
      </w:r>
    </w:p>
    <w:p>
      <w:r>
        <w:rPr>
          <w:rFonts w:ascii="Amiri" w:hAnsi="Amiri" w:eastAsia="Amiri" w:cs="Amiri"/>
          <w:lang w:val="zh-CN" w:eastAsia="zh-CN" w:bidi="ar-SA"/>
          <w:rtl w:val="1"/>
          <w:cs w:val="1"/>
          <w:color w:val="000000"/>
          <w:sz w:val="24"/>
          <w:szCs w:val="24"/>
        </w:rPr>
        <w:t>ﺍَﺷِﺪَّٓﺍﺀُ ﻋَﻠَﻰ ﺍﻟْﻜُﻔَّﺎﺭِ</w:t>
      </w:r>
      <w:r>
        <w:rPr>
          <w:rFonts w:ascii="Times New Roman" w:hAnsi="Times New Roman" w:eastAsia="Noto Serif SC" w:cs="Amiri"/>
          <w:lang w:val="zh-CN" w:eastAsia="zh-CN" w:bidi="ar-SA"/>
          <w:color w:val="000000"/>
          <w:rtl w:val="0"/>
        </w:rPr>
        <w:t>（他们对否认者刚毅严厉），指示尊贵的欧麦尔：日后，他的各项开拓将震撼世界上的列国，他的公正也将如雷霆般向暴虐者显示威严。</w:t>
      </w:r>
    </w:p>
    <w:p>
      <w:r>
        <w:rPr>
          <w:rFonts w:ascii="Times New Roman" w:hAnsi="Times New Roman" w:eastAsia="Noto Serif SC" w:cs="Amiri"/>
          <w:lang w:val="zh-CN" w:eastAsia="zh-CN" w:bidi="ar-SA"/>
          <w:color w:val="000000"/>
          <w:rtl w:val="0"/>
        </w:rPr>
        <w:t>而</w:t>
      </w:r>
      <w:r>
        <w:rPr>
          <w:rFonts w:ascii="Amiri" w:hAnsi="Amiri" w:eastAsia="Amiri" w:cs="Amiri"/>
          <w:lang w:val="zh-CN" w:eastAsia="zh-CN" w:bidi="ar-SA"/>
          <w:rtl w:val="1"/>
          <w:cs w:val="1"/>
          <w:color w:val="000000"/>
          <w:sz w:val="24"/>
          <w:szCs w:val="24"/>
        </w:rPr>
        <w:t>ﺭُﺣَﻤَٓﺎﺀُ ﺑَﻴْﻨَﻬُﻢْ</w:t>
      </w:r>
      <w:r>
        <w:rPr>
          <w:rFonts w:ascii="Times New Roman" w:hAnsi="Times New Roman" w:eastAsia="Noto Serif SC" w:cs="Amiri"/>
          <w:lang w:val="zh-CN" w:eastAsia="zh-CN" w:bidi="ar-SA"/>
          <w:color w:val="000000"/>
          <w:rtl w:val="0"/>
        </w:rPr>
        <w:t>（他们彼此间慈爱怜悯），也传报了尊贵的奥斯曼：当一场极严重的动乱正在酝酿之时，他出于完满的慈悯与怜爱，为使穆斯林之间不流鲜血，宁可献出自己的生命、舍己殉难；他将在诵读《古兰经》时，含冤成为殉道者……</w:t>
      </w:r>
    </w:p>
    <w:p>
      <w:r>
        <w:rPr>
          <w:rFonts w:ascii="Amiri" w:hAnsi="Amiri" w:eastAsia="Amiri" w:cs="Amiri"/>
          <w:lang w:val="zh-CN" w:eastAsia="zh-CN" w:bidi="ar-SA"/>
          <w:rtl w:val="1"/>
          <w:cs w:val="1"/>
          <w:color w:val="000000"/>
          <w:sz w:val="24"/>
          <w:szCs w:val="24"/>
        </w:rPr>
        <w:t>ﺗَﺮٰﻳﻬُﻢْ ﺭُﻛَّﻌًﺎ ﺳُﺠَّﺪًﺍ ﻳَﺒْﺘَﻐُﻮﻥَ فَضْلًا ﻣِﻦَ ﺍﻟﻠّٰﻪِ ﻭَ ﺭِﺿْﻮَﺍﻧًﺎ</w:t>
      </w:r>
      <w:r>
        <w:rPr>
          <w:rFonts w:ascii="Times New Roman" w:hAnsi="Times New Roman" w:eastAsia="Noto Serif SC" w:cs="Amiri"/>
          <w:lang w:val="zh-CN" w:eastAsia="zh-CN" w:bidi="ar-SA"/>
          <w:color w:val="000000"/>
          <w:rtl w:val="0"/>
        </w:rPr>
        <w:t>（你看见他们鞠躬、叩首，寻求Allah的恩泽与悦纳），传报了尊贵的阿里日后的处境：他虽以完全配得与英勇进入统治和继任之位，却选择极致的淡泊、崇拜功修、匮乏与节俭；他屡屡鞠躬、叩首，为众人所公认。经文还表明，他不应为那些动乱中的战争负责，他的意图与所求只是Allah的恩泽。第六：</w:t>
      </w:r>
      <w:r>
        <w:rPr>
          <w:rFonts w:ascii="Amiri" w:hAnsi="Amiri" w:eastAsia="Amiri" w:cs="Amiri"/>
          <w:lang w:val="zh-CN" w:eastAsia="zh-CN" w:bidi="ar-SA"/>
          <w:rtl w:val="1"/>
          <w:cs w:val="1"/>
          <w:color w:val="000000"/>
          <w:sz w:val="24"/>
          <w:szCs w:val="24"/>
        </w:rPr>
        <w:t>ﺫٰﻟِﻚَ ﻣَﺜَﻠُﻬُﻢْ ﻓِﻰ ﺍﻟﺘَّﻮْﺭٰﻳﺔِ</w:t>
      </w:r>
      <w:r>
        <w:rPr>
          <w:rFonts w:ascii="Times New Roman" w:hAnsi="Times New Roman" w:eastAsia="Noto Serif SC" w:cs="Amiri"/>
          <w:lang w:val="zh-CN" w:eastAsia="zh-CN" w:bidi="ar-SA"/>
          <w:color w:val="000000"/>
          <w:rtl w:val="0"/>
        </w:rPr>
        <w:t>（这就是他们在《讨拉特》中的譬喻）这一句，从两个方面构成幽隐传报。</w:t>
      </w:r>
    </w:p>
    <w:p>
      <w:r>
        <w:rPr>
          <w:rFonts w:ascii="Times New Roman" w:hAnsi="Times New Roman" w:eastAsia="Noto Serif SC" w:cs="Amiri"/>
          <w:lang w:val="zh-CN" w:eastAsia="zh-CN" w:bidi="ar-SA"/>
          <w:color w:val="000000"/>
          <w:rtl w:val="0"/>
        </w:rPr>
        <w:t>第一：对于像尊贵先知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样未受学校教育的尊者，《讨拉特》中关于圣门弟子品性的记载属于幽隐之事，而经文对此作了传报。是的，正如《第十九封书信》所阐明的，《讨拉特》中有这样一句，论及末世将要来临的先知之圣门弟子：“圣洁者的旗帜与他们同在。”也就是说，他的圣门弟子是顺服与崇拜功修之人，是正直善行与亲近Allah之人；《讨拉特》以“圣洁者”，即“神圣纯洁者”来表述这些品性。《讨拉特》虽被译成许多不同语言，历经诸多篡改，却仍以多节经文证实了这《开拓章》中</w:t>
      </w:r>
      <w:r>
        <w:rPr>
          <w:rFonts w:ascii="Amiri" w:hAnsi="Amiri" w:eastAsia="Amiri" w:cs="Amiri"/>
          <w:lang w:val="zh-CN" w:eastAsia="zh-CN" w:bidi="ar-SA"/>
          <w:rtl w:val="1"/>
          <w:cs w:val="1"/>
          <w:color w:val="000000"/>
          <w:sz w:val="24"/>
          <w:szCs w:val="24"/>
        </w:rPr>
        <w:t>ﻣَﺜَﻠُﻬُﻢْ ﻓِﻰ ﺍﻟﺘَّﻮْﺭٰﻳﺔِ</w:t>
      </w:r>
      <w:r>
        <w:rPr>
          <w:rFonts w:ascii="Times New Roman" w:hAnsi="Times New Roman" w:eastAsia="Noto Serif SC" w:cs="Amiri"/>
          <w:lang w:val="zh-CN" w:eastAsia="zh-CN" w:bidi="ar-SA"/>
          <w:color w:val="000000"/>
          <w:rtl w:val="0"/>
        </w:rPr>
        <w:t>（他们在《讨拉特》中的譬喻）的论断。</w:t>
      </w:r>
    </w:p>
    <w:p>
      <w:r>
        <w:rPr>
          <w:rFonts w:ascii="Times New Roman" w:hAnsi="Times New Roman" w:eastAsia="Noto Serif SC" w:cs="Amiri"/>
          <w:lang w:val="zh-CN" w:eastAsia="zh-CN" w:bidi="ar-SA"/>
          <w:color w:val="000000"/>
          <w:rtl w:val="0"/>
        </w:rPr>
        <w:t>第二个幽隐传报方面是：经文以</w:t>
      </w:r>
      <w:r>
        <w:rPr>
          <w:rFonts w:ascii="Amiri" w:hAnsi="Amiri" w:eastAsia="Amiri" w:cs="Amiri"/>
          <w:lang w:val="zh-CN" w:eastAsia="zh-CN" w:bidi="ar-SA"/>
          <w:rtl w:val="1"/>
          <w:cs w:val="1"/>
          <w:color w:val="000000"/>
          <w:sz w:val="24"/>
          <w:szCs w:val="24"/>
        </w:rPr>
        <w:t>ﻣَﺜَﻠُﻬُﻢْ ﻓِﻰ ﺍﻟﺘَّﻮْﺭٰﻳﺔِ</w:t>
      </w:r>
      <w:r>
        <w:rPr>
          <w:rFonts w:ascii="Times New Roman" w:hAnsi="Times New Roman" w:eastAsia="Noto Serif SC" w:cs="Amiri"/>
          <w:lang w:val="zh-CN" w:eastAsia="zh-CN" w:bidi="ar-SA"/>
          <w:color w:val="000000"/>
          <w:rtl w:val="0"/>
        </w:rPr>
        <w:t>（他们在《讨拉特》中的譬喻）这一句传报：“圣门弟子与再传弟子——即追随圣门弟子、承继其道的后一代——，将在崇拜功修中达到这样的境界：他们灵魂中的光明将在脸上闪耀，屡屡叩首在他们额前形成的痕迹，将如亲近Allah之位的印玺，成为额上可见的印记。”确实，后来发生的事，以明晰、确定而辉煌的方式证明了这一点。</w:t>
      </w:r>
    </w:p>
    <w:p>
      <w:r>
        <w:rPr>
          <w:rFonts w:ascii="Times New Roman" w:hAnsi="Times New Roman" w:eastAsia="Noto Serif SC" w:cs="Amiri"/>
          <w:lang w:val="zh-CN" w:eastAsia="zh-CN" w:bidi="ar-SA"/>
          <w:color w:val="000000"/>
          <w:rtl w:val="0"/>
        </w:rPr>
        <w:t>是的，在那般奇异的动乱与政治纷扰之中，许多极重要的人物，有的如宰因·阿比丁，昼夜礼一千拜；有的如也门的塔乌斯，四十年来凭宵礼时所作的小净履行晨礼。他们都显示了</w:t>
      </w:r>
      <w:r>
        <w:rPr>
          <w:rFonts w:ascii="Amiri" w:hAnsi="Amiri" w:eastAsia="Amiri" w:cs="Amiri"/>
          <w:lang w:val="zh-CN" w:eastAsia="zh-CN" w:bidi="ar-SA"/>
          <w:rtl w:val="1"/>
          <w:cs w:val="1"/>
          <w:color w:val="000000"/>
          <w:sz w:val="24"/>
          <w:szCs w:val="24"/>
        </w:rPr>
        <w:t>ﻣَﺜَﻠُﻬُﻢْ ﻓِﻰ ﺍﻟﺘَّﻮْﺭٰﻳﺔِ</w:t>
      </w:r>
      <w:r>
        <w:rPr>
          <w:rFonts w:ascii="Times New Roman" w:hAnsi="Times New Roman" w:eastAsia="Noto Serif SC" w:cs="Amiri"/>
          <w:lang w:val="zh-CN" w:eastAsia="zh-CN" w:bidi="ar-SA"/>
          <w:color w:val="000000"/>
          <w:rtl w:val="0"/>
        </w:rPr>
        <w:t>（他们在《讨拉特》中的譬喻）的奥义。第七：</w:t>
      </w:r>
      <w:r>
        <w:rPr>
          <w:rFonts w:ascii="Amiri" w:hAnsi="Amiri" w:eastAsia="Amiri" w:cs="Amiri"/>
          <w:lang w:val="zh-CN" w:eastAsia="zh-CN" w:bidi="ar-SA"/>
          <w:rtl w:val="1"/>
          <w:cs w:val="1"/>
          <w:color w:val="000000"/>
          <w:sz w:val="24"/>
          <w:szCs w:val="24"/>
        </w:rPr>
        <w:t>ﻭَ ﻣَﺜَﻠُﻬُﻢْ ﻓِﻰ الْاِنْج۪يلِ ﻛَﺰَﺭْﻉٍ ﺍَﺧْﺮَﺝَ ﺷَﻄْﺎَﻩُ ﻓَﺎٰﺯَﺭَﻩُ ﻓَﺎﺳْﺘَﻐْﻠَﻆَ ﻓَﺎﺳْﺘَﻮٰﻯ ﻋَﻠٰﻰ ﺳُﻮﻗِﻪ۪ ﻳُﻌْﺠِﺐُ ﺍﻟﺰُّﺭَّﺍﻉَ ﻟِﻴَﻐ۪ﻴﻆَ ﺑِﻬِﻢُ ﺍﻟْﻜُﻔَّﺎﺭَ</w:t>
      </w:r>
      <w:r>
        <w:rPr>
          <w:rFonts w:ascii="Times New Roman" w:hAnsi="Times New Roman" w:eastAsia="Noto Serif SC" w:cs="Amiri"/>
          <w:lang w:val="zh-CN" w:eastAsia="zh-CN" w:bidi="ar-SA"/>
          <w:color w:val="000000"/>
          <w:rtl w:val="0"/>
        </w:rPr>
        <w:t>（他们在《引支勒》中的譬喻，则如一粒种子发出嫩枝，嫩枝扶助它，它便粗壮起来，稳稳挺立在自己的茎上，使播种者欢喜，也使否认者因他们而恼怒）这一句，从两个方面构成幽隐传报。</w:t>
      </w:r>
    </w:p>
    <w:p>
      <w:r>
        <w:rPr>
          <w:rFonts w:ascii="Times New Roman" w:hAnsi="Times New Roman" w:eastAsia="Noto Serif SC" w:cs="Amiri"/>
          <w:lang w:val="zh-CN" w:eastAsia="zh-CN" w:bidi="ar-SA"/>
          <w:color w:val="000000"/>
          <w:rtl w:val="0"/>
        </w:rPr>
        <w:t>第一：对于未受学校教育的先知，《引支勒》中关于圣门弟子的传报属于幽隐之事，而经文对此作了传报。是的，《引支勒》中描述末世将要来临的先知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（愿Allah赐他尊荣、恩福与平安）时，有</w:t>
      </w:r>
      <w:r>
        <w:rPr>
          <w:rFonts w:ascii="Amiri" w:hAnsi="Amiri" w:eastAsia="Amiri" w:cs="Amiri"/>
          <w:lang w:val="zh-CN" w:eastAsia="zh-CN" w:bidi="ar-SA"/>
          <w:rtl w:val="1"/>
          <w:cs w:val="1"/>
          <w:color w:val="000000"/>
          <w:sz w:val="24"/>
          <w:szCs w:val="24"/>
        </w:rPr>
        <w:t>ﻣَﻌَﻪُ ﻗَﻀ۪ﻴﺐٌ ﻣِﻦْ ﺣَﺪ۪ﻳﺪٍ ﻭَﺍُﻣَّﺘُﻪُ ﻛَﺬٰﻟِﻚَ</w:t>
      </w:r>
      <w:r>
        <w:rPr>
          <w:rFonts w:ascii="Times New Roman" w:hAnsi="Times New Roman" w:eastAsia="Noto Serif SC" w:cs="Amiri"/>
          <w:lang w:val="zh-CN" w:eastAsia="zh-CN" w:bidi="ar-SA"/>
          <w:color w:val="000000"/>
          <w:rtl w:val="0"/>
        </w:rPr>
        <w:t>（他有一根铁杖，他的共同体也是如此）这样的经文。也就是说，将有一位先知来临，他不像尊贵的尔萨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样不带刀剑，而是执掌利剑，并奉命奋战；他的圣门弟子也将执掌利剑，奉命奋战。那位执掌铁杖者，将成为世界的领袖。因为《引支勒》的另一处说：“我要去了，好让世界的领袖来临。”也就是说，世界的领袖即将来临。</w:t>
      </w:r>
    </w:p>
    <w:p>
      <w:r>
        <w:rPr>
          <w:rFonts w:ascii="Times New Roman" w:hAnsi="Times New Roman" w:eastAsia="Noto Serif SC" w:cs="Amiri"/>
          <w:lang w:val="zh-CN" w:eastAsia="zh-CN" w:bidi="ar-SA"/>
          <w:color w:val="000000"/>
          <w:rtl w:val="0"/>
        </w:rPr>
        <w:t>由此可见，从《引支勒》的这两段话可以明白：圣门弟子起初虽然人数稀少、力量薄弱，却会如种子一般生长、壮大，挺立、粗壮而强盛。当否认者被迫强咽怒火、几乎窒息之时，他们将凭手中的剑使人类服从自己，并证明作为他们领袖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（愿Allah赐他尊荣、恩福与平安）已经成为世界的领袖。这恰好表达了《开拓章》这节经文的含义。</w:t>
      </w:r>
    </w:p>
    <w:p>
      <w:r>
        <w:rPr>
          <w:rFonts w:ascii="Times New Roman" w:hAnsi="Times New Roman" w:eastAsia="Noto Serif SC" w:cs="Amiri"/>
          <w:lang w:val="zh-CN" w:eastAsia="zh-CN" w:bidi="ar-SA"/>
          <w:color w:val="000000"/>
          <w:rtl w:val="0"/>
        </w:rPr>
        <w:t>第二方面：这一段传报，圣门弟子虽然因人数稀少与力量薄弱而接受了胡代比亚和约，但不久以后，他们必定会迅速获得那样的展开、威势与力量：在大地这方田地里，人类由权能之手播下；当时的人类因疏忽遗忘，长出的穗短小而无力、残缺而不结果。相比之下，圣门弟子将以极其高大、强健、果实丰盈而多福的姿态繁衍、壮大，使那些威势显赫的政府陷入由艳羡、嫉妒与竞争而生的恼怒。确实，后来发生的事，以极其辉煌的方式显示了这项幽隐传报。</w:t>
      </w:r>
    </w:p>
    <w:p>
      <w:r>
        <w:rPr>
          <w:rFonts w:ascii="Times New Roman" w:hAnsi="Times New Roman" w:eastAsia="Noto Serif SC" w:cs="Amiri"/>
          <w:lang w:val="zh-CN" w:eastAsia="zh-CN" w:bidi="ar-SA"/>
          <w:color w:val="000000"/>
          <w:rtl w:val="0"/>
        </w:rPr>
        <w:t>这项传报中还有一个精微的暗示：经文在以重要品性赞扬圣门弟子时，按其地位本应同时应许最大的奖赏，却以</w:t>
      </w:r>
      <w:r>
        <w:rPr>
          <w:rFonts w:ascii="Amiri" w:hAnsi="Amiri" w:eastAsia="Amiri" w:cs="Amiri"/>
          <w:lang w:val="zh-CN" w:eastAsia="zh-CN" w:bidi="ar-SA"/>
          <w:rtl w:val="1"/>
          <w:cs w:val="1"/>
          <w:color w:val="000000"/>
          <w:sz w:val="24"/>
          <w:szCs w:val="24"/>
        </w:rPr>
        <w:t>ﻣَﻐْﻔِﺮَﺓً</w:t>
      </w:r>
      <w:r>
        <w:rPr>
          <w:rFonts w:ascii="Times New Roman" w:hAnsi="Times New Roman" w:eastAsia="Noto Serif SC" w:cs="Amiri"/>
          <w:lang w:val="zh-CN" w:eastAsia="zh-CN" w:bidi="ar-SA"/>
          <w:color w:val="000000"/>
          <w:rtl w:val="0"/>
        </w:rPr>
        <w:t>（赦宥，即Allah遮盖并宽恕仆人的过失）一词暗示：日后，圣门弟子中间将因种种动乱而出现重要过失。因为赦宥意味着过失将会发生。在当时的圣门弟子看来，最重要的所求与最高的恩惠将是“赦宥”，而最大的奖赏则是不以惩罚相待，而是予以宽恕。</w:t>
      </w:r>
    </w:p>
    <w:p>
      <w:r>
        <w:rPr>
          <w:rFonts w:ascii="Amiri" w:hAnsi="Amiri" w:eastAsia="Amiri" w:cs="Amiri"/>
          <w:lang w:val="zh-CN" w:eastAsia="zh-CN" w:bidi="ar-SA"/>
          <w:rtl w:val="1"/>
          <w:cs w:val="1"/>
          <w:color w:val="000000"/>
          <w:sz w:val="24"/>
          <w:szCs w:val="24"/>
        </w:rPr>
        <w:t>ﻣَﻐْﻔِﺮَﺓً</w:t>
      </w:r>
      <w:r>
        <w:rPr>
          <w:rFonts w:ascii="Times New Roman" w:hAnsi="Times New Roman" w:eastAsia="Noto Serif SC" w:cs="Amiri"/>
          <w:lang w:val="zh-CN" w:eastAsia="zh-CN" w:bidi="ar-SA"/>
          <w:color w:val="000000"/>
          <w:rtl w:val="0"/>
        </w:rPr>
        <w:t>（赦宥，即Allah遮盖并宽恕仆人的过失）一词，既显示了这一精微的暗示，也同本章开头的</w:t>
      </w:r>
      <w:r>
        <w:rPr>
          <w:rFonts w:ascii="Amiri" w:hAnsi="Amiri" w:eastAsia="Amiri" w:cs="Amiri"/>
          <w:lang w:val="zh-CN" w:eastAsia="zh-CN" w:bidi="ar-SA"/>
          <w:rtl w:val="1"/>
          <w:cs w:val="1"/>
          <w:color w:val="000000"/>
          <w:sz w:val="24"/>
          <w:szCs w:val="24"/>
        </w:rPr>
        <w:t>ﻟِﻴَﻐْﻔِﺮَﻟَﻚَ ﺍﻟﻠّٰﻪُ ﻣَﺎ ﺗَﻘَﺪَّﻡَ ﻣِﻦْ ﺫَﻧْﺒِﻚَ ﻭَﻣَﺎ ﺗَﺎَﺧَّﺮَ</w:t>
      </w:r>
      <w:r>
        <w:rPr>
          <w:rFonts w:ascii="Times New Roman" w:hAnsi="Times New Roman" w:eastAsia="Noto Serif SC" w:cs="Amiri"/>
          <w:lang w:val="zh-CN" w:eastAsia="zh-CN" w:bidi="ar-SA"/>
          <w:color w:val="000000"/>
          <w:rtl w:val="0"/>
        </w:rPr>
        <w:t>（愿Allah赦宥你先前与日后的一切过失，以祂完满的宽恕将你前后的一切都置于赦宥之中）一句相关联。本章开头所说的，并不是赦免真实的罪过；因为先知有受护无罪的品级，没有罪过。相反，这是以一种与先知身份之位相称的意义，向先知报喜赦宥；章末又向圣门弟子报喜赦宥，为那个暗示再添一层精妙。</w:t>
      </w:r>
    </w:p>
    <w:p>
      <w:r>
        <w:rPr>
          <w:rFonts w:ascii="Times New Roman" w:hAnsi="Times New Roman" w:eastAsia="Noto Serif SC" w:cs="Amiri"/>
          <w:lang w:val="zh-CN" w:eastAsia="zh-CN" w:bidi="ar-SA"/>
          <w:color w:val="000000"/>
          <w:rtl w:val="0"/>
        </w:rPr>
        <w:t>以上，关于《开拓章》末尾这三节经文，在其十项奇迹性方面中，只谈了幽隐传报这一个方面；而在这一方面的诸多层面中，也只谈了七个层面。《第二十六言》末尾论述有限选择意志与预知裁定时，曾指出这最后一节经文的字母排列中一项重要的奇迹闪光。这最后一节经文，不仅以句子指向圣门弟子，也以限定语指向圣门弟子的境况；不仅以词语表述圣门弟子的品性，也以字母及其中字母的重复次数，指示白德尔、吴侯德、侯奈因、凉棚、里兹万等著名圣门弟子群体中的人物；又借字母数理之学的一种形式与钥匙——吻合方面及字母数值计算，表达更多的奥秘。</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（赞颂您超绝一切缺欠；除了您所教给我们的，我们没有任何知识，我们所知的一切都来自您的教导；您确是全知者，洞悉一切，您确是至睿者，一切作为皆充满智慧）</w:t>
      </w:r>
    </w:p>
    <w:p>
      <w:r>
        <w:rPr>
          <w:rFonts w:ascii="Times New Roman" w:hAnsi="Times New Roman" w:eastAsia="Noto Serif SC" w:cs="Amiri"/>
          <w:lang w:val="zh-CN" w:eastAsia="zh-CN" w:bidi="ar-SA"/>
          <w:color w:val="000000"/>
          <w:rtl w:val="0"/>
        </w:rPr>
        <w:t>由于《开拓章》末尾经文以隐示义作出幽隐传报，与下一节经文借同一隐示义传达同一消息之间具有关联，下面将略加论述。</w:t>
      </w:r>
    </w:p>
    <w:p>
      <w:pPr>
        <w:pStyle w:val="Heading2"/>
      </w:pPr>
      <w:r>
        <w:rPr>
          <w:rFonts w:ascii="Times New Roman" w:hAnsi="Times New Roman" w:eastAsia="Noto Serif SC" w:cs="Amiri"/>
          <w:lang w:val="zh-CN" w:eastAsia="zh-CN" w:bidi="ar-SA"/>
          <w:color w:val="000000"/>
          <w:rtl w:val="0"/>
        </w:rPr>
        <w:t>一篇补篇</w:t>
      </w:r>
    </w:p>
    <w:p>
      <w:r>
        <w:rPr>
          <w:rFonts w:ascii="Amiri" w:hAnsi="Amiri" w:eastAsia="Amiri" w:cs="Amiri"/>
          <w:lang w:val="zh-CN" w:eastAsia="zh-CN" w:bidi="ar-SA"/>
          <w:rtl w:val="1"/>
          <w:cs w:val="1"/>
          <w:color w:val="000000"/>
          <w:sz w:val="24"/>
          <w:szCs w:val="24"/>
        </w:rPr>
        <w:t>ﻭَﻟَﻬَﺪَﻳْﻨَﺎﻫُﻢْ ﺻِﺮَﺍﻃًﺎ ﻣُﺴْﺘَﻘ۪ﻴﻤًﺎ ٭ ﻭَﻣَﻦْ ﻳُﻄِﻊِ ﺍﻟﻠّٰﻪَ ﻭَ ﺍﻟﺮَّﺳُﻮﻝَ ﻓَﺎُﻭﻟٰٓﺌِﻚَ ﻣَﻊَ ﺍﻟَّﺬ۪ﻳﻦَ ﺍَﻧْﻌَﻢَ ﺍﻟﻠّٰﻪُ ﻋَﻠَﻴْﻬِﻢْ ﻣِﻦَ ﺍﻟﻨَّﺒِﻴّ۪ﻦَ ﻭَ ﺍﻟﺼِّﺪّ۪ﻳﻘ۪ﻴﻦَ ﻭَ ﺍﻟﺸُّﻬَﺪَٓﺍﺀِ ﻭَ ﺍﻟﺼَّﺎﻟِﺤ۪ﻴﻦَ ﻭَ ﺣَﺴُﻦَ ﺍُﻭﻟٰٓﺌِﻚَ ﺭَﻓ۪ﻴﻘًﺎ</w:t>
      </w:r>
      <w:r>
        <w:rPr>
          <w:rFonts w:ascii="Times New Roman" w:hAnsi="Times New Roman" w:eastAsia="Noto Serif SC" w:cs="Amiri"/>
          <w:lang w:val="zh-CN" w:eastAsia="zh-CN" w:bidi="ar-SA"/>
          <w:color w:val="000000"/>
          <w:rtl w:val="0"/>
        </w:rPr>
        <w:t>（我确已引导他们走上端正平直的道路。谁服从Allah和使者，谁就同Allah所施恩的人同在：他们是众先知、忠诚真实者、殉道者与正直善行者；这些人是多么美好的同伴）。在这节经文的阐释中，我们将指出其数千项精义中的两项。</w:t>
      </w:r>
    </w:p>
    <w:p>
      <w:r>
        <w:rPr>
          <w:rFonts w:ascii="Times New Roman" w:hAnsi="Times New Roman" w:eastAsia="Noto Serif SC" w:cs="Amiri"/>
          <w:lang w:val="zh-CN" w:eastAsia="zh-CN" w:bidi="ar-SA"/>
          <w:color w:val="000000"/>
          <w:rtl w:val="0"/>
        </w:rPr>
        <w:t>第一项精义：以奇迹方式阐明真理的《古兰经》，既以概念与明文义表达各项真理，也以文风与结构表达许多隐示意义。每一节经文都有许多意义层次。《古兰经》来自包罗万象的知识，因此它的一切意义都可能为Allah所意欲。它不像人以有限的思想和个人意志说出的话那样，只限于一两种意义。</w:t>
      </w:r>
    </w:p>
    <w:p>
      <w:r>
        <w:rPr>
          <w:rFonts w:ascii="Times New Roman" w:hAnsi="Times New Roman" w:eastAsia="Noto Serif SC" w:cs="Amiri"/>
          <w:lang w:val="zh-CN" w:eastAsia="zh-CN" w:bidi="ar-SA"/>
          <w:color w:val="000000"/>
          <w:rtl w:val="0"/>
        </w:rPr>
        <w:t>正是基于这一奥义，经注家们已经阐明了《古兰经》经文中无法计量的真理；仍有更多真理尚未经经注家阐明。尤其是在字母中，以及在明文义以外的隐示中，还蕴藏着许多重要的学问。</w:t>
      </w:r>
    </w:p>
    <w:p>
      <w:r>
        <w:rPr>
          <w:rFonts w:ascii="Times New Roman" w:hAnsi="Times New Roman" w:eastAsia="Noto Serif SC" w:cs="Amiri"/>
          <w:lang w:val="zh-CN" w:eastAsia="zh-CN" w:bidi="ar-SA"/>
          <w:color w:val="000000"/>
          <w:rtl w:val="0"/>
        </w:rPr>
        <w:t>第二项精义：这节尊贵的经文以</w:t>
      </w:r>
      <w:r>
        <w:rPr>
          <w:rFonts w:ascii="Amiri" w:hAnsi="Amiri" w:eastAsia="Amiri" w:cs="Amiri"/>
          <w:lang w:val="zh-CN" w:eastAsia="zh-CN" w:bidi="ar-SA"/>
          <w:rtl w:val="1"/>
          <w:cs w:val="1"/>
          <w:color w:val="000000"/>
          <w:sz w:val="24"/>
          <w:szCs w:val="24"/>
        </w:rPr>
        <w:t>ﻣِﻦَ ﺍﻟﻨَّﺒِﻴّ۪ﻦَ ﻭَ ﺍﻟﺼِّﺪّ۪ﻳﻘ۪ﻴﻦَ ﻭَ ﺍﻟﺸُّﻬَﺪَٓﺍﺀِ ﻭَ ﺍﻟﺼَّﺎﻟِﺤ۪ﻴﻦَ ﻭَ ﺣَﺴُﻦَ ﺍُﻭﻟٰٓﺌِﻚَ ﺭَﻓ۪ﻴﻘًﺎ</w:t>
      </w:r>
      <w:r>
        <w:rPr>
          <w:rFonts w:ascii="Times New Roman" w:hAnsi="Times New Roman" w:eastAsia="Noto Serif SC" w:cs="Amiri"/>
          <w:lang w:val="zh-CN" w:eastAsia="zh-CN" w:bidi="ar-SA"/>
          <w:color w:val="000000"/>
          <w:rtl w:val="0"/>
        </w:rPr>
        <w:t>（他们是众先知、忠诚真实者、殉道者与正直善行者；这些人是多么美好的同伴）的表述，说明端正道路的人们与蒙受Allah真正恩赐者之中，有人类的众先知群体、忠诚真实者队伍、殉道者群体、各类正直善行者以及各种再传弟子。它还明确指出，伊斯兰世界中也有这五类人的最完善者；继而，以其著名品性提及这五类人的领头者与首要领袖，以此指示并表述他们。此后，经文又以一道属于幽隐传报的奇迹闪光，从一个方面确定了这些群体未来领袖的处境。</w:t>
      </w:r>
    </w:p>
    <w:p>
      <w:r>
        <w:rPr>
          <w:rFonts w:ascii="Times New Roman" w:hAnsi="Times New Roman" w:eastAsia="Noto Serif SC" w:cs="Amiri"/>
          <w:lang w:val="zh-CN" w:eastAsia="zh-CN" w:bidi="ar-SA"/>
          <w:color w:val="000000"/>
          <w:rtl w:val="0"/>
        </w:rPr>
        <w:t>是的，</w:t>
      </w:r>
      <w:r>
        <w:rPr>
          <w:rFonts w:ascii="Amiri" w:hAnsi="Amiri" w:eastAsia="Amiri" w:cs="Amiri"/>
          <w:lang w:val="zh-CN" w:eastAsia="zh-CN" w:bidi="ar-SA"/>
          <w:rtl w:val="1"/>
          <w:cs w:val="1"/>
          <w:color w:val="000000"/>
          <w:sz w:val="24"/>
          <w:szCs w:val="24"/>
        </w:rPr>
        <w:t>ﻣِﻦَ ﺍﻟﻨَّﺒِﻴّ۪ﻦَ</w:t>
      </w:r>
      <w:r>
        <w:rPr>
          <w:rFonts w:ascii="Times New Roman" w:hAnsi="Times New Roman" w:eastAsia="Noto Serif SC" w:cs="Amiri"/>
          <w:lang w:val="zh-CN" w:eastAsia="zh-CN" w:bidi="ar-SA"/>
          <w:color w:val="000000"/>
          <w:rtl w:val="0"/>
        </w:rPr>
        <w:t>（在众先知之中）明确指向尊贵的先知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r>
        <w:rPr>
          <w:rFonts w:ascii="Amiri" w:hAnsi="Amiri" w:eastAsia="Amiri" w:cs="Amiri"/>
          <w:lang w:val="zh-CN" w:eastAsia="zh-CN" w:bidi="ar-SA"/>
          <w:rtl w:val="1"/>
          <w:cs w:val="1"/>
          <w:color w:val="000000"/>
          <w:sz w:val="24"/>
          <w:szCs w:val="24"/>
        </w:rPr>
        <w:t>ﻭَﺍﻟﺼِّﺪّ۪ﻳﻘ۪ﻴﻦَ</w:t>
      </w:r>
      <w:r>
        <w:rPr>
          <w:rFonts w:ascii="Times New Roman" w:hAnsi="Times New Roman" w:eastAsia="Noto Serif SC" w:cs="Amiri"/>
          <w:lang w:val="zh-CN" w:eastAsia="zh-CN" w:bidi="ar-SA"/>
          <w:color w:val="000000"/>
          <w:rtl w:val="0"/>
        </w:rPr>
        <w:t>（以及忠诚真实者们）这一句则指向艾布·伯克尔·西迪克。它还暗示：他将仅次于先知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（愿Allah赐他尊荣、恩福与平安），将最先继承其位；“西迪克”这一名字将成为共同体授予他的专属称号，他也将显现为忠诚真实者之首……</w:t>
      </w:r>
    </w:p>
    <w:p>
      <w:r>
        <w:rPr>
          <w:rFonts w:ascii="Amiri" w:hAnsi="Amiri" w:eastAsia="Amiri" w:cs="Amiri"/>
          <w:lang w:val="zh-CN" w:eastAsia="zh-CN" w:bidi="ar-SA"/>
          <w:rtl w:val="1"/>
          <w:cs w:val="1"/>
          <w:color w:val="000000"/>
          <w:sz w:val="24"/>
          <w:szCs w:val="24"/>
        </w:rPr>
        <w:t>ﻭَﺍﻟﺸُّﻬَﺪَٓﺍﺀِ</w:t>
      </w:r>
      <w:r>
        <w:rPr>
          <w:rFonts w:ascii="Times New Roman" w:hAnsi="Times New Roman" w:eastAsia="Noto Serif SC" w:cs="Amiri"/>
          <w:lang w:val="zh-CN" w:eastAsia="zh-CN" w:bidi="ar-SA"/>
          <w:color w:val="000000"/>
          <w:rtl w:val="0"/>
        </w:rPr>
        <w:t>（以及殉道者们）一词，同时指尊贵的欧麦尔、尊贵的奥斯曼与尊贵的阿里</w:t>
      </w:r>
      <w:r>
        <w:rPr>
          <w:rFonts w:ascii="Amiri" w:hAnsi="Amiri" w:eastAsia="Amiri" w:cs="Amiri"/>
          <w:lang w:val="zh-CN" w:eastAsia="zh-CN" w:bidi="ar-SA"/>
          <w:rtl w:val="1"/>
          <w:cs w:val="1"/>
          <w:color w:val="000000"/>
          <w:sz w:val="24"/>
          <w:szCs w:val="24"/>
        </w:rPr>
        <w:t>رَضِيَ اللَّهُ عَنْهُمْ أَجْمَعِينَ</w:t>
      </w:r>
      <w:r>
        <w:rPr>
          <w:rFonts w:ascii="Times New Roman" w:hAnsi="Times New Roman" w:eastAsia="Noto Serif SC" w:cs="Amiri"/>
          <w:lang w:val="zh-CN" w:eastAsia="zh-CN" w:bidi="ar-SA"/>
          <w:color w:val="000000"/>
          <w:rtl w:val="0"/>
        </w:rPr>
        <w:t>（愿Allah喜悦他们全体）三人。它暗示并以传报幽隐的方式表明：这三人都将在西迪克之后获得先知身份的继任之位，三人都将成为殉道者，而殉道的美德也将加在他们其他的美德之上。</w:t>
      </w:r>
    </w:p>
    <w:p>
      <w:r>
        <w:rPr>
          <w:rFonts w:ascii="Amiri" w:hAnsi="Amiri" w:eastAsia="Amiri" w:cs="Amiri"/>
          <w:lang w:val="zh-CN" w:eastAsia="zh-CN" w:bidi="ar-SA"/>
          <w:rtl w:val="1"/>
          <w:cs w:val="1"/>
          <w:color w:val="000000"/>
          <w:sz w:val="24"/>
          <w:szCs w:val="24"/>
        </w:rPr>
        <w:t>ﻭَﺍﻟﺼَّﺎﻟِﺤ۪ﻴﻦَ</w:t>
      </w:r>
      <w:r>
        <w:rPr>
          <w:rFonts w:ascii="Times New Roman" w:hAnsi="Times New Roman" w:eastAsia="Noto Serif SC" w:cs="Amiri"/>
          <w:lang w:val="zh-CN" w:eastAsia="zh-CN" w:bidi="ar-SA"/>
          <w:color w:val="000000"/>
          <w:rtl w:val="0"/>
        </w:rPr>
        <w:t>（以及正直善行者们）一词，指示凉棚、白德尔、里兹万等群体中的卓越人物；</w:t>
      </w:r>
      <w:r>
        <w:rPr>
          <w:rFonts w:ascii="Amiri" w:hAnsi="Amiri" w:eastAsia="Amiri" w:cs="Amiri"/>
          <w:lang w:val="zh-CN" w:eastAsia="zh-CN" w:bidi="ar-SA"/>
          <w:rtl w:val="1"/>
          <w:cs w:val="1"/>
          <w:color w:val="000000"/>
          <w:sz w:val="24"/>
          <w:szCs w:val="24"/>
        </w:rPr>
        <w:t>ﻭَ ﺣَﺴُﻦَ ﺍُﻭﻟٰٓﺌِﻚَ ﺭَﻓ۪ﻴﻘًﺎ</w:t>
      </w:r>
      <w:r>
        <w:rPr>
          <w:rFonts w:ascii="Times New Roman" w:hAnsi="Times New Roman" w:eastAsia="Noto Serif SC" w:cs="Amiri"/>
          <w:lang w:val="zh-CN" w:eastAsia="zh-CN" w:bidi="ar-SA"/>
          <w:color w:val="000000"/>
          <w:rtl w:val="0"/>
        </w:rPr>
        <w:t>（这些人是多么美好的同伴）一句，则以其明文义鼓励人们追随他们，表明再传弟子对他们的追随极其光荣而美好。又以其隐示义，指向尊贵的哈桑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（愿Allah喜悦他）：他是四位继任者之后的第五位；他的继任之期虽短，却证实了</w:t>
      </w:r>
      <w:r>
        <w:rPr>
          <w:rFonts w:ascii="Amiri" w:hAnsi="Amiri" w:eastAsia="Amiri" w:cs="Amiri"/>
          <w:lang w:val="zh-CN" w:eastAsia="zh-CN" w:bidi="ar-SA"/>
          <w:rtl w:val="1"/>
          <w:cs w:val="1"/>
          <w:color w:val="000000"/>
          <w:sz w:val="24"/>
          <w:szCs w:val="24"/>
        </w:rPr>
        <w:t>ﺍِﻥَّ الْخِلَافَةَ ﺑَﻌْﺪ۪ﻯ ثَلَاثُونَ ﺳَﻨَﺔً</w:t>
      </w:r>
      <w:r>
        <w:rPr>
          <w:rFonts w:ascii="Times New Roman" w:hAnsi="Times New Roman" w:eastAsia="Noto Serif SC" w:cs="Amiri"/>
          <w:lang w:val="zh-CN" w:eastAsia="zh-CN" w:bidi="ar-SA"/>
          <w:color w:val="000000"/>
          <w:rtl w:val="0"/>
        </w:rPr>
        <w:t>（我之后，继任之位为三十年）这段尊贵圣训的论断，因而价值巨大。</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开拓章》的最后一节经文指向先知的四位继任者；同样，这节经文也以进一步确证的方式，部分地借暗示，从幽隐传报的角度指向他们未来的处境。《古兰经》各种奇迹性之一——幽隐传报——所发出的奇迹闪光，在《古兰经》经文中多得不计其数。只看外表的人把它限定在四五十节经文，是因为他们只具表层的目光；实际上，它超过一千处。有时，一节经文中便有四五种幽隐传报。</w:t>
      </w:r>
      <w:r>
        <w:rPr>
          <w:rFonts w:ascii="Amiri" w:hAnsi="Amiri" w:eastAsia="Amiri" w:cs="Amiri"/>
          <w:lang w:val="zh-CN" w:eastAsia="zh-CN" w:bidi="ar-SA"/>
          <w:rtl w:val="1"/>
          <w:cs w:val="1"/>
          <w:color w:val="000000"/>
          <w:sz w:val="24"/>
          <w:szCs w:val="24"/>
        </w:rPr>
        <w:t>ﺭَﺑَّﻨَﺎ لَا ﺗُﺆَﺍﺧِﺬْﻧَٓﺎ ﺍِﻥْ ﻧَﺴ۪ﻴﻨَٓﺎ ﺍَﻭْ ﺍَﺧْﻄَﺎْﻧَﺎ 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我们的养育并主宰者啊！若我们遗忘或犯错，求您不要追究我们；赞颂您超绝一切缺欠，除了您所教给我们的，我们没有任何知识，我们所知的一切都来自您的教导；您确是全知者，洞悉一切，您确是至睿者，一切作为皆充满智慧）</w:t>
      </w:r>
    </w:p>
    <w:p>
      <w:pPr>
        <w:pStyle w:val="Heading2"/>
      </w:pPr>
      <w:r>
        <w:rPr>
          <w:rFonts w:ascii="Times New Roman" w:hAnsi="Times New Roman" w:eastAsia="Noto Serif SC" w:cs="Amiri"/>
          <w:lang w:val="zh-CN" w:eastAsia="zh-CN" w:bidi="ar-SA"/>
          <w:color w:val="000000"/>
          <w:rtl w:val="0"/>
        </w:rPr>
        <w:t>对这篇补篇的第二项说明</w:t>
      </w:r>
    </w:p>
    <w:p>
      <w:r>
        <w:rPr>
          <w:rStyle w:val="FootnoteReference"/>
        </w:rPr>
        <w:footnoteReference w:id="4"/>
      </w:r>
      <w:r>
        <w:rPr>
          <w:rFonts w:ascii="Times New Roman" w:hAnsi="Times New Roman" w:eastAsia="Noto Serif SC" w:cs="Amiri"/>
          <w:lang w:val="zh-CN" w:eastAsia="zh-CN" w:bidi="ar-SA"/>
          <w:color w:val="000000"/>
          <w:rtl w:val="0"/>
        </w:rPr>
        <w:t>《开拓章》末尾的幽隐暗示，得到了这节经文的确证。这节经文既阐明《开端章》中走端正道路者，以及</w:t>
      </w:r>
      <w:r>
        <w:rPr>
          <w:rFonts w:ascii="Amiri" w:hAnsi="Amiri" w:eastAsia="Amiri" w:cs="Amiri"/>
          <w:lang w:val="zh-CN" w:eastAsia="zh-CN" w:bidi="ar-SA"/>
          <w:rtl w:val="1"/>
          <w:cs w:val="1"/>
          <w:color w:val="000000"/>
          <w:sz w:val="24"/>
          <w:szCs w:val="24"/>
        </w:rPr>
        <w:t>ﺻِﺮَﺍﻁَ ﺍﻟَّﺬ۪ﻳﻦَ ﺍَﻧْﻌَﻤْﺖَ ﻋَﻠَﻴْﻬِﻢْ</w:t>
      </w:r>
      <w:r>
        <w:rPr>
          <w:rFonts w:ascii="Times New Roman" w:hAnsi="Times New Roman" w:eastAsia="Noto Serif SC" w:cs="Amiri"/>
          <w:lang w:val="zh-CN" w:eastAsia="zh-CN" w:bidi="ar-SA"/>
          <w:color w:val="000000"/>
          <w:rtl w:val="0"/>
        </w:rPr>
        <w:t>（求您引导我们走上你所施恩者的道路）这句经文所指的人是谁；又显示在通向永无终尽之境的漫长旅途上，一支最光明、最亲切、人数众多而富有吸引力的同伴队伍；它以奇迹般的方式，促使有信仰、有意识的人强烈渴望追随这支队伍，与他们联合、结伴。这节经文就是</w:t>
      </w:r>
      <w:r>
        <w:rPr>
          <w:rFonts w:ascii="Amiri" w:hAnsi="Amiri" w:eastAsia="Amiri" w:cs="Amiri"/>
          <w:lang w:val="zh-CN" w:eastAsia="zh-CN" w:bidi="ar-SA"/>
          <w:rtl w:val="1"/>
          <w:cs w:val="1"/>
          <w:color w:val="000000"/>
          <w:sz w:val="24"/>
          <w:szCs w:val="24"/>
        </w:rPr>
        <w:t>ﻓَﺎُﻭﻟٰٓﺌِﻚَ ﻣَﻊَ ﺍﻟَّﺬ۪ﻳﻦَ ﺍَﻧْﻌَﻢَ ﺍﻟﻠّٰﻪُ ﻋَﻠَﻴْﻬِﻢْ ﻣِﻦَ ﺍﻟﻨَّﺒِﻴّ۪ﻦَ ﻭَ ﺍﻟﺼِّﺪّ۪ﻳﻘ۪ﻴﻦَ ﻭَ ﺍﻟﺸُّﻬَﺪَٓﺍﺀِ ﻭَ ﺍﻟﺼَّﺎﻟِﺤ۪ﻴﻦَ ﻭَ ﺣَﺴُﻦَ ﺍُﻭﻟٰٓﺌِﻚَ ﺭَﻓ۪ﻴﻘًﺎ</w:t>
      </w:r>
      <w:r>
        <w:rPr>
          <w:rFonts w:ascii="Times New Roman" w:hAnsi="Times New Roman" w:eastAsia="Noto Serif SC" w:cs="Amiri"/>
          <w:lang w:val="zh-CN" w:eastAsia="zh-CN" w:bidi="ar-SA"/>
          <w:color w:val="000000"/>
          <w:rtl w:val="0"/>
        </w:rPr>
        <w:t>（谁就同Allah所施恩的人同在：他们是众先知、忠诚真实者、殉道者与正直善行者；这些人是多么美好的同伴）。同《开拓章》最后一节经文一样，它也以修辞学称为“言语的旁涉意义”与“结构的深层蕴含”的、超越直接本意的隐示与隐含意义，指向先知的四位继任者和第五位继任者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（愿Allah喜悦他），并从几个方面传报幽隐之事。具体如下：</w:t>
      </w:r>
    </w:p>
    <w:p>
      <w:r>
        <w:rPr>
          <w:rFonts w:ascii="Times New Roman" w:hAnsi="Times New Roman" w:eastAsia="Noto Serif SC" w:cs="Amiri"/>
          <w:lang w:val="zh-CN" w:eastAsia="zh-CN" w:bidi="ar-SA"/>
          <w:color w:val="000000"/>
          <w:rtl w:val="0"/>
        </w:rPr>
        <w:t>这节经文以其明文义表明：在人类中，蒙受Allah崇高恩赐、行走端正道路的人，包括众先知队伍、忠诚真实者群体、殉道者群体、各类正直善行者以及再传弟子这一“臻美行善者”阶层。同样，它也以幽隐传报的方式表明：伊斯兰世界中，这些群体都有最完善、最优越者；有从末世先知承继先知所留精神遗产这一奥义而相继延续的众先知继承者群体，有从至大西迪克那忠诚真实的源泉而相继延续的忠诚真实者队伍，有借三位继任者的殉道品阶而联结的殉道者队伍，有以</w:t>
      </w:r>
      <w:r>
        <w:rPr>
          <w:rFonts w:ascii="Amiri" w:hAnsi="Amiri" w:eastAsia="Amiri" w:cs="Amiri"/>
          <w:lang w:val="zh-CN" w:eastAsia="zh-CN" w:bidi="ar-SA"/>
          <w:rtl w:val="1"/>
          <w:cs w:val="1"/>
          <w:color w:val="000000"/>
          <w:sz w:val="24"/>
          <w:szCs w:val="24"/>
        </w:rPr>
        <w:t>ﻭَ ﺍﻟَّﺬ۪ﻳﻦَ ﺍٰﻣَﻨُﻮﺍ ﻭَ ﻋَﻤِﻠُﻮﺍ ﺍﻟﺼَّﺎﻟِﺤَﺎﺕِ</w:t>
      </w:r>
      <w:r>
        <w:rPr>
          <w:rFonts w:ascii="Times New Roman" w:hAnsi="Times New Roman" w:eastAsia="Noto Serif SC" w:cs="Amiri"/>
          <w:lang w:val="zh-CN" w:eastAsia="zh-CN" w:bidi="ar-SA"/>
          <w:color w:val="000000"/>
          <w:rtl w:val="0"/>
        </w:rPr>
        <w:t>（他们信仰并行正直善功，以坚定的信念与美好的行为相统一）的奥义而联结的正直善行者群体，还有践行</w:t>
      </w:r>
      <w:r>
        <w:rPr>
          <w:rFonts w:ascii="Amiri" w:hAnsi="Amiri" w:eastAsia="Amiri" w:cs="Amiri"/>
          <w:lang w:val="zh-CN" w:eastAsia="zh-CN" w:bidi="ar-SA"/>
          <w:rtl w:val="1"/>
          <w:cs w:val="1"/>
          <w:color w:val="000000"/>
          <w:sz w:val="24"/>
          <w:szCs w:val="24"/>
        </w:rPr>
        <w:t>ﺍِﻥْ ﻛُﻨْﺘُﻢْ ﺗُﺤِﺒُّﻮﻥَ ﺍﻟﻠّٰﻪَ ﻓَﺎﺗَّﺒِﻌُﻮﻧ۪ﻰ ﻳُﺤْﺒِﺒْﻜُﻢُ ﺍﻟﻠّٰﻪُ</w:t>
      </w:r>
      <w:r>
        <w:rPr>
          <w:rFonts w:ascii="Times New Roman" w:hAnsi="Times New Roman" w:eastAsia="Noto Serif SC" w:cs="Amiri"/>
          <w:lang w:val="zh-CN" w:eastAsia="zh-CN" w:bidi="ar-SA"/>
          <w:color w:val="000000"/>
          <w:rtl w:val="0"/>
        </w:rPr>
        <w:t>（若你们爱戴Allah，就当追随我；这样，Allah也会爱戴你们，并以祂的悦纳回应你们的追随）的奥义、与圣门弟子和正道继任者结伴同行的各类再传弟子……</w:t>
      </w:r>
    </w:p>
    <w:p>
      <w:r>
        <w:rPr>
          <w:rFonts w:ascii="Amiri" w:hAnsi="Amiri" w:eastAsia="Amiri" w:cs="Amiri"/>
          <w:lang w:val="zh-CN" w:eastAsia="zh-CN" w:bidi="ar-SA"/>
          <w:rtl w:val="1"/>
          <w:cs w:val="1"/>
          <w:color w:val="000000"/>
          <w:sz w:val="24"/>
          <w:szCs w:val="24"/>
        </w:rPr>
        <w:t>ﻭَﺍﻟﺼِّﺪّ۪ﻳﻘ۪ﻴﻦَ</w:t>
      </w:r>
      <w:r>
        <w:rPr>
          <w:rFonts w:ascii="Times New Roman" w:hAnsi="Times New Roman" w:eastAsia="Noto Serif SC" w:cs="Amiri"/>
          <w:lang w:val="zh-CN" w:eastAsia="zh-CN" w:bidi="ar-SA"/>
          <w:color w:val="000000"/>
          <w:rtl w:val="0"/>
        </w:rPr>
        <w:t>（以及忠诚真实者们）一词，从隐示义方面传报了尊贵的艾布·伯克尔·西迪克：他将在至尊使者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（愿Allah赐他尊荣、恩福与平安）之后继承其位，成为他的继任者；他将以“西迪克”这一称号闻名于共同体，并成为忠诚真实者队伍的领袖。</w:t>
      </w:r>
    </w:p>
    <w:p>
      <w:r>
        <w:rPr>
          <w:rFonts w:ascii="Amiri" w:hAnsi="Amiri" w:eastAsia="Amiri" w:cs="Amiri"/>
          <w:lang w:val="zh-CN" w:eastAsia="zh-CN" w:bidi="ar-SA"/>
          <w:rtl w:val="1"/>
          <w:cs w:val="1"/>
          <w:color w:val="000000"/>
          <w:sz w:val="24"/>
          <w:szCs w:val="24"/>
        </w:rPr>
        <w:t>ﻭَﺍﻟﺸُّﻬَﺪَٓﺍﺀِ</w:t>
      </w:r>
      <w:r>
        <w:rPr>
          <w:rFonts w:ascii="Times New Roman" w:hAnsi="Times New Roman" w:eastAsia="Noto Serif SC" w:cs="Amiri"/>
          <w:lang w:val="zh-CN" w:eastAsia="zh-CN" w:bidi="ar-SA"/>
          <w:color w:val="000000"/>
          <w:rtl w:val="0"/>
        </w:rPr>
        <w:t>（以及殉道者们）一词，传报了正道继任者中三人的殉道：西迪克之后，将有三位殉道者成为继任者。因为“殉道者们”是复数，而复数的最小数目为三。这就是说，尊贵的欧麦尔、尊贵的奥斯曼、尊贵的阿里</w:t>
      </w:r>
      <w:r>
        <w:rPr>
          <w:rFonts w:ascii="Amiri" w:hAnsi="Amiri" w:eastAsia="Amiri" w:cs="Amiri"/>
          <w:lang w:val="zh-CN" w:eastAsia="zh-CN" w:bidi="ar-SA"/>
          <w:rtl w:val="1"/>
          <w:cs w:val="1"/>
          <w:color w:val="000000"/>
          <w:sz w:val="24"/>
          <w:szCs w:val="24"/>
        </w:rPr>
        <w:t>رَضِيَ اللَّهُ عَنْهُمْ</w:t>
      </w:r>
      <w:r>
        <w:rPr>
          <w:rFonts w:ascii="Times New Roman" w:hAnsi="Times New Roman" w:eastAsia="Noto Serif SC" w:cs="Amiri"/>
          <w:lang w:val="zh-CN" w:eastAsia="zh-CN" w:bidi="ar-SA"/>
          <w:color w:val="000000"/>
          <w:rtl w:val="0"/>
        </w:rPr>
        <w:t>（愿Allah喜悦他们），将在西迪克之后领导伊斯兰共同体，并将成为殉道者。这项幽隐传报恰如所言实现了。</w:t>
      </w:r>
    </w:p>
    <w:p>
      <w:r>
        <w:rPr>
          <w:rFonts w:ascii="Times New Roman" w:hAnsi="Times New Roman" w:eastAsia="Noto Serif SC" w:cs="Amiri"/>
          <w:lang w:val="zh-CN" w:eastAsia="zh-CN" w:bidi="ar-SA"/>
          <w:color w:val="000000"/>
          <w:rtl w:val="0"/>
        </w:rPr>
        <w:t>此外，经文以</w:t>
      </w:r>
      <w:r>
        <w:rPr>
          <w:rFonts w:ascii="Amiri" w:hAnsi="Amiri" w:eastAsia="Amiri" w:cs="Amiri"/>
          <w:lang w:val="zh-CN" w:eastAsia="zh-CN" w:bidi="ar-SA"/>
          <w:rtl w:val="1"/>
          <w:cs w:val="1"/>
          <w:color w:val="000000"/>
          <w:sz w:val="24"/>
          <w:szCs w:val="24"/>
        </w:rPr>
        <w:t>ﻭَﺍﻟﺼَّﺎﻟِﺤ۪ﻴﻦَ</w:t>
      </w:r>
      <w:r>
        <w:rPr>
          <w:rFonts w:ascii="Times New Roman" w:hAnsi="Times New Roman" w:eastAsia="Noto Serif SC" w:cs="Amiri"/>
          <w:lang w:val="zh-CN" w:eastAsia="zh-CN" w:bidi="ar-SA"/>
          <w:color w:val="000000"/>
          <w:rtl w:val="0"/>
        </w:rPr>
        <w:t>（以及正直善行者们）这一限定语传报：像凉棚众弟子那样，在顺服与崇拜功修上蒙受《讨拉特》赞扬的正直、敬畏与崇拜功修之人，日后将大量出现……</w:t>
      </w:r>
    </w:p>
    <w:p>
      <w:r>
        <w:rPr>
          <w:rFonts w:ascii="Amiri" w:hAnsi="Amiri" w:eastAsia="Amiri" w:cs="Amiri"/>
          <w:lang w:val="zh-CN" w:eastAsia="zh-CN" w:bidi="ar-SA"/>
          <w:rtl w:val="1"/>
          <w:cs w:val="1"/>
          <w:color w:val="000000"/>
          <w:sz w:val="24"/>
          <w:szCs w:val="24"/>
        </w:rPr>
        <w:t>ﻭَ ﺣَﺴُﻦَ ﺍُﻭﻟٰٓﺌِﻚَ ﺭَﻓ۪ﻴﻘًﺎ</w:t>
      </w:r>
      <w:r>
        <w:rPr>
          <w:rFonts w:ascii="Times New Roman" w:hAnsi="Times New Roman" w:eastAsia="Noto Serif SC" w:cs="Amiri"/>
          <w:lang w:val="zh-CN" w:eastAsia="zh-CN" w:bidi="ar-SA"/>
          <w:color w:val="000000"/>
          <w:rtl w:val="0"/>
        </w:rPr>
        <w:t>（这些人是多么美好的同伴）一句，既嘉许再传弟子在知识与行为上对圣门弟子的陪伴和追随，又表明在永无终尽的旅途上，与那四支队伍相伴是美好而可嘉的……</w:t>
      </w:r>
    </w:p>
    <w:p>
      <w:r>
        <w:rPr>
          <w:rFonts w:ascii="Times New Roman" w:hAnsi="Times New Roman" w:eastAsia="Noto Serif SC" w:cs="Amiri"/>
          <w:lang w:val="zh-CN" w:eastAsia="zh-CN" w:bidi="ar-SA"/>
          <w:color w:val="000000"/>
          <w:rtl w:val="0"/>
        </w:rPr>
        <w:t>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（愿Allah喜悦他）的继任之期只有短短几个月，诚然很短。然而，</w:t>
      </w:r>
      <w:r>
        <w:rPr>
          <w:rFonts w:ascii="Amiri" w:hAnsi="Amiri" w:eastAsia="Amiri" w:cs="Amiri"/>
          <w:lang w:val="zh-CN" w:eastAsia="zh-CN" w:bidi="ar-SA"/>
          <w:rtl w:val="1"/>
          <w:cs w:val="1"/>
          <w:color w:val="000000"/>
          <w:sz w:val="24"/>
          <w:szCs w:val="24"/>
        </w:rPr>
        <w:t>ﺍِﻥَّ الْخِلَافَةَ ﺑَﻌْﺪ۪ﻯ ثَلَاثُونَ ﺳَﻨَﺔً</w:t>
      </w:r>
      <w:r>
        <w:rPr>
          <w:rFonts w:ascii="Times New Roman" w:hAnsi="Times New Roman" w:eastAsia="Noto Serif SC" w:cs="Amiri"/>
          <w:lang w:val="zh-CN" w:eastAsia="zh-CN" w:bidi="ar-SA"/>
          <w:color w:val="000000"/>
          <w:rtl w:val="0"/>
        </w:rPr>
        <w:t>（我之后，继任之位为三十年）的论断及这项先知幽隐传报的证实，以及</w:t>
      </w:r>
      <w:r>
        <w:rPr>
          <w:rFonts w:ascii="Amiri" w:hAnsi="Amiri" w:eastAsia="Amiri" w:cs="Amiri"/>
          <w:lang w:val="zh-CN" w:eastAsia="zh-CN" w:bidi="ar-SA"/>
          <w:rtl w:val="1"/>
          <w:cs w:val="1"/>
          <w:color w:val="000000"/>
          <w:sz w:val="24"/>
          <w:szCs w:val="24"/>
        </w:rPr>
        <w:t>ﺍِﻥَّ ﺍﺑْﻨ۪ﻰ ﺣَﺴَﻦٌ ﻫٰﺬَﺍ ﺳَﻴِّﺪٌ ﺳَﻴُﺼْﻠِﺢُ ﺍﻟﻠّٰﻪُ ﺑِﻪ۪ ﺑَﻴْﻦَ ﻓِﺌَﺘَﻴْﻦِ ﻋَﻈ۪ﻴﻤَﺘَﻴْﻦِ</w:t>
      </w:r>
      <w:r>
        <w:rPr>
          <w:rFonts w:ascii="Times New Roman" w:hAnsi="Times New Roman" w:eastAsia="Noto Serif SC" w:cs="Amiri"/>
          <w:lang w:val="zh-CN" w:eastAsia="zh-CN" w:bidi="ar-SA"/>
          <w:color w:val="000000"/>
          <w:rtl w:val="0"/>
        </w:rPr>
        <w:t>（我的这个孙子哈桑是一位尊贵领袖，Allah将借他使两个庞大的群体和解）这段圣训中奇迹般的先知幽隐传报，都借尊贵的哈桑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而得到证实。他使两支大军、两个庞大的伊斯兰群体达成和解，消除了他们之间的纷争。为了显示他短短继任之期的重要性，并将他列为四位继任者之后的第五位继任者，经文以幽隐传报式的隐示义，并借修辞学所谓“结构的深层蕴含”这一奥义，在</w:t>
      </w:r>
      <w:r>
        <w:rPr>
          <w:rFonts w:ascii="Amiri" w:hAnsi="Amiri" w:eastAsia="Amiri" w:cs="Amiri"/>
          <w:lang w:val="zh-CN" w:eastAsia="zh-CN" w:bidi="ar-SA"/>
          <w:rtl w:val="1"/>
          <w:cs w:val="1"/>
          <w:color w:val="000000"/>
          <w:sz w:val="24"/>
          <w:szCs w:val="24"/>
        </w:rPr>
        <w:t>ﻭَ ﺣَﺴُﻦَ ﺍُﻭﻟٰٓﺌِﻚَ ﺭَﻓ۪ﻴﻘًﺎ</w:t>
      </w:r>
      <w:r>
        <w:rPr>
          <w:rFonts w:ascii="Times New Roman" w:hAnsi="Times New Roman" w:eastAsia="Noto Serif SC" w:cs="Amiri"/>
          <w:lang w:val="zh-CN" w:eastAsia="zh-CN" w:bidi="ar-SA"/>
          <w:color w:val="000000"/>
          <w:rtl w:val="0"/>
        </w:rPr>
        <w:t>（这些人是多么美好的同伴）一词中暗示了第五位继任者的名字。</w:t>
      </w:r>
    </w:p>
    <w:p>
      <w:r>
        <w:rPr>
          <w:rFonts w:ascii="Times New Roman" w:hAnsi="Times New Roman" w:eastAsia="Noto Serif SC" w:cs="Amiri"/>
          <w:lang w:val="zh-CN" w:eastAsia="zh-CN" w:bidi="ar-SA"/>
          <w:color w:val="000000"/>
          <w:rtl w:val="0"/>
        </w:rPr>
        <w:t>除了上述隐示传报，还有许多奥秘。由于不属于本题，此处暂不开启这扇门。至睿《古兰经》中有许多经文，每一节都从多个方面属于幽隐传报。这类《古兰经》的幽隐传报数以千计。</w:t>
      </w:r>
      <w:r>
        <w:rPr>
          <w:rFonts w:ascii="Amiri" w:hAnsi="Amiri" w:eastAsia="Amiri" w:cs="Amiri"/>
          <w:lang w:val="zh-CN" w:eastAsia="zh-CN" w:bidi="ar-SA"/>
          <w:rtl w:val="1"/>
          <w:cs w:val="1"/>
          <w:color w:val="000000"/>
          <w:sz w:val="24"/>
          <w:szCs w:val="24"/>
        </w:rPr>
        <w:t>ﺭَﺑَّﻨَﺎ لَا ﺗُﺆَﺍﺧِﺬْﻧَٓﺎ ﺍِﻥْ ﻧَﺴ۪ﻴﻨَٓﺎ ﺍَﻭْ ﺍَﺧْﻄَﺎْﻧَﺎ 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我们的养育并主宰者啊！若我们遗忘或犯错，求您不要追究我们；赞颂您超绝一切缺欠，除了您所教给我们的，我们没有任何知识，我们所知的一切都来自您的教导；您确是全知者，洞悉一切，您确是至睿者，一切作为皆充满智慧）</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至睿《古兰经》从吻合方面显现的奇迹精义之一如下：至睿《古兰经》中，Allah、慈悯普及万物者、至慈者、养育并主宰者这几个尊名，以及威严尊名所在的“祂”字，其总数为四千余。</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（奉Allah——慈悯普及万物者、至慈者——之名，依凭祂而行）按字母数值计算的第二种方式，即依照字母拼读顺序排列计算，也得四千余。大数目中的微小零数并不破坏吻合，因此略去不计。此外，</w:t>
      </w:r>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艾利弗、拉姆、米姆，这三个分立字母作为包含深义的整体）连同它所包含的两个连接词“瓦乌”，共为二百八十余；这既与《黄牛章》中二百八十余个威严尊名相吻合，也与该章二百八十余节经文的数目相吻合。而按字母数值计算的拼读顺序第二种算法，又得四千余；这既与上面提及的五个著名尊名的数目相吻合，也与略去零数后的</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（奉Allah——慈悯普及万物者、至慈者——之名，依凭祂而行）的数目相吻合。</w:t>
      </w:r>
    </w:p>
    <w:p>
      <w:r>
        <w:rPr>
          <w:rFonts w:ascii="Times New Roman" w:hAnsi="Times New Roman" w:eastAsia="Noto Serif SC" w:cs="Amiri"/>
          <w:lang w:val="zh-CN" w:eastAsia="zh-CN" w:bidi="ar-SA"/>
          <w:color w:val="000000"/>
          <w:rtl w:val="0"/>
        </w:rPr>
        <w:t>因此，凭这吻合的奥义，</w:t>
      </w:r>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艾利弗、拉姆、米姆，这三个分立字母作为包含深义的整体）既是一个包涵其所命名者内容的名称，又是《黄牛章》的名称，又是《古兰经》的名称；既是二者的一部简明索引，又是二者的范型、精粹与核心；同时还是</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（奉Allah——慈悯普及万物者、至慈者——之名，依凭祂而行）的概要。按通行的字母数值算法，</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（奉Allah——慈悯普及万物者、至慈者——之名，依凭祂而行）的数值等于“养育并主宰者”这一尊名的数值；若将</w:t>
      </w:r>
      <w:r>
        <w:rPr>
          <w:rFonts w:ascii="Amiri" w:hAnsi="Amiri" w:eastAsia="Amiri" w:cs="Amiri"/>
          <w:lang w:val="zh-CN" w:eastAsia="zh-CN" w:bidi="ar-SA"/>
          <w:rtl w:val="1"/>
          <w:cs w:val="1"/>
          <w:color w:val="000000"/>
          <w:sz w:val="24"/>
          <w:szCs w:val="24"/>
        </w:rPr>
        <w:t>ﺍﻟﺮَّﺣْﻤٰﻦِ ﺍﻟﺮَّﺣ۪ﻴﻢِ</w:t>
      </w:r>
      <w:r>
        <w:rPr>
          <w:rFonts w:ascii="Times New Roman" w:hAnsi="Times New Roman" w:eastAsia="Noto Serif SC" w:cs="Amiri"/>
          <w:lang w:val="zh-CN" w:eastAsia="zh-CN" w:bidi="ar-SA"/>
          <w:color w:val="000000"/>
          <w:rtl w:val="0"/>
        </w:rPr>
        <w:t>（慈悯普及万物者、至慈者；两个尊名分别显示慈悯的周遍与深厚）中叠读的</w:t>
      </w:r>
      <w:r>
        <w:rPr>
          <w:rFonts w:ascii="Amiri" w:hAnsi="Amiri" w:eastAsia="Amiri" w:cs="Amiri"/>
          <w:lang w:val="zh-CN" w:eastAsia="zh-CN" w:bidi="ar-SA"/>
          <w:rtl w:val="1"/>
          <w:cs w:val="1"/>
          <w:color w:val="000000"/>
          <w:sz w:val="24"/>
          <w:szCs w:val="24"/>
        </w:rPr>
        <w:t>ﺭ</w:t>
      </w:r>
      <w:r>
        <w:rPr>
          <w:rFonts w:ascii="Times New Roman" w:hAnsi="Times New Roman" w:eastAsia="Noto Serif SC" w:cs="Amiri"/>
          <w:lang w:val="zh-CN" w:eastAsia="zh-CN" w:bidi="ar-SA"/>
          <w:color w:val="000000"/>
          <w:rtl w:val="0"/>
        </w:rPr>
        <w:t>（字母“拉”）算作两个</w:t>
      </w:r>
      <w:r>
        <w:rPr>
          <w:rFonts w:ascii="Amiri" w:hAnsi="Amiri" w:eastAsia="Amiri" w:cs="Amiri"/>
          <w:lang w:val="zh-CN" w:eastAsia="zh-CN" w:bidi="ar-SA"/>
          <w:rtl w:val="1"/>
          <w:cs w:val="1"/>
          <w:color w:val="000000"/>
          <w:sz w:val="24"/>
          <w:szCs w:val="24"/>
        </w:rPr>
        <w:t>ﺭ</w:t>
      </w:r>
      <w:r>
        <w:rPr>
          <w:rFonts w:ascii="Times New Roman" w:hAnsi="Times New Roman" w:eastAsia="Noto Serif SC" w:cs="Amiri"/>
          <w:lang w:val="zh-CN" w:eastAsia="zh-CN" w:bidi="ar-SA"/>
          <w:color w:val="000000"/>
          <w:rtl w:val="0"/>
        </w:rPr>
        <w:t>（字母“拉”），其数便成为九百九十，由此成为众多重要奥义的枢轴，并以其十九个字母成为一万九千个世界的钥匙。</w:t>
      </w:r>
    </w:p>
    <w:p>
      <w:r>
        <w:rPr>
          <w:rFonts w:ascii="Times New Roman" w:hAnsi="Times New Roman" w:eastAsia="Noto Serif SC" w:cs="Amiri"/>
          <w:lang w:val="zh-CN" w:eastAsia="zh-CN" w:bidi="ar-SA"/>
          <w:color w:val="000000"/>
          <w:rtl w:val="0"/>
        </w:rPr>
        <w:t>在雄辩奇迹的《古兰经》中，威严尊名的种种精妙吻合还包括：整部《古兰经》里，每一页最后一行的上半部分，八十个威严尊名彼此吻合对应；下半部分也同样有八十个威严尊名彼此吻合对应。就在那最后一行的正中央，又有五十五个威严尊名上下相叠、合而为一，仿佛成了由五十五个威严尊名构成的一个威严尊名。最后一行开头另有二十五个威严尊名，仅隔着一个由三个字母组成的简短词语；它们完全吻合，再添到正中央完全吻合的五十五个之上，便成为八十个吻合，从而与该行前半部的八十个吻合以及后半部的另外八十个吻合相应一致。</w:t>
      </w:r>
    </w:p>
    <w:p>
      <w:r>
        <w:rPr>
          <w:rFonts w:ascii="Times New Roman" w:hAnsi="Times New Roman" w:eastAsia="Noto Serif SC" w:cs="Amiri"/>
          <w:lang w:val="zh-CN" w:eastAsia="zh-CN" w:bidi="ar-SA"/>
          <w:color w:val="000000"/>
          <w:rtl w:val="0"/>
        </w:rPr>
        <w:t>如此精妙、优美、整齐、匀称而显示奇迹的吻合，难道会没有精义、没有智慧吗？绝不如此，绝不可能。相反，循着这些吻合的端绪，可以开启一座重要的宝库。</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（我们的养育并主宰者啊，若我们遗忘或犯错，求您不要因此追究我们、惩罚我们）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（您确是全知者，遍知一切；您确是至睿者，一切安排与判决皆充满智慧）</w:t>
      </w:r>
    </w:p>
    <w:p>
      <w:pPr>
        <w:pStyle w:val="Heading3"/>
        <w:jc w:val="right"/>
      </w:pPr>
      <w:r>
        <w:rPr>
          <w:rFonts w:ascii="Times New Roman" w:hAnsi="Times New Roman" w:eastAsia="Noto Serif SC" w:cs="Amiri"/>
          <w:lang w:val="zh-CN" w:eastAsia="zh-CN" w:bidi="ar-SA"/>
          <w:color w:val="000000"/>
          <w:rtl w:val="0"/>
        </w:rPr>
        <w:t>赛义德·努尔西</w:t>
      </w:r>
    </w:p>
    <w:p>
      <w:pPr>
        <w:pStyle w:val="Heading2"/>
      </w:pPr>
      <w:r>
        <w:rPr>
          <w:rFonts w:ascii="Times New Roman" w:hAnsi="Times New Roman" w:eastAsia="Noto Serif SC" w:cs="Amiri"/>
          <w:lang w:val="zh-CN" w:eastAsia="zh-CN" w:bidi="ar-SA"/>
          <w:color w:val="000000"/>
          <w:rtl w:val="0"/>
        </w:rPr>
        <w:t>第八道闪光</w:t>
      </w:r>
    </w:p>
    <w:p>
      <w:r>
        <w:rPr>
          <w:rFonts w:ascii="Times New Roman" w:hAnsi="Times New Roman" w:eastAsia="Noto Serif SC" w:cs="Amiri"/>
          <w:lang w:val="zh-CN" w:eastAsia="zh-CN" w:bidi="ar-SA"/>
          <w:color w:val="000000"/>
          <w:rtl w:val="0"/>
        </w:rPr>
        <w:t>这是《至大精神枢纽的非凡恩迹论著》，曾刊载于《幽隐印证之印集》和《古兰经书法闪光集》。</w:t>
      </w:r>
    </w:p>
    <w:p>
      <w:pPr>
        <w:pStyle w:val="Heading2"/>
      </w:pPr>
      <w:r>
        <w:rPr>
          <w:rFonts w:ascii="Times New Roman" w:hAnsi="Times New Roman" w:eastAsia="Noto Serif SC" w:cs="Amiri"/>
          <w:lang w:val="zh-CN" w:eastAsia="zh-CN" w:bidi="ar-SA"/>
          <w:color w:val="000000"/>
          <w:rtl w:val="0"/>
        </w:rPr>
        <w:t>第九道闪光</w:t>
      </w:r>
    </w:p>
    <w:p>
      <w:r>
        <w:rPr>
          <w:rFonts w:ascii="Times New Roman" w:hAnsi="Times New Roman" w:eastAsia="Noto Serif SC" w:cs="Amiri"/>
          <w:lang w:val="zh-CN" w:eastAsia="zh-CN" w:bidi="ar-SA"/>
          <w:color w:val="000000"/>
          <w:rtl w:val="0"/>
        </w:rPr>
        <w:t>曾刊载于《古兰经书法闪光集》。</w:t>
      </w:r>
    </w:p>
    <w:p>
      <w:pPr>
        <w:pStyle w:val="Heading2"/>
      </w:pPr>
      <w:r>
        <w:rPr>
          <w:rFonts w:ascii="Times New Roman" w:hAnsi="Times New Roman" w:eastAsia="Noto Serif SC" w:cs="Amiri"/>
          <w:lang w:val="zh-CN" w:eastAsia="zh-CN" w:bidi="ar-SA"/>
          <w:color w:val="000000"/>
          <w:rtl w:val="0"/>
        </w:rPr>
        <w:t>第十道闪光</w:t>
      </w:r>
    </w:p>
    <w:p>
      <w:pPr>
        <w:pStyle w:val="Heading2"/>
      </w:pPr>
      <w:r>
        <w:rPr>
          <w:rFonts w:ascii="Times New Roman" w:hAnsi="Times New Roman" w:eastAsia="Noto Serif SC" w:cs="Amiri"/>
          <w:lang w:val="zh-CN" w:eastAsia="zh-CN" w:bidi="ar-SA"/>
          <w:color w:val="000000"/>
          <w:rtl w:val="0"/>
        </w:rPr>
        <w:t>《怜爱的掌掴论著》</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（奉Allah——慈悯普及万物者、至慈者——之名，依凭祂而行） </w:t>
      </w:r>
      <w:r>
        <w:rPr>
          <w:rFonts w:ascii="Amiri" w:hAnsi="Amiri" w:eastAsia="Amiri" w:cs="Amiri"/>
          <w:lang w:val="zh-CN" w:eastAsia="zh-CN" w:bidi="ar-SA"/>
          <w:rtl w:val="1"/>
          <w:cs w:val="1"/>
          <w:color w:val="000000"/>
          <w:sz w:val="24"/>
          <w:szCs w:val="24"/>
        </w:rPr>
        <w:t>ﻳَﻮْﻡَ ﺗَﺠِﺪُ ﻛُﻞُّ ﻧَﻔْﺲٍ ﻣَﺎ ﻋَﻤِﻠَﺖْ ﻣِﻦْ ﺧَﻴْﺮٍ ﻣُﺤْﻀَﺮًﺍ</w:t>
      </w:r>
      <w:r>
        <w:rPr>
          <w:rFonts w:ascii="Times New Roman" w:hAnsi="Times New Roman" w:eastAsia="Noto Serif SC" w:cs="Amiri"/>
          <w:lang w:val="zh-CN" w:eastAsia="zh-CN" w:bidi="ar-SA"/>
          <w:color w:val="000000"/>
          <w:rtl w:val="0"/>
        </w:rPr>
        <w:t xml:space="preserve">（那一天，每个人都会发现自己所行的一切善功已呈现在眼前，毫无隐没） </w:t>
      </w:r>
      <w:r>
        <w:rPr>
          <w:rFonts w:ascii="Amiri" w:hAnsi="Amiri" w:eastAsia="Amiri" w:cs="Amiri"/>
          <w:lang w:val="zh-CN" w:eastAsia="zh-CN" w:bidi="ar-SA"/>
          <w:rtl w:val="1"/>
          <w:cs w:val="1"/>
          <w:color w:val="000000"/>
          <w:sz w:val="24"/>
          <w:szCs w:val="24"/>
        </w:rPr>
        <w:t>ﻭَﻣَﺎ ﻋَﻤِﻠَﺖْ ﻣِﻦْ ﺳُٓﻮﺀٍ ﺗَﻮَﺩُّ ﻟَﻮْ ﺍَﻥَّ ﺑَﻴْﻨَﻬَﺎ ﻭَﺑَﻴْﻨَﻪُٓ ﺍَﻣَﺪًﺍ ﺑَﻌ۪ﻴﺪًﺍ</w:t>
      </w:r>
      <w:r>
        <w:rPr>
          <w:rFonts w:ascii="Times New Roman" w:hAnsi="Times New Roman" w:eastAsia="Noto Serif SC" w:cs="Amiri"/>
          <w:lang w:val="zh-CN" w:eastAsia="zh-CN" w:bidi="ar-SA"/>
          <w:color w:val="000000"/>
          <w:rtl w:val="0"/>
        </w:rPr>
        <w:t xml:space="preserve">（也会发现自己所行的一切罪恶；那时，它必愿望自己与那罪恶之间隔着极其遥远的距离，永不相逢） </w:t>
      </w:r>
      <w:r>
        <w:rPr>
          <w:rFonts w:ascii="Amiri" w:hAnsi="Amiri" w:eastAsia="Amiri" w:cs="Amiri"/>
          <w:lang w:val="zh-CN" w:eastAsia="zh-CN" w:bidi="ar-SA"/>
          <w:rtl w:val="1"/>
          <w:cs w:val="1"/>
          <w:color w:val="000000"/>
          <w:sz w:val="24"/>
          <w:szCs w:val="24"/>
        </w:rPr>
        <w:t>ﻭَﻳُﺤَﺬِّﺭُﻛُﻢُ ﺍﻟﻠّٰﻪُ ﻧَﻔْﺴَﻪُ</w:t>
      </w:r>
      <w:r>
        <w:rPr>
          <w:rFonts w:ascii="Times New Roman" w:hAnsi="Times New Roman" w:eastAsia="Noto Serif SC" w:cs="Amiri"/>
          <w:lang w:val="zh-CN" w:eastAsia="zh-CN" w:bidi="ar-SA"/>
          <w:color w:val="000000"/>
          <w:rtl w:val="0"/>
        </w:rPr>
        <w:t xml:space="preserve">（Allah以祂自身的威严与追究警示你们，使你们敬畏而谨慎） </w:t>
      </w:r>
      <w:r>
        <w:rPr>
          <w:rFonts w:ascii="Amiri" w:hAnsi="Amiri" w:eastAsia="Amiri" w:cs="Amiri"/>
          <w:lang w:val="zh-CN" w:eastAsia="zh-CN" w:bidi="ar-SA"/>
          <w:rtl w:val="1"/>
          <w:cs w:val="1"/>
          <w:color w:val="000000"/>
          <w:sz w:val="24"/>
          <w:szCs w:val="24"/>
        </w:rPr>
        <w:t>ﻭَﺍﻟﻠّٰﻪُ ﺭَﺅُﻑٌ ﺑِﺎﻟْﻌِﺒَﺎﺩِ</w:t>
      </w:r>
      <w:r>
        <w:rPr>
          <w:rFonts w:ascii="Times New Roman" w:hAnsi="Times New Roman" w:eastAsia="Noto Serif SC" w:cs="Amiri"/>
          <w:lang w:val="zh-CN" w:eastAsia="zh-CN" w:bidi="ar-SA"/>
          <w:color w:val="000000"/>
          <w:rtl w:val="0"/>
        </w:rPr>
        <w:t>（Allah对众仆人充满深切的怜爱与慈悯）我阐明我的同伴们在《古兰经》服务中，因人性所限而犯的疏忽与错误所招致的怜爱掌掴，以此注释这节经文的一项奥义。下文将阐述《古兰经》服务的一系列非凡恩迹，以及至大精神枢纽的一种非凡恩迹；他奉Allah的许可照管这项神圣服务，并以精神支援和祈祷予以帮助。愿身处这项神圣服务中的人，在自己的认真与服务中坚定不移。</w:t>
      </w:r>
    </w:p>
    <w:p>
      <w:pPr>
        <w:pStyle w:val="Heading2"/>
      </w:pPr>
      <w:r>
        <w:rPr>
          <w:rFonts w:ascii="Times New Roman" w:hAnsi="Times New Roman" w:eastAsia="Noto Serif SC" w:cs="Amiri"/>
          <w:lang w:val="zh-CN" w:eastAsia="zh-CN" w:bidi="ar-SA"/>
          <w:color w:val="000000"/>
          <w:rtl w:val="0"/>
        </w:rPr>
        <w:t>这项神圣服务的非凡恩迹有三类：</w:t>
      </w:r>
    </w:p>
    <w:p>
      <w:r>
        <w:rPr>
          <w:rFonts w:ascii="Times New Roman" w:hAnsi="Times New Roman" w:eastAsia="Noto Serif SC" w:cs="Amiri"/>
          <w:lang w:val="zh-CN" w:eastAsia="zh-CN" w:bidi="ar-SA"/>
          <w:color w:val="000000"/>
          <w:rtl w:val="0"/>
        </w:rPr>
        <w:t>第一类：使这项服务得以备办，并促使服务者投身其中的方面。</w:t>
      </w:r>
    </w:p>
    <w:p>
      <w:r>
        <w:rPr>
          <w:rFonts w:ascii="Times New Roman" w:hAnsi="Times New Roman" w:eastAsia="Noto Serif SC" w:cs="Amiri"/>
          <w:lang w:val="zh-CN" w:eastAsia="zh-CN" w:bidi="ar-SA"/>
          <w:color w:val="000000"/>
          <w:rtl w:val="0"/>
        </w:rPr>
        <w:t>第二类：排除种种障碍，驱除有害者的恶行，并使他们受到掌掴。</w:t>
      </w:r>
    </w:p>
    <w:p>
      <w:r>
        <w:rPr>
          <w:rFonts w:ascii="Times New Roman" w:hAnsi="Times New Roman" w:eastAsia="Noto Serif SC" w:cs="Amiri"/>
          <w:lang w:val="zh-CN" w:eastAsia="zh-CN" w:bidi="ar-SA"/>
          <w:color w:val="000000"/>
          <w:rtl w:val="0"/>
        </w:rPr>
        <w:t>这两类的事例很多，而且很长</w:t>
      </w:r>
      <w:r>
        <w:rPr>
          <w:rStyle w:val="FootnoteReference"/>
        </w:rPr>
        <w:footnoteReference w:id="5"/>
      </w:r>
      <w:r>
        <w:rPr>
          <w:rFonts w:ascii="Times New Roman" w:hAnsi="Times New Roman" w:eastAsia="Noto Serif SC" w:cs="Amiri"/>
          <w:lang w:val="zh-CN" w:eastAsia="zh-CN" w:bidi="ar-SA"/>
          <w:color w:val="000000"/>
          <w:rtl w:val="0"/>
        </w:rPr>
        <w:t>。暂且留待以后，我们要谈最轻微的第三类。</w:t>
      </w:r>
    </w:p>
    <w:p>
      <w:r>
        <w:rPr>
          <w:rFonts w:ascii="Times New Roman" w:hAnsi="Times New Roman" w:eastAsia="Noto Serif SC" w:cs="Amiri"/>
          <w:lang w:val="zh-CN" w:eastAsia="zh-CN" w:bidi="ar-SA"/>
          <w:color w:val="000000"/>
          <w:rtl w:val="0"/>
        </w:rPr>
        <w:t>第三类如下：以纯诚之心在服务中工作的人一旦倦怠，便会挨一记怜爱的掌掴；于是醒悟过来，重新投入那项服务。这一类的事例超过一百件。仅二十件事中，就有十三四件是当事人挨了怜爱的掌掴，六七件是受了惩戒的掌掴。第一件：就是这可怜的赛义德。每当我对服务懈怠，说“与我何干”，转而忙于专属于自我的私事时，我便挨过掌掴。而且我确信，那是因为我的疏忽。因为，无论哪一种目的诱使我偏离，我都会因与那目的相反的结果而挨掌掴。我不断留意其他心怀纯诚的同伴们所受的怜爱掌掴；他们和我一样，无论因哪一种目的疏忽了服务，都会因与那目的相反的结果而受怜爱的掌掴。由此我们确信，这些事属于《古兰经》服务的非凡恩迹。</w:t>
      </w:r>
    </w:p>
    <w:p>
      <w:r>
        <w:rPr>
          <w:rFonts w:ascii="Times New Roman" w:hAnsi="Times New Roman" w:eastAsia="Noto Serif SC" w:cs="Amiri"/>
          <w:lang w:val="zh-CN" w:eastAsia="zh-CN" w:bidi="ar-SA"/>
          <w:color w:val="000000"/>
          <w:rtl w:val="0"/>
        </w:rPr>
        <w:t>例如，我这可怜的赛义德在凡城讲授《古兰经》诸真理期间，在教团导师赛义德事件发生时，疑虑重重的政府无论从哪方面都没有碰我，也无法碰我。可当我说“与我何干”，只顾自己的自我时，为了拯救我的后世，我退隐到埃雷克山上一处如废弃山洞般的地方。那时，他们无缘无故抓走我，将我流放；我被带到了布尔杜尔。</w:t>
      </w:r>
    </w:p>
    <w:p>
      <w:r>
        <w:rPr>
          <w:rFonts w:ascii="Times New Roman" w:hAnsi="Times New Roman" w:eastAsia="Noto Serif SC" w:cs="Amiri"/>
          <w:lang w:val="zh-CN" w:eastAsia="zh-CN" w:bidi="ar-SA"/>
          <w:color w:val="000000"/>
          <w:rtl w:val="0"/>
        </w:rPr>
        <w:t>在那里，只要我仍从事《古兰经》服务——当时对流放者监视极严，他们每晚都必须报到证明自己在场——我和我心怀纯诚的学生们却得以豁免。我从未去报到证明自己在场，也不理睬政府。那里的省长向来到当地的费夫齐帕夏告了状。费夫齐帕夏却说：“不要碰他，要敬重他！”让他说出这句话的，正是《古兰经》服务的神圣性。每当拯救自我、只顾自己后世的念头占了上风，我对《古兰经》服务便暂时懈怠，于是因与目的相反的结果而挨了掌掴。也就是说，我从一处流放地被送往另一处——伊斯帕尔塔。</w:t>
      </w:r>
    </w:p>
    <w:p>
      <w:r>
        <w:rPr>
          <w:rFonts w:ascii="Times New Roman" w:hAnsi="Times New Roman" w:eastAsia="Noto Serif SC" w:cs="Amiri"/>
          <w:lang w:val="zh-CN" w:eastAsia="zh-CN" w:bidi="ar-SA"/>
          <w:color w:val="000000"/>
          <w:rtl w:val="0"/>
        </w:rPr>
        <w:t>在伊斯帕尔塔，我又重新主持服务。过了二十天，有些胆怯的人提醒我：“也许政府不会乐见这种状况，你若稍微延缓一些，会更好。”于是，只顾自己的念头再次在我心中增强。我说：“千万别让人们来。”结果，我又从那处流放地被遣往巴尔拉，成为第三次流放。</w:t>
      </w:r>
    </w:p>
    <w:p>
      <w:r>
        <w:rPr>
          <w:rFonts w:ascii="Times New Roman" w:hAnsi="Times New Roman" w:eastAsia="Noto Serif SC" w:cs="Amiri"/>
          <w:lang w:val="zh-CN" w:eastAsia="zh-CN" w:bidi="ar-SA"/>
          <w:color w:val="000000"/>
          <w:rtl w:val="0"/>
        </w:rPr>
        <w:t>在巴尔拉，每当我懈怠，每当只顾自己的念头增强，这些逐世者中的某个蛇蝎之人或伪信者便会缠上我。这八年中，我可以讲述自己亲身经历的八十件事。为免使人厌烦，我就长话短说。</w:t>
      </w:r>
    </w:p>
    <w:p>
      <w:r>
        <w:rPr>
          <w:rFonts w:ascii="Times New Roman" w:hAnsi="Times New Roman" w:eastAsia="Noto Serif SC" w:cs="Amiri"/>
          <w:lang w:val="zh-CN" w:eastAsia="zh-CN" w:bidi="ar-SA"/>
          <w:color w:val="000000"/>
          <w:rtl w:val="0"/>
        </w:rPr>
        <w:t>我的兄弟们啊！我说了自己所遭遇的怜爱掌掴。若你们允许并宽容，我也要说说你们所遭遇的怜爱掌掴。请不要见怪；若有人见怪，我便不公开他的名字。第二件：我的胞弟阿卜杜勒麦吉德，是我最早、最优秀又最勇于自我牺牲的学生。他在凡城有一所很好的房子，生活安定，又是教师。因为我要前往边境——一个更有利于《古兰经》服务开展的地方——有人违背我的意愿，着手促成此事；他凭自己的判断，认为这似乎是为我好，却没有参与，也没有投赞成票。他以为，若我去了边境，《古兰经》服务既会掺杂政治、失去纯粹，他们也会把他逐出凡城，因此没有参与。结果，他因与目的相反的结果而挨了一记怜爱的掌掴：他既离开凡城，又离开那所美好的住宅和故乡，被迫去了埃尔加尼。第三件：胡卢西先生是《古兰经》服务中极为重要的一员。当他从埃伊尔迪尔回乡时，种种条件足以让他充分品尝并确保世俗生活的幸福，于是，使他在这项纯属后世的《古兰经》服务中显露倦怠的因素也准备齐了。因为他既见到久别的父母，又重见故乡，而且此行身份荣耀、地位显要，尘世便向他微笑，显得美好。然而，投身《古兰经》服务的人，或者尘世要与他疏远，或者他要与尘世疏远，才能以纯诚和认真投入《古兰经》服务。</w:t>
      </w:r>
    </w:p>
    <w:p>
      <w:r>
        <w:rPr>
          <w:rFonts w:ascii="Times New Roman" w:hAnsi="Times New Roman" w:eastAsia="Noto Serif SC" w:cs="Amiri"/>
          <w:lang w:val="zh-CN" w:eastAsia="zh-CN" w:bidi="ar-SA"/>
          <w:color w:val="000000"/>
          <w:rtl w:val="0"/>
        </w:rPr>
        <w:t>胡卢西的心虽然坚定不移，但这种境况仍使他趋于倦怠，因此挨了怜爱的掌掴。整整一两年，一些伪信者缠上了他，也败坏了尘世的乐趣；他们既使尘世与他疏远，也使他与尘世疏远。那时，他才完完全全地坚守自己精神职责中的认真。第四件：是移民、背诵全本《古兰经》的艾哈迈德。他亲自说：“是的，我承认，在《古兰经》服务中，我单以后世为出发点，却在自己的判断上犯了错。我起了一种会使服务懈怠的愿望，挨了一记怜爱却猛烈、并能抵偿罪过的掌掴。事情是这样的：”</w:t>
      </w:r>
    </w:p>
    <w:p>
      <w:r>
        <w:rPr>
          <w:rFonts w:ascii="Times New Roman" w:hAnsi="Times New Roman" w:eastAsia="Noto Serif SC" w:cs="Amiri"/>
          <w:lang w:val="zh-CN" w:eastAsia="zh-CN" w:bidi="ar-SA"/>
          <w:color w:val="000000"/>
          <w:rtl w:val="0"/>
        </w:rPr>
        <w:t>我的导师不赞成那些新创事物</w:t>
      </w:r>
      <w:r>
        <w:rPr>
          <w:rStyle w:val="FootnoteReference"/>
        </w:rPr>
        <w:footnoteReference w:id="6"/>
      </w:r>
      <w:r>
        <w:rPr>
          <w:rFonts w:ascii="Times New Roman" w:hAnsi="Times New Roman" w:eastAsia="Noto Serif SC" w:cs="Amiri"/>
          <w:lang w:val="zh-CN" w:eastAsia="zh-CN" w:bidi="ar-SA"/>
          <w:color w:val="000000"/>
          <w:rtl w:val="0"/>
        </w:rPr>
        <w:t>——我的清真寺与他为邻；三个禁月将至，若我离开自己的清真寺，我既会失去许多回赐，街区也会习惯于没有礼拜；若不采用新办法，我又会被禁职。正是基于这样的判断——我渴望我如生命般珍爱的导师暂时去另一个村庄。我不知道，他若更换住处、去了另一地区，《古兰经》服务便会暂时懈怠。就在那些日子，我挨了掌掴。那是一记怜爱却极其可怕的掌掴，以致三个月过去，我仍未恢复神志。然而，</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唯独归于Allah；祂在一切境况中都配受最完满的颂扬），凭我导师明确的告知，他已得到启示：我们可以盼望Allah的慈悯，那场灾祸的每一分钟都可抵一天的崇拜。因为那错误并非出于私图；那愿望纯粹产生于我只顾自己后世这一点。第五件：是哈克先生。他此刻不在此，正如我代胡卢西发言一样，我也代他说：哈克先生本来尽职尽责地履行学生的职责，来了一位品行恶劣的县长。他为了不使导师和自己受到伤害，把所写的东西藏了起来，暂时离开了光明服务。突然，一桩可能使他必须缴纳一千里拉的诉讼落到他头上，如同一记怜爱的掌掴。他在这种威胁下生活了一年，直到回来与我们会面；返程后，他又投入《古兰经》服务，履行学生的职责。怜爱掌掴的裁决便解除了，他得以开释。</w:t>
      </w:r>
    </w:p>
    <w:p>
      <w:r>
        <w:rPr>
          <w:rFonts w:ascii="Times New Roman" w:hAnsi="Times New Roman" w:eastAsia="Noto Serif SC" w:cs="Amiri"/>
          <w:lang w:val="zh-CN" w:eastAsia="zh-CN" w:bidi="ar-SA"/>
          <w:color w:val="000000"/>
          <w:rtl w:val="0"/>
        </w:rPr>
        <w:t>后来，在以新方式</w:t>
      </w:r>
      <w:r>
        <w:rPr>
          <w:rStyle w:val="FootnoteReference"/>
        </w:rPr>
        <w:footnoteReference w:id="7"/>
      </w:r>
      <w:r>
        <w:rPr>
          <w:rFonts w:ascii="Times New Roman" w:hAnsi="Times New Roman" w:eastAsia="Noto Serif SC" w:cs="Amiri"/>
          <w:lang w:val="zh-CN" w:eastAsia="zh-CN" w:bidi="ar-SA"/>
          <w:color w:val="000000"/>
          <w:rtl w:val="0"/>
        </w:rPr>
        <w:t>书写《古兰经》这件事上，学生们被赋予一项任务，哈克先生也分得一份。他果然承担起自己的份额，写好了一卷。但他迫于生计，自认为别无选择，着手从事秘密诉讼代理。突然，他又挨了一记怜爱的掌掴：握笔的那根手指暂时骨折了。有人以含意之言警示他：这根手指不能既做诉讼代理，又书写《古兰经》。因为不知道他着手诉讼代理，我们原先对他的手指感到惊讶。后来才明白：神圣而纯粹的《古兰经》服务，不愿让专属于它、必须极其洁净的手指掺杂别的事情。无论如何……我把胡卢西先生视作如同自己，便代替他说话。哈克先生也完全与他一样；若他不接受我代为发言，就让他自己写下自己的掌掴。</w:t>
      </w:r>
    </w:p>
    <w:p>
      <w:r>
        <w:rPr>
          <w:rFonts w:ascii="Times New Roman" w:hAnsi="Times New Roman" w:eastAsia="Noto Serif SC" w:cs="Amiri"/>
          <w:lang w:val="zh-CN" w:eastAsia="zh-CN" w:bidi="ar-SA"/>
          <w:color w:val="000000"/>
          <w:rtl w:val="0"/>
        </w:rPr>
        <w:t>第六件：是贝基尔先生。他此刻不在场，因此，正如我代胞弟阿卜杜勒麦吉德发言一样，我凭自己对他诚信与忠诚的信任，并依据大马士革人、能背诵全本《古兰经》的以及苏莱曼先生等全体挚友的评断，代他说：贝基尔先生印行了《第十言》。我们把论述《古兰经》奇迹的《第二十五言》寄给他，要他在新字母发布前印行，并写信告诉他，正如已经寄去《第十言》的印刷费，这部书的费用我们也会寄去。贝基尔先生想到我的匮乏境况，又考虑到印刷费约需四百里拉，担心若由他自掏腰包，老师或许不会同意，他的自我便欺骗了他。书没有印成，给《古兰经》服务造成了重大损失。两个月后，九百里拉落入盗贼之手，他挨了一记怜爱而猛烈的掌掴。</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此事便会依祂的意欲而成），愿损失掉的九百里拉具有施舍的效力。第七件：是大马士革人、背诵全本《古兰经》的泰夫菲克。他亲自说：“是的，我承认，由于自己在无知和错误想法下采取的行动会使《古兰经》服务懈怠，我挨了两记怜爱的掌掴。我已毫不怀疑，这掌掴正是从那方面来的。”</w:t>
      </w:r>
    </w:p>
    <w:p>
      <w:r>
        <w:rPr>
          <w:rFonts w:ascii="Times New Roman" w:hAnsi="Times New Roman" w:eastAsia="Noto Serif SC" w:cs="Amiri"/>
          <w:lang w:val="zh-CN" w:eastAsia="zh-CN" w:bidi="ar-SA"/>
          <w:color w:val="000000"/>
          <w:rtl w:val="0"/>
        </w:rPr>
        <w:t>第一件：</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唯独归于Allah；祂在一切境况中都配受最完满的颂扬），我的阿拉伯书法曾蒙赐一种在一定程度上适合《古兰经》的字体。导师先让我写了三卷，并把它们分给我其他同伴。对书写《古兰经》的热望，削弱了我在论著起草与誊清工作中服务的意愿。而且，为了在阿拉伯书法上胜过其他同伴，我表现出骄傲的姿态。甚至导师告诉我一项有关书写的安排时，我当时竟说“这事归我管”，又自负地说了类似“这个我懂，不需要受教”的话。正是由于这个错误，我挨了一记完全出乎寻常、谁也想不到的掌掴：我竟然赶不上阿拉伯书法最差的一位兄弟——胡斯雷夫。我们全都惊讶不已。现在我们明白，那是一记掌掴。</w:t>
      </w:r>
    </w:p>
    <w:p>
      <w:r>
        <w:rPr>
          <w:rFonts w:ascii="Times New Roman" w:hAnsi="Times New Roman" w:eastAsia="Noto Serif SC" w:cs="Amiri"/>
          <w:lang w:val="zh-CN" w:eastAsia="zh-CN" w:bidi="ar-SA"/>
          <w:color w:val="000000"/>
          <w:rtl w:val="0"/>
        </w:rPr>
        <w:t>第二件：我承认，我的两种状态损害了《古兰经》服务中至极的纯诚，也损害了纯粹只为Allah而做的服务，因此挨了一记猛烈的掌掴。因为我在此地被视作异乡人，确实身处异乡。还有——愿这不是诉苦——我没有遵守导师最重要的一项原则，即节俭与知足，因而陷入匮乏。我又不得不与自私、傲慢的人交往——愿至高无上的真实主宰Allah饶恕我——于是还不得不装出一副豪爽的样子，行虚饰与谄媚。导师多次提醒、警告并责备我；遗憾的是，我仍无法使自己摆脱。</w:t>
      </w:r>
    </w:p>
    <w:p>
      <w:r>
        <w:rPr>
          <w:rFonts w:ascii="Times New Roman" w:hAnsi="Times New Roman" w:eastAsia="Noto Serif SC" w:cs="Amiri"/>
          <w:lang w:val="zh-CN" w:eastAsia="zh-CN" w:bidi="ar-SA"/>
          <w:color w:val="000000"/>
          <w:rtl w:val="0"/>
        </w:rPr>
        <w:t>然而，精灵与人类的恶魔不但利用了我这种违背至睿《古兰经》服务精神的境况，也给我们的服务带来一种冷淡与懈怠。</w:t>
      </w:r>
    </w:p>
    <w:p>
      <w:r>
        <w:rPr>
          <w:rFonts w:ascii="Times New Roman" w:hAnsi="Times New Roman" w:eastAsia="Noto Serif SC" w:cs="Amiri"/>
          <w:lang w:val="zh-CN" w:eastAsia="zh-CN" w:bidi="ar-SA"/>
          <w:color w:val="000000"/>
          <w:rtl w:val="0"/>
        </w:rPr>
        <w:t>于是，我因自己的这个过错挨了一记猛烈的掌掴；</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此事便会依祂的意欲而成），愿它也是怜爱的掌掴。我们已毫不怀疑，这掌掴正是因那过错而来。事情是这样的：八年来，我既是导师的通讯对象，又是他的草稿抄录者和誊清者，却有约八个月无法从光明论著中获益。我们对这种状况感到惊讶。我和导师都在寻找原因，问道：“这为什么会这样？”现在我们已确信：《古兰经》的那些真理是光明，是光辉，无法与矫饰、谄媚和卑躬的黑暗相结合。因此，这些光明论著中诸真理的义理仿佛离我远去，对我显得陌生，始终陌生。我恳求至高无上的真实主宰Allah：愿祂从今以后赐予我配得上那项服务的纯诚，把我从对逐世者的矫饰与虚饰中拯救出来。我请以导师为首的兄弟们为我祈祷。</w:t>
      </w:r>
    </w:p>
    <w:p>
      <w:pPr>
        <w:pStyle w:val="Heading2"/>
      </w:pPr>
      <w:r>
        <w:rPr>
          <w:rFonts w:ascii="Times New Roman" w:hAnsi="Times New Roman" w:eastAsia="Noto Serif SC" w:cs="Amiri"/>
          <w:lang w:val="zh-CN" w:eastAsia="zh-CN" w:bidi="ar-SA"/>
          <w:color w:val="000000"/>
          <w:rtl w:val="0"/>
        </w:rPr>
        <w:t>过错累累者</w:t>
      </w:r>
    </w:p>
    <w:p>
      <w:pPr>
        <w:pStyle w:val="Heading2"/>
      </w:pPr>
      <w:r>
        <w:rPr>
          <w:rFonts w:ascii="Times New Roman" w:hAnsi="Times New Roman" w:eastAsia="Noto Serif SC" w:cs="Amiri"/>
          <w:lang w:val="zh-CN" w:eastAsia="zh-CN" w:bidi="ar-SA"/>
          <w:color w:val="000000"/>
          <w:rtl w:val="0"/>
        </w:rPr>
        <w:t>大马士革人、背诵全本《古兰经》的泰夫菲克</w:t>
      </w:r>
    </w:p>
    <w:p>
      <w:r>
        <w:rPr>
          <w:rFonts w:ascii="Times New Roman" w:hAnsi="Times New Roman" w:eastAsia="Noto Serif SC" w:cs="Amiri"/>
          <w:lang w:val="zh-CN" w:eastAsia="zh-CN" w:bidi="ar-SA"/>
          <w:color w:val="000000"/>
          <w:rtl w:val="0"/>
        </w:rPr>
        <w:t>第八件：是塞伊拉尼。这位尊者像胡斯雷夫一样，是我一个渴望光明、见识敏锐的学生。吻合既是《古兰经》诸奥义的一把钥匙，也是数字密义之学的一把重要钥匙；我曾就吻合征求伊斯帕尔塔学生们的意见。除他以外，其他人都以极大的热忱参与了。那位尊者因别有想法、另有所好，不但没有参与，还想让我放弃自己确信无疑的真理。他写了一封确实令我痛心的信。我说：“唉，我失去这个学生了！”尽管我想开导他的思想，却又掺杂了另一层意思。他挨了一记怜爱的掌掴，在一处独居之所——也就是监狱——待了将近一年。第九件：是年长的、背诵全本《古兰经》的祖赫杜。这位尊者曾在阿乌鲁斯的光明学生中居首、形同他们的监护者；当时，他不以遵循高贵圣行、远离宗教异端新创为道路的学生所拥有的精神荣誉为满足，怀着在逐世者眼中获得地位的愿望，承担起一项重要宗教异端新创的教师职务。他犯了一个完全违背我们道路的错误，挨了一记极其可怕的怜爱掌掴，遭遇了一件足以颠覆其家族荣誉的事。遗憾的是，年幼的、背诵全本《古兰经》的祖赫杜尽管丝毫不该受掌掴，那件惨痛的事也波及了他。</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（若Allah意欲，此事便会依祂的意欲而成），但愿那件事会成为一次有益的外科手术，使他的心脱离尘世，完完全全地献给《古兰经》。第十件：是一个名叫背诵全本《古兰经》的艾哈迈德的人，</w:t>
      </w:r>
      <w:r>
        <w:rPr>
          <w:rFonts w:ascii="Amiri" w:hAnsi="Amiri" w:eastAsia="Amiri" w:cs="Amiri"/>
          <w:lang w:val="zh-CN" w:eastAsia="zh-CN" w:bidi="ar-SA"/>
          <w:rtl w:val="1"/>
          <w:cs w:val="1"/>
          <w:color w:val="000000"/>
          <w:sz w:val="24"/>
          <w:szCs w:val="24"/>
        </w:rPr>
        <w:t>رَحِمَهُ اللَّهُ</w:t>
      </w:r>
      <w:r>
        <w:rPr>
          <w:rFonts w:ascii="Times New Roman" w:hAnsi="Times New Roman" w:eastAsia="Noto Serif SC" w:cs="Amiri"/>
          <w:lang w:val="zh-CN" w:eastAsia="zh-CN" w:bidi="ar-SA"/>
          <w:color w:val="000000"/>
          <w:rtl w:val="0"/>
        </w:rPr>
        <w:t>（愿Allah以慈悯眷顾他）。这位尊者曾两三年积极鼓励他人誊写论著，自己也从中受益。后来，逐世者利用了他的一个弱点，他的热忱受了损伤，便与逐世者交往。他以为这样也许既不会受逐世者伤害，又能使他们听从自己的话，还能获得某种地位，使自己困窘的生计有所宽缓。于是，他因以那种方式、因那种缘故而在《古兰经》服务中产生的懈怠与损害，挨了两记掌掴。第一记：在他生计困窘之外，又添了五口人，他的困顿变得严重。第二记：这位尊者在荣誉与尊严方面十分敏感，甚至经不起一个人的批评和反对；有些狡诈的人却在不知不觉中把他利用为遮掩自己的屏障，以致他的荣誉被彻底毁坏，失去了百分之九十，并使百分之九十的人转而反对他。无论如何……愿Allah饶恕他；</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（若Allah意欲，此事便会依祂的意欲而成），愿他从此醒悟，重新部分地回到自己的职责。第十一件：因恐怕他不同意，没有写。第十二件：是教师加利卜，</w:t>
      </w:r>
      <w:r>
        <w:rPr>
          <w:rFonts w:ascii="Amiri" w:hAnsi="Amiri" w:eastAsia="Amiri" w:cs="Amiri"/>
          <w:lang w:val="zh-CN" w:eastAsia="zh-CN" w:bidi="ar-SA"/>
          <w:rtl w:val="1"/>
          <w:cs w:val="1"/>
          <w:color w:val="000000"/>
          <w:sz w:val="24"/>
          <w:szCs w:val="24"/>
        </w:rPr>
        <w:t>رَحِمَهُ اللَّهُ</w:t>
      </w:r>
      <w:r>
        <w:rPr>
          <w:rFonts w:ascii="Times New Roman" w:hAnsi="Times New Roman" w:eastAsia="Noto Serif SC" w:cs="Amiri"/>
          <w:lang w:val="zh-CN" w:eastAsia="zh-CN" w:bidi="ar-SA"/>
          <w:color w:val="000000"/>
          <w:rtl w:val="0"/>
        </w:rPr>
        <w:t>（愿Allah以慈悯眷顾他）。是的，这位尊者忠诚而值得嘉许，在论著誊清中出力甚多，面对任何困难都未曾示弱。大多数日子他都会来，以极大的热忱聆听并抄录。后来，他以三十里拉的报酬，让人为自己誊写了全部《诸言》和《书信集》。他的目的是在故乡刊行，同时开导同乡。后来，由于某些想法，他没有按设想刊行那些论著，而是把它们留在箱中。突然，他因一件惨痛的事，忧愁悲伤了一年。他没有遇上几个会因论著刊行而敌视他的官方敌人，却遇上了许多残暴无情的敌人，还失去了一部分朋友。第十三件：是背诵全本《古兰经》的哈立德，</w:t>
      </w:r>
      <w:r>
        <w:rPr>
          <w:rFonts w:ascii="Amiri" w:hAnsi="Amiri" w:eastAsia="Amiri" w:cs="Amiri"/>
          <w:lang w:val="zh-CN" w:eastAsia="zh-CN" w:bidi="ar-SA"/>
          <w:rtl w:val="1"/>
          <w:cs w:val="1"/>
          <w:color w:val="000000"/>
          <w:sz w:val="24"/>
          <w:szCs w:val="24"/>
        </w:rPr>
        <w:t>رَحِمَهُ اللَّهُ</w:t>
      </w:r>
      <w:r>
        <w:rPr>
          <w:rFonts w:ascii="Times New Roman" w:hAnsi="Times New Roman" w:eastAsia="Noto Serif SC" w:cs="Amiri"/>
          <w:lang w:val="zh-CN" w:eastAsia="zh-CN" w:bidi="ar-SA"/>
          <w:color w:val="000000"/>
          <w:rtl w:val="0"/>
        </w:rPr>
        <w:t>（愿Allah以慈悯眷顾他）。他亲自说：“是的，我承认，当我积极协助导师起草他作为《古兰经》服务而刊行的著作时，本街区清真寺有一个领拜职位。为了恢复我旧时的学者服饰、缠上头巾，我暂时懈怠了那项服务，在不知不觉中退了出去。结果，我因与目的相反的结果挨了一记怜爱的掌掴。尽管我领了八九个月拜，教法判释官又许下许多诺言，我却以极不寻常的方式，始终未能缠上头巾。我们已毫不怀疑，这怜爱的掌掴正是由那个过错而来。我既是导师的一个通讯对象，又是他的一个草稿抄录者；我的退出曾使他在起草方面陷入困境。无论如何……我们仍感恩，因为我们认识了自己的过错，知道了这项服务何等神圣，也坚信我们身后有一位如同守护天使般的导师，正如盖伊拉尼大师一样。”</w:t>
      </w:r>
    </w:p>
    <w:p>
      <w:pPr>
        <w:pStyle w:val="Heading2"/>
      </w:pPr>
      <w:r>
        <w:rPr>
          <w:rFonts w:ascii="Times New Roman" w:hAnsi="Times New Roman" w:eastAsia="Noto Serif SC" w:cs="Amiri"/>
          <w:lang w:val="zh-CN" w:eastAsia="zh-CN" w:bidi="ar-SA"/>
          <w:color w:val="000000"/>
          <w:rtl w:val="0"/>
        </w:rPr>
        <w:t>最无力的仆人们</w:t>
      </w:r>
    </w:p>
    <w:p>
      <w:pPr>
        <w:pStyle w:val="Heading2"/>
      </w:pPr>
      <w:r>
        <w:rPr>
          <w:rFonts w:ascii="Times New Roman" w:hAnsi="Times New Roman" w:eastAsia="Noto Serif SC" w:cs="Amiri"/>
          <w:lang w:val="zh-CN" w:eastAsia="zh-CN" w:bidi="ar-SA"/>
          <w:color w:val="000000"/>
          <w:rtl w:val="0"/>
        </w:rPr>
        <w:t>背诵全本《古兰经》的哈立德</w:t>
      </w:r>
    </w:p>
    <w:p>
      <w:pPr>
        <w:pStyle w:val="Heading2"/>
      </w:pPr>
      <w:r>
        <w:rPr>
          <w:rFonts w:ascii="Times New Roman" w:hAnsi="Times New Roman" w:eastAsia="Noto Serif SC" w:cs="Amiri"/>
          <w:lang w:val="zh-CN" w:eastAsia="zh-CN" w:bidi="ar-SA"/>
          <w:color w:val="000000"/>
          <w:rtl w:val="0"/>
        </w:rPr>
        <w:t>第十四桩：三位穆斯塔法挨了小小的“三记掌击”。</w:t>
      </w:r>
    </w:p>
    <w:p>
      <w:r>
        <w:rPr>
          <w:rFonts w:ascii="Times New Roman" w:hAnsi="Times New Roman" w:eastAsia="Noto Serif SC" w:cs="Amiri"/>
          <w:lang w:val="zh-CN" w:eastAsia="zh-CN" w:bidi="ar-SA"/>
          <w:color w:val="000000"/>
          <w:rtl w:val="0"/>
        </w:rPr>
        <w:t>其一：穆斯塔法中士</w:t>
      </w:r>
      <w:r>
        <w:rPr>
          <w:rFonts w:ascii="Amiri" w:hAnsi="Amiri" w:eastAsia="Amiri" w:cs="Amiri"/>
          <w:lang w:val="zh-CN" w:eastAsia="zh-CN" w:bidi="ar-SA"/>
          <w:rtl w:val="1"/>
          <w:cs w:val="1"/>
          <w:color w:val="000000"/>
          <w:sz w:val="24"/>
          <w:szCs w:val="24"/>
        </w:rPr>
        <w:t>رَحِمَهُ اللَّهُ</w:t>
      </w:r>
      <w:r>
        <w:rPr>
          <w:rFonts w:ascii="Times New Roman" w:hAnsi="Times New Roman" w:eastAsia="Noto Serif SC" w:cs="Amiri"/>
          <w:lang w:val="zh-CN" w:eastAsia="zh-CN" w:bidi="ar-SA"/>
          <w:color w:val="000000"/>
          <w:rtl w:val="0"/>
        </w:rPr>
        <w:t>（愿Allah慈悯他）八年来一直服侍我们专用的小清真寺，从炉火、煤油到火柴，无一不照料。后来我们才得知，八年来，煤油和火柴的费用都是他自己掏的腰包。除非有极其必要的事，他从不落在会众后面，尤其是在主麻夜。</w:t>
      </w:r>
    </w:p>
    <w:p>
      <w:r>
        <w:rPr>
          <w:rFonts w:ascii="Times New Roman" w:hAnsi="Times New Roman" w:eastAsia="Noto Serif SC" w:cs="Amiri"/>
          <w:lang w:val="zh-CN" w:eastAsia="zh-CN" w:bidi="ar-SA"/>
          <w:color w:val="000000"/>
          <w:rtl w:val="0"/>
        </w:rPr>
        <w:t>后来，逐世者利用他心灵的纯净，对他说：“他们要对《诸言》的一位抄写员——那位背诵全本《古兰经》的人——的头巾下手。秘密宣礼也暂时停止吧。你去告诉抄写员，让他在遭受强迫之前，先摘下头巾。”他不知道，把让一位从事《古兰经》服务的人摘掉头巾的话传达过去，对穆斯塔法中士这样心灵高尚的人来说，是何等沉重。他还是把那些人的话传达了过去。</w:t>
      </w:r>
    </w:p>
    <w:p>
      <w:r>
        <w:rPr>
          <w:rFonts w:ascii="Times New Roman" w:hAnsi="Times New Roman" w:eastAsia="Noto Serif SC" w:cs="Amiri"/>
          <w:lang w:val="zh-CN" w:eastAsia="zh-CN" w:bidi="ar-SA"/>
          <w:color w:val="000000"/>
          <w:rtl w:val="0"/>
        </w:rPr>
        <w:t>那天夜里，我在梦中看见穆斯塔法中士双手污秽，跟在县长身后，来到我的房间。第二天，我问他：“穆斯塔法中士，你今天同谁见了面？我看见你双手污秽，跟在县长身后。”他说：“糟了！村长对我说了这样一番话，让我转告抄写员。我不知道这背后有什么内情。”</w:t>
      </w:r>
    </w:p>
    <w:p>
      <w:r>
        <w:rPr>
          <w:rFonts w:ascii="Times New Roman" w:hAnsi="Times New Roman" w:eastAsia="Noto Serif SC" w:cs="Amiri"/>
          <w:lang w:val="zh-CN" w:eastAsia="zh-CN" w:bidi="ar-SA"/>
          <w:color w:val="000000"/>
          <w:rtl w:val="0"/>
        </w:rPr>
        <w:t>同一天，他还把近一奥卡——一种传统重量单位——的煤油送到了清真寺。从未发生过的事，那天却发生了：寺门一直敞着，一只小山羊走了进来。一个大个子男人来了，为了洗净小山羊在我的礼拜毯附近留下的污秽物，误以为壶里的煤油是水，便以清扫为名，把那些煤油全部洒遍了清真寺各处。奇怪的是，他竟没有闻到气味。可见，这座礼拜殿是在以自身的存在状态向穆斯塔法中士说：“我们不需要你的煤油。因你所犯的过错，我没有接受你的煤油。”为了作出这番指示，那人的嗅觉被遮蔽了。</w:t>
      </w:r>
    </w:p>
    <w:p>
      <w:r>
        <w:rPr>
          <w:rFonts w:ascii="Times New Roman" w:hAnsi="Times New Roman" w:eastAsia="Noto Serif SC" w:cs="Amiri"/>
          <w:lang w:val="zh-CN" w:eastAsia="zh-CN" w:bidi="ar-SA"/>
          <w:color w:val="000000"/>
          <w:rtl w:val="0"/>
        </w:rPr>
        <w:t>甚至就在那一周的主麻夜和几次重要的礼拜中，尽管他那样努力，却仍赶不上会众。后来，他真诚地悔悟并求Allah饶恕，这才恢复了本来的纯净心性。</w:t>
      </w:r>
    </w:p>
    <w:p>
      <w:r>
        <w:rPr>
          <w:rFonts w:ascii="Times New Roman" w:hAnsi="Times New Roman" w:eastAsia="Noto Serif SC" w:cs="Amiri"/>
          <w:lang w:val="zh-CN" w:eastAsia="zh-CN" w:bidi="ar-SA"/>
          <w:color w:val="000000"/>
          <w:rtl w:val="0"/>
        </w:rPr>
        <w:t>另外两位穆斯塔法：一位是库莱奥纽那位可贵、勤勉而重要的学生穆斯塔法，另一位是他极其忠诚、勇于自我牺牲的朋友——背诵全本《古兰经》的穆斯塔法。</w:t>
      </w:r>
      <w:r>
        <w:rPr>
          <w:rFonts w:ascii="Amiri" w:hAnsi="Amiri" w:eastAsia="Amiri" w:cs="Amiri"/>
          <w:lang w:val="zh-CN" w:eastAsia="zh-CN" w:bidi="ar-SA"/>
          <w:rtl w:val="1"/>
          <w:cs w:val="1"/>
          <w:color w:val="000000"/>
          <w:sz w:val="24"/>
          <w:szCs w:val="24"/>
        </w:rPr>
        <w:t>رَحِمَهُمَا اللَّهُ</w:t>
      </w:r>
      <w:r>
        <w:rPr>
          <w:rFonts w:ascii="Times New Roman" w:hAnsi="Times New Roman" w:eastAsia="Noto Serif SC" w:cs="Amiri"/>
          <w:lang w:val="zh-CN" w:eastAsia="zh-CN" w:bidi="ar-SA"/>
          <w:color w:val="000000"/>
          <w:rtl w:val="0"/>
        </w:rPr>
        <w:t>（愿Allah慈悯他俩）节日过后，逐世者给我们制造困扰，为了不使《古兰经》服务因此松懈，我曾捎话让他们暂时不要来；如果要来，就一个一个地来。可是，他们三个人却在同一个夜晚一起来了。大家本打算天亮以前，若天气适宜便动身离开。穆斯塔法中士、苏莱曼先生、我和他们，谁都没能想到一个显而易见的防备办法；这件事被使我们遗忘了。我们每个人都把它推给另一个人，因而疏忽了。他们在黎明前离去。一场风暴连续两个小时不断抽打着他们，我担心他们会无法从这场风暴中脱身。今年入冬以来，既不曾有过那样一场风暴，我也从未如此怜悯过任何人。后来，作为对苏莱曼疏忽的惩罚，我正要派他跟上去，探问他们是否平安健康。穆斯塔法中士说：“他若去了，也会困在那里。我就得跟在他后面去找人；阿卜杜拉中士也得跟在我后面来。”在这件事上，我们说：</w:t>
      </w:r>
      <w:r>
        <w:rPr>
          <w:rFonts w:ascii="Amiri" w:hAnsi="Amiri" w:eastAsia="Amiri" w:cs="Amiri"/>
          <w:lang w:val="zh-CN" w:eastAsia="zh-CN" w:bidi="ar-SA"/>
          <w:rtl w:val="1"/>
          <w:cs w:val="1"/>
          <w:color w:val="000000"/>
          <w:sz w:val="24"/>
          <w:szCs w:val="24"/>
        </w:rPr>
        <w:t>تَوَكَّلْنَا عَلَى اللَّهِ</w:t>
      </w:r>
      <w:r>
        <w:rPr>
          <w:rFonts w:ascii="Times New Roman" w:hAnsi="Times New Roman" w:eastAsia="Noto Serif SC" w:cs="Amiri"/>
          <w:lang w:val="zh-CN" w:eastAsia="zh-CN" w:bidi="ar-SA"/>
          <w:color w:val="000000"/>
          <w:rtl w:val="0"/>
        </w:rPr>
        <w:t>（我们已把自身与事务托付给Allah，唯独信赖并依靠祂），便等候起来。</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你把降临在你们亲密朋友身上的灾难称为掌击的结果，并由于他们在《古兰经》服务中的懈怠，把这理解为一种责备。然而，真正敌视你们和《古兰经》服务的人却安然无恙。为什么朋友挨掌击，敌人却不被触碰？</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依照</w:t>
      </w:r>
      <w:r>
        <w:rPr>
          <w:rFonts w:ascii="Amiri" w:hAnsi="Amiri" w:eastAsia="Amiri" w:cs="Amiri"/>
          <w:lang w:val="zh-CN" w:eastAsia="zh-CN" w:bidi="ar-SA"/>
          <w:rtl w:val="1"/>
          <w:cs w:val="1"/>
          <w:color w:val="000000"/>
          <w:sz w:val="24"/>
          <w:szCs w:val="24"/>
        </w:rPr>
        <w:t>ﺍَﻟﻈُّﻠْﻢُ لَا ﻳَﺪُﻭﻡُ ﻭَﺍﻟْﻜُﻔْﺮُ ﻳَﺪُﻭﻡُ</w:t>
      </w:r>
      <w:r>
        <w:rPr>
          <w:rFonts w:ascii="Times New Roman" w:hAnsi="Times New Roman" w:eastAsia="Noto Serif SC" w:cs="Amiri"/>
          <w:lang w:val="zh-CN" w:eastAsia="zh-CN" w:bidi="ar-SA"/>
          <w:color w:val="000000"/>
          <w:rtl w:val="0"/>
        </w:rPr>
        <w:t>（不义不会长久，不信却会持续；不义迅受惩治，不信的清算则可延后）所含的奥义，朋友们的过错在我们的服务中带有一种不义的性质，因此很快便受到击打。他们挨的是充满怜爱的掌击；若有理智，便会醒悟过来。至于敌人，他们对《古兰经》服务的敌视与阻挠，被记在迷误的账上；他们有意或无意对我们服务的侵犯，则被记在无神否认的账上。由于不信仍在持续，他们大多不会很快挨掌击。</w:t>
      </w:r>
    </w:p>
    <w:p>
      <w:r>
        <w:rPr>
          <w:rFonts w:ascii="Times New Roman" w:hAnsi="Times New Roman" w:eastAsia="Noto Serif SC" w:cs="Amiri"/>
          <w:lang w:val="zh-CN" w:eastAsia="zh-CN" w:bidi="ar-SA"/>
          <w:color w:val="000000"/>
          <w:rtl w:val="0"/>
        </w:rPr>
        <w:t>正如犯小过错的人在地方上受罚，犯大过错的人则被送往高级法院。</w:t>
      </w:r>
    </w:p>
    <w:p>
      <w:r>
        <w:rPr>
          <w:rFonts w:ascii="Times New Roman" w:hAnsi="Times New Roman" w:eastAsia="Noto Serif SC" w:cs="Amiri"/>
          <w:lang w:val="zh-CN" w:eastAsia="zh-CN" w:bidi="ar-SA"/>
          <w:color w:val="000000"/>
          <w:rtl w:val="0"/>
        </w:rPr>
        <w:t>同样，有信仰者与亲密朋友在判定上属于微小的过失，为尽快净化他们，其处罚有一部分会在尘世迅速降下。</w:t>
      </w:r>
    </w:p>
    <w:p>
      <w:r>
        <w:rPr>
          <w:rFonts w:ascii="Times New Roman" w:hAnsi="Times New Roman" w:eastAsia="Noto Serif SC" w:cs="Amiri"/>
          <w:lang w:val="zh-CN" w:eastAsia="zh-CN" w:bidi="ar-SA"/>
          <w:color w:val="000000"/>
          <w:rtl w:val="0"/>
        </w:rPr>
        <w:t>迷误者的罪行极其重大，短促的尘世生命无法容纳其刑罚；因此，按照正义的要求，这些案件已被移交永恒世界的至大法庭，他们大多便不会在这里受到惩罚。</w:t>
      </w:r>
    </w:p>
    <w:p>
      <w:r>
        <w:rPr>
          <w:rFonts w:ascii="Times New Roman" w:hAnsi="Times New Roman" w:eastAsia="Noto Serif SC" w:cs="Amiri"/>
          <w:lang w:val="zh-CN" w:eastAsia="zh-CN" w:bidi="ar-SA"/>
          <w:color w:val="000000"/>
          <w:rtl w:val="0"/>
        </w:rPr>
        <w:t>尊贵的圣训</w:t>
      </w:r>
      <w:r>
        <w:rPr>
          <w:rFonts w:ascii="Amiri" w:hAnsi="Amiri" w:eastAsia="Amiri" w:cs="Amiri"/>
          <w:lang w:val="zh-CN" w:eastAsia="zh-CN" w:bidi="ar-SA"/>
          <w:rtl w:val="1"/>
          <w:cs w:val="1"/>
          <w:color w:val="000000"/>
          <w:sz w:val="24"/>
          <w:szCs w:val="24"/>
        </w:rPr>
        <w:t>ﺍَﻟﺪُّﻧْﻴَﺎ ﺳِﺠْﻦُ ﺍﻟْﻤُﺆْﻣِﻦِ ﻭَﺟَﻨَّﺔُ ﺍﻟْﻜَﺎﻓِﺮِ</w:t>
      </w:r>
      <w:r>
        <w:rPr>
          <w:rFonts w:ascii="Times New Roman" w:hAnsi="Times New Roman" w:eastAsia="Noto Serif SC" w:cs="Amiri"/>
          <w:lang w:val="zh-CN" w:eastAsia="zh-CN" w:bidi="ar-SA"/>
          <w:color w:val="000000"/>
          <w:rtl w:val="0"/>
        </w:rPr>
        <w:t>（今世是信士的牢狱，是不信者的乐园；信士在其中受限并受净化，不信者却在其中提前享用善行的报偿）也指示了这一真理。也就是说，这位信士因在尘世受到自己部分过失的惩罚，尘世对他便成了一处刑罚之所。与他们幸福的后世相比，尘世就是一座监狱和火狱。</w:t>
      </w:r>
    </w:p>
    <w:p>
      <w:r>
        <w:rPr>
          <w:rFonts w:ascii="Times New Roman" w:hAnsi="Times New Roman" w:eastAsia="Noto Serif SC" w:cs="Amiri"/>
          <w:lang w:val="zh-CN" w:eastAsia="zh-CN" w:bidi="ar-SA"/>
          <w:color w:val="000000"/>
          <w:rtl w:val="0"/>
        </w:rPr>
        <w:t>既然否认者将不会从火狱中出来，他们的善行报偿有一部分已在尘世得到，而他们重大的罪行又被延后清算，因此，与他们的后世相比，尘世便是他们的乐园。</w:t>
      </w:r>
    </w:p>
    <w:p>
      <w:r>
        <w:rPr>
          <w:rFonts w:ascii="Times New Roman" w:hAnsi="Times New Roman" w:eastAsia="Noto Serif SC" w:cs="Amiri"/>
          <w:lang w:val="zh-CN" w:eastAsia="zh-CN" w:bidi="ar-SA"/>
          <w:color w:val="000000"/>
          <w:rtl w:val="0"/>
        </w:rPr>
        <w:t>其实，即使在今世，信士在精神层面、从真理的角度看，也比否认者幸福得多。信士的信仰，仿佛在他的灵魂中成为一座精神乐园；否认者的不信，则在他的本性中点燃一座精神火狱。</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2"/>
      </w:pPr>
      <w:r>
        <w:rPr>
          <w:rFonts w:ascii="Times New Roman" w:hAnsi="Times New Roman" w:eastAsia="Noto Serif SC" w:cs="Amiri"/>
          <w:lang w:val="zh-CN" w:eastAsia="zh-CN" w:bidi="ar-SA"/>
          <w:color w:val="000000"/>
          <w:rtl w:val="0"/>
        </w:rPr>
        <w:t>第十一闪光</w:t>
      </w:r>
    </w:p>
    <w:p>
      <w:pPr>
        <w:pStyle w:val="Heading2"/>
      </w:pPr>
      <w:r>
        <w:rPr>
          <w:rFonts w:ascii="Times New Roman" w:hAnsi="Times New Roman" w:eastAsia="Noto Serif SC" w:cs="Amiri"/>
          <w:lang w:val="zh-CN" w:eastAsia="zh-CN" w:bidi="ar-SA"/>
          <w:color w:val="000000"/>
          <w:rtl w:val="0"/>
        </w:rPr>
        <w:t>圣行的阶梯与医治宗教新创病症的解毒良药</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（奉Allah——慈悯普及万物者、至慈者——之名，依凭祂而行） </w:t>
      </w:r>
      <w:r>
        <w:rPr>
          <w:rFonts w:ascii="Amiri" w:hAnsi="Amiri" w:eastAsia="Amiri" w:cs="Amiri"/>
          <w:lang w:val="zh-CN" w:eastAsia="zh-CN" w:bidi="ar-SA"/>
          <w:rtl w:val="1"/>
          <w:cs w:val="1"/>
          <w:color w:val="000000"/>
          <w:sz w:val="24"/>
          <w:szCs w:val="24"/>
        </w:rPr>
        <w:t>ﻟَﻘَﺪْ ﺟَٓﺎﺀَﻛُﻢْ ﺭَﺳُﻮﻝٌ ﻣِﻦْ ﺍَﻧْﻔُﺴِﻜُﻢْ ﻋَﺰ۪ﻳﺰٌ ﻋَﻠَﻴْﻪِ ﻣَﺎ ﻋَﻨِﺘُّﻢْ ﺣَﺮ۪ﻳﺺٌ ﻋَﻠَﻴْﻜُﻢْ ﺑِﺎﻟْﻤُﺆْﻣِﻨ۪ﻴﻦَ ﺭَﺅُﻑٌ ﺭَﺣ۪ﻴﻢٌ</w:t>
      </w:r>
      <w:r>
        <w:rPr>
          <w:rFonts w:ascii="Times New Roman" w:hAnsi="Times New Roman" w:eastAsia="Noto Serif SC" w:cs="Amiri"/>
          <w:lang w:val="zh-CN" w:eastAsia="zh-CN" w:bidi="ar-SA"/>
          <w:color w:val="000000"/>
          <w:rtl w:val="0"/>
        </w:rPr>
        <w:t>（确有一位来自你们自己的使者来到你们；你们遭受困苦，令他深感沉重；他殷切关怀你们；对于信士们，他极其温厚、至为慈悯）</w:t>
      </w:r>
    </w:p>
    <w:p>
      <w:r>
        <w:rPr>
          <w:rFonts w:ascii="Times New Roman" w:hAnsi="Times New Roman" w:eastAsia="Noto Serif SC" w:cs="Amiri"/>
          <w:lang w:val="zh-CN" w:eastAsia="zh-CN" w:bidi="ar-SA"/>
          <w:color w:val="000000"/>
          <w:rtl w:val="0"/>
        </w:rPr>
        <w:t>这节经文的第一篇是《正道的纲领》，第二篇是《圣行的阶梯》。</w:t>
      </w:r>
    </w:p>
    <w:p>
      <w:r>
        <w:rPr>
          <w:rFonts w:ascii="Amiri" w:hAnsi="Amiri" w:eastAsia="Amiri" w:cs="Amiri"/>
          <w:lang w:val="zh-CN" w:eastAsia="zh-CN" w:bidi="ar-SA"/>
          <w:rtl w:val="1"/>
          <w:cs w:val="1"/>
          <w:color w:val="000000"/>
          <w:sz w:val="24"/>
          <w:szCs w:val="24"/>
        </w:rPr>
        <w:t>ﻓَﺎِﻥْ ﺗَﻮَﻟَّﻮْﺍ ﻓَﻘُﻞْ ﺣَﺴْﺒِﻰَ ﺍﻟﻠّٰﻪُ لَٓا ﺍِﻟٰﻪَ اِلَّا ﻫُﻮَ ﻋَﻠَﻴْﻪِ ﺗَﻮَﻛَّﻠْﺖُ ﻭَﻫُﻮَ ﺭَﺏُّ ﺍﻟْﻌَﺮْﺵِ ﺍﻟْﻌَﻈ۪ﻴﻢِ</w:t>
      </w:r>
      <w:r>
        <w:rPr>
          <w:rFonts w:ascii="Times New Roman" w:hAnsi="Times New Roman" w:eastAsia="Noto Serif SC" w:cs="Amiri"/>
          <w:lang w:val="zh-CN" w:eastAsia="zh-CN" w:bidi="ar-SA"/>
          <w:color w:val="000000"/>
          <w:rtl w:val="0"/>
        </w:rPr>
        <w:t xml:space="preserve">（倘若他们背离而去，你就说：“Allah足以使我无所匮乏；除祂之外，绝无应受崇拜者；我只托靠祂；祂正是至大至高宝座的养育并主宰者。”） </w:t>
      </w:r>
      <w:r>
        <w:rPr>
          <w:rFonts w:ascii="Amiri" w:hAnsi="Amiri" w:eastAsia="Amiri" w:cs="Amiri"/>
          <w:lang w:val="zh-CN" w:eastAsia="zh-CN" w:bidi="ar-SA"/>
          <w:rtl w:val="1"/>
          <w:cs w:val="1"/>
          <w:color w:val="000000"/>
          <w:sz w:val="24"/>
          <w:szCs w:val="24"/>
        </w:rPr>
        <w:t>ﻗُﻞْ ﺍِﻥْ ﻛُﻨْﺘُﻢْ ﺗُﺤِﺒُّﻮﻥَ ﺍﻟﻠّٰﻪَ ﻓَﺎﺗَّﺒِﻌُﻮﻧ۪ﻰ ﻳُﺤْﺒِﺒْﻜُﻢُ ﺍﻟﻠّٰﻪُ</w:t>
      </w:r>
      <w:r>
        <w:rPr>
          <w:rFonts w:ascii="Times New Roman" w:hAnsi="Times New Roman" w:eastAsia="Noto Serif SC" w:cs="Amiri"/>
          <w:lang w:val="zh-CN" w:eastAsia="zh-CN" w:bidi="ar-SA"/>
          <w:color w:val="000000"/>
          <w:rtl w:val="0"/>
        </w:rPr>
        <w:t>（你说：“如果你们爱Allah，就追随我，Allah便会爱你们”）    这两节庄严经文各自含有一百项精义，下面将概要阐述其中的十一项。</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（愿Allah赐他尊荣、恩福与平安）曾宣示：</w:t>
      </w:r>
      <w:r>
        <w:rPr>
          <w:rFonts w:ascii="Amiri" w:hAnsi="Amiri" w:eastAsia="Amiri" w:cs="Amiri"/>
          <w:lang w:val="zh-CN" w:eastAsia="zh-CN" w:bidi="ar-SA"/>
          <w:rtl w:val="1"/>
          <w:cs w:val="1"/>
          <w:color w:val="000000"/>
          <w:sz w:val="24"/>
          <w:szCs w:val="24"/>
        </w:rPr>
        <w:t>ﻣَﻦْ ﺗَﻤَﺴَّﻚَ ﺑِﺴُﻨَّﺘ۪ﻰ ﻋِﻨْﺪَ ﻓَﺴَﺎﺩِ ﺍُﻣَّﺘ۪ﻰ ﻓَﻠَﻪُ ﺍَﺟْﺮُ ﻣِﺎَﺓِ ﺷَﻬ۪ﻴﺪٍ</w:t>
      </w:r>
      <w:r>
        <w:rPr>
          <w:rFonts w:ascii="Times New Roman" w:hAnsi="Times New Roman" w:eastAsia="Noto Serif SC" w:cs="Amiri"/>
          <w:lang w:val="zh-CN" w:eastAsia="zh-CN" w:bidi="ar-SA"/>
          <w:color w:val="000000"/>
          <w:rtl w:val="0"/>
        </w:rPr>
        <w:t>（谁在我的共同体陷入腐败之时坚守我的圣行，他必得一百名殉道者的回赐）也就是说：“在我的共同体腐败之时，谁坚守我的圣行，谁就能获得一百名殉道者的报酬与回赐。”</w:t>
      </w:r>
    </w:p>
    <w:p>
      <w:r>
        <w:rPr>
          <w:rFonts w:ascii="Times New Roman" w:hAnsi="Times New Roman" w:eastAsia="Noto Serif SC" w:cs="Amiri"/>
          <w:lang w:val="zh-CN" w:eastAsia="zh-CN" w:bidi="ar-SA"/>
          <w:color w:val="000000"/>
          <w:rtl w:val="0"/>
        </w:rPr>
        <w:t>是的，追随尊贵圣行，无论如何都极其珍贵。尤其在宗教新创泛滥之时，追随尊贵圣行更为珍贵。尤其在共同体腐败之时，连尊贵圣行的一项细小礼仪也认真遵行，都表明一种重要的敬畏和坚强的信仰。直接追随圣行，会使人想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（愿Allah赐他尊荣、恩福与平安）。由这一提醒与忆念，又会转为对神圣临在的忆念。</w:t>
      </w:r>
    </w:p>
    <w:p>
      <w:r>
        <w:rPr>
          <w:rFonts w:ascii="Times New Roman" w:hAnsi="Times New Roman" w:eastAsia="Noto Serif SC" w:cs="Amiri"/>
          <w:lang w:val="zh-CN" w:eastAsia="zh-CN" w:bidi="ar-SA"/>
          <w:color w:val="000000"/>
          <w:rtl w:val="0"/>
        </w:rPr>
        <w:t>甚至在最微小的一项行为中，甚至在饮食和睡眠的礼仪上，一个人遵行尊贵圣行的那一刻，那项平常行为、那个本能动作，便成为有回赐的崇拜功修和符合神圣律法的行为。因为，他借这个平常动作想到自己正在追随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（愿Allah赐他尊荣、恩福与平安），认识到这是神圣律法的一项礼仪，又想起他就是神圣律法的传达者。于是，他的心从他转向真正的立法者——至高无上的真实主宰Allah，从而获得一种神圣临在感与崇拜意识。</w:t>
      </w:r>
    </w:p>
    <w:p>
      <w:r>
        <w:rPr>
          <w:rFonts w:ascii="Times New Roman" w:hAnsi="Times New Roman" w:eastAsia="Noto Serif SC" w:cs="Amiri"/>
          <w:lang w:val="zh-CN" w:eastAsia="zh-CN" w:bidi="ar-SA"/>
          <w:color w:val="000000"/>
          <w:rtl w:val="0"/>
        </w:rPr>
        <w:t>正是基于这一奥义，把追随尊贵圣行养成习惯的人，能使自己的习惯化为崇拜功修，使自己的一生都结出果实并充满回赐。</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领头学者拉巴尼·艾哈迈德·法鲁基</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说：“我在灵性旅程中逐级穿越诸品阶时，在亲近Allah者的各阶层中看见：那些把追随尊贵圣行作为内在修持之路根本原则的人，最为光明，最为庄严，最为精微优美，也最为安稳。甚至那个阶层中的普通亲近Allah者，也显得比其他阶层中特选的亲近Allah者更为壮丽。”是的，第二个千年的复兴者、领头学者拉巴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（愿Allah喜悦他）所说确是真理。</w:t>
      </w:r>
    </w:p>
    <w:p>
      <w:r>
        <w:rPr>
          <w:rFonts w:ascii="Times New Roman" w:hAnsi="Times New Roman" w:eastAsia="Noto Serif SC" w:cs="Amiri"/>
          <w:lang w:val="zh-CN" w:eastAsia="zh-CN" w:bidi="ar-SA"/>
          <w:color w:val="000000"/>
          <w:rtl w:val="0"/>
        </w:rPr>
        <w:t>以尊贵圣行为根本的人，处在Allah挚爱者的荫庇之下，得以抵达蒙受深爱之位。</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我这个贫乏的赛义德，在努力摆脱旧赛义德的一段时期，由于缺乏引导和命人作恶之自我的骄矜，陷入一场极其可怕的精神风暴；我的理智与心灵在诸般真理之间翻滚。它们时而从昴星团跌到宫殿，时而从宫殿升到昴星团，在不断坠落与上升之中颠簸摇荡。</w:t>
      </w:r>
    </w:p>
    <w:p>
      <w:r>
        <w:rPr>
          <w:rFonts w:ascii="Times New Roman" w:hAnsi="Times New Roman" w:eastAsia="Noto Serif SC" w:cs="Amiri"/>
          <w:lang w:val="zh-CN" w:eastAsia="zh-CN" w:bidi="ar-SA"/>
          <w:color w:val="000000"/>
          <w:rtl w:val="0"/>
        </w:rPr>
        <w:t>就在那时我观察到：尊贵圣行的各项论题，乃至细小的礼仪，在无数有害而黑暗的道路中，犹如船舶上指示航向、带有方向标的罗盘；我把它们看作一枚枚指示方向的按钮。</w:t>
      </w:r>
    </w:p>
    <w:p>
      <w:r>
        <w:rPr>
          <w:rFonts w:ascii="Times New Roman" w:hAnsi="Times New Roman" w:eastAsia="Noto Serif SC" w:cs="Amiri"/>
          <w:lang w:val="zh-CN" w:eastAsia="zh-CN" w:bidi="ar-SA"/>
          <w:color w:val="000000"/>
          <w:rtl w:val="0"/>
        </w:rPr>
        <w:t>同样，在那场灵性旅程中，当我看见自己承受重重压迫、背负极沉重担时，只要追随尊贵圣行中与当时处境相关的论题，便感到一种轻松，仿佛它卸去了我的一切重负。凭着一种顺从与托付，我摆脱了犹豫和妄念，也就是摆脱了“这样做是否正确、是否有益？”之类的忧虑。</w:t>
      </w:r>
    </w:p>
    <w:p>
      <w:r>
        <w:rPr>
          <w:rFonts w:ascii="Times New Roman" w:hAnsi="Times New Roman" w:eastAsia="Noto Serif SC" w:cs="Amiri"/>
          <w:lang w:val="zh-CN" w:eastAsia="zh-CN" w:bidi="ar-SA"/>
          <w:color w:val="000000"/>
          <w:rtl w:val="0"/>
        </w:rPr>
        <w:t>每当我缩手不再依循，便看见：压迫重重，有许多不知通往何处的道路。负担沉重，我自己极其无力；目光短浅，道路又一片黑暗。每当紧紧抓住圣行，我便感到一种心境：道路逐渐明亮，安全之路显现出来，负担减轻，压迫仿佛消散。就在那些岁月里，我凭亲身观察证实了拉巴尼的论断。</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有一个时期，由于专注观想死亡、确信</w:t>
      </w:r>
      <w:r>
        <w:rPr>
          <w:rFonts w:ascii="Amiri" w:hAnsi="Amiri" w:eastAsia="Amiri" w:cs="Amiri"/>
          <w:lang w:val="zh-CN" w:eastAsia="zh-CN" w:bidi="ar-SA"/>
          <w:rtl w:val="1"/>
          <w:cs w:val="1"/>
          <w:color w:val="000000"/>
          <w:sz w:val="24"/>
          <w:szCs w:val="24"/>
        </w:rPr>
        <w:t>ﺍَﻟْﻤَﻮْﺕُ ﺣَﻖٌّ</w:t>
      </w:r>
      <w:r>
        <w:rPr>
          <w:rFonts w:ascii="Times New Roman" w:hAnsi="Times New Roman" w:eastAsia="Noto Serif SC" w:cs="Amiri"/>
          <w:lang w:val="zh-CN" w:eastAsia="zh-CN" w:bidi="ar-SA"/>
          <w:color w:val="000000"/>
          <w:rtl w:val="0"/>
        </w:rPr>
        <w:t>（死亡是确定无疑的真理）这一判断，以及世界的消逝与消亡所引发的一种心境，我看见自己处在一个奇异的世界里。我看见自己是一具遗体，正站在三场重大而宏大的葬礼之前。</w:t>
      </w:r>
    </w:p>
    <w:p>
      <w:r>
        <w:rPr>
          <w:rFonts w:ascii="Times New Roman" w:hAnsi="Times New Roman" w:eastAsia="Noto Serif SC" w:cs="Amiri"/>
          <w:lang w:val="zh-CN" w:eastAsia="zh-CN" w:bidi="ar-SA"/>
          <w:color w:val="000000"/>
          <w:rtl w:val="0"/>
        </w:rPr>
        <w:t>第一场：与我的生命相关、已进入过去之坟墓的一切有生命的受造物，它们整体的精神性葬礼之前，我如同一块墓碑。</w:t>
      </w:r>
    </w:p>
    <w:p>
      <w:r>
        <w:rPr>
          <w:rFonts w:ascii="Times New Roman" w:hAnsi="Times New Roman" w:eastAsia="Noto Serif SC" w:cs="Amiri"/>
          <w:lang w:val="zh-CN" w:eastAsia="zh-CN" w:bidi="ar-SA"/>
          <w:color w:val="000000"/>
          <w:rtl w:val="0"/>
        </w:rPr>
        <w:t>第二场：在地球这座墓地里，与人类生命相关的各种有生命者，其整体被安葬在过去之墓中；我站在那具巨大遗体之前。这个世纪是墓前的石碑，而我不过是这个世纪容颜上一个很快将被抹去的点，一只很快便会死去的蚂蚁。</w:t>
      </w:r>
    </w:p>
    <w:p>
      <w:r>
        <w:rPr>
          <w:rFonts w:ascii="Times New Roman" w:hAnsi="Times New Roman" w:eastAsia="Noto Serif SC" w:cs="Amiri"/>
          <w:lang w:val="zh-CN" w:eastAsia="zh-CN" w:bidi="ar-SA"/>
          <w:color w:val="000000"/>
          <w:rtl w:val="0"/>
        </w:rPr>
        <w:t>第三场：这宇宙在末日之时死亡，是必定发生的事，因此在我看来，它已经成为现实。我一方面在那具巨大遗体临终挣扎的恐怖及其死亡的惊愕与诧异中看见自己；另一方面，我自己在将来也必定发生的死亡，仿佛就在那时发生了。借</w:t>
      </w:r>
      <w:r>
        <w:rPr>
          <w:rFonts w:ascii="Amiri" w:hAnsi="Amiri" w:eastAsia="Amiri" w:cs="Amiri"/>
          <w:lang w:val="zh-CN" w:eastAsia="zh-CN" w:bidi="ar-SA"/>
          <w:rtl w:val="1"/>
          <w:cs w:val="1"/>
          <w:color w:val="000000"/>
          <w:sz w:val="24"/>
          <w:szCs w:val="24"/>
        </w:rPr>
        <w:t>ﻓَﺎِﻥْ ﺗَﻮَﻟَّﻮْﺍ ﺍِﻟٰﻰ ﺍٰﺧِﺮِ</w:t>
      </w:r>
      <w:r>
        <w:rPr>
          <w:rFonts w:ascii="Times New Roman" w:hAnsi="Times New Roman" w:eastAsia="Noto Serif SC" w:cs="Amiri"/>
          <w:lang w:val="zh-CN" w:eastAsia="zh-CN" w:bidi="ar-SA"/>
          <w:color w:val="000000"/>
          <w:rtl w:val="0"/>
        </w:rPr>
        <w:t>（倘若他们终究转身背离）所含的奥义，一切万有、一切所爱之物，都因我的死亡而背转身去，离开我，把我独自留下。我的灵魂被推向永恒一侧那呈现为无边大海的未来。我无论如何都必须投入那片大海。</w:t>
      </w:r>
    </w:p>
    <w:p>
      <w:r>
        <w:rPr>
          <w:rFonts w:ascii="Times New Roman" w:hAnsi="Times New Roman" w:eastAsia="Noto Serif SC" w:cs="Amiri"/>
          <w:lang w:val="zh-CN" w:eastAsia="zh-CN" w:bidi="ar-SA"/>
          <w:color w:val="000000"/>
          <w:rtl w:val="0"/>
        </w:rPr>
        <w:t>就在那种极其奇异而悲痛的心境中，凭来自信仰与《古兰经》的援助，</w:t>
      </w:r>
      <w:r>
        <w:rPr>
          <w:rFonts w:ascii="Amiri" w:hAnsi="Amiri" w:eastAsia="Amiri" w:cs="Amiri"/>
          <w:lang w:val="zh-CN" w:eastAsia="zh-CN" w:bidi="ar-SA"/>
          <w:rtl w:val="1"/>
          <w:cs w:val="1"/>
          <w:color w:val="000000"/>
          <w:sz w:val="24"/>
          <w:szCs w:val="24"/>
        </w:rPr>
        <w:t>ﻓَﺎِﻥْ ﺗَﻮَﻟَّﻮْﺍ ﻓَﻘُﻞْ ﺣَﺴْﺒِﻰَ ﺍﻟﻠّٰﻪُ لَٓا ﺍِﻟٰﻪَ اِلَّا ﻫُﻮَ ﻋَﻠَﻴْﻪِ ﺗَﻮَﻛَّﻠْﺖُ ﻭَﻫُﻮَ ﺭَﺏُّ ﺍﻟْﻌَﺮْﺵِ ﺍﻟْﻌَﻈ۪ﻴﻢِ</w:t>
      </w:r>
      <w:r>
        <w:rPr>
          <w:rFonts w:ascii="Times New Roman" w:hAnsi="Times New Roman" w:eastAsia="Noto Serif SC" w:cs="Amiri"/>
          <w:lang w:val="zh-CN" w:eastAsia="zh-CN" w:bidi="ar-SA"/>
          <w:color w:val="000000"/>
          <w:rtl w:val="0"/>
        </w:rPr>
        <w:t>（倘若他们背离而去，你就说：“Allah足以使我无所匮乏；除祂之外，绝无应受崇拜者；我只托靠祂；祂正是至大至高宝座的养育并主宰者。”）这节经文赶来救助我，成为一艘极其安稳而安全的船。灵魂怀着完满的安全感与喜悦，进入这节经文之中。是的，我明白了：这节经文除了明示意义之外，还有一种隐示意义安慰了我，使我获得安宁，并赐我内心的静谧。</w:t>
      </w:r>
    </w:p>
    <w:p>
      <w:r>
        <w:rPr>
          <w:rFonts w:ascii="Times New Roman" w:hAnsi="Times New Roman" w:eastAsia="Noto Serif SC" w:cs="Amiri"/>
          <w:lang w:val="zh-CN" w:eastAsia="zh-CN" w:bidi="ar-SA"/>
          <w:color w:val="000000"/>
          <w:rtl w:val="0"/>
        </w:rPr>
        <w:t>是的，其明示意义对至尊使者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样说：“如果迷误者背转身去，背弃你的神圣律法与圣行，不肯聆听《古兰经》，你不必忧虑！你要说：至高无上的真实主宰Allah足以使我无所匮乏，我只托靠祂。祂会培植追随者来取代你们。祂的王权宝座包容万有；叛逆者不能逃离祂的疆界，求助者也不会得不到援助！”</w:t>
      </w:r>
    </w:p>
    <w:p>
      <w:r>
        <w:rPr>
          <w:rFonts w:ascii="Times New Roman" w:hAnsi="Times New Roman" w:eastAsia="Noto Serif SC" w:cs="Amiri"/>
          <w:lang w:val="zh-CN" w:eastAsia="zh-CN" w:bidi="ar-SA"/>
          <w:color w:val="000000"/>
          <w:rtl w:val="0"/>
        </w:rPr>
        <w:t>同样，其隐示意义这样说：“人啊，还有人类的领袖与引导者啊！如果一切万有都离开你，沿消亡之路走向无有；如果一切有生命者与你诀别，奔上死亡之路；如果人们都抛弃你，进入墓地；如果疏忽遗忘者与迷误者不听从你，陷入黑暗，你不必忧虑！你要说：至高无上的真实主宰Allah足以使我无所匮乏。既然祂存在，一切便都存在。既然如此，那些离去者并未走向无有，而是前往祂的另一片国土。那位拥有至大至高宝座的主宰，会从祂无尽的军团与士兵中派遣另一些来代替他们。进入墓地者并未毁灭，而是前往另一个世界；祂会派遣另一些承担职责者来代替他们。对于那些陷入迷误者，祂也能派遣遵循正道的顺从仆人作为替代。既然如此，祂足以代替一切；一切事物，都抵不上祂的一次垂顾！”</w:t>
      </w:r>
    </w:p>
    <w:p>
      <w:r>
        <w:rPr>
          <w:rFonts w:ascii="Times New Roman" w:hAnsi="Times New Roman" w:eastAsia="Noto Serif SC" w:cs="Amiri"/>
          <w:lang w:val="zh-CN" w:eastAsia="zh-CN" w:bidi="ar-SA"/>
          <w:color w:val="000000"/>
          <w:rtl w:val="0"/>
        </w:rPr>
        <w:t>正是借这隐示意义，那三场令我恐惧的可怕葬礼，呈现出了另一种形态。也就是说，在一位至睿、至慈、公正、全能且具威严的主宰Allah的筹度与养育主宰之王权下，在祂的智慧与慈悯中，那是一场昭示智慧的流转、富有鉴戒的周游、奉职而行的旅程，是一次卸任与新职委派；宇宙就这样翻涌动荡，往返来去！……</w:t>
      </w:r>
    </w:p>
    <w:p>
      <w:pPr>
        <w:pStyle w:val="Heading2"/>
      </w:pPr>
      <w:r>
        <w:rPr>
          <w:rFonts w:ascii="Times New Roman" w:hAnsi="Times New Roman" w:eastAsia="Noto Serif SC" w:cs="Amiri"/>
          <w:lang w:val="zh-CN" w:eastAsia="zh-CN" w:bidi="ar-SA"/>
          <w:color w:val="000000"/>
          <w:rtl w:val="0"/>
        </w:rPr>
        <w:t>第五项精义</w:t>
      </w:r>
    </w:p>
    <w:p>
      <w:r>
        <w:rPr>
          <w:rFonts w:ascii="Amiri" w:hAnsi="Amiri" w:eastAsia="Amiri" w:cs="Amiri"/>
          <w:lang w:val="zh-CN" w:eastAsia="zh-CN" w:bidi="ar-SA"/>
          <w:rtl w:val="1"/>
          <w:cs w:val="1"/>
          <w:color w:val="000000"/>
          <w:sz w:val="24"/>
          <w:szCs w:val="24"/>
        </w:rPr>
        <w:t>ﻗُﻞْ ﺍِﻥْ ﻛُﻨْﺘُﻢْ ﺗُﺤِﺒُّﻮﻥَ ﺍﻟﻠّٰﻪَ ﻓَﺎﺗَّﺒِﻌُﻮﻧ۪ﻰ ﻳُﺤْﺒِﺒْﻜُﻢُ ﺍﻟﻠّٰﻪُ</w:t>
      </w:r>
      <w:r>
        <w:rPr>
          <w:rFonts w:ascii="Times New Roman" w:hAnsi="Times New Roman" w:eastAsia="Noto Serif SC" w:cs="Amiri"/>
          <w:lang w:val="zh-CN" w:eastAsia="zh-CN" w:bidi="ar-SA"/>
          <w:color w:val="000000"/>
          <w:rtl w:val="0"/>
        </w:rPr>
        <w:t>（你说：“如果你们爱Allah，就追随我，Allah便会爱你们”）这节庄严经文，以极其确定的方式宣告：追随圣行何等重要，何等必要。是的，这节高贵经文，在逻辑推理之中，属于排除式三段论里最有力、最确定的一种推理。其情形如下：</w:t>
      </w:r>
    </w:p>
    <w:p>
      <w:r>
        <w:rPr>
          <w:rFonts w:ascii="Times New Roman" w:hAnsi="Times New Roman" w:eastAsia="Noto Serif SC" w:cs="Amiri"/>
          <w:lang w:val="zh-CN" w:eastAsia="zh-CN" w:bidi="ar-SA"/>
          <w:color w:val="000000"/>
          <w:rtl w:val="0"/>
        </w:rPr>
        <w:t>正如逻辑学中举出排除式三段论的例子：“如果太阳升起，就会有白昼。”为了得出肯定结论，便说：“太阳已经升起，所以结论是现在正是白昼。”为了得出否定结论，便说：“没有白昼，所以结论是太阳并未升起。”在逻辑学中，这个肯定结论与否定结论都是确定的。</w:t>
      </w:r>
    </w:p>
    <w:p>
      <w:r>
        <w:rPr>
          <w:rFonts w:ascii="Times New Roman" w:hAnsi="Times New Roman" w:eastAsia="Noto Serif SC" w:cs="Amiri"/>
          <w:lang w:val="zh-CN" w:eastAsia="zh-CN" w:bidi="ar-SA"/>
          <w:color w:val="000000"/>
          <w:rtl w:val="0"/>
        </w:rPr>
        <w:t>同样，这节高贵经文说：“如果你们爱Allah，就必会追随Allah的挚爱者。若不追随，结论就是：你们并不爱Allah。”对Allah的爱若确实存在，结果必然是追随Allah挚爱者的尊贵圣行。</w:t>
      </w:r>
    </w:p>
    <w:p>
      <w:r>
        <w:rPr>
          <w:rFonts w:ascii="Times New Roman" w:hAnsi="Times New Roman" w:eastAsia="Noto Serif SC" w:cs="Amiri"/>
          <w:lang w:val="zh-CN" w:eastAsia="zh-CN" w:bidi="ar-SA"/>
          <w:color w:val="000000"/>
          <w:rtl w:val="0"/>
        </w:rPr>
        <w:t>是的，信仰至高无上的真实主宰Allah的人，当然会服从祂。在诸般服从的道路中，最蒙悦纳、最正直、最短捷的，无疑就是Allah的挚爱者所指示并亲自遵循的道路。</w:t>
      </w:r>
    </w:p>
    <w:p>
      <w:r>
        <w:rPr>
          <w:rFonts w:ascii="Times New Roman" w:hAnsi="Times New Roman" w:eastAsia="Noto Serif SC" w:cs="Amiri"/>
          <w:lang w:val="zh-CN" w:eastAsia="zh-CN" w:bidi="ar-SA"/>
          <w:color w:val="000000"/>
          <w:rtl w:val="0"/>
        </w:rPr>
        <w:t>是的，以如此丰厚的恩赐充满这宇宙的、具美善的至慷慨者Allah，要求有意识者为这些恩赐感恩，实属必然而不言自明。</w:t>
      </w:r>
    </w:p>
    <w:p>
      <w:r>
        <w:rPr>
          <w:rFonts w:ascii="Times New Roman" w:hAnsi="Times New Roman" w:eastAsia="Noto Serif SC" w:cs="Amiri"/>
          <w:lang w:val="zh-CN" w:eastAsia="zh-CN" w:bidi="ar-SA"/>
          <w:color w:val="000000"/>
          <w:rtl w:val="0"/>
        </w:rPr>
        <w:t>同样，以创造之艺的如此众多奇迹装点这宇宙的、具威严的至睿者Allah，显然必然会在诸有意识者中，选择一位最卓越者，作为与祂对话的受话者和代言者，并作为向祂众仆传达启示、引领他们的先导者。</w:t>
      </w:r>
    </w:p>
    <w:p>
      <w:r>
        <w:rPr>
          <w:rFonts w:ascii="Times New Roman" w:hAnsi="Times New Roman" w:eastAsia="Noto Serif SC" w:cs="Amiri"/>
          <w:lang w:val="zh-CN" w:eastAsia="zh-CN" w:bidi="ar-SA"/>
          <w:color w:val="000000"/>
          <w:rtl w:val="0"/>
        </w:rPr>
        <w:t>同样，使这宇宙成为祂美善与诸般完善之无数彰显的承受之所的、具完善的至美者Allah，显然必然会把最完备的全然奴仆意识状态赐予这样一位尊者：他最包容、最完善地衡量并集中体现Allah所喜爱、愿意加以显示的美善、完善、诸尊名与技艺。Allah还要使他的状态成为他人的效法典范，引导人人都追随他，好让那种美好状态也在他人身上显现。</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对Allah的爱，要求追随尊贵圣行，并必然产生这一结果。一个人若因追随尊贵圣行而享有丰厚份额，他何等有福！一个人若不尊重尊贵圣行，反而陷入种种宗教新创，灾祸与可悲必归于他。</w:t>
      </w:r>
    </w:p>
    <w:p>
      <w:pPr>
        <w:pStyle w:val="Heading2"/>
      </w:pPr>
      <w:r>
        <w:rPr>
          <w:rFonts w:ascii="Times New Roman" w:hAnsi="Times New Roman" w:eastAsia="Noto Serif SC" w:cs="Amiri"/>
          <w:lang w:val="zh-CN" w:eastAsia="zh-CN" w:bidi="ar-SA"/>
          <w:color w:val="000000"/>
          <w:rtl w:val="0"/>
        </w:rPr>
        <w:t>第六项精义</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（愿Allah赐他尊荣、恩福与平安）曾宣示：</w:t>
      </w:r>
      <w:r>
        <w:rPr>
          <w:rFonts w:ascii="Amiri" w:hAnsi="Amiri" w:eastAsia="Amiri" w:cs="Amiri"/>
          <w:lang w:val="zh-CN" w:eastAsia="zh-CN" w:bidi="ar-SA"/>
          <w:rtl w:val="1"/>
          <w:cs w:val="1"/>
          <w:color w:val="000000"/>
          <w:sz w:val="24"/>
          <w:szCs w:val="24"/>
        </w:rPr>
        <w:t>ﻛُﻞُّ ﺑِﺪْﻋَﺔٍ ضَلَالَةٌ ﻭَﻛُﻞُّ ضَلَالَةٍ ﻓِﻰ ﺍﻟﻨَّﺎﺭِ</w:t>
      </w:r>
      <w:r>
        <w:rPr>
          <w:rFonts w:ascii="Times New Roman" w:hAnsi="Times New Roman" w:eastAsia="Noto Serif SC" w:cs="Amiri"/>
          <w:lang w:val="zh-CN" w:eastAsia="zh-CN" w:bidi="ar-SA"/>
          <w:color w:val="000000"/>
          <w:rtl w:val="0"/>
        </w:rPr>
        <w:t>（一切宗教新创都是迷误，一切迷误都在火狱之中）    也就是说，借</w:t>
      </w:r>
      <w:r>
        <w:rPr>
          <w:rFonts w:ascii="Amiri" w:hAnsi="Amiri" w:eastAsia="Amiri" w:cs="Amiri"/>
          <w:lang w:val="zh-CN" w:eastAsia="zh-CN" w:bidi="ar-SA"/>
          <w:rtl w:val="1"/>
          <w:cs w:val="1"/>
          <w:color w:val="000000"/>
          <w:sz w:val="24"/>
          <w:szCs w:val="24"/>
        </w:rPr>
        <w:t>ﺍَﻟْﻴَﻮْﻡَ ﺍَﻛْﻤَﻠْﺖُ ﻟَﻜُﻢْ ﺩ۪ﻳﻨَﻜُﻢْ</w:t>
      </w:r>
      <w:r>
        <w:rPr>
          <w:rFonts w:ascii="Times New Roman" w:hAnsi="Times New Roman" w:eastAsia="Noto Serif SC" w:cs="Amiri"/>
          <w:lang w:val="zh-CN" w:eastAsia="zh-CN" w:bidi="ar-SA"/>
          <w:color w:val="000000"/>
          <w:rtl w:val="0"/>
        </w:rPr>
        <w:t>（今天，我已为你们使你们的宗教臻于完备）所含的奥义，在光辉神圣律法的准则与尊贵圣行的律则已经达到完备之后，借种种新发明而不欣赏这些原则，或竟至</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（绝不如此，断无此事），制造出使人觉得它们有所欠缺的宗教新创，就是迷误，就是火狱。</w:t>
      </w:r>
    </w:p>
    <w:p>
      <w:r>
        <w:rPr>
          <w:rFonts w:ascii="Times New Roman" w:hAnsi="Times New Roman" w:eastAsia="Noto Serif SC" w:cs="Amiri"/>
          <w:lang w:val="zh-CN" w:eastAsia="zh-CN" w:bidi="ar-SA"/>
          <w:color w:val="000000"/>
          <w:rtl w:val="0"/>
        </w:rPr>
        <w:t>尊贵圣行有不同的层次。其中一部分是当然义务，不可放弃；这一部分已在光辉神圣律法中得到详细阐明。它们是明确而稳固的律则，在任何方面都不会改变。另一部分则属于副功——即主命与当然义务之外自愿履行的功修——一类。副功部分也分为两类：一类是附属于崇拜功修的尊贵圣行，它们同样已在神圣律法书籍中得到阐明，加以改变就是宗教新创。另一类称作“礼仪”，见于崇高的先知生平传记。违背这些礼仪，不称为宗教新创；然而，这是对先知礼仪的一种背离，也是未能从其光明和真正礼节中获益。这一类，就是在习俗、习惯与本能行为中，追随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（愿Allah赐他尊荣、恩福与平安）那些经众源连续传述而为人熟知的行为。</w:t>
      </w:r>
    </w:p>
    <w:p>
      <w:r>
        <w:rPr>
          <w:rFonts w:ascii="Times New Roman" w:hAnsi="Times New Roman" w:eastAsia="Noto Serif SC" w:cs="Amiri"/>
          <w:lang w:val="zh-CN" w:eastAsia="zh-CN" w:bidi="ar-SA"/>
          <w:color w:val="000000"/>
          <w:rtl w:val="0"/>
        </w:rPr>
        <w:t>例如，有许多尊贵圣行，指示言谈的礼仪，阐明饮食、睡眠等状态的礼仪准则，并关乎社会交往。这一类圣行称作“礼仪”。然而，遵循这些礼仪的人，能使自己的习惯化为崇拜功修，并从这些礼仪中获得重要的恩泽。即使遵行最细小的一项礼仪，也会使人想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（愿Allah赐他尊荣、恩福与平安），为心灵带来光明。</w:t>
      </w:r>
    </w:p>
    <w:p>
      <w:r>
        <w:rPr>
          <w:rFonts w:ascii="Times New Roman" w:hAnsi="Times New Roman" w:eastAsia="Noto Serif SC" w:cs="Amiri"/>
          <w:lang w:val="zh-CN" w:eastAsia="zh-CN" w:bidi="ar-SA"/>
          <w:color w:val="000000"/>
          <w:rtl w:val="0"/>
        </w:rPr>
        <w:t>尊贵圣行之中，最重要的是那些构成伊斯兰标志、并关乎公共礼仪的圣行。这些公共标志，几乎属于公共权利一类，是整个社会共有的一种全然奴仆意识。一个人履行它，整个社会便普遍受益；一个人放弃它，全体会众也都有责任。这类公共标志不容沽名钓誉掺杂，应当公开宣示。即使属于副功一类，它们也比个人的主命更为重要。</w:t>
      </w:r>
    </w:p>
    <w:p>
      <w:pPr>
        <w:pStyle w:val="Heading2"/>
      </w:pPr>
      <w:r>
        <w:rPr>
          <w:rFonts w:ascii="Times New Roman" w:hAnsi="Times New Roman" w:eastAsia="Noto Serif SC" w:cs="Amiri"/>
          <w:lang w:val="zh-CN" w:eastAsia="zh-CN" w:bidi="ar-SA"/>
          <w:color w:val="000000"/>
          <w:rtl w:val="0"/>
        </w:rPr>
        <w:t>第七项精义</w:t>
      </w:r>
    </w:p>
    <w:p>
      <w:r>
        <w:rPr>
          <w:rFonts w:ascii="Times New Roman" w:hAnsi="Times New Roman" w:eastAsia="Noto Serif SC" w:cs="Amiri"/>
          <w:lang w:val="zh-CN" w:eastAsia="zh-CN" w:bidi="ar-SA"/>
          <w:color w:val="000000"/>
          <w:rtl w:val="0"/>
        </w:rPr>
        <w:t>尊贵圣行就是礼节。它没有哪一项论题，其下不蕴含一束光明、一种礼节！至尊使者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（愿Allah赐他尊荣、恩福与平安）曾宣示：</w:t>
      </w:r>
      <w:r>
        <w:rPr>
          <w:rFonts w:ascii="Amiri" w:hAnsi="Amiri" w:eastAsia="Amiri" w:cs="Amiri"/>
          <w:lang w:val="zh-CN" w:eastAsia="zh-CN" w:bidi="ar-SA"/>
          <w:rtl w:val="1"/>
          <w:cs w:val="1"/>
          <w:color w:val="000000"/>
          <w:sz w:val="24"/>
          <w:szCs w:val="24"/>
        </w:rPr>
        <w:t>ﺍَﺩَّﺑَﻨ۪ﻰ ﺭَﺑّ۪ﻰ ﻓَﺎَﺣْﺴَﻦَ ﺗَﺎْﺩ۪ﻳﺒ۪ﻰ</w:t>
      </w:r>
      <w:r>
        <w:rPr>
          <w:rFonts w:ascii="Times New Roman" w:hAnsi="Times New Roman" w:eastAsia="Noto Serif SC" w:cs="Amiri"/>
          <w:lang w:val="zh-CN" w:eastAsia="zh-CN" w:bidi="ar-SA"/>
          <w:color w:val="000000"/>
          <w:rtl w:val="0"/>
        </w:rPr>
        <w:t>（我的养育并主宰者以礼教导我，并使我所受的教导臻于美善）也就是说：“我的养育并主宰者以美好的方式赐予我礼节，使我受到礼节的教化。”是的，凡是留心先知生平、认识尊贵圣行的人，必定明白：至高无上的真实主宰Allah把各种礼节都汇聚在祂的挚爱者身上。抛弃他的尊贵圣行，就是抛弃礼节；这正应了</w:t>
      </w:r>
      <w:r>
        <w:rPr>
          <w:rFonts w:ascii="Amiri" w:hAnsi="Amiri" w:eastAsia="Amiri" w:cs="Amiri"/>
          <w:lang w:val="zh-CN" w:eastAsia="zh-CN" w:bidi="ar-SA"/>
          <w:rtl w:val="1"/>
          <w:cs w:val="1"/>
          <w:color w:val="000000"/>
          <w:sz w:val="24"/>
          <w:szCs w:val="24"/>
        </w:rPr>
        <w:t>ﺑ۪ﻰ ﺍَﺩَﺏْ ﻣَﺤْﺮُﻭﻡْ ﺑَﺎﺷَﺪْ ﺍَﺯْ ﻟُﻄْﻒِ ﺭَﺏْ</w:t>
      </w:r>
      <w:r>
        <w:rPr>
          <w:rFonts w:ascii="Times New Roman" w:hAnsi="Times New Roman" w:eastAsia="Noto Serif SC" w:cs="Amiri"/>
          <w:lang w:val="zh-CN" w:eastAsia="zh-CN" w:bidi="ar-SA"/>
          <w:color w:val="000000"/>
          <w:rtl w:val="0"/>
        </w:rPr>
        <w:t>（谁没有礼节，谁就得不到养育并主宰者的恩泽）这条准则，使人陷入可悲的无礼。</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面对全知一切、观见一切、没有任何事物能向祂隐藏的全知幽隐者Allah，该如何讲礼节？导致羞惭的状态，无法向祂隐藏。礼节的一种是遮掩，即掩盖令人生厌的状态；对全知幽隐者Allah，却不可能有所遮掩？</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首先：具威严的创造者Allah，正如祂以极高重视，愿意使自己的创造之艺显得美好，把令人生厌之物置于帷幕之下，又为了装点恩赐而引人注意这些恩赐；同样，祂也愿意在其他有意识者面前，使自己的受造物与仆人显得美好。他们以丑陋的状态出现，就是对“至美者”“施以妆饰者”“至精微者”“至睿者”等尊名的一种违逆和失礼。</w:t>
      </w:r>
    </w:p>
    <w:p>
      <w:r>
        <w:rPr>
          <w:rFonts w:ascii="Times New Roman" w:hAnsi="Times New Roman" w:eastAsia="Noto Serif SC" w:cs="Amiri"/>
          <w:lang w:val="zh-CN" w:eastAsia="zh-CN" w:bidi="ar-SA"/>
          <w:color w:val="000000"/>
          <w:rtl w:val="0"/>
        </w:rPr>
        <w:t>因此，尊贵圣行中的礼节，就是在那位具威严的创造者Allah诸尊名的界限之内，采取一种纯粹有礼的状态。</w:t>
      </w:r>
    </w:p>
    <w:p>
      <w:r>
        <w:rPr>
          <w:rFonts w:ascii="Times New Roman" w:hAnsi="Times New Roman" w:eastAsia="Noto Serif SC" w:cs="Amiri"/>
          <w:lang w:val="zh-CN" w:eastAsia="zh-CN" w:bidi="ar-SA"/>
          <w:color w:val="000000"/>
          <w:rtl w:val="0"/>
        </w:rPr>
        <w:t>其次：正如一位医生，从医疗职责的角度，可以观看一名非至亲异性最需遮蔽的私密部位；确有必要时，也可以让他观看。人们不称之为失礼，反而说医疗的礼节正要求如此。然而，那位医生若以男人的身份、宣讲员的身份或教师的身份，就不能观看那些非至亲异性；礼节不能许可她们向他展示，而在这方面向他展示就是无耻。</w:t>
      </w:r>
    </w:p>
    <w:p>
      <w:r>
        <w:rPr>
          <w:rFonts w:ascii="Times New Roman" w:hAnsi="Times New Roman" w:eastAsia="Noto Serif SC" w:cs="Amiri"/>
          <w:lang w:val="zh-CN" w:eastAsia="zh-CN" w:bidi="ar-SA"/>
          <w:color w:val="000000"/>
          <w:rtl w:val="0"/>
        </w:rPr>
        <w:t>同样，具威严的创造者Allah有许多尊名，每一个尊名都有各自不同的显现方式。例如，“广赦罪恶者”这一尊名要求罪恶存在，“遮蔽过失者”这一尊名要求过失存在；同样，“至美者”这一尊名不愿意看见丑陋。“至精微者”“至慷慨者”“至睿者”“至慈者”等美善与完善的尊名，要求万有以美好的形态，处在一切可能状态中最佳的状态。这些美善与完善的尊名，也愿意在天使、灵性存在、精灵与人类的眼中，借万有的美好状态及其美善与礼节，显示自己的美善。</w:t>
      </w:r>
    </w:p>
    <w:p>
      <w:r>
        <w:rPr>
          <w:rFonts w:ascii="Times New Roman" w:hAnsi="Times New Roman" w:eastAsia="Noto Serif SC" w:cs="Amiri"/>
          <w:lang w:val="zh-CN" w:eastAsia="zh-CN" w:bidi="ar-SA"/>
          <w:color w:val="000000"/>
          <w:rtl w:val="0"/>
        </w:rPr>
        <w:t>因此，尊贵圣行中的种种礼仪，正是那崇高礼节的指示、准则和典范。</w:t>
      </w:r>
    </w:p>
    <w:p>
      <w:pPr>
        <w:pStyle w:val="Heading2"/>
      </w:pPr>
      <w:r>
        <w:rPr>
          <w:rFonts w:ascii="Times New Roman" w:hAnsi="Times New Roman" w:eastAsia="Noto Serif SC" w:cs="Amiri"/>
          <w:lang w:val="zh-CN" w:eastAsia="zh-CN" w:bidi="ar-SA"/>
          <w:color w:val="000000"/>
          <w:rtl w:val="0"/>
        </w:rPr>
        <w:t>第八项精义</w:t>
      </w:r>
    </w:p>
    <w:p>
      <w:r>
        <w:rPr>
          <w:rFonts w:ascii="Times New Roman" w:hAnsi="Times New Roman" w:eastAsia="Noto Serif SC" w:cs="Amiri"/>
          <w:lang w:val="zh-CN" w:eastAsia="zh-CN" w:bidi="ar-SA"/>
          <w:color w:val="000000"/>
          <w:rtl w:val="0"/>
        </w:rPr>
        <w:t>在</w:t>
      </w:r>
      <w:r>
        <w:rPr>
          <w:rFonts w:ascii="Amiri" w:hAnsi="Amiri" w:eastAsia="Amiri" w:cs="Amiri"/>
          <w:lang w:val="zh-CN" w:eastAsia="zh-CN" w:bidi="ar-SA"/>
          <w:rtl w:val="1"/>
          <w:cs w:val="1"/>
          <w:color w:val="000000"/>
          <w:sz w:val="24"/>
          <w:szCs w:val="24"/>
        </w:rPr>
        <w:t>ﻓَﺎِﻥْ ﺗَﻮَﻟَّﻮْﺍ ﻓَﻘُﻞْ ﺣَﺴْﺒِﻰَ ﺍﻟﻠّٰﻪُ</w:t>
      </w:r>
      <w:r>
        <w:rPr>
          <w:rFonts w:ascii="Times New Roman" w:hAnsi="Times New Roman" w:eastAsia="Noto Serif SC" w:cs="Amiri"/>
          <w:lang w:val="zh-CN" w:eastAsia="zh-CN" w:bidi="ar-SA"/>
          <w:color w:val="000000"/>
          <w:rtl w:val="0"/>
        </w:rPr>
        <w:t>（倘若他们背离，你就说：“Allah足以使我无所匮乏”）之前的</w:t>
      </w:r>
      <w:r>
        <w:rPr>
          <w:rFonts w:ascii="Amiri" w:hAnsi="Amiri" w:eastAsia="Amiri" w:cs="Amiri"/>
          <w:lang w:val="zh-CN" w:eastAsia="zh-CN" w:bidi="ar-SA"/>
          <w:rtl w:val="1"/>
          <w:cs w:val="1"/>
          <w:color w:val="000000"/>
          <w:sz w:val="24"/>
          <w:szCs w:val="24"/>
        </w:rPr>
        <w:t>ﻟَﻘَﺪْ ﺟَٓﺎﺀَﻛُﻢْ ﺭَﺳُﻮﻝٌ ﺍِﻟٰﻰ ﺍٰﺧِﺮِ</w:t>
      </w:r>
      <w:r>
        <w:rPr>
          <w:rFonts w:ascii="Times New Roman" w:hAnsi="Times New Roman" w:eastAsia="Noto Serif SC" w:cs="Amiri"/>
          <w:lang w:val="zh-CN" w:eastAsia="zh-CN" w:bidi="ar-SA"/>
          <w:color w:val="000000"/>
          <w:rtl w:val="0"/>
        </w:rPr>
        <w:t>（确有一位使者来到你们……直至本节末尾）这节经文，显示了至尊使者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（愿Allah赐他尊荣、恩福与平安）对其共同体完满的怜爱与至极的慈爱之后，又借</w:t>
      </w:r>
      <w:r>
        <w:rPr>
          <w:rFonts w:ascii="Amiri" w:hAnsi="Amiri" w:eastAsia="Amiri" w:cs="Amiri"/>
          <w:lang w:val="zh-CN" w:eastAsia="zh-CN" w:bidi="ar-SA"/>
          <w:rtl w:val="1"/>
          <w:cs w:val="1"/>
          <w:color w:val="000000"/>
          <w:sz w:val="24"/>
          <w:szCs w:val="24"/>
        </w:rPr>
        <w:t>ﻓَﺎِﻥْ ﺗَﻮَﻟَّﻮْﺍ</w:t>
      </w:r>
      <w:r>
        <w:rPr>
          <w:rFonts w:ascii="Times New Roman" w:hAnsi="Times New Roman" w:eastAsia="Noto Serif SC" w:cs="Amiri"/>
          <w:lang w:val="zh-CN" w:eastAsia="zh-CN" w:bidi="ar-SA"/>
          <w:color w:val="000000"/>
          <w:rtl w:val="0"/>
        </w:rPr>
        <w:t>（倘若他们背离）这节经文说：“人们啊！穆斯林们啊！这样一位充满怜爱的人，以无限的怜爱引导你们，为你们的利益倾尽全力，又以完满的怜爱，借他带来的律例与尊贵圣行，医治你们的精神创伤并敷上药膏；你们若背弃他的圣行和他所传达的律例，甚至达到否认他不言自明的怜爱、指责他显而易见的慈爱的地步，那么要知道，这是何等没有良知，何等没有理智！”</w:t>
      </w:r>
    </w:p>
    <w:p>
      <w:r>
        <w:rPr>
          <w:rFonts w:ascii="Times New Roman" w:hAnsi="Times New Roman" w:eastAsia="Noto Serif SC" w:cs="Amiri"/>
          <w:lang w:val="zh-CN" w:eastAsia="zh-CN" w:bidi="ar-SA"/>
          <w:color w:val="000000"/>
          <w:rtl w:val="0"/>
        </w:rPr>
        <w:t>“还有，怜爱深厚的使者啊，慈爱悯恤的先知啊！如果他们不认识你这宏大的怜爱与深厚的慈爱，因愚昧而背弃你，不肯听从，你不必忧虑！诸天与大地的军团听命于祂，祂的养育与主宰王权统治于包容万有的至大至高宝座之上；那位具威严者Allah足以使你无所匮乏。祂会使真正顺从的群体聚集在你周围，使他们听从你，并接受你的律例！”</w:t>
      </w:r>
    </w:p>
    <w:p>
      <w:r>
        <w:rPr>
          <w:rFonts w:ascii="Times New Roman" w:hAnsi="Times New Roman" w:eastAsia="Noto Serif SC" w:cs="Amiri"/>
          <w:lang w:val="zh-CN" w:eastAsia="zh-CN" w:bidi="ar-SA"/>
          <w:color w:val="000000"/>
          <w:rtl w:val="0"/>
        </w:rPr>
        <w:t>是的，在穆罕默德的神圣律法与艾哈迈德的尊贵圣行中，没有哪一项论题不具有多重智慧。我这个贫乏之人，尽管有种种缺陷与无力，仍提出这一主张，并随时准备加以证明。而且，迄今写成的七八十部《光明论》，已经成为七八十名真实的见证者，证明艾哈迈德的圣行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（愿Allah赐他尊荣、恩福与平安）神圣律法中的各项论题，何等富于智慧、合乎真理。如果具备才力并得以围绕这个主题撰写，那么别说七十部，即使七千部论著，也述不尽那些智慧。</w:t>
      </w:r>
    </w:p>
    <w:p>
      <w:r>
        <w:rPr>
          <w:rFonts w:ascii="Times New Roman" w:hAnsi="Times New Roman" w:eastAsia="Noto Serif SC" w:cs="Amiri"/>
          <w:lang w:val="zh-CN" w:eastAsia="zh-CN" w:bidi="ar-SA"/>
          <w:color w:val="000000"/>
          <w:rtl w:val="0"/>
        </w:rPr>
        <w:t>同时，就我自身而言，凭亲身观察与内在体味，我有着不下千次的经验：神圣律法的各项论题与尊贵圣行的准则，对于精神、理智和心灵的疾病，尤其对于社会疾病，是极有效验的药物。我知道，其他哲学性或智理性的论题无法取代它们；我亲自凭观察感受到这一点，也在论著中使他人一定程度上感受到这一点，现在特此宣告。对这一主张存有疑虑的人，请查阅《光明论集》的各部分，亲自察看。</w:t>
      </w:r>
    </w:p>
    <w:p>
      <w:r>
        <w:rPr>
          <w:rFonts w:ascii="Times New Roman" w:hAnsi="Times New Roman" w:eastAsia="Noto Serif SC" w:cs="Amiri"/>
          <w:lang w:val="zh-CN" w:eastAsia="zh-CN" w:bidi="ar-SA"/>
          <w:color w:val="000000"/>
          <w:rtl w:val="0"/>
        </w:rPr>
        <w:t>因此，尽力追随这样一位尊者的尊贵圣行，究竟何等有益，对永恒生命何等幸福，对尘世生命何等有利，请加以衡量。</w:t>
      </w:r>
    </w:p>
    <w:p>
      <w:pPr>
        <w:pStyle w:val="Heading2"/>
      </w:pPr>
      <w:r>
        <w:rPr>
          <w:rFonts w:ascii="Times New Roman" w:hAnsi="Times New Roman" w:eastAsia="Noto Serif SC" w:cs="Amiri"/>
          <w:lang w:val="zh-CN" w:eastAsia="zh-CN" w:bidi="ar-SA"/>
          <w:color w:val="000000"/>
          <w:rtl w:val="0"/>
        </w:rPr>
        <w:t>第九项精义</w:t>
      </w:r>
    </w:p>
    <w:p>
      <w:r>
        <w:rPr>
          <w:rFonts w:ascii="Times New Roman" w:hAnsi="Times New Roman" w:eastAsia="Noto Serif SC" w:cs="Amiri"/>
          <w:lang w:val="zh-CN" w:eastAsia="zh-CN" w:bidi="ar-SA"/>
          <w:color w:val="000000"/>
          <w:rtl w:val="0"/>
        </w:rPr>
        <w:t>对尊贵圣行的每一个种类都完全以实际行动追随，即使特选者中的特选者，也只能偶尔获得成功。即使不能以实际行动追随，人人也都能以意愿和志向，怀着拥护与恪守之心去渴求它。对于主命与当然义务的部分，本来就负有追随的责任。对于崇拜功修中可嘉的尊贵圣行，放弃它虽然没有罪，却会失去巨大的回赐；擅加改变，则有严重的错误。至于习惯与日常行为中的尊贵圣行，只要追随，那些习惯便成为崇拜功修；即使不追随，也不受责备，但从Allah挚爱者生活礼仪的光明中所得的益处便会减少。</w:t>
      </w:r>
    </w:p>
    <w:p>
      <w:r>
        <w:rPr>
          <w:rFonts w:ascii="Times New Roman" w:hAnsi="Times New Roman" w:eastAsia="Noto Serif SC" w:cs="Amiri"/>
          <w:lang w:val="zh-CN" w:eastAsia="zh-CN" w:bidi="ar-SA"/>
          <w:color w:val="000000"/>
          <w:rtl w:val="0"/>
        </w:rPr>
        <w:t>在崇拜功修的律例中另创新规，就是宗教新创。种种宗教新创因违背</w:t>
      </w:r>
      <w:r>
        <w:rPr>
          <w:rFonts w:ascii="Amiri" w:hAnsi="Amiri" w:eastAsia="Amiri" w:cs="Amiri"/>
          <w:lang w:val="zh-CN" w:eastAsia="zh-CN" w:bidi="ar-SA"/>
          <w:rtl w:val="1"/>
          <w:cs w:val="1"/>
          <w:color w:val="000000"/>
          <w:sz w:val="24"/>
          <w:szCs w:val="24"/>
        </w:rPr>
        <w:t>ﺍَﻟْﻴَﻮْﻡَ ﺍَﻛْﻤَﻠْﺖُ ﻟَﻜُﻢْ ﺩ۪ﻳﻨَﻜُﻢْ</w:t>
      </w:r>
      <w:r>
        <w:rPr>
          <w:rFonts w:ascii="Times New Roman" w:hAnsi="Times New Roman" w:eastAsia="Noto Serif SC" w:cs="Amiri"/>
          <w:lang w:val="zh-CN" w:eastAsia="zh-CN" w:bidi="ar-SA"/>
          <w:color w:val="000000"/>
          <w:rtl w:val="0"/>
        </w:rPr>
        <w:t>（今天，我已为你们使你们的宗教臻于完备）所含的奥义，都是被拒绝的。然而，在内在修持之路中，属于日常诵念、记念辞与修持方式一类的实践，只要其根本取自《古兰经》与圣行，即使各自的方式和形式不同，只要不违背、不改变既定的原则与尊贵圣行的根本，就不算宗教新创。不过，一部分宗教学者把其中某些实践归入宗教新创，却称之为“善美的宗教新创”。</w:t>
      </w:r>
    </w:p>
    <w:p>
      <w:r>
        <w:rPr>
          <w:rFonts w:ascii="Times New Roman" w:hAnsi="Times New Roman" w:eastAsia="Noto Serif SC" w:cs="Amiri"/>
          <w:lang w:val="zh-CN" w:eastAsia="zh-CN" w:bidi="ar-SA"/>
          <w:color w:val="000000"/>
          <w:rtl w:val="0"/>
        </w:rPr>
        <w:t>第二个千年的复兴者、领头学者拉巴尼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（愿Allah喜悦他）说：“我在灵性旅程与内在修持中看见：传自至尊使者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言语充满光明，闪耀着尊贵圣行的光芒。当我看见并非传自他的、明亮而有力的诵念和状态时，那上面却没有这种光明。这一类中最明亮的，抵不上前一类中最微弱的。由此我明白：尊贵圣行的光芒是一种灵药。对于寻求光明的人，这圣行已经足够，无须再到外面寻找光明。”</w:t>
      </w:r>
    </w:p>
    <w:p>
      <w:r>
        <w:rPr>
          <w:rFonts w:ascii="Times New Roman" w:hAnsi="Times New Roman" w:eastAsia="Noto Serif SC" w:cs="Amiri"/>
          <w:lang w:val="zh-CN" w:eastAsia="zh-CN" w:bidi="ar-SA"/>
          <w:color w:val="000000"/>
          <w:rtl w:val="0"/>
        </w:rPr>
        <w:t>可见，这样一位真理与神圣律法的英雄所作的这一论断表明：尊贵圣行是两世幸福的基石，是诸般完善的矿藏与源泉。</w:t>
      </w:r>
      <w:r>
        <w:rPr>
          <w:rFonts w:ascii="Amiri" w:hAnsi="Amiri" w:eastAsia="Amiri" w:cs="Amiri"/>
          <w:lang w:val="zh-CN" w:eastAsia="zh-CN" w:bidi="ar-SA"/>
          <w:rtl w:val="1"/>
          <w:cs w:val="1"/>
          <w:color w:val="000000"/>
          <w:sz w:val="24"/>
          <w:szCs w:val="24"/>
        </w:rPr>
        <w:t>ﺍَﻟﻠّٰﻬُﻢَّ ﺍﺭْﺯُﻗْﻨَﺎ ﺍِﺗِّﺒَﺎﻉَ ﺍﻟﺴُّﻨَّﺔِ ﺍﻟﺴَّﻨِﻴَّﺔِ</w:t>
      </w:r>
      <w:r>
        <w:rPr>
          <w:rFonts w:ascii="Times New Roman" w:hAnsi="Times New Roman" w:eastAsia="Noto Serif SC" w:cs="Amiri"/>
          <w:lang w:val="zh-CN" w:eastAsia="zh-CN" w:bidi="ar-SA"/>
          <w:color w:val="000000"/>
          <w:rtl w:val="0"/>
        </w:rPr>
        <w:t xml:space="preserve">（Allah啊，求您赐我们能力，得以追随尊贵圣行） </w:t>
      </w:r>
      <w:r>
        <w:rPr>
          <w:rFonts w:ascii="Amiri" w:hAnsi="Amiri" w:eastAsia="Amiri" w:cs="Amiri"/>
          <w:lang w:val="zh-CN" w:eastAsia="zh-CN" w:bidi="ar-SA"/>
          <w:rtl w:val="1"/>
          <w:cs w:val="1"/>
          <w:color w:val="000000"/>
          <w:sz w:val="24"/>
          <w:szCs w:val="24"/>
        </w:rPr>
        <w:t>ﺭَﺑَّﻨَٓﺎ ﺍٰﻣَﻨَّﺎ ﺑِﻤَٓﺎ ﺍَﻧْﺰَﻟْﺖَ ﻭَﺍﺗَّﺒَﻌْﻨَﺎ ﺍﻟﺮَّﺳُﻮﻝَ ﻓَﺎﻛْﺘُﺒْﻨَﺎ ﻣَﻊَ ﺍﻟﺸَّﺎﻫِﺪ۪ﻳﻦَ</w:t>
      </w:r>
      <w:r>
        <w:rPr>
          <w:rFonts w:ascii="Times New Roman" w:hAnsi="Times New Roman" w:eastAsia="Noto Serif SC" w:cs="Amiri"/>
          <w:lang w:val="zh-CN" w:eastAsia="zh-CN" w:bidi="ar-SA"/>
          <w:color w:val="000000"/>
          <w:rtl w:val="0"/>
        </w:rPr>
        <w:t>（我们的养育并主宰者啊，我们已信仰您所降示的，并已追随使者；求您将我们记录在见证者之列）</w:t>
      </w:r>
    </w:p>
    <w:p>
      <w:pPr>
        <w:pStyle w:val="Heading2"/>
      </w:pPr>
      <w:r>
        <w:rPr>
          <w:rFonts w:ascii="Times New Roman" w:hAnsi="Times New Roman" w:eastAsia="Noto Serif SC" w:cs="Amiri"/>
          <w:lang w:val="zh-CN" w:eastAsia="zh-CN" w:bidi="ar-SA"/>
          <w:color w:val="000000"/>
          <w:rtl w:val="0"/>
        </w:rPr>
        <w:t>第十项精义</w:t>
      </w:r>
    </w:p>
    <w:p>
      <w:r>
        <w:rPr>
          <w:rFonts w:ascii="Amiri" w:hAnsi="Amiri" w:eastAsia="Amiri" w:cs="Amiri"/>
          <w:lang w:val="zh-CN" w:eastAsia="zh-CN" w:bidi="ar-SA"/>
          <w:rtl w:val="1"/>
          <w:cs w:val="1"/>
          <w:color w:val="000000"/>
          <w:sz w:val="24"/>
          <w:szCs w:val="24"/>
        </w:rPr>
        <w:t>ﻗُﻞْ ﺍِﻥْ ﻛُﻨْﺘُﻢْ ﺗُﺤِﺒُّﻮﻥَ ﺍﻟﻠّٰﻪَ ﻓَﺎﺗَّﺒِﻌُﻮﻧ۪ﻰ ﻳُﺤْﺒِﺒْﻜُﻢُ ﺍﻟﻠّٰﻪُ</w:t>
      </w:r>
      <w:r>
        <w:rPr>
          <w:rFonts w:ascii="Times New Roman" w:hAnsi="Times New Roman" w:eastAsia="Noto Serif SC" w:cs="Amiri"/>
          <w:lang w:val="zh-CN" w:eastAsia="zh-CN" w:bidi="ar-SA"/>
          <w:color w:val="000000"/>
          <w:rtl w:val="0"/>
        </w:rPr>
        <w:t>（你说：“如果你们确实爱Allah，就当追随我；这样，Allah也必爱你们。”爱慕既须以追随为证，追随也必迎来主宰的爱）这节经文中，有一种蕴含奇迹的凝练。因为，许多句话都涵摄在这三个分句之中。这节经文这样说：“如果你们信仰威严崇高的Allah，就必定爱Allah。既然你们爱Allah，就会照祂所喜爱的方式行事。而那种祂所喜爱的方式，就是你们应当肖似祂所喜爱的那位尊者。肖似他，就是追随他。你们何时追随他，Allah也必爱你们。你们本就当爱Allah，好让Allah也爱你们。”</w:t>
      </w:r>
    </w:p>
    <w:p>
      <w:r>
        <w:rPr>
          <w:rFonts w:ascii="Times New Roman" w:hAnsi="Times New Roman" w:eastAsia="Noto Serif SC" w:cs="Amiri"/>
          <w:lang w:val="zh-CN" w:eastAsia="zh-CN" w:bidi="ar-SA"/>
          <w:color w:val="000000"/>
          <w:rtl w:val="0"/>
        </w:rPr>
        <w:t>以上这一切话，只不过是这节经文概括而简明的释义。可见，对人而言，最崇高的目标，就是获得至高无上的真实主宰Allah的宠爱。这节经文以其明文表明：通往那至高目标的道路，是追随Allah的所爱者，并效法他高贵的圣行。若在此证明三点，上述真理便会完全彰显。</w:t>
      </w:r>
    </w:p>
    <w:p>
      <w:r>
        <w:rPr>
          <w:rFonts w:ascii="Times New Roman" w:hAnsi="Times New Roman" w:eastAsia="Noto Serif SC" w:cs="Amiri"/>
          <w:lang w:val="zh-CN" w:eastAsia="zh-CN" w:bidi="ar-SA"/>
          <w:color w:val="000000"/>
          <w:rtl w:val="0"/>
        </w:rPr>
        <w:t>第一点：人的天性，是被造成对这宇宙的创造者Allah怀有无限的爱。因为，人的天性中有对优美的爱慕、对完善的崇慕，也有对恩惠的感爱。随着优美、完善与恩惠的等级增高，那份爱也愈加深厚，直至抵达爱的最高境界。这个微小之人小小的心灵里，确实能容纳一份大如宇宙的爱。心灵中那如扁豆般小小的记忆官能，竟能在其中写下如同一座图书馆、数千本书那么多的文字；这表明，人的心灵能够容纳宇宙，也能够承载那般深厚的爱。</w:t>
      </w:r>
    </w:p>
    <w:p>
      <w:r>
        <w:rPr>
          <w:rFonts w:ascii="Times New Roman" w:hAnsi="Times New Roman" w:eastAsia="Noto Serif SC" w:cs="Amiri"/>
          <w:lang w:val="zh-CN" w:eastAsia="zh-CN" w:bidi="ar-SA"/>
          <w:color w:val="000000"/>
          <w:rtl w:val="0"/>
        </w:rPr>
        <w:t>既然人的天性对恩惠、优美与完善，具有如此无限的爱之禀赋；而这宇宙的创造者Allah，又以其彰显于宇宙中的种种作为，使祂无限神圣的优美显然成立、无可置疑；以彰显于万有中的创造之艺的纹饰，使祂无限神圣的完善必然成立、确凿无疑；更以彰显于一切有生命者中的无限种类的恩惠与施予，使祂无限的恩慈不仅确凿可信，甚至可以直接见证——那么，祂当然要求人给予无限的爱；而人在有意识者之中，正是包容最为广博、需要最为深切、思悟最为深邃、渴慕最为强烈者。</w:t>
      </w:r>
    </w:p>
    <w:p>
      <w:r>
        <w:rPr>
          <w:rFonts w:ascii="Times New Roman" w:hAnsi="Times New Roman" w:eastAsia="Noto Serif SC" w:cs="Amiri"/>
          <w:lang w:val="zh-CN" w:eastAsia="zh-CN" w:bidi="ar-SA"/>
          <w:color w:val="000000"/>
          <w:rtl w:val="0"/>
        </w:rPr>
        <w:t>是的，每个人固然都有禀赋，能对那位具威严的创造者Allah怀有无限的爱；那位创造者也最有资格，因其优美、完善与恩惠，受到超越众人、无限深厚的珍爱。甚至，信仰者对其生命、长存、存在、世界、自我以及万有怀有的种种爱恋与深切牵系，都是那种对Allah之爱的禀赋所渗流的滴。甚至，人的各种强烈感受，都是这份爱之禀赋转化后的形态，是它以别的形貌呈现出来的滴。</w:t>
      </w:r>
    </w:p>
    <w:p>
      <w:r>
        <w:rPr>
          <w:rFonts w:ascii="Times New Roman" w:hAnsi="Times New Roman" w:eastAsia="Noto Serif SC" w:cs="Amiri"/>
          <w:lang w:val="zh-CN" w:eastAsia="zh-CN" w:bidi="ar-SA"/>
          <w:color w:val="000000"/>
          <w:rtl w:val="0"/>
        </w:rPr>
        <w:t>众所周知，人不但因自己的幸福而感到快乐，也因与自己相关之人的幸福而快乐。正如人爱那把自己从灾难中救出者，也同样爱那把自己所爱之人救出者。</w:t>
      </w:r>
    </w:p>
    <w:p>
      <w:r>
        <w:rPr>
          <w:rFonts w:ascii="Times New Roman" w:hAnsi="Times New Roman" w:eastAsia="Noto Serif SC" w:cs="Amiri"/>
          <w:lang w:val="zh-CN" w:eastAsia="zh-CN" w:bidi="ar-SA"/>
          <w:color w:val="000000"/>
          <w:rtl w:val="0"/>
        </w:rPr>
        <w:t>基于这种心灵状态，在Allah赐予每个人的种种恩惠中，人即使只这样想：我的创造者把我从无有——那永恒的黑暗——中救出，在这尘世给了我一个美好的世界；当我的死期到来时，祂又会把我从无有与毁灭——那永恒的消灭——中再次救出，在一个永存的世界里，赐给我一个永恒而极其辉煌的世界；祂还赐我外在和内在的官能与感受，使我能够享受那个世界的一切种类的乐趣与美好，并在其中往来游赏。同样，祂也让我至为亲爱、至为关切的一切亲属、友人和同类，都蒙获如此无限的恩惠；而这些恩惠，从一个方面说也属于我，因为我会因他们的幸福而幸福、而快乐。</w:t>
      </w:r>
    </w:p>
    <w:p>
      <w:r>
        <w:rPr>
          <w:rFonts w:ascii="Times New Roman" w:hAnsi="Times New Roman" w:eastAsia="Noto Serif SC" w:cs="Amiri"/>
          <w:lang w:val="zh-CN" w:eastAsia="zh-CN" w:bidi="ar-SA"/>
          <w:color w:val="000000"/>
          <w:rtl w:val="0"/>
        </w:rPr>
        <w:t>既然凭着</w:t>
      </w:r>
      <w:r>
        <w:rPr>
          <w:rFonts w:ascii="Amiri" w:hAnsi="Amiri" w:eastAsia="Amiri" w:cs="Amiri"/>
          <w:lang w:val="zh-CN" w:eastAsia="zh-CN" w:bidi="ar-SA"/>
          <w:rtl w:val="1"/>
          <w:cs w:val="1"/>
          <w:color w:val="000000"/>
          <w:sz w:val="24"/>
          <w:szCs w:val="24"/>
        </w:rPr>
        <w:t>اَلْاِنْسَانُ ﻋَﺒ۪ﻴﺪُ الْاِحْسَانِ</w:t>
      </w:r>
      <w:r>
        <w:rPr>
          <w:rFonts w:ascii="Times New Roman" w:hAnsi="Times New Roman" w:eastAsia="Noto Serif SC" w:cs="Amiri"/>
          <w:lang w:val="zh-CN" w:eastAsia="zh-CN" w:bidi="ar-SA"/>
          <w:color w:val="000000"/>
          <w:rtl w:val="0"/>
        </w:rPr>
        <w:t>（人受恩惠的感召而心悦诚服，甘愿以爱与敬慕回应施恩者）这一奥义，人人都有对恩惠的崇慕，那么，面对如此无限而永恒的恩惠，即使我有一颗大如宇宙的心，也理当充满对那恩惠的爱，并且愿意把它充满。纵然我未能在实际行动中作出那份爱，我也会说：我正以禀赋、信仰、意念、悦纳、珍视、渴慕、决意与意愿的方式爱着；依此类推……人对优美与完善所当表现的爱，可以与我们概括指出的对恩惠之爱相比照。而不信者则因其不信，施行无限的敌视；甚至对宇宙和万有，也怀着一种暴虐而轻蔑的敌意。</w:t>
      </w:r>
    </w:p>
    <w:p>
      <w:r>
        <w:rPr>
          <w:rFonts w:ascii="Times New Roman" w:hAnsi="Times New Roman" w:eastAsia="Noto Serif SC" w:cs="Amiri"/>
          <w:lang w:val="zh-CN" w:eastAsia="zh-CN" w:bidi="ar-SA"/>
          <w:color w:val="000000"/>
          <w:rtl w:val="0"/>
        </w:rPr>
        <w:t>第二点：对Allah的爱，要求追随穆罕默德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（愿Allah赐他尊荣、恩福与平安）的圣行。因为，爱Allah，就是行祂所悦纳之事；而祂所悦纳之事，最完善地彰显于穆罕默德尊者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（愿Allah赐他尊荣、恩福与平安）身上。在行为与作为上肖似艾哈迈德尊者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（愿Allah赐他尊荣、恩福与平安），有两个方面：</w:t>
      </w:r>
    </w:p>
    <w:p>
      <w:r>
        <w:rPr>
          <w:rFonts w:ascii="Times New Roman" w:hAnsi="Times New Roman" w:eastAsia="Noto Serif SC" w:cs="Amiri"/>
          <w:lang w:val="zh-CN" w:eastAsia="zh-CN" w:bidi="ar-SA"/>
          <w:color w:val="000000"/>
          <w:rtl w:val="0"/>
        </w:rPr>
        <w:t>其一：从爱至高无上的真实主宰Allah这一方面而言，服从祂的命令、在祂所悦纳的范围内行事，就要求那种追随。因为，在这件事上，最完善的先导者，就是穆罕默德尊者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其二：既然艾哈迈德尊者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Allah赐予人类的无限恩惠最重要的媒介，那么，从至高无上的真实主宰Allah的方面而言，他当然配受无限的爱。人若能够肖似自己所爱的尊者，天性上就会愿意肖似他。因此，凡爱Allah所爱者的人，都必然要追随他高贵的圣行，努力肖似他。</w:t>
      </w:r>
    </w:p>
    <w:p>
      <w:r>
        <w:rPr>
          <w:rFonts w:ascii="Times New Roman" w:hAnsi="Times New Roman" w:eastAsia="Noto Serif SC" w:cs="Amiri"/>
          <w:lang w:val="zh-CN" w:eastAsia="zh-CN" w:bidi="ar-SA"/>
          <w:color w:val="000000"/>
          <w:rtl w:val="0"/>
        </w:rPr>
        <w:t>第三点：至高无上的真实主宰Allah既有无限的慈悯，也有无限的爱。祂以整个宇宙中受造之作的种种美妙与装饰，使自己受到无限的爱慕；同样，祂也爱那些受造之作，尤其爱那些有意识的受造物，因为他们以爱回应祂使自己蒙受的爱。乐园的一切精妙、美好、乐趣与恩赐，都竭力要把那位尊者——这一切皆是祂慈悯的一次显现——的宠爱吸引到自己身上；由此可见，这是一个何等重要、何等崇高的目标。</w:t>
      </w:r>
    </w:p>
    <w:p>
      <w:r>
        <w:rPr>
          <w:rFonts w:ascii="Times New Roman" w:hAnsi="Times New Roman" w:eastAsia="Noto Serif SC" w:cs="Amiri"/>
          <w:lang w:val="zh-CN" w:eastAsia="zh-CN" w:bidi="ar-SA"/>
          <w:color w:val="000000"/>
          <w:rtl w:val="0"/>
        </w:rPr>
        <w:t>既然祂的言辞明文表明，只有追随艾哈迈德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（愿Allah赐他尊荣、恩福与平安）的圣行，才能获得祂的宠爱，那么，追随艾哈迈德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（愿Allah赐他尊荣、恩福与平安）的圣行，确已成为人类最重大的目标、人类最重要的职责。</w:t>
      </w:r>
    </w:p>
    <w:p>
      <w:pPr>
        <w:pStyle w:val="Heading2"/>
      </w:pPr>
      <w:r>
        <w:rPr>
          <w:rFonts w:ascii="Times New Roman" w:hAnsi="Times New Roman" w:eastAsia="Noto Serif SC" w:cs="Amiri"/>
          <w:lang w:val="zh-CN" w:eastAsia="zh-CN" w:bidi="ar-SA"/>
          <w:color w:val="000000"/>
          <w:rtl w:val="0"/>
        </w:rPr>
        <w:t>第十一项精义</w:t>
      </w:r>
    </w:p>
    <w:p>
      <w:r>
        <w:rPr>
          <w:rFonts w:ascii="Times New Roman" w:hAnsi="Times New Roman" w:eastAsia="Noto Serif SC" w:cs="Amiri"/>
          <w:lang w:val="zh-CN" w:eastAsia="zh-CN" w:bidi="ar-SA"/>
          <w:color w:val="000000"/>
          <w:rtl w:val="0"/>
        </w:rPr>
        <w:t>共分三项论题。</w:t>
      </w:r>
    </w:p>
    <w:p>
      <w:r>
        <w:rPr>
          <w:rFonts w:ascii="Times New Roman" w:hAnsi="Times New Roman" w:eastAsia="Noto Serif SC" w:cs="Amiri"/>
          <w:lang w:val="zh-CN" w:eastAsia="zh-CN" w:bidi="ar-SA"/>
          <w:color w:val="000000"/>
          <w:rtl w:val="0"/>
        </w:rPr>
        <w:t>第一项论题：至尊使者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（愿Allah赐他尊荣、恩福与平安）高贵圣行的来源有三：他的言语、他的行为、他的状态。这三类又各分三部分：主命、副功，以及他的美好习惯。</w:t>
      </w:r>
    </w:p>
    <w:p>
      <w:r>
        <w:rPr>
          <w:rFonts w:ascii="Times New Roman" w:hAnsi="Times New Roman" w:eastAsia="Noto Serif SC" w:cs="Amiri"/>
          <w:lang w:val="zh-CN" w:eastAsia="zh-CN" w:bidi="ar-SA"/>
          <w:color w:val="000000"/>
          <w:rtl w:val="0"/>
        </w:rPr>
        <w:t>在主命与当然义务的部分，必须追随；背弃它，便有惩罚与责罚。每个人都有责任追随它。</w:t>
      </w:r>
    </w:p>
    <w:p>
      <w:r>
        <w:rPr>
          <w:rFonts w:ascii="Times New Roman" w:hAnsi="Times New Roman" w:eastAsia="Noto Serif SC" w:cs="Amiri"/>
          <w:lang w:val="zh-CN" w:eastAsia="zh-CN" w:bidi="ar-SA"/>
          <w:color w:val="000000"/>
          <w:rtl w:val="0"/>
        </w:rPr>
        <w:t>在副功的部分，信仰者同样因受嘉许的命令而负有责任。但背弃它没有惩罚与责罚；实践它、追随它，却有巨大的回赐。改变或更换它，则是立异与迷误，是严重的错误。</w:t>
      </w:r>
    </w:p>
    <w:p>
      <w:r>
        <w:rPr>
          <w:rFonts w:ascii="Times New Roman" w:hAnsi="Times New Roman" w:eastAsia="Noto Serif SC" w:cs="Amiri"/>
          <w:lang w:val="zh-CN" w:eastAsia="zh-CN" w:bidi="ar-SA"/>
          <w:color w:val="000000"/>
          <w:rtl w:val="0"/>
        </w:rPr>
        <w:t>至于他高贵的习惯与受嘉许的行为，从智慧、利益以及个人、人类和社会生活来看，仿效并追随他，都是极其可嘉的。因为，他的每一个日常行为中都有许多生活上的益处；而遵从那些礼节与习惯，它们便具有崇拜功修的性质。</w:t>
      </w:r>
    </w:p>
    <w:p>
      <w:r>
        <w:rPr>
          <w:rFonts w:ascii="Times New Roman" w:hAnsi="Times New Roman" w:eastAsia="Noto Serif SC" w:cs="Amiri"/>
          <w:lang w:val="zh-CN" w:eastAsia="zh-CN" w:bidi="ar-SA"/>
          <w:color w:val="000000"/>
          <w:rtl w:val="0"/>
        </w:rPr>
        <w:t>是的，既然朋友与敌人一致确认，艾哈迈德尊者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具有美好品德的最高层次；既然大家公认，他是人类中最著名、最卓越的人物；既然数千项奇迹的指示、他所创立的伊斯兰世界及其完善的见证，以及他所宣讲并传译的至睿《古兰经》诸真理的确认，都表明他是最完善的完人与最完美的引导者；既然数百万具备完善之人，借追随他的成果，在完善的诸层次中不断上升，抵达两世幸福——那么，那位尊者的圣行与行为，当然是最美好、最值得效法的典范，是最坚实、最值得遵循的向导，也是最稳固、最应当奉为准则的法则。在追随圣行中所获份额越多的人，便越有福。</w:t>
      </w:r>
    </w:p>
    <w:p>
      <w:r>
        <w:rPr>
          <w:rFonts w:ascii="Times New Roman" w:hAnsi="Times New Roman" w:eastAsia="Noto Serif SC" w:cs="Amiri"/>
          <w:lang w:val="zh-CN" w:eastAsia="zh-CN" w:bidi="ar-SA"/>
          <w:color w:val="000000"/>
          <w:rtl w:val="0"/>
        </w:rPr>
        <w:t>不追随圣行而懒惰懈怠，是巨大的损失；把圣行看得无关紧要，是巨大的罪孽；以暗含否认的方式批评圣行，则是巨大的迷误。</w:t>
      </w:r>
    </w:p>
    <w:p>
      <w:r>
        <w:rPr>
          <w:rFonts w:ascii="Times New Roman" w:hAnsi="Times New Roman" w:eastAsia="Noto Serif SC" w:cs="Amiri"/>
          <w:lang w:val="zh-CN" w:eastAsia="zh-CN" w:bidi="ar-SA"/>
          <w:color w:val="000000"/>
          <w:rtl w:val="0"/>
        </w:rPr>
        <w:t>第二项论题：至高无上的真实主宰Allah在至睿《古兰经》中宣示：</w:t>
      </w:r>
      <w:r>
        <w:rPr>
          <w:rFonts w:ascii="Amiri" w:hAnsi="Amiri" w:eastAsia="Amiri" w:cs="Amiri"/>
          <w:lang w:val="zh-CN" w:eastAsia="zh-CN" w:bidi="ar-SA"/>
          <w:rtl w:val="1"/>
          <w:cs w:val="1"/>
          <w:color w:val="000000"/>
          <w:sz w:val="24"/>
          <w:szCs w:val="24"/>
        </w:rPr>
        <w:t>ﻭَﺍِﻧَّﻚَ ﻟَﻌَﻠٰﻰ ﺧُﻠُﻖٍ ﻋَﻈ۪ﻴﻢٍ</w:t>
      </w:r>
      <w:r>
        <w:rPr>
          <w:rFonts w:ascii="Times New Roman" w:hAnsi="Times New Roman" w:eastAsia="Noto Serif SC" w:cs="Amiri"/>
          <w:lang w:val="zh-CN" w:eastAsia="zh-CN" w:bidi="ar-SA"/>
          <w:color w:val="000000"/>
          <w:rtl w:val="0"/>
        </w:rPr>
        <w:t>（你确实具有伟大的品德；你的品性与行为处于崇高而宏阔的完善之上）。据真实可靠的传述，像尊贵的忠贞者阿伊莎</w:t>
      </w:r>
      <w:r>
        <w:rPr>
          <w:rFonts w:ascii="Amiri" w:hAnsi="Amiri" w:eastAsia="Amiri" w:cs="Amiri"/>
          <w:lang w:val="zh-CN" w:eastAsia="zh-CN" w:bidi="ar-SA"/>
          <w:rtl w:val="1"/>
          <w:cs w:val="1"/>
          <w:color w:val="000000"/>
          <w:sz w:val="24"/>
          <w:szCs w:val="24"/>
        </w:rPr>
        <w:t>رَضِيَ اللَّهُ عَنْهَا</w:t>
      </w:r>
      <w:r>
        <w:rPr>
          <w:rFonts w:ascii="Times New Roman" w:hAnsi="Times New Roman" w:eastAsia="Noto Serif SC" w:cs="Amiri"/>
          <w:lang w:val="zh-CN" w:eastAsia="zh-CN" w:bidi="ar-SA"/>
          <w:color w:val="000000"/>
          <w:rtl w:val="0"/>
        </w:rPr>
        <w:t>（愿Allah喜悦她）这样卓越的圣门弟子，在描述先知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（愿Allah赐他尊荣、恩福与平安）时，都说：“他的品德就是《古兰经》。”也就是说，穆罕默德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（愿Allah赐他尊荣、恩福与平安）就是《古兰经》所阐明的美好品德的典范；最充分实践那些美德、天性又被造成立于那些美德之上的，正是他。</w:t>
      </w:r>
    </w:p>
    <w:p>
      <w:r>
        <w:rPr>
          <w:rFonts w:ascii="Times New Roman" w:hAnsi="Times New Roman" w:eastAsia="Noto Serif SC" w:cs="Amiri"/>
          <w:lang w:val="zh-CN" w:eastAsia="zh-CN" w:bidi="ar-SA"/>
          <w:color w:val="000000"/>
          <w:rtl w:val="0"/>
        </w:rPr>
        <w:t>这样一位尊者，他的每一种行为、状态、言语与举动，本都配成为全人类的楷模；而那些信仰他、属于他共同体却不重视他的圣行、或想要改变它的疏忽遗忘者，是何等不幸，就连疯狂的人也能明白。</w:t>
      </w:r>
    </w:p>
    <w:p>
      <w:r>
        <w:rPr>
          <w:rFonts w:ascii="Times New Roman" w:hAnsi="Times New Roman" w:eastAsia="Noto Serif SC" w:cs="Amiri"/>
          <w:lang w:val="zh-CN" w:eastAsia="zh-CN" w:bidi="ar-SA"/>
          <w:color w:val="000000"/>
          <w:rtl w:val="0"/>
        </w:rPr>
        <w:t>第三项论题：至尊使者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受造时便处于最中正的形态、最完善的状态，因此，他的一举一动都沿着中正与端正而行。他高贵的生平确凿地表明：他在每一个行为中都秉持端正与中正，避免过与不及。是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（愿Allah赐他尊荣、恩福与平安）完全实践了</w:t>
      </w:r>
      <w:r>
        <w:rPr>
          <w:rFonts w:ascii="Amiri" w:hAnsi="Amiri" w:eastAsia="Amiri" w:cs="Amiri"/>
          <w:lang w:val="zh-CN" w:eastAsia="zh-CN" w:bidi="ar-SA"/>
          <w:rtl w:val="1"/>
          <w:cs w:val="1"/>
          <w:color w:val="000000"/>
          <w:sz w:val="24"/>
          <w:szCs w:val="24"/>
        </w:rPr>
        <w:t>ﻓَﺎﺳْﺘَﻘِﻢْ ﻛَﻤَٓﺎ ﺍُﻣِﺮْﺕَ</w:t>
      </w:r>
      <w:r>
        <w:rPr>
          <w:rFonts w:ascii="Times New Roman" w:hAnsi="Times New Roman" w:eastAsia="Noto Serif SC" w:cs="Amiri"/>
          <w:lang w:val="zh-CN" w:eastAsia="zh-CN" w:bidi="ar-SA"/>
          <w:color w:val="000000"/>
          <w:rtl w:val="0"/>
        </w:rPr>
        <w:t>（你当依照你所奉的命令坚守正道，不偏不倚）这一命令，因此，端正确凿可见于他的一切行为、言语与状态。</w:t>
      </w:r>
    </w:p>
    <w:p>
      <w:r>
        <w:rPr>
          <w:rFonts w:ascii="Times New Roman" w:hAnsi="Times New Roman" w:eastAsia="Noto Serif SC" w:cs="Amiri"/>
          <w:lang w:val="zh-CN" w:eastAsia="zh-CN" w:bidi="ar-SA"/>
          <w:color w:val="000000"/>
          <w:rtl w:val="0"/>
        </w:rPr>
        <w:t>例如，理智官能的败坏与黑暗，在于过与不及，即愚钝与诡诈；他远离这两者，其理智官能始终运行于智慧这一点上，而智慧正是中正之界、端正之枢……</w:t>
      </w:r>
    </w:p>
    <w:p>
      <w:r>
        <w:rPr>
          <w:rFonts w:ascii="Times New Roman" w:hAnsi="Times New Roman" w:eastAsia="Noto Serif SC" w:cs="Amiri"/>
          <w:lang w:val="zh-CN" w:eastAsia="zh-CN" w:bidi="ar-SA"/>
          <w:color w:val="000000"/>
          <w:rtl w:val="0"/>
        </w:rPr>
        <w:t>怒性官能的败坏及其过与不及，在于怯懦与暴怒；他超绝于这两者，其怒性官能既以神圣的勇敢运行，而神圣的勇敢正是怒性官能的端正之枢与中正之界……</w:t>
      </w:r>
    </w:p>
    <w:p>
      <w:r>
        <w:rPr>
          <w:rFonts w:ascii="Times New Roman" w:hAnsi="Times New Roman" w:eastAsia="Noto Serif SC" w:cs="Amiri"/>
          <w:lang w:val="zh-CN" w:eastAsia="zh-CN" w:bidi="ar-SA"/>
          <w:color w:val="000000"/>
          <w:rtl w:val="0"/>
        </w:rPr>
        <w:t>欲性官能的败坏及其过与不及，在于冷漠与放纵；他净化了这两者，其欲性官能始终以贞节为向导，而贞节正是这一官能的端正之枢；他把贞节保持在最高程度的纯洁无瑕。依此类推……</w:t>
      </w:r>
    </w:p>
    <w:p>
      <w:r>
        <w:rPr>
          <w:rFonts w:ascii="Times New Roman" w:hAnsi="Times New Roman" w:eastAsia="Noto Serif SC" w:cs="Amiri"/>
          <w:lang w:val="zh-CN" w:eastAsia="zh-CN" w:bidi="ar-SA"/>
          <w:color w:val="000000"/>
          <w:rtl w:val="0"/>
        </w:rPr>
        <w:t>在他一切高贵的圣行、天赋的状态与神圣律法的各项律则中，他都选择端正之界，避免过与不及、浪费与挥霍，因为它们是不义与黑暗。甚至，在言谈和饮食之中，他也以适度为向导，坚决避免浪费。关于这一真理的详述，已写成数千卷书。依</w:t>
      </w:r>
      <w:r>
        <w:rPr>
          <w:rFonts w:ascii="Amiri" w:hAnsi="Amiri" w:eastAsia="Amiri" w:cs="Amiri"/>
          <w:lang w:val="zh-CN" w:eastAsia="zh-CN" w:bidi="ar-SA"/>
          <w:rtl w:val="1"/>
          <w:cs w:val="1"/>
          <w:color w:val="000000"/>
          <w:sz w:val="24"/>
          <w:szCs w:val="24"/>
        </w:rPr>
        <w:t>ﺍَﻟْﻌَﺎﺭِﻑُ ﺗَﻜْﻔ۪ﻴﻪِ الْاِشَارَةُ</w:t>
      </w:r>
      <w:r>
        <w:rPr>
          <w:rFonts w:ascii="Times New Roman" w:hAnsi="Times New Roman" w:eastAsia="Noto Serif SC" w:cs="Amiri"/>
          <w:lang w:val="zh-CN" w:eastAsia="zh-CN" w:bidi="ar-SA"/>
          <w:color w:val="000000"/>
          <w:rtl w:val="0"/>
        </w:rPr>
        <w:t>（对于深知的人，一点指示便已足够；精微之义无须繁言便能领会）这一奥义，我们满足于从这大海中取这小滴，就此长话短说。</w:t>
      </w:r>
      <w:r>
        <w:rPr>
          <w:rFonts w:ascii="Amiri" w:hAnsi="Amiri" w:eastAsia="Amiri" w:cs="Amiri"/>
          <w:lang w:val="zh-CN" w:eastAsia="zh-CN" w:bidi="ar-SA"/>
          <w:rtl w:val="1"/>
          <w:cs w:val="1"/>
          <w:color w:val="000000"/>
          <w:sz w:val="24"/>
          <w:szCs w:val="24"/>
        </w:rPr>
        <w:t>ﺍَﻟﻠّٰﻬُﻢَّ ﺻَﻞِّ ﻋَﻠٰﻰ ﺟَﺎﻣِﻊِ ﻣَﻜَﺎﺭِﻡِ الْاَخْلَاقِ</w:t>
      </w:r>
      <w:r>
        <w:rPr>
          <w:rFonts w:ascii="Times New Roman" w:hAnsi="Times New Roman" w:eastAsia="Noto Serif SC" w:cs="Amiri"/>
          <w:lang w:val="zh-CN" w:eastAsia="zh-CN" w:bidi="ar-SA"/>
          <w:color w:val="000000"/>
          <w:rtl w:val="0"/>
        </w:rPr>
        <w:t xml:space="preserve">（Allah啊，求祢赐尊荣与恩福给那位汇集一切高尚品德的尊者） </w:t>
      </w:r>
      <w:r>
        <w:rPr>
          <w:rFonts w:ascii="Amiri" w:hAnsi="Amiri" w:eastAsia="Amiri" w:cs="Amiri"/>
          <w:lang w:val="zh-CN" w:eastAsia="zh-CN" w:bidi="ar-SA"/>
          <w:rtl w:val="1"/>
          <w:cs w:val="1"/>
          <w:color w:val="000000"/>
          <w:sz w:val="24"/>
          <w:szCs w:val="24"/>
        </w:rPr>
        <w:t>ﻭَ ﻣَﻈْﻬَﺮِ ﺳِﺮِّ</w:t>
      </w:r>
      <w:r>
        <w:rPr>
          <w:rFonts w:ascii="Times New Roman" w:hAnsi="Times New Roman" w:eastAsia="Noto Serif SC" w:cs="Amiri"/>
          <w:lang w:val="zh-CN" w:eastAsia="zh-CN" w:bidi="ar-SA"/>
          <w:color w:val="000000"/>
          <w:rtl w:val="0"/>
        </w:rPr>
        <w:t xml:space="preserve">（他是这一奥义的彰显者） </w:t>
      </w:r>
      <w:r>
        <w:rPr>
          <w:rFonts w:ascii="Amiri" w:hAnsi="Amiri" w:eastAsia="Amiri" w:cs="Amiri"/>
          <w:lang w:val="zh-CN" w:eastAsia="zh-CN" w:bidi="ar-SA"/>
          <w:rtl w:val="1"/>
          <w:cs w:val="1"/>
          <w:color w:val="000000"/>
          <w:sz w:val="24"/>
          <w:szCs w:val="24"/>
        </w:rPr>
        <w:t>﴾ﻭَ ﺍِﻧَّﻚَ ﻟَﻌَﻠٰﻰ ﺧُﻠُﻖٍ ﻋَﻈ۪ﻴﻢٍ﴿</w:t>
      </w:r>
      <w:r>
        <w:rPr>
          <w:rFonts w:ascii="Times New Roman" w:hAnsi="Times New Roman" w:eastAsia="Noto Serif SC" w:cs="Amiri"/>
          <w:lang w:val="zh-CN" w:eastAsia="zh-CN" w:bidi="ar-SA"/>
          <w:color w:val="000000"/>
          <w:rtl w:val="0"/>
        </w:rPr>
        <w:t xml:space="preserve">（“你确实具有伟大的品德；你的品性与行为处于崇高而宏阔的完善之上”） </w:t>
      </w:r>
      <w:r>
        <w:rPr>
          <w:rFonts w:ascii="Amiri" w:hAnsi="Amiri" w:eastAsia="Amiri" w:cs="Amiri"/>
          <w:lang w:val="zh-CN" w:eastAsia="zh-CN" w:bidi="ar-SA"/>
          <w:rtl w:val="1"/>
          <w:cs w:val="1"/>
          <w:color w:val="000000"/>
          <w:sz w:val="24"/>
          <w:szCs w:val="24"/>
        </w:rPr>
        <w:t>ﺍَﻟَّﺬ۪ﻯ ﻗَﺎﻝَ</w:t>
      </w:r>
      <w:r>
        <w:rPr>
          <w:rFonts w:ascii="Times New Roman" w:hAnsi="Times New Roman" w:eastAsia="Noto Serif SC" w:cs="Amiri"/>
          <w:lang w:val="zh-CN" w:eastAsia="zh-CN" w:bidi="ar-SA"/>
          <w:color w:val="000000"/>
          <w:rtl w:val="0"/>
        </w:rPr>
        <w:t xml:space="preserve">（他曾说） </w:t>
      </w:r>
      <w:r>
        <w:rPr>
          <w:rFonts w:ascii="Amiri" w:hAnsi="Amiri" w:eastAsia="Amiri" w:cs="Amiri"/>
          <w:lang w:val="zh-CN" w:eastAsia="zh-CN" w:bidi="ar-SA"/>
          <w:rtl w:val="1"/>
          <w:cs w:val="1"/>
          <w:color w:val="000000"/>
          <w:sz w:val="24"/>
          <w:szCs w:val="24"/>
        </w:rPr>
        <w:t>ﻣَﻦْ ﺗَﻤَﺴَّﻚَ ﺑِﺴُﻨَّﺘ۪ﻰ ﻋِﻨْﺪَ ﻓَﺴَﺎﺩِ ﺍُﻣَّﺘ۪ﻰ ﻓَﻠَﻪُ ﺍَﺟْﺮُ ﻣِﺎَﺓِ ﺷَﻬ۪ﻴﺪٍ</w:t>
      </w:r>
      <w:r>
        <w:rPr>
          <w:rFonts w:ascii="Times New Roman" w:hAnsi="Times New Roman" w:eastAsia="Noto Serif SC" w:cs="Amiri"/>
          <w:lang w:val="zh-CN" w:eastAsia="zh-CN" w:bidi="ar-SA"/>
          <w:color w:val="000000"/>
          <w:rtl w:val="0"/>
        </w:rPr>
        <w:t xml:space="preserve">（当我的共同体败坏之时，谁坚守我的圣行，谁就获得一百位殉道者的回赐） </w:t>
      </w:r>
      <w:r>
        <w:rPr>
          <w:rFonts w:ascii="Amiri" w:hAnsi="Amiri" w:eastAsia="Amiri" w:cs="Amiri"/>
          <w:lang w:val="zh-CN" w:eastAsia="zh-CN" w:bidi="ar-SA"/>
          <w:rtl w:val="1"/>
          <w:cs w:val="1"/>
          <w:color w:val="000000"/>
          <w:sz w:val="24"/>
          <w:szCs w:val="24"/>
        </w:rPr>
        <w:t>ﺍَﻟْﺤَﻤْﺪُ ﻟِﻠّٰﻪِ ﺍﻟَّﺬ۪ﻯ ﻫَﺪٰﻳﻨَﺎ ﻟِﻬٰﺬَﺍ</w:t>
      </w:r>
      <w:r>
        <w:rPr>
          <w:rFonts w:ascii="Times New Roman" w:hAnsi="Times New Roman" w:eastAsia="Noto Serif SC" w:cs="Amiri"/>
          <w:lang w:val="zh-CN" w:eastAsia="zh-CN" w:bidi="ar-SA"/>
          <w:color w:val="000000"/>
          <w:rtl w:val="0"/>
        </w:rPr>
        <w:t xml:space="preserve">（一切赞美与称颂全归Allah，祂引导我们达到这一真理与正道） </w:t>
      </w:r>
      <w:r>
        <w:rPr>
          <w:rFonts w:ascii="Amiri" w:hAnsi="Amiri" w:eastAsia="Amiri" w:cs="Amiri"/>
          <w:lang w:val="zh-CN" w:eastAsia="zh-CN" w:bidi="ar-SA"/>
          <w:rtl w:val="1"/>
          <w:cs w:val="1"/>
          <w:color w:val="000000"/>
          <w:sz w:val="24"/>
          <w:szCs w:val="24"/>
        </w:rPr>
        <w:t>ﻭَ ﻣَﺎ ﻛُﻨَّﺎ ﻟِﻨَﻬْﺘَﺪِﻯَ ﻟَﻮْ لَٓا ﺍَﻥْ ﻫَﺪٰﻳﻨَﺎ ﺍﻟﻠّٰﻪُ</w:t>
      </w:r>
      <w:r>
        <w:rPr>
          <w:rFonts w:ascii="Times New Roman" w:hAnsi="Times New Roman" w:eastAsia="Noto Serif SC" w:cs="Amiri"/>
          <w:lang w:val="zh-CN" w:eastAsia="zh-CN" w:bidi="ar-SA"/>
          <w:color w:val="000000"/>
          <w:rtl w:val="0"/>
        </w:rPr>
        <w:t xml:space="preserve">（假若Allah没有引导我们，我们绝不能凭自己走上正道） </w:t>
      </w:r>
      <w:r>
        <w:rPr>
          <w:rFonts w:ascii="Amiri" w:hAnsi="Amiri" w:eastAsia="Amiri" w:cs="Amiri"/>
          <w:lang w:val="zh-CN" w:eastAsia="zh-CN" w:bidi="ar-SA"/>
          <w:rtl w:val="1"/>
          <w:cs w:val="1"/>
          <w:color w:val="000000"/>
          <w:sz w:val="24"/>
          <w:szCs w:val="24"/>
        </w:rPr>
        <w:t>ﻟَﻘَﺪْ ﺟَٓﺎﺋَﺖْ ﺭُﺳُﻞُ ﺭَﺑِّﻨَﺎ ﺑِﺎﻟْﺤَﻖِّ</w:t>
      </w:r>
      <w:r>
        <w:rPr>
          <w:rFonts w:ascii="Times New Roman" w:hAnsi="Times New Roman" w:eastAsia="Noto Serif SC" w:cs="Amiri"/>
          <w:lang w:val="zh-CN" w:eastAsia="zh-CN" w:bidi="ar-SA"/>
          <w:color w:val="000000"/>
          <w:rtl w:val="0"/>
        </w:rPr>
        <w:t xml:space="preserve">（我们养育并主宰者的众使者确已带着真理而来）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（祢确是全知者，知晓一切；祢确是至睿者，一切作为皆充满智慧）</w:t>
      </w:r>
    </w:p>
    <w:p>
      <w:pPr>
        <w:pStyle w:val="Heading1"/>
        <w:pageBreakBefore/>
      </w:pPr>
      <w:r>
        <w:rPr>
          <w:rFonts w:ascii="Times New Roman" w:hAnsi="Times New Roman" w:eastAsia="Noto Serif SC" w:cs="Amiri"/>
          <w:lang w:val="zh-CN" w:eastAsia="zh-CN" w:bidi="ar-SA"/>
          <w:color w:val="000000"/>
          <w:rtl w:val="0"/>
        </w:rPr>
        <w:t>第十二篇闪光</w:t>
      </w:r>
    </w:p>
    <w:p>
      <w:r>
        <w:rPr>
          <w:rFonts w:ascii="Times New Roman" w:hAnsi="Times New Roman" w:eastAsia="Noto Serif SC" w:cs="Amiri"/>
          <w:lang w:val="zh-CN" w:eastAsia="zh-CN" w:bidi="ar-SA"/>
          <w:color w:val="000000"/>
          <w:rtl w:val="0"/>
        </w:rPr>
        <w:t>鉴于雷费特先生提出的两个局部问题，本篇阐释《古兰经》的两项精义。</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w:t>
      </w:r>
      <w:r>
        <w:rPr>
          <w:rFonts w:ascii="Times New Roman" w:hAnsi="Times New Roman" w:eastAsia="Noto Serif SC" w:cs="Amiri"/>
          <w:lang w:val="zh-CN" w:eastAsia="zh-CN" w:bidi="ar-SA"/>
          <w:color w:val="000000"/>
          <w:rtl w:val="0"/>
        </w:rPr>
        <w:t xml:space="preserve">（愿平安归于你） </w:t>
      </w:r>
      <w:r>
        <w:rPr>
          <w:rFonts w:ascii="Amiri" w:hAnsi="Amiri" w:eastAsia="Amiri" w:cs="Amiri"/>
          <w:lang w:val="zh-CN" w:eastAsia="zh-CN" w:bidi="ar-SA"/>
          <w:rtl w:val="1"/>
          <w:cs w:val="1"/>
          <w:color w:val="000000"/>
          <w:sz w:val="24"/>
          <w:szCs w:val="24"/>
        </w:rPr>
        <w:t>ﻭَ ﻋَﻠٰﻰ ﺍِﺧْﻮَﺍﻧِﻜُﻢْ</w:t>
      </w:r>
      <w:r>
        <w:rPr>
          <w:rFonts w:ascii="Times New Roman" w:hAnsi="Times New Roman" w:eastAsia="Noto Serif SC" w:cs="Amiri"/>
          <w:lang w:val="zh-CN" w:eastAsia="zh-CN" w:bidi="ar-SA"/>
          <w:color w:val="000000"/>
          <w:rtl w:val="0"/>
        </w:rPr>
        <w:t xml:space="preserve">（也愿平安归于你的兄弟们） </w:t>
      </w:r>
      <w:r>
        <w:rPr>
          <w:rFonts w:ascii="Amiri" w:hAnsi="Amiri" w:eastAsia="Amiri" w:cs="Amiri"/>
          <w:lang w:val="zh-CN" w:eastAsia="zh-CN" w:bidi="ar-SA"/>
          <w:rtl w:val="1"/>
          <w:cs w:val="1"/>
          <w:color w:val="000000"/>
          <w:sz w:val="24"/>
          <w:szCs w:val="24"/>
        </w:rPr>
        <w:t>ﻭَ ﺭَﺣْﻤَﺔُ ﺍﻟﻠّٰﻪِ ﻭَ ﺑَﺮَﻛَﺎﺗُﻪُ</w:t>
      </w:r>
      <w:r>
        <w:rPr>
          <w:rFonts w:ascii="Times New Roman" w:hAnsi="Times New Roman" w:eastAsia="Noto Serif SC" w:cs="Amiri"/>
          <w:lang w:val="zh-CN" w:eastAsia="zh-CN" w:bidi="ar-SA"/>
          <w:color w:val="000000"/>
          <w:rtl w:val="0"/>
        </w:rPr>
        <w:t>（愿Allah的慈悯与祂的诸般福佑同临于你们）  亲爱而忠诚的兄弟，雷费特先生！在我无暇应允的此时，你提出的问题使我处境为难。你这次的两个问题虽然细小而个别，但它们关涉《古兰经》的两项精义；而你关于地球的问题，又触及地理学和宇宙志对七层大地与七重诸天的批评，因此我认为它们十分重要。所以，我不囿于问题的局部性，而将以学术性、普遍性的方式，概括阐述关于两节尊贵经文的两项精义。你也可以从中取得针对自己局部问题的份额。第一项精义：它包含两点。</w:t>
      </w:r>
    </w:p>
    <w:p>
      <w:r>
        <w:rPr>
          <w:rFonts w:ascii="Times New Roman" w:hAnsi="Times New Roman" w:eastAsia="Noto Serif SC" w:cs="Amiri"/>
          <w:lang w:val="zh-CN" w:eastAsia="zh-CN" w:bidi="ar-SA"/>
          <w:color w:val="000000"/>
          <w:rtl w:val="0"/>
        </w:rPr>
        <w:t>第一点：依照</w:t>
      </w:r>
      <w:r>
        <w:rPr>
          <w:rFonts w:ascii="Amiri" w:hAnsi="Amiri" w:eastAsia="Amiri" w:cs="Amiri"/>
          <w:lang w:val="zh-CN" w:eastAsia="zh-CN" w:bidi="ar-SA"/>
          <w:rtl w:val="1"/>
          <w:cs w:val="1"/>
          <w:color w:val="000000"/>
          <w:sz w:val="24"/>
          <w:szCs w:val="24"/>
        </w:rPr>
        <w:t>ﻭَﻛَﺎَﻳِّﻦْ ﻣِﻦْ ﺩَٓﺍﺑَّﺔٍ لَا ﺗَﺤْﻤِﻞُ ﺭِﺯْﻗَﻬَﺎ ﺍَﻟﻠّٰﻪُ ﻳَﺮْﺯُﻗُﻬَﺎ ﻭَﺍِﻳَّﺎﻛُﻢْ</w:t>
      </w:r>
      <w:r>
        <w:rPr>
          <w:rFonts w:ascii="Times New Roman" w:hAnsi="Times New Roman" w:eastAsia="Noto Serif SC" w:cs="Amiri"/>
          <w:lang w:val="zh-CN" w:eastAsia="zh-CN" w:bidi="ar-SA"/>
          <w:color w:val="000000"/>
          <w:rtl w:val="0"/>
        </w:rPr>
        <w:t xml:space="preserve">（有多少行走于地的生物，自身并不担负自己的给养；Allah供给它，也供给你们） </w:t>
      </w:r>
      <w:r>
        <w:rPr>
          <w:rFonts w:ascii="Amiri" w:hAnsi="Amiri" w:eastAsia="Amiri" w:cs="Amiri"/>
          <w:lang w:val="zh-CN" w:eastAsia="zh-CN" w:bidi="ar-SA"/>
          <w:rtl w:val="1"/>
          <w:cs w:val="1"/>
          <w:color w:val="000000"/>
          <w:sz w:val="24"/>
          <w:szCs w:val="24"/>
        </w:rPr>
        <w:t>٭ ﺍِﻥَّ ﺍﻟﻠّٰﻪَ ﻫُﻮَ ﺍﻟﺮَّﺯَّﺍﻕُ ﺫُﻭ ﺍﻟْﻘُﻮَّﺓِ ﺍﻟْﻤَﺘ۪ﻴﻦُ</w:t>
      </w:r>
      <w:r>
        <w:rPr>
          <w:rFonts w:ascii="Times New Roman" w:hAnsi="Times New Roman" w:eastAsia="Noto Serif SC" w:cs="Amiri"/>
          <w:lang w:val="zh-CN" w:eastAsia="zh-CN" w:bidi="ar-SA"/>
          <w:color w:val="000000"/>
          <w:rtl w:val="0"/>
        </w:rPr>
        <w:t>（Allah确是赐予万物给养者，祂拥有强韧无比的力量）这些经文的奥义，给养直接掌握在具威严的全能者Allah手中，并从祂慈悯的宝库中发出。每一个有生命者的给养，都在养育并主宰者Allah的保证之下，因此按理不应有饥饿而死之事。然而，表面上看，似乎有许多人死于饥饿和缺乏给养。这一真理与这项奥义的解答如下：</w:t>
      </w:r>
    </w:p>
    <w:p>
      <w:r>
        <w:rPr>
          <w:rFonts w:ascii="Times New Roman" w:hAnsi="Times New Roman" w:eastAsia="Noto Serif SC" w:cs="Amiri"/>
          <w:lang w:val="zh-CN" w:eastAsia="zh-CN" w:bidi="ar-SA"/>
          <w:color w:val="000000"/>
          <w:rtl w:val="0"/>
        </w:rPr>
        <w:t>养育并主宰者的保证确是真理。没有因缺乏给养而死去的人。因为那位具威严的至睿者Allah，把送入有生命者身体的给养，一部分以脂肪和体内油脂的形式储存起来，以备日后。甚至，祂把送入身体每一个细胞的给养，也储存一部分在那个细胞的一角；将来外部给养不再到来时，便将其留作一份供消耗的储备粮。</w:t>
      </w:r>
    </w:p>
    <w:p>
      <w:r>
        <w:rPr>
          <w:rFonts w:ascii="Times New Roman" w:hAnsi="Times New Roman" w:eastAsia="Noto Serif SC" w:cs="Amiri"/>
          <w:lang w:val="zh-CN" w:eastAsia="zh-CN" w:bidi="ar-SA"/>
          <w:color w:val="000000"/>
          <w:rtl w:val="0"/>
        </w:rPr>
        <w:t>可见，他们在这份储存的备用给养耗尽之前就已死去。所以，那种死亡并非由于缺乏给养；相反，他们是因不当选择所形成的一种习惯，以及因这种不当选择和戒除该习惯而产生的一种疾病而死去。</w:t>
      </w:r>
    </w:p>
    <w:p>
      <w:r>
        <w:rPr>
          <w:rFonts w:ascii="Times New Roman" w:hAnsi="Times New Roman" w:eastAsia="Noto Serif SC" w:cs="Amiri"/>
          <w:lang w:val="zh-CN" w:eastAsia="zh-CN" w:bidi="ar-SA"/>
          <w:color w:val="000000"/>
          <w:rtl w:val="0"/>
        </w:rPr>
        <w:t>是的，有生命者体内以脂肪形式储存的天供给养，通常可足足维持四十天。甚至，因某种疾病或精神全然沉浸，它还会超过两个四十天。报纸在十三年——现在是三十九年——前曾报道：一个男子因极强烈的执拗，在伦敦监狱里整整七十天不吃任何东西，仍然健康安然地维持着生命。</w:t>
      </w:r>
    </w:p>
    <w:p>
      <w:r>
        <w:rPr>
          <w:rFonts w:ascii="Times New Roman" w:hAnsi="Times New Roman" w:eastAsia="Noto Serif SC" w:cs="Amiri"/>
          <w:lang w:val="zh-CN" w:eastAsia="zh-CN" w:bidi="ar-SA"/>
          <w:color w:val="000000"/>
          <w:rtl w:val="0"/>
        </w:rPr>
        <w:t>既然天供给养能够维持四十天乃至七十、八十天；既然赐予万物给养者这一尊名，以极其广阔的方式彰显于大地表面；既然给养会以全然出人意料的方式，从乳汁与木头中流出、显现；那么，如果充满罪恶的人类不以错误的选择加以干预和扰乱，天供给养必定尚未耗尽，这尊名的援助就已赶到那个有生命者身边，不给饥饿致死留下通路。</w:t>
      </w:r>
    </w:p>
    <w:p>
      <w:r>
        <w:rPr>
          <w:rFonts w:ascii="Times New Roman" w:hAnsi="Times New Roman" w:eastAsia="Noto Serif SC" w:cs="Amiri"/>
          <w:lang w:val="zh-CN" w:eastAsia="zh-CN" w:bidi="ar-SA"/>
          <w:color w:val="000000"/>
          <w:rtl w:val="0"/>
        </w:rPr>
        <w:t>因此，那些死于饥饿的人，如果在四十天之前死去，就绝非因为缺乏给养；相反，这是缘于</w:t>
      </w:r>
      <w:r>
        <w:rPr>
          <w:rFonts w:ascii="Amiri" w:hAnsi="Amiri" w:eastAsia="Amiri" w:cs="Amiri"/>
          <w:lang w:val="zh-CN" w:eastAsia="zh-CN" w:bidi="ar-SA"/>
          <w:rtl w:val="1"/>
          <w:cs w:val="1"/>
          <w:color w:val="000000"/>
          <w:sz w:val="24"/>
          <w:szCs w:val="24"/>
        </w:rPr>
        <w:t>تَرْكُ الْعَادَاتِ مِنَ الْمُهْلِكَاتِ</w:t>
      </w:r>
      <w:r>
        <w:rPr>
          <w:rFonts w:ascii="Times New Roman" w:hAnsi="Times New Roman" w:eastAsia="Noto Serif SC" w:cs="Amiri"/>
          <w:lang w:val="zh-CN" w:eastAsia="zh-CN" w:bidi="ar-SA"/>
          <w:color w:val="000000"/>
          <w:rtl w:val="0"/>
        </w:rPr>
        <w:t>（抛弃长久习惯，是足以毁灭生命的事情之一）所含的奥义，是由不当选择形成的一种习惯，以及戒除该习惯所引发的一种疾患、一种疾病所致。所以，可以说，不会有饥饿而死之事。</w:t>
      </w:r>
    </w:p>
    <w:p>
      <w:r>
        <w:rPr>
          <w:rFonts w:ascii="Times New Roman" w:hAnsi="Times New Roman" w:eastAsia="Noto Serif SC" w:cs="Amiri"/>
          <w:lang w:val="zh-CN" w:eastAsia="zh-CN" w:bidi="ar-SA"/>
          <w:color w:val="000000"/>
          <w:rtl w:val="0"/>
        </w:rPr>
        <w:t>是的，亲眼观察可见，给养与能力和选择成反比。例如，一个幼婴尚未降生以前，在母腹之中完全缺乏选择与能力的时候，他的给养便被送来，充足到甚至无须动一动嘴的程度。</w:t>
      </w:r>
    </w:p>
    <w:p>
      <w:r>
        <w:rPr>
          <w:rFonts w:ascii="Times New Roman" w:hAnsi="Times New Roman" w:eastAsia="Noto Serif SC" w:cs="Amiri"/>
          <w:lang w:val="zh-CN" w:eastAsia="zh-CN" w:bidi="ar-SA"/>
          <w:color w:val="000000"/>
          <w:rtl w:val="0"/>
        </w:rPr>
        <w:t>随后，当他降生时，虽没有能力与选择，却已有一定程度的禀赋和潜在的感觉；因此，他只需做出含住乳头的轻微动作，最完善、最富营养、最易消化、最为精妙的给养，便以最奇异的天造方式，从乳房的乳头流进他的口中。</w:t>
      </w:r>
    </w:p>
    <w:p>
      <w:r>
        <w:rPr>
          <w:rFonts w:ascii="Times New Roman" w:hAnsi="Times New Roman" w:eastAsia="Noto Serif SC" w:cs="Amiri"/>
          <w:lang w:val="zh-CN" w:eastAsia="zh-CN" w:bidi="ar-SA"/>
          <w:color w:val="000000"/>
          <w:rtl w:val="0"/>
        </w:rPr>
        <w:t>随后，随着他逐渐与能力和选择发生关联，那份轻易而美好的给养，便开始在一定程度上不再轻易俯就孩子。乳房的泉流停止，他的给养改由别处送来。然而，由于他的能力与选择尚不足以追寻给养，慷慨的赐予万物给养者Allah便遣来其父母的怜爱与慈悯，作为其能力与选择的辅助。</w:t>
      </w:r>
    </w:p>
    <w:p>
      <w:r>
        <w:rPr>
          <w:rFonts w:ascii="Times New Roman" w:hAnsi="Times New Roman" w:eastAsia="Noto Serif SC" w:cs="Amiri"/>
          <w:lang w:val="zh-CN" w:eastAsia="zh-CN" w:bidi="ar-SA"/>
          <w:color w:val="000000"/>
          <w:rtl w:val="0"/>
        </w:rPr>
        <w:t>一旦能力与选择趋于完善，给养便不再向他奔来，也不再被驱赶着送向他。给养停在原处，说道：“来寻找我，发现我，把我取走吧！”</w:t>
      </w:r>
    </w:p>
    <w:p>
      <w:r>
        <w:rPr>
          <w:rFonts w:ascii="Times New Roman" w:hAnsi="Times New Roman" w:eastAsia="Noto Serif SC" w:cs="Amiri"/>
          <w:lang w:val="zh-CN" w:eastAsia="zh-CN" w:bidi="ar-SA"/>
          <w:color w:val="000000"/>
          <w:rtl w:val="0"/>
        </w:rPr>
        <w:t>可见，给养与能力和选择成反比。我们已在许多论著中阐明：最缺乏选择与能力的动物，反而生活得更好，得到的滋养也更好。</w:t>
      </w:r>
    </w:p>
    <w:p>
      <w:r>
        <w:rPr>
          <w:rFonts w:ascii="Times New Roman" w:hAnsi="Times New Roman" w:eastAsia="Noto Serif SC" w:cs="Amiri"/>
          <w:lang w:val="zh-CN" w:eastAsia="zh-CN" w:bidi="ar-SA"/>
          <w:color w:val="000000"/>
          <w:rtl w:val="0"/>
        </w:rPr>
        <w:t>第二点：可能性有不同的种类，分为理性可能性、惯例可能性、通常可能性等。一件事若不在理性可能的范围内，就会被拒绝；若不在惯例可能的范围内，它可以成为奇迹，却不会轻易成为非凡恩迹。若按惯例和常规没有同类，那么只有凭达到亲见程度的确凿证据，它才会被接受。</w:t>
      </w:r>
    </w:p>
    <w:p>
      <w:r>
        <w:rPr>
          <w:rFonts w:ascii="Times New Roman" w:hAnsi="Times New Roman" w:eastAsia="Noto Serif SC" w:cs="Amiri"/>
          <w:lang w:val="zh-CN" w:eastAsia="zh-CN" w:bidi="ar-SA"/>
          <w:color w:val="000000"/>
          <w:rtl w:val="0"/>
        </w:rPr>
        <w:t>基于这项奥义，赛义德·艾哈迈德·贝德维四十天不吃面包的超乎常规状态，属于惯例可能性的范围；它既可能是非凡恩迹，也可能是一种超乎常规的习惯。是的，赛义德·艾哈迈德·贝德维</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他的奥秘圣洁）常处在奇异而全然沉浸的状态中，这方面的传述已达到众源连续传述的程度。他每四十天才进食一次，确曾发生；但并非始终如此。它有时作为非凡恩迹而发生。另有一种可能：他那全然沉浸的精神状态使他不觉需要进食，因此对他而言，这已成为习惯。许多与赛义德·艾哈迈德·贝德维</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（愿Allah使他的奥秘圣洁）同类的亲近Allah者，也有此类超乎常规之事，均以可靠记载传述下来。</w:t>
      </w:r>
    </w:p>
    <w:p>
      <w:r>
        <w:rPr>
          <w:rFonts w:ascii="Times New Roman" w:hAnsi="Times New Roman" w:eastAsia="Noto Serif SC" w:cs="Amiri"/>
          <w:lang w:val="zh-CN" w:eastAsia="zh-CN" w:bidi="ar-SA"/>
          <w:color w:val="000000"/>
          <w:rtl w:val="0"/>
        </w:rPr>
        <w:t>既然如我们在第一点中所证明的，储存的给养可以维持四十天以上，不吃那么长时间在通常情况下是可能的，而且那些具有超乎常规之事者的这种状态也有可靠传述，那么，当然不应加以否认。</w:t>
      </w:r>
    </w:p>
    <w:p>
      <w:r>
        <w:rPr>
          <w:rFonts w:ascii="Times New Roman" w:hAnsi="Times New Roman" w:eastAsia="Noto Serif SC" w:cs="Amiri"/>
          <w:lang w:val="zh-CN" w:eastAsia="zh-CN" w:bidi="ar-SA"/>
          <w:color w:val="000000"/>
          <w:rtl w:val="0"/>
        </w:rPr>
        <w:t>关于第二问，将阐述两项重要论题。地理学与宇宙志这两门学科，凭其短浅的法则、狭窄的准则和微小的衡量尺度，无法登上《古兰经》的诸天，也无法发现经文星辰中的七层意义，因此疯狂地致力于批评乃至否认经文。第一项重要论题：关于大地也像诸天一样具有七层。这个问题在现代哲学家看来并不真实；他们关于大地与诸天的学科不接受这一说法，并借此反对《古兰经》的某些真理。对此，我们将简要写下几项指示。</w:t>
      </w:r>
    </w:p>
    <w:p>
      <w:r>
        <w:rPr>
          <w:rFonts w:ascii="Times New Roman" w:hAnsi="Times New Roman" w:eastAsia="Noto Serif SC" w:cs="Amiri"/>
          <w:lang w:val="zh-CN" w:eastAsia="zh-CN" w:bidi="ar-SA"/>
          <w:color w:val="000000"/>
          <w:rtl w:val="0"/>
        </w:rPr>
        <w:t>其一：首先，经文的意义是一回事，那些意义的个例与所指对象则是另一回事。只要找不到那个普遍意义众多个例中的某一个，并不能因此否定那个意义。关于诸天有七层、大地有七重的普遍意义，具有众多个例；其中七个所指对象明显可见。</w:t>
      </w:r>
    </w:p>
    <w:p>
      <w:r>
        <w:rPr>
          <w:rFonts w:ascii="Times New Roman" w:hAnsi="Times New Roman" w:eastAsia="Noto Serif SC" w:cs="Amiri"/>
          <w:lang w:val="zh-CN" w:eastAsia="zh-CN" w:bidi="ar-SA"/>
          <w:color w:val="000000"/>
          <w:rtl w:val="0"/>
        </w:rPr>
        <w:t>其二，经文的明文并没有说“七层大地”。</w:t>
      </w:r>
      <w:r>
        <w:rPr>
          <w:rFonts w:ascii="Amiri" w:hAnsi="Amiri" w:eastAsia="Amiri" w:cs="Amiri"/>
          <w:lang w:val="zh-CN" w:eastAsia="zh-CN" w:bidi="ar-SA"/>
          <w:rtl w:val="1"/>
          <w:cs w:val="1"/>
          <w:color w:val="000000"/>
          <w:sz w:val="24"/>
          <w:szCs w:val="24"/>
        </w:rPr>
        <w:t>ﺍَﻟﻠّٰﻪُ ﺍﻟَّﺬ۪ﻯ ﺧَﻠَﻖَ ﺳَﺒْﻊَ ﺳَﻤٰﻮَﺍﺕٍ ﻭَﻣِﻦَ الْاَرْضِ ﻣِﺜْﻠَﻬُﻦَّ ﺍِﻟٰﻰ ﺍٰﺧِﺮِ</w:t>
      </w:r>
      <w:r>
        <w:rPr>
          <w:rFonts w:ascii="Times New Roman" w:hAnsi="Times New Roman" w:eastAsia="Noto Serif SC" w:cs="Amiri"/>
          <w:lang w:val="zh-CN" w:eastAsia="zh-CN" w:bidi="ar-SA"/>
          <w:color w:val="000000"/>
          <w:rtl w:val="0"/>
        </w:rPr>
        <w:t>（Allah创造了七重天，也从大地中创造了与它们相类似者……）这节经文的显义说：“祂也如创造那七重天一般创造了大地，并使其成为受造物的居所。”它并没有说：“我把大地创造成七层。”所谓相似，是从受造性和作为受造物居所这两方面所作的比拟。</w:t>
      </w:r>
    </w:p>
    <w:p>
      <w:r>
        <w:rPr>
          <w:rFonts w:ascii="Times New Roman" w:hAnsi="Times New Roman" w:eastAsia="Noto Serif SC" w:cs="Amiri"/>
          <w:lang w:val="zh-CN" w:eastAsia="zh-CN" w:bidi="ar-SA"/>
          <w:color w:val="000000"/>
          <w:rtl w:val="0"/>
        </w:rPr>
        <w:t>第二：地球相对于诸天虽然极其微小，但由于它如同无数Allah受造之作的展示场、彰显处、汇聚地与中心，所以，正如心灵可与躯体相对，地球也可面对那浩瀚无数的诸天，作为一颗心灵和一个精神中心与之相对。因此：</w:t>
      </w:r>
    </w:p>
    <w:p>
      <w:r>
        <w:rPr>
          <w:rFonts w:ascii="Times New Roman" w:hAnsi="Times New Roman" w:eastAsia="Noto Serif SC" w:cs="Amiri"/>
          <w:lang w:val="zh-CN" w:eastAsia="zh-CN" w:bidi="ar-SA"/>
          <w:color w:val="000000"/>
          <w:rtl w:val="0"/>
        </w:rPr>
        <w:t>从较小的尺度看，大地自古就有七</w:t>
      </w:r>
      <w:r>
        <w:rPr>
          <w:rStyle w:val="FootnoteReference"/>
        </w:rPr>
        <w:footnoteReference w:id="8"/>
      </w:r>
      <w:r>
        <w:rPr>
          <w:rFonts w:ascii="Times New Roman" w:hAnsi="Times New Roman" w:eastAsia="Noto Serif SC" w:cs="Amiri"/>
          <w:lang w:val="zh-CN" w:eastAsia="zh-CN" w:bidi="ar-SA"/>
          <w:color w:val="000000"/>
          <w:rtl w:val="0"/>
        </w:rPr>
        <w:t>种气候区；也有以欧洲、非洲、大洋洲、两个亚洲、两个美洲这些名称著称的七大洲；又有连同海洋在内，东方、西方、北方、南方、此岸与新世界彼岸所知的七大洲；还有从其中心直到外层地表，在智慧上与科学上已经确证、彼此相连而各不相同的七层；又有七类著名的普遍元素，被称为“七层”，它们包含七十种单纯的、局部的元素，并成为有生命者生命的依托；又有称为四元素的水、空气、火、土，连同称为三个生成界的矿物界、植物界和动物界，共为七层和七重世界；还有七层大地的世界，是精灵、伊弗利特以及其他各种有意识、有生命受造物的世界和居所，其存在已由众多具有内在揭见者与具有亲见者的见证所确证；此外，为指示另有七个类似我们地球的球体，可成为有生命者的住所和居所，也就是为指示有七层、即七个地球，人们也从《古兰经》经文中领会到大地具有七层。</w:t>
      </w:r>
    </w:p>
    <w:p>
      <w:r>
        <w:rPr>
          <w:rFonts w:ascii="Times New Roman" w:hAnsi="Times New Roman" w:eastAsia="Noto Serif SC" w:cs="Amiri"/>
          <w:lang w:val="zh-CN" w:eastAsia="zh-CN" w:bidi="ar-SA"/>
          <w:color w:val="000000"/>
          <w:rtl w:val="0"/>
        </w:rPr>
        <w:t>由此可见，大地的七层以七种类型、七种方式确实存在。最后的第八种意义，从另一种角度看十分重要，不包括在那七项之中。</w:t>
      </w:r>
    </w:p>
    <w:p>
      <w:r>
        <w:rPr>
          <w:rFonts w:ascii="Times New Roman" w:hAnsi="Times New Roman" w:eastAsia="Noto Serif SC" w:cs="Amiri"/>
          <w:lang w:val="zh-CN" w:eastAsia="zh-CN" w:bidi="ar-SA"/>
          <w:color w:val="000000"/>
          <w:rtl w:val="0"/>
        </w:rPr>
        <w:t>第三：既然绝对至睿者Allah不作浪费，也不创造无意义之物；既然受造物的存在是为了有意识者，并借有意识者达到完善、充满生机、摆脱无意义；既然亲眼观察可见，那位绝对至睿者Allah，那位具威严的全能者，使空气元素、水的世界和土壤层充满无数有生命者；既然空气和水并不阻碍动物的游走，同样，土壤、石头这类致密物质也不阻碍电和X射线这类物质的穿行。</w:t>
      </w:r>
    </w:p>
    <w:p>
      <w:r>
        <w:rPr>
          <w:rFonts w:ascii="Times New Roman" w:hAnsi="Times New Roman" w:eastAsia="Noto Serif SC" w:cs="Amiri"/>
          <w:lang w:val="zh-CN" w:eastAsia="zh-CN" w:bidi="ar-SA"/>
          <w:color w:val="000000"/>
          <w:rtl w:val="0"/>
        </w:rPr>
        <w:t>当然，那位具完善的至睿者Allah，那位永不衰逝的创造者，从我们地球的中心起，直到作为我们居所和中心的这层外表地壳，绝不会把彼此相连的七个普遍层次及其广阔的场域、世界和洞穴空置不用。祂必定已使它们充满生机，创造了适合并契合那些世界之生机的有意识受造物，使他们安居其中。这些有意识的受造物，既然应当属于天使的种类和灵性的类别，那么，最致密、最坚硬的层次对他们而言，当然就如大海之于鱼、空气之于鸟。甚至，地心那可怕的烈火与这些有意识受造物的关系，也理应如同太阳的热量之于我们。那些有意识的灵性存在由光构成，因此火对他们也如同光。</w:t>
      </w:r>
    </w:p>
    <w:p>
      <w:r>
        <w:rPr>
          <w:rFonts w:ascii="Times New Roman" w:hAnsi="Times New Roman" w:eastAsia="Noto Serif SC" w:cs="Amiri"/>
          <w:lang w:val="zh-CN" w:eastAsia="zh-CN" w:bidi="ar-SA"/>
          <w:color w:val="000000"/>
          <w:rtl w:val="0"/>
        </w:rPr>
        <w:t>第四：《第十八封书信》中，对于具有内在揭见者以超越理性惯常方式所述、关于大地诸层奇异情形的描绘，举过一个比喻。其概要如下：地球在可见世界中是一粒种子；在形象世界与中间世界中，却如一棵大树，宏伟得几乎能与诸天并肩。具有内在揭见者把地球中专属伊弗利特的那一层看成千年路程之遥，这并不是可见世界的地球这粒种子本身，而是它在形象世界中的枝条与层次的显现。</w:t>
      </w:r>
    </w:p>
    <w:p>
      <w:r>
        <w:rPr>
          <w:rFonts w:ascii="Times New Roman" w:hAnsi="Times New Roman" w:eastAsia="Noto Serif SC" w:cs="Amiri"/>
          <w:lang w:val="zh-CN" w:eastAsia="zh-CN" w:bidi="ar-SA"/>
          <w:color w:val="000000"/>
          <w:rtl w:val="0"/>
        </w:rPr>
        <w:t>既然地球表面看似无足轻重的一层，在另一个世界中都有如此宏伟的显现，那么，面对七重诸天，当然也可以称它有七重。为提醒上述诸点，《古兰经》经文以简练而奇迹般的方式，让这微小的大地对应诸天的七层，从而作出指示。第二项重要论题：</w:t>
      </w:r>
      <w:r>
        <w:rPr>
          <w:rFonts w:ascii="Amiri" w:hAnsi="Amiri" w:eastAsia="Amiri" w:cs="Amiri"/>
          <w:lang w:val="zh-CN" w:eastAsia="zh-CN" w:bidi="ar-SA"/>
          <w:rtl w:val="1"/>
          <w:cs w:val="1"/>
          <w:color w:val="000000"/>
          <w:sz w:val="24"/>
          <w:szCs w:val="24"/>
        </w:rPr>
        <w:t>ﺗُﺴَﺒِّﺢُ ﻟَﻪُ ﺍﻟﺴَّﻤٰﻮَﺍﺕُ ﺍﻟﺴَّﺒْﻊُ وَالْاَرْضُ ﻭَﻣَﻦْ ﻓ۪ﻴﻬِﻦَّ ﺍِﻟٰﻰ ﺍٰﺧِﺮِ</w:t>
      </w:r>
      <w:r>
        <w:rPr>
          <w:rFonts w:ascii="Times New Roman" w:hAnsi="Times New Roman" w:eastAsia="Noto Serif SC" w:cs="Amiri"/>
          <w:lang w:val="zh-CN" w:eastAsia="zh-CN" w:bidi="ar-SA"/>
          <w:color w:val="000000"/>
          <w:rtl w:val="0"/>
        </w:rPr>
        <w:t xml:space="preserve">（七重天、大地以及其中的一切，都赞颂祂超绝一切缺欠……） </w:t>
      </w:r>
      <w:r>
        <w:rPr>
          <w:rFonts w:ascii="Amiri" w:hAnsi="Amiri" w:eastAsia="Amiri" w:cs="Amiri"/>
          <w:lang w:val="zh-CN" w:eastAsia="zh-CN" w:bidi="ar-SA"/>
          <w:rtl w:val="1"/>
          <w:cs w:val="1"/>
          <w:color w:val="000000"/>
          <w:sz w:val="24"/>
          <w:szCs w:val="24"/>
        </w:rPr>
        <w:t>ﺛُﻢَّ ﺍﺳْﺘَﻮٰٓﻯ ﺍِﻟَﻰ ﺍﻟﺴَّﻤَٓﺎﺀِ ﻓَﺴَﻮّٰﻳﻬُﻦَّ ﺳَﺒْﻊَ ﺳَﻤٰﻮَﺍﺕٍ ﻭَﻫُﻮَ ﺑِﻜُﻞِّ ﺷَﻰْﺀٍ ﻋَﻠ۪ﻴﻢٌ</w:t>
      </w:r>
      <w:r>
        <w:rPr>
          <w:rFonts w:ascii="Times New Roman" w:hAnsi="Times New Roman" w:eastAsia="Noto Serif SC" w:cs="Amiri"/>
          <w:lang w:val="zh-CN" w:eastAsia="zh-CN" w:bidi="ar-SA"/>
          <w:color w:val="000000"/>
          <w:rtl w:val="0"/>
        </w:rPr>
        <w:t>（随后，祂转而营造诸天，将它们调整完成为七重天；祂全知万物）与这节尊贵经文一样，多节经文都把诸天表述为七重天。在《奇迹的指示》经注中，上一次世界大战的第一年，我们身在战场，因必须简略而极为概括地阐述过这一问题；这里只写下它的一个概要，如下：</w:t>
      </w:r>
    </w:p>
    <w:p>
      <w:r>
        <w:rPr>
          <w:rFonts w:ascii="Times New Roman" w:hAnsi="Times New Roman" w:eastAsia="Noto Serif SC" w:cs="Amiri"/>
          <w:lang w:val="zh-CN" w:eastAsia="zh-CN" w:bidi="ar-SA"/>
          <w:color w:val="000000"/>
          <w:rtl w:val="0"/>
        </w:rPr>
        <w:t>古代智慧学说把诸天设想为九重，并在宗教语言中把至高宝座与御座连同七重天一并计算，以一种奇异的方式描绘诸天。那些古代智慧学说的天才哲人，以其辉煌的论述，把人类置于他们的支配之下长达许多世纪。甚至许多经注家，也不得不使经文的显义迁就他们的学派。这样一来，至睿《古兰经》的奇迹便在一定程度上被蒙上了帷幕。</w:t>
      </w:r>
    </w:p>
    <w:p>
      <w:r>
        <w:rPr>
          <w:rFonts w:ascii="Times New Roman" w:hAnsi="Times New Roman" w:eastAsia="Noto Serif SC" w:cs="Amiri"/>
          <w:lang w:val="zh-CN" w:eastAsia="zh-CN" w:bidi="ar-SA"/>
          <w:color w:val="000000"/>
          <w:rtl w:val="0"/>
        </w:rPr>
        <w:t>至于称为新智慧学说的现代哲学，面对古代哲学关于诸天无法穿行、越过、穿透与接合的极端主张，却走向另一个极端，几乎否认诸天的存在。前者过度，后者不及，都未能完整揭示真理。</w:t>
      </w:r>
    </w:p>
    <w:p>
      <w:r>
        <w:rPr>
          <w:rFonts w:ascii="Times New Roman" w:hAnsi="Times New Roman" w:eastAsia="Noto Serif SC" w:cs="Amiri"/>
          <w:lang w:val="zh-CN" w:eastAsia="zh-CN" w:bidi="ar-SA"/>
          <w:color w:val="000000"/>
          <w:rtl w:val="0"/>
        </w:rPr>
        <w:t>至睿《古兰经》的神圣智慧则舍弃那两种过度与不及，选择中正之道，说道：具威严的创造者Allah创造了七重诸天。运行的星辰则如游鱼，在天空中游行，并赞颂祂超绝一切缺欠。圣训中说：</w:t>
      </w:r>
      <w:r>
        <w:rPr>
          <w:rFonts w:ascii="Amiri" w:hAnsi="Amiri" w:eastAsia="Amiri" w:cs="Amiri"/>
          <w:lang w:val="zh-CN" w:eastAsia="zh-CN" w:bidi="ar-SA"/>
          <w:rtl w:val="1"/>
          <w:cs w:val="1"/>
          <w:color w:val="000000"/>
          <w:sz w:val="24"/>
          <w:szCs w:val="24"/>
        </w:rPr>
        <w:t>ﺍَﻟﺴَّﻤَﺎﺀُ ﻣَﻮْﺝٌ ﻣَﻜْﻔُﻮﻑٌ</w:t>
      </w:r>
      <w:r>
        <w:rPr>
          <w:rFonts w:ascii="Times New Roman" w:hAnsi="Times New Roman" w:eastAsia="Noto Serif SC" w:cs="Amiri"/>
          <w:lang w:val="zh-CN" w:eastAsia="zh-CN" w:bidi="ar-SA"/>
          <w:color w:val="000000"/>
          <w:rtl w:val="0"/>
        </w:rPr>
        <w:t>（天空是一片波涛已被制住的大海）也就是说：“天空是一片波涛已定的大海。”</w:t>
      </w:r>
    </w:p>
    <w:p>
      <w:r>
        <w:rPr>
          <w:rFonts w:ascii="Times New Roman" w:hAnsi="Times New Roman" w:eastAsia="Noto Serif SC" w:cs="Amiri"/>
          <w:lang w:val="zh-CN" w:eastAsia="zh-CN" w:bidi="ar-SA"/>
          <w:color w:val="000000"/>
          <w:rtl w:val="0"/>
        </w:rPr>
        <w:t>现在，我们将以七项法则和七个方面的意义，极为简要地证明这一《古兰经》真理。</w:t>
      </w:r>
    </w:p>
    <w:p>
      <w:r>
        <w:rPr>
          <w:rFonts w:ascii="Times New Roman" w:hAnsi="Times New Roman" w:eastAsia="Noto Serif SC" w:cs="Amiri"/>
          <w:lang w:val="zh-CN" w:eastAsia="zh-CN" w:bidi="ar-SA"/>
          <w:color w:val="000000"/>
          <w:rtl w:val="0"/>
        </w:rPr>
        <w:t>第一项法则：科学和智慧已经确证，这无际无边的宇宙空间并非无尽的虚空，而是充满一种称为“以太”的物质。</w:t>
      </w:r>
    </w:p>
    <w:p>
      <w:r>
        <w:rPr>
          <w:rFonts w:ascii="Times New Roman" w:hAnsi="Times New Roman" w:eastAsia="Noto Serif SC" w:cs="Amiri"/>
          <w:lang w:val="zh-CN" w:eastAsia="zh-CN" w:bidi="ar-SA"/>
          <w:color w:val="000000"/>
          <w:rtl w:val="0"/>
        </w:rPr>
        <w:t>第二：科学、理性乃至观察都已确证，有一种充满那空间的物质存在，它联结天体诸如引力与斥力的法则，并传播和输送光、热、电等物质中的各种力。</w:t>
      </w:r>
    </w:p>
    <w:p>
      <w:r>
        <w:rPr>
          <w:rFonts w:ascii="Times New Roman" w:hAnsi="Times New Roman" w:eastAsia="Noto Serif SC" w:cs="Amiri"/>
          <w:lang w:val="zh-CN" w:eastAsia="zh-CN" w:bidi="ar-SA"/>
          <w:color w:val="000000"/>
          <w:rtl w:val="0"/>
        </w:rPr>
        <w:t>第三：以太物质在仍是以太的同时，也像其他物质一样，以不同构造和各自不同的形态存在，这已由经验确证。是的，正如蒸汽、水、冰这三类气态、液态、固态的事物，可以来自同一种物质；同样，以太物质形成七类层次，既没有任何理性上的障碍，也不构成任何可资反对的理由。</w:t>
      </w:r>
    </w:p>
    <w:p>
      <w:r>
        <w:rPr>
          <w:rFonts w:ascii="Times New Roman" w:hAnsi="Times New Roman" w:eastAsia="Noto Serif SC" w:cs="Amiri"/>
          <w:lang w:val="zh-CN" w:eastAsia="zh-CN" w:bidi="ar-SA"/>
          <w:color w:val="000000"/>
          <w:rtl w:val="0"/>
        </w:rPr>
        <w:t>第四：若仔细观察天体，便会看见那些高层世界的各层之间存在差异。例如，称为“天上之河”与“星河”、通常称作“银河”的那个云状巨大圆环所在的层次，当然不同于恒星的层次。仿佛恒星层的星辰已如夏季果实，成长而成熟；而银河中看似云朵的无数星辰，则正重新涌现，开始成熟。恒星层与太阳系层次的差异，也可凭真实的直觉得知。依此类推，七个系统、七个层次彼此不同，可由感觉与直觉加以领会。</w:t>
      </w:r>
    </w:p>
    <w:p>
      <w:r>
        <w:rPr>
          <w:rFonts w:ascii="Times New Roman" w:hAnsi="Times New Roman" w:eastAsia="Noto Serif SC" w:cs="Amiri"/>
          <w:lang w:val="zh-CN" w:eastAsia="zh-CN" w:bidi="ar-SA"/>
          <w:color w:val="000000"/>
          <w:rtl w:val="0"/>
        </w:rPr>
        <w:t>第五：直觉、感觉、归纳和经验都已确证：一种物质若进入组织与构成，并由它制成其他受造之作，那么它必然呈现不同的层次与形态。</w:t>
      </w:r>
    </w:p>
    <w:p>
      <w:r>
        <w:rPr>
          <w:rFonts w:ascii="Times New Roman" w:hAnsi="Times New Roman" w:eastAsia="Noto Serif SC" w:cs="Amiri"/>
          <w:lang w:val="zh-CN" w:eastAsia="zh-CN" w:bidi="ar-SA"/>
          <w:color w:val="000000"/>
          <w:rtl w:val="0"/>
        </w:rPr>
        <w:t>例如，当金刚石矿中开始形成构造时，就会由那种物质产生灰烬，也就是灰、煤炭和金刚石这些种类。又如，当火开始形成时，便分为火焰、烟雾和炭火等层次。再如，氢气与氧气混合时，便会由这种混合形成水、冰、蒸汽等层次。</w:t>
      </w:r>
    </w:p>
    <w:p>
      <w:r>
        <w:rPr>
          <w:rFonts w:ascii="Times New Roman" w:hAnsi="Times New Roman" w:eastAsia="Noto Serif SC" w:cs="Amiri"/>
          <w:lang w:val="zh-CN" w:eastAsia="zh-CN" w:bidi="ar-SA"/>
          <w:color w:val="000000"/>
          <w:rtl w:val="0"/>
        </w:rPr>
        <w:t>由此可见，一种单一物质若进入构成，就会分成层次。那么，以太物质既然凭借开创者Allah的权能开始形成，祂当然依</w:t>
      </w:r>
      <w:r>
        <w:rPr>
          <w:rFonts w:ascii="Amiri" w:hAnsi="Amiri" w:eastAsia="Amiri" w:cs="Amiri"/>
          <w:lang w:val="zh-CN" w:eastAsia="zh-CN" w:bidi="ar-SA"/>
          <w:rtl w:val="1"/>
          <w:cs w:val="1"/>
          <w:color w:val="000000"/>
          <w:sz w:val="24"/>
          <w:szCs w:val="24"/>
        </w:rPr>
        <w:t>ﻓَﺴَﻮّٰﻳﻬُﻦَّ ﺳَﺒْﻊَ ﺳَﻤٰﻮَﺍﺕٍ</w:t>
      </w:r>
      <w:r>
        <w:rPr>
          <w:rFonts w:ascii="Times New Roman" w:hAnsi="Times New Roman" w:eastAsia="Noto Serif SC" w:cs="Amiri"/>
          <w:lang w:val="zh-CN" w:eastAsia="zh-CN" w:bidi="ar-SA"/>
          <w:color w:val="000000"/>
          <w:rtl w:val="0"/>
        </w:rPr>
        <w:t>（于是祂将它们调整完成，成为七重天）所含的奥义，把它创造为各不相同的七类诸天。</w:t>
      </w:r>
    </w:p>
    <w:p>
      <w:r>
        <w:rPr>
          <w:rFonts w:ascii="Times New Roman" w:hAnsi="Times New Roman" w:eastAsia="Noto Serif SC" w:cs="Amiri"/>
          <w:lang w:val="zh-CN" w:eastAsia="zh-CN" w:bidi="ar-SA"/>
          <w:color w:val="000000"/>
          <w:rtl w:val="0"/>
        </w:rPr>
        <w:t>第六：上述种种迹象，必然指示诸天既确实存在，又为数众多。既然诸天确实为多，而真实无妄的报信者借以奇迹方式阐释至明的《古兰经》之语言说是七重，那么，当然就是七重。</w:t>
      </w:r>
    </w:p>
    <w:p>
      <w:r>
        <w:rPr>
          <w:rFonts w:ascii="Times New Roman" w:hAnsi="Times New Roman" w:eastAsia="Noto Serif SC" w:cs="Amiri"/>
          <w:lang w:val="zh-CN" w:eastAsia="zh-CN" w:bidi="ar-SA"/>
          <w:color w:val="000000"/>
          <w:rtl w:val="0"/>
        </w:rPr>
        <w:t>第七：七、七十、七百这类说法，在阿拉伯语的表达风格中表示众多，因此那七个普遍层次，也可以包含为数极多的层次。</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具威严的全能者Allah从以太物质中创造并完成了七重诸天，以极其精微而奇异的秩序加以安排，又把星辰播撒、栽种在其中。既然以奇迹方式阐释至明的《古兰经》，是对人类与精灵所有阶层发表的一篇无始宣讲，那么，人类的每一个阶层，当然都会从《古兰经》的每一节经文中取得自己的份额；《古兰经》经文也必定以隐含和指示的方式，具有各不相同的多重意义，足以满足每一阶层的理解。是的，《古兰经》宣讲的广阔，以及其意义和指示的宽广，从最普通的民众到最特选的精英，都顾念并照顾各层理解程度；这表明，每一节经文都有一个面向每一阶层的方面，正注视着那个阶层。</w:t>
      </w:r>
    </w:p>
    <w:p>
      <w:r>
        <w:rPr>
          <w:rFonts w:ascii="Times New Roman" w:hAnsi="Times New Roman" w:eastAsia="Noto Serif SC" w:cs="Amiri"/>
          <w:lang w:val="zh-CN" w:eastAsia="zh-CN" w:bidi="ar-SA"/>
          <w:color w:val="000000"/>
          <w:rtl w:val="0"/>
        </w:rPr>
        <w:t>基于这项奥义，在“七重天”的普遍意义中，七层人类领会了各不相同的七重意义。具体如下：对于</w:t>
      </w:r>
      <w:r>
        <w:rPr>
          <w:rFonts w:ascii="Amiri" w:hAnsi="Amiri" w:eastAsia="Amiri" w:cs="Amiri"/>
          <w:lang w:val="zh-CN" w:eastAsia="zh-CN" w:bidi="ar-SA"/>
          <w:rtl w:val="1"/>
          <w:cs w:val="1"/>
          <w:color w:val="000000"/>
          <w:sz w:val="24"/>
          <w:szCs w:val="24"/>
        </w:rPr>
        <w:t>ﻓَﺴَﻮّٰﻳﻬُﻦَّ ﺳَﺒْﻊَ ﺳَﻤٰﻮَﺍﺕٍ</w:t>
      </w:r>
      <w:r>
        <w:rPr>
          <w:rFonts w:ascii="Times New Roman" w:hAnsi="Times New Roman" w:eastAsia="Noto Serif SC" w:cs="Amiri"/>
          <w:lang w:val="zh-CN" w:eastAsia="zh-CN" w:bidi="ar-SA"/>
          <w:color w:val="000000"/>
          <w:rtl w:val="0"/>
        </w:rPr>
        <w:t>（于是祂将它们调整完成，成为七重天）这节经文，目光短浅、思想狭窄的人类阶层，理解为和风大气的诸层。</w:t>
      </w:r>
    </w:p>
    <w:p>
      <w:r>
        <w:rPr>
          <w:rFonts w:ascii="Times New Roman" w:hAnsi="Times New Roman" w:eastAsia="Noto Serif SC" w:cs="Amiri"/>
          <w:lang w:val="zh-CN" w:eastAsia="zh-CN" w:bidi="ar-SA"/>
          <w:color w:val="000000"/>
          <w:rtl w:val="0"/>
        </w:rPr>
        <w:t>另一个被宇宙志弄得头晕目眩的人类阶层，则理解为民间通称的七大行星及其轨道。</w:t>
      </w:r>
    </w:p>
    <w:p>
      <w:r>
        <w:rPr>
          <w:rFonts w:ascii="Times New Roman" w:hAnsi="Times New Roman" w:eastAsia="Noto Serif SC" w:cs="Amiri"/>
          <w:lang w:val="zh-CN" w:eastAsia="zh-CN" w:bidi="ar-SA"/>
          <w:color w:val="000000"/>
          <w:rtl w:val="0"/>
        </w:rPr>
        <w:t>另有一些人，理解为另外七个类似我们地球、已成为有生命者住所的天体。</w:t>
      </w:r>
    </w:p>
    <w:p>
      <w:r>
        <w:rPr>
          <w:rFonts w:ascii="Times New Roman" w:hAnsi="Times New Roman" w:eastAsia="Noto Serif SC" w:cs="Amiri"/>
          <w:lang w:val="zh-CN" w:eastAsia="zh-CN" w:bidi="ar-SA"/>
          <w:color w:val="000000"/>
          <w:rtl w:val="0"/>
        </w:rPr>
        <w:t>另一个人类群体，既理解为太阳系分成七层，也理解为包括我们的太阳系在内，共有七个太阳系。</w:t>
      </w:r>
    </w:p>
    <w:p>
      <w:r>
        <w:rPr>
          <w:rFonts w:ascii="Times New Roman" w:hAnsi="Times New Roman" w:eastAsia="Noto Serif SC" w:cs="Amiri"/>
          <w:lang w:val="zh-CN" w:eastAsia="zh-CN" w:bidi="ar-SA"/>
          <w:color w:val="000000"/>
          <w:rtl w:val="0"/>
        </w:rPr>
        <w:t>又有另一个人类群体，理解为以太物质的各种构造分成七层。</w:t>
      </w:r>
    </w:p>
    <w:p>
      <w:r>
        <w:rPr>
          <w:rFonts w:ascii="Times New Roman" w:hAnsi="Times New Roman" w:eastAsia="Noto Serif SC" w:cs="Amiri"/>
          <w:lang w:val="zh-CN" w:eastAsia="zh-CN" w:bidi="ar-SA"/>
          <w:color w:val="000000"/>
          <w:rtl w:val="0"/>
        </w:rPr>
        <w:t>思想更为宽广的人类阶层，则把整个由星辰装点、可见的天空看作一重天，称之为这个世界的天空，并理解此外另有六重诸天。</w:t>
      </w:r>
    </w:p>
    <w:p>
      <w:r>
        <w:rPr>
          <w:rFonts w:ascii="Times New Roman" w:hAnsi="Times New Roman" w:eastAsia="Noto Serif SC" w:cs="Amiri"/>
          <w:lang w:val="zh-CN" w:eastAsia="zh-CN" w:bidi="ar-SA"/>
          <w:color w:val="000000"/>
          <w:rtl w:val="0"/>
        </w:rPr>
        <w:t>而人类的第七个阶层，也是最高的群体，并不把七重天看作仅限于可见世界；相反，他们理解有七重天存在，分别为后世、幽隐、尘世与形象诸世界充当环绕的外壳与覆盖的穹顶。</w:t>
      </w:r>
    </w:p>
    <w:p>
      <w:r>
        <w:rPr>
          <w:rFonts w:ascii="Times New Roman" w:hAnsi="Times New Roman" w:eastAsia="Noto Serif SC" w:cs="Amiri"/>
          <w:lang w:val="zh-CN" w:eastAsia="zh-CN" w:bidi="ar-SA"/>
          <w:color w:val="000000"/>
          <w:rtl w:val="0"/>
        </w:rPr>
        <w:t>依此类推，这节经文的普遍性中，除了上述七层各自具有的七重意义外，还有许多局部意义。每个人依自己的理解取得份额，也都从这席天上的盛筵中找到自己的给养。</w:t>
      </w:r>
    </w:p>
    <w:p>
      <w:r>
        <w:rPr>
          <w:rFonts w:ascii="Times New Roman" w:hAnsi="Times New Roman" w:eastAsia="Noto Serif SC" w:cs="Amiri"/>
          <w:lang w:val="zh-CN" w:eastAsia="zh-CN" w:bidi="ar-SA"/>
          <w:color w:val="000000"/>
          <w:rtl w:val="0"/>
        </w:rPr>
        <w:t>既然这节经文有如此众多真实的所指对象，那么，如今那些缺乏理智的哲学家及其游荡无根的宇宙志，借口否认诸天而攻击这样的经文，就如顽皮愚蠢的孩子向天上的星辰投掷石块，企图打下一颗星星。因为，只要经文普遍意义中的某一个所指对象是真实的，那个普遍意义就是真实而正确的。甚至，一个虽在现实中不存在、却为大众语言所惯用的个例，为了照顾大众的理解，也可以包括在那个普遍意义之中。何况，我们已经看见，它有许多真实而正确的个例。</w:t>
      </w:r>
    </w:p>
    <w:p>
      <w:r>
        <w:rPr>
          <w:rFonts w:ascii="Times New Roman" w:hAnsi="Times New Roman" w:eastAsia="Noto Serif SC" w:cs="Amiri"/>
          <w:lang w:val="zh-CN" w:eastAsia="zh-CN" w:bidi="ar-SA"/>
          <w:color w:val="000000"/>
          <w:rtl w:val="0"/>
        </w:rPr>
        <w:t>现在，请看这不公正、不正直的地理学，以及这昏乱、迷醉而失去了清醒的宇宙志！这两门学科发生了错误，对真实、正确而可靠的普遍意义闭上双眼，看不见众多真实的所指对象；却把幻想中的一个奇异个例误认作经文的意义，向经文投掷石块，结果砸破了自己的头，也使自己心中的信仰飞散而去！</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古兰经》的天空依七种诵读、七重义面、七类奇迹、七层真理和七项根本而降示。那些如同精灵与撒旦一般、不肯信仰的物质主义思想，无法登上《古兰经》天空的这些七重层面，因此不知道经文群星之中究竟有什么、没有什么，便传报虚假而错误的消息。于是，犹如上述种种探究的流星，从经文群星降落到他们头上，将他们焚烧。</w:t>
      </w:r>
    </w:p>
    <w:p>
      <w:r>
        <w:rPr>
          <w:rFonts w:ascii="Times New Roman" w:hAnsi="Times New Roman" w:eastAsia="Noto Serif SC" w:cs="Amiri"/>
          <w:lang w:val="zh-CN" w:eastAsia="zh-CN" w:bidi="ar-SA"/>
          <w:color w:val="000000"/>
          <w:rtl w:val="0"/>
        </w:rPr>
        <w:t>是的，怀着精灵般心思的哲学家，凭他们的哲学，无法登上《古兰经》的诸天。唯有凭真正智慧的升登之路，凭信仰与伊斯兰的双翼，才能登上经文群星。</w:t>
      </w:r>
      <w:r>
        <w:rPr>
          <w:rFonts w:ascii="Amiri" w:hAnsi="Amiri" w:eastAsia="Amiri" w:cs="Amiri"/>
          <w:lang w:val="zh-CN" w:eastAsia="zh-CN" w:bidi="ar-SA"/>
          <w:rtl w:val="1"/>
          <w:cs w:val="1"/>
          <w:color w:val="000000"/>
          <w:sz w:val="24"/>
          <w:szCs w:val="24"/>
        </w:rPr>
        <w:t>ﺍَﻟﻠّٰﻬُﻢَّ ﺻَﻞِّ ﻋَﻠٰﻰ ﺷَﻤْﺲِ ﺳَﻤَﺎﺀِ ﺍﻟﺮِّﺳَﺎﻟَﺔِ ﻭَ ﻗَﻤَﺮِ ﻓَﻠَﻚِ ﺍﻟﻨُّﺒُﻮَّﺓِ ﻭَ ﻋَﻠٰﻰ ﺍٰﻟِﻪ۪ ﻭَ ﺻَﺤْﺒِﻪ۪ ﻧُﺠُﻮﻡِ ﺍﻟْﻬُﺪٰﻯ ﻟِﻤَﻦِ ﺍﻫْﺘَﺪٰﻯ</w:t>
      </w:r>
      <w:r>
        <w:rPr>
          <w:rFonts w:ascii="Times New Roman" w:hAnsi="Times New Roman" w:eastAsia="Noto Serif SC" w:cs="Amiri"/>
          <w:lang w:val="zh-CN" w:eastAsia="zh-CN" w:bidi="ar-SA"/>
          <w:color w:val="000000"/>
          <w:rtl w:val="0"/>
        </w:rPr>
        <w:t xml:space="preserve">（Allah啊，求祢赐尊荣与恩福给使者使命天空中的太阳、先知身份轨道上的月亮，也赐给他的家室与同伴；他们是引导者得蒙正道的群星）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（祢超绝一切缺欠，我赞颂祢）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（祢确是全知者，知晓一切；祢确是至睿者，一切作为皆充满智慧） </w:t>
      </w:r>
      <w:r>
        <w:rPr>
          <w:rFonts w:ascii="Amiri" w:hAnsi="Amiri" w:eastAsia="Amiri" w:cs="Amiri"/>
          <w:lang w:val="zh-CN" w:eastAsia="zh-CN" w:bidi="ar-SA"/>
          <w:rtl w:val="1"/>
          <w:cs w:val="1"/>
          <w:color w:val="000000"/>
          <w:sz w:val="24"/>
          <w:szCs w:val="24"/>
        </w:rPr>
        <w:t>ﺍَﻟﻠّٰﻬُﻢَّ ﻳَﺎ ﺭَﺏَّ ﺍﻟﺴَّﻤٰﻮَﺍﺕِ ﻭَ الْاَرْضِ</w:t>
      </w:r>
      <w:r>
        <w:rPr>
          <w:rFonts w:ascii="Times New Roman" w:hAnsi="Times New Roman" w:eastAsia="Noto Serif SC" w:cs="Amiri"/>
          <w:lang w:val="zh-CN" w:eastAsia="zh-CN" w:bidi="ar-SA"/>
          <w:color w:val="000000"/>
          <w:rtl w:val="0"/>
        </w:rPr>
        <w:t xml:space="preserve">（Allah啊，诸天与大地的养育并主宰者啊） </w:t>
      </w:r>
      <w:r>
        <w:rPr>
          <w:rFonts w:ascii="Amiri" w:hAnsi="Amiri" w:eastAsia="Amiri" w:cs="Amiri"/>
          <w:lang w:val="zh-CN" w:eastAsia="zh-CN" w:bidi="ar-SA"/>
          <w:rtl w:val="1"/>
          <w:cs w:val="1"/>
          <w:color w:val="000000"/>
          <w:sz w:val="24"/>
          <w:szCs w:val="24"/>
        </w:rPr>
        <w:t>ﺯَﻳِّﻦْ ﻗُﻠُﻮﺏَ ﻛَﺎﺗِﺐِ ﻫٰﺬِﻩِ ﺍﻟﺮِّﺳَﺎﻟَﺔِ ﻭَ ﺭُﻓَﻘَﺎﺋِﻪ۪ ﺑِﻨُﺠُﻮﻡِ ﺣَﻘَﺎﺋِﻖِ ﺍﻟْﻘُﺮْﺍٰﻥِ ﻭَ الْا۪يمَانِ</w:t>
      </w:r>
      <w:r>
        <w:rPr>
          <w:rFonts w:ascii="Times New Roman" w:hAnsi="Times New Roman" w:eastAsia="Noto Serif SC" w:cs="Amiri"/>
          <w:lang w:val="zh-CN" w:eastAsia="zh-CN" w:bidi="ar-SA"/>
          <w:color w:val="000000"/>
          <w:rtl w:val="0"/>
        </w:rPr>
        <w:t xml:space="preserve">（求祢以《古兰经》与信仰诸真理的群星，装饰这部论著的作者及其同伴的心灵）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（求祢应允）</w:t>
      </w:r>
    </w:p>
    <w:p>
      <w:pPr>
        <w:pStyle w:val="Heading1"/>
        <w:pageBreakBefore/>
      </w:pPr>
      <w:r>
        <w:rPr>
          <w:rFonts w:ascii="Times New Roman" w:hAnsi="Times New Roman" w:eastAsia="Noto Serif SC" w:cs="Amiri"/>
          <w:lang w:val="zh-CN" w:eastAsia="zh-CN" w:bidi="ar-SA"/>
          <w:color w:val="000000"/>
          <w:rtl w:val="0"/>
        </w:rPr>
        <w:t>第十三篇闪光</w:t>
      </w:r>
    </w:p>
    <w:p>
      <w:r>
        <w:rPr>
          <w:rFonts w:ascii="Times New Roman" w:hAnsi="Times New Roman" w:eastAsia="Noto Serif SC" w:cs="Amiri"/>
          <w:lang w:val="zh-CN" w:eastAsia="zh-CN" w:bidi="ar-SA"/>
          <w:color w:val="000000"/>
          <w:rtl w:val="0"/>
        </w:rPr>
        <w:t>本篇论述</w:t>
      </w:r>
      <w:r>
        <w:rPr>
          <w:rFonts w:ascii="Amiri" w:hAnsi="Amiri" w:eastAsia="Amiri" w:cs="Amiri"/>
          <w:lang w:val="zh-CN" w:eastAsia="zh-CN" w:bidi="ar-SA"/>
          <w:rtl w:val="1"/>
          <w:cs w:val="1"/>
          <w:color w:val="000000"/>
          <w:sz w:val="24"/>
          <w:szCs w:val="24"/>
        </w:rPr>
        <w:t>ﺍَﻋُﻮﺫُ ﺑِﺎﻟﻠّٰﻪِ ﻣِﻦَ ﺍﻟﺸَّﻴْﻄَﺎﻥِ ﺍﻟﺮَّﺟ۪ﻴﻢِ</w:t>
      </w:r>
      <w:r>
        <w:rPr>
          <w:rFonts w:ascii="Times New Roman" w:hAnsi="Times New Roman" w:eastAsia="Noto Serif SC" w:cs="Amiri"/>
          <w:lang w:val="zh-CN" w:eastAsia="zh-CN" w:bidi="ar-SA"/>
          <w:color w:val="000000"/>
          <w:rtl w:val="0"/>
        </w:rPr>
        <w:t>（我求Allah庇护，免遭那被驱逐、被弃绝的撒旦的伤害与诱惑）的奥义。</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（奉Allah之名，依凭祂而行；祂是慈悯普及万物者，是至慈者） </w:t>
      </w:r>
      <w:r>
        <w:rPr>
          <w:rFonts w:ascii="Amiri" w:hAnsi="Amiri" w:eastAsia="Amiri" w:cs="Amiri"/>
          <w:lang w:val="zh-CN" w:eastAsia="zh-CN" w:bidi="ar-SA"/>
          <w:rtl w:val="1"/>
          <w:cs w:val="1"/>
          <w:color w:val="000000"/>
          <w:sz w:val="24"/>
          <w:szCs w:val="24"/>
        </w:rPr>
        <w:t>ﻭَﻗُﻞْ ﺭَﺏِّ ﺍَﻋُﻮﺫُ ﺑِﻚَ ﻣِﻦْ ﻫَﻤَﺰَﺍﺕِ ﺍﻟﺸَّﻴَﺎﻃ۪ﻴﻦِ</w:t>
      </w:r>
      <w:r>
        <w:rPr>
          <w:rFonts w:ascii="Times New Roman" w:hAnsi="Times New Roman" w:eastAsia="Noto Serif SC" w:cs="Amiri"/>
          <w:lang w:val="zh-CN" w:eastAsia="zh-CN" w:bidi="ar-SA"/>
          <w:color w:val="000000"/>
          <w:rtl w:val="0"/>
        </w:rPr>
        <w:t xml:space="preserve">（你说：我的养育并主宰者啊，我求祢庇护，免遭众撒旦的挑唆与侵扰） </w:t>
      </w:r>
      <w:r>
        <w:rPr>
          <w:rFonts w:ascii="Amiri" w:hAnsi="Amiri" w:eastAsia="Amiri" w:cs="Amiri"/>
          <w:lang w:val="zh-CN" w:eastAsia="zh-CN" w:bidi="ar-SA"/>
          <w:rtl w:val="1"/>
          <w:cs w:val="1"/>
          <w:color w:val="000000"/>
          <w:sz w:val="24"/>
          <w:szCs w:val="24"/>
        </w:rPr>
        <w:t>٭ ﻭَﺍَﻋُﻮﺫُ ﺑِﻚَ ﺭَﺏِّ ﺍَﻥْ ﻳَﺤْﻀُﺮُﻭﻥِ</w:t>
      </w:r>
      <w:r>
        <w:rPr>
          <w:rFonts w:ascii="Times New Roman" w:hAnsi="Times New Roman" w:eastAsia="Noto Serif SC" w:cs="Amiri"/>
          <w:lang w:val="zh-CN" w:eastAsia="zh-CN" w:bidi="ar-SA"/>
          <w:color w:val="000000"/>
          <w:rtl w:val="0"/>
        </w:rPr>
        <w:t>（我的养育并主宰者啊，我也求祢庇护，求祢不要让他们来到我身边、侵扰我）。这是关于向撒旦求庇护之奥义的论述。将写十三项指示。其中一部分已在《第二十六言》等一些论著中以不同方式加以阐述和证明，所以这里只作概要论述。</w:t>
      </w:r>
    </w:p>
    <w:p>
      <w:pPr>
        <w:pStyle w:val="Heading2"/>
      </w:pPr>
      <w:r>
        <w:rPr>
          <w:rFonts w:ascii="Times New Roman" w:hAnsi="Times New Roman" w:eastAsia="Noto Serif SC" w:cs="Amiri"/>
          <w:lang w:val="zh-CN" w:eastAsia="zh-CN" w:bidi="ar-SA"/>
          <w:color w:val="000000"/>
          <w:rtl w:val="0"/>
        </w:rPr>
        <w:t>第一项指示</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撒旦在宇宙的创造方面绝无插手之处；至高无上的真实主宰Allah以慈悯与眷顾支持真理之人；真理与真实那迷人的美好和诸般美德，也支持并激励真理之人；迷误那可憎的丑恶，也使迷误者心生厌离。尽管如此，撒旦的党羽却屡屡占得上风，这其中的智慧与奥秘是什么？真理之人又为什么总要向至高无上的真实主宰Allah求庇护，免遭撒旦的恶害？</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其智慧与奥秘在于：就绝大多数情形而言，迷误与恶是否定的、破坏性的、无有性的，是败坏；而引导与善则是肯定的、存在性的，是建设与修复。</w:t>
      </w:r>
    </w:p>
    <w:p>
      <w:r>
        <w:rPr>
          <w:rFonts w:ascii="Times New Roman" w:hAnsi="Times New Roman" w:eastAsia="Noto Serif SC" w:cs="Amiri"/>
          <w:lang w:val="zh-CN" w:eastAsia="zh-CN" w:bidi="ar-SA"/>
          <w:color w:val="000000"/>
          <w:rtl w:val="0"/>
        </w:rPr>
        <w:t>人所共知：二十个人用二十天建成的一座楼，一个人一天就能把它毁掉。是的，人的生命依靠全部主要器官和生命条件的存在而延续；这生命唯由具威严的创造者Allah的权能所造。然而，一个暴虐者只要割断一个肢体，就能使这个人遭遇死亡，而死亡相对于生命乃是一种无有。因此，</w:t>
      </w:r>
      <w:r>
        <w:rPr>
          <w:rFonts w:ascii="Amiri" w:hAnsi="Amiri" w:eastAsia="Amiri" w:cs="Amiri"/>
          <w:lang w:val="zh-CN" w:eastAsia="zh-CN" w:bidi="ar-SA"/>
          <w:rtl w:val="1"/>
          <w:cs w:val="1"/>
          <w:color w:val="000000"/>
          <w:sz w:val="24"/>
          <w:szCs w:val="24"/>
        </w:rPr>
        <w:t>اَلتَّخْرِيبُ أَسْهَلُ</w:t>
      </w:r>
      <w:r>
        <w:rPr>
          <w:rFonts w:ascii="Times New Roman" w:hAnsi="Times New Roman" w:eastAsia="Noto Serif SC" w:cs="Amiri"/>
          <w:lang w:val="zh-CN" w:eastAsia="zh-CN" w:bidi="ar-SA"/>
          <w:color w:val="000000"/>
          <w:rtl w:val="0"/>
        </w:rPr>
        <w:t>（破坏远比建设容易）这句话已成为一则格言。</w:t>
      </w:r>
    </w:p>
    <w:p>
      <w:r>
        <w:rPr>
          <w:rFonts w:ascii="Times New Roman" w:hAnsi="Times New Roman" w:eastAsia="Noto Serif SC" w:cs="Amiri"/>
          <w:lang w:val="zh-CN" w:eastAsia="zh-CN" w:bidi="ar-SA"/>
          <w:color w:val="000000"/>
          <w:rtl w:val="0"/>
        </w:rPr>
        <w:t>正是由于这一奥秘，迷误者有时凭着实属微弱的力量，竟能战胜十分强大的真理之人。然而，真理之人有一座极其坚固的堡垒；他们退守其中时，那些可怕的敌人便无法靠近，丝毫不能有所作为。即使他们造成暂时的损害，凭</w:t>
      </w:r>
      <w:r>
        <w:rPr>
          <w:rFonts w:ascii="Amiri" w:hAnsi="Amiri" w:eastAsia="Amiri" w:cs="Amiri"/>
          <w:lang w:val="zh-CN" w:eastAsia="zh-CN" w:bidi="ar-SA"/>
          <w:rtl w:val="1"/>
          <w:cs w:val="1"/>
          <w:color w:val="000000"/>
          <w:sz w:val="24"/>
          <w:szCs w:val="24"/>
        </w:rPr>
        <w:t>ﻭَﺍﻟْﻌَﺎﻗِﺒَﺔُ ﻟِﻠْﻤُﺘَّﻘ۪ﻴﻦَ</w:t>
      </w:r>
      <w:r>
        <w:rPr>
          <w:rFonts w:ascii="Times New Roman" w:hAnsi="Times New Roman" w:eastAsia="Noto Serif SC" w:cs="Amiri"/>
          <w:lang w:val="zh-CN" w:eastAsia="zh-CN" w:bidi="ar-SA"/>
          <w:color w:val="000000"/>
          <w:rtl w:val="0"/>
        </w:rPr>
        <w:t>（美好的结局与最终胜利，唯归敬畏Allah、谨守祂界限的人）的奥义，那损害也会以永无终尽的回赐与益处得到补偿。那座坚固的堡垒、那座牢不可破的城堡，就是穆罕默德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（愿Allah赐他尊荣、恩福与平安）的神圣律法与艾哈迈德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（愿Allah赐他尊荣、恩福与平安）的圣行。</w:t>
      </w:r>
    </w:p>
    <w:p>
      <w:pPr>
        <w:pStyle w:val="Heading2"/>
      </w:pPr>
      <w:r>
        <w:rPr>
          <w:rFonts w:ascii="Times New Roman" w:hAnsi="Times New Roman" w:eastAsia="Noto Serif SC" w:cs="Amiri"/>
          <w:lang w:val="zh-CN" w:eastAsia="zh-CN" w:bidi="ar-SA"/>
          <w:color w:val="000000"/>
          <w:rtl w:val="0"/>
        </w:rPr>
        <w:t>第二项指示</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创造纯粹为恶的撒旦，让他们支配信仰者，又使许多人因他们而陷入不信、进入火狱，看起来极其可怕而丑恶。那么，绝对美善者Allah、绝对至慈者、真正的慈悯普及万物者，祂的慈悯与美善怎会允许这等无边的丑恶和可怕的灾难发生，又怎会予以容许？</w:t>
      </w:r>
    </w:p>
    <w:p>
      <w:r>
        <w:rPr>
          <w:rFonts w:ascii="Times New Roman" w:hAnsi="Times New Roman" w:eastAsia="Noto Serif SC" w:cs="Amiri"/>
          <w:lang w:val="zh-CN" w:eastAsia="zh-CN" w:bidi="ar-SA"/>
          <w:color w:val="000000"/>
          <w:rtl w:val="0"/>
        </w:rPr>
        <w:t>许多人都问过这个问题，许多人心中也会浮现这个疑问。</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撒旦的存在，除了一些局部的恶之外，还承载着许多普遍的善的目的和人的诸般完善。是的，从一粒种子到一棵大树有多少等级，人性禀赋中的等级甚至比那更多，甚至可以说有从微尘到太阳的层层等级。这些禀赋要展开，当然就需要活动，就需要一种历练。那历练中促人进步的发条，是靠奋斗而转动的；而这种奋斗，则凭撒旦与有害事物的存在才得以发生。否则，人也会像天使一样，品阶停留不变；人类之中也就不会出现犹如千百物种般的万千阶层。为了不让一种局部的小恶发生而舍弃千种善，违背智慧与公正。</w:t>
      </w:r>
    </w:p>
    <w:p>
      <w:r>
        <w:rPr>
          <w:rFonts w:ascii="Times New Roman" w:hAnsi="Times New Roman" w:eastAsia="Noto Serif SC" w:cs="Amiri"/>
          <w:lang w:val="zh-CN" w:eastAsia="zh-CN" w:bidi="ar-SA"/>
          <w:color w:val="000000"/>
          <w:rtl w:val="0"/>
        </w:rPr>
        <w:t>诚然，由于撒旦，大多数人走向迷误。然而，重要与价值主要看品质，很少看数量，甚至根本不看数量。譬如，一个人有一千粒外加十粒种子；如果他让它们在泥土下经历一种化学作用，结果其中十粒长成了树，一千粒却腐坏了。那么，那十粒已长成树的种子给这个人带来的益处，当然会把那一千粒腐坏种子造成的损失化为乌有。</w:t>
      </w:r>
    </w:p>
    <w:p>
      <w:r>
        <w:rPr>
          <w:rFonts w:ascii="Times New Roman" w:hAnsi="Times New Roman" w:eastAsia="Noto Serif SC" w:cs="Amiri"/>
          <w:lang w:val="zh-CN" w:eastAsia="zh-CN" w:bidi="ar-SA"/>
          <w:color w:val="000000"/>
          <w:rtl w:val="0"/>
        </w:rPr>
        <w:t>同样，十位完人通过与自我和撒旦奋斗，如群星一般使人类得享尊荣、获得光照；他们给人类带来的益处、尊荣与价值，当然会把迷误者给人类带来的损害化为乌有，使之不足入目——那些迷误者卑贱得几乎可以算作虫豸一类，并已陷入不信。因此，Allah的慈悯、智慧与公正允许撒旦存在，也给他们的猖狂侵扰留出了余地。</w:t>
      </w:r>
    </w:p>
    <w:p>
      <w:r>
        <w:rPr>
          <w:rFonts w:ascii="Times New Roman" w:hAnsi="Times New Roman" w:eastAsia="Noto Serif SC" w:cs="Amiri"/>
          <w:lang w:val="zh-CN" w:eastAsia="zh-CN" w:bidi="ar-SA"/>
          <w:color w:val="000000"/>
          <w:rtl w:val="0"/>
        </w:rPr>
        <w:t>信仰的人们啊！面对这些可怕的敌人，你们的铠甲是在《古兰经》的织机上造成的敬畏；你们的壕堑是至尊使者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（愿Allah赐他尊荣、恩福与平安）的崇高圣行；你们的武器是求Allah庇护、求Allah饶恕，以及投靠祂的护佑。</w:t>
      </w:r>
    </w:p>
    <w:p>
      <w:pPr>
        <w:pStyle w:val="Heading2"/>
      </w:pPr>
      <w:r>
        <w:rPr>
          <w:rFonts w:ascii="Times New Roman" w:hAnsi="Times New Roman" w:eastAsia="Noto Serif SC" w:cs="Amiri"/>
          <w:lang w:val="zh-CN" w:eastAsia="zh-CN" w:bidi="ar-SA"/>
          <w:color w:val="000000"/>
          <w:rtl w:val="0"/>
        </w:rPr>
        <w:t>第三项指示</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至睿的《古兰经》针对迷误者发出强烈控诉，大举声讨，并加以极其严厉的威吓。从表面的理智来看，这似乎不符合它那公正而适当的雄辩，也不符合它文风中的中正与稳当。它仿佛是在对一个无力之人兴师动众；仿佛只因他的一个小动作，就把他当作犯了千桩罪行的人加以威吓；又仿佛他本已一贫如洗、在产业中毫无份额，却把他置于侵夺者的合伙人的地位，并对他提出控诉。这其中的奥秘与智慧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其奥秘与智慧在于：撒旦及追随撒旦的人走上迷误之路，所以能凭一个小动作造成许多破坏；他们以极少的行为，给众多受造物的权利造成极大损害。</w:t>
      </w:r>
    </w:p>
    <w:p>
      <w:r>
        <w:rPr>
          <w:rFonts w:ascii="Times New Roman" w:hAnsi="Times New Roman" w:eastAsia="Noto Serif SC" w:cs="Amiri"/>
          <w:lang w:val="zh-CN" w:eastAsia="zh-CN" w:bidi="ar-SA"/>
          <w:color w:val="000000"/>
          <w:rtl w:val="0"/>
        </w:rPr>
        <w:t>譬如，在一位君王的一艘大型商船上，一个人只凭一个小动作，甚至只是放弃一项小职责，就使与这艘船相关的全体船员劳作的成果和行为的结局遭到毁灭、归于无效。因此，那位尊严的船主便代表与这艘船相关的全体臣民，对那个作乱者提出强烈控诉，加以可怕的威吓，并处以严厉刑罚。他所考虑的不是那个人的小动作，而是那动作的可怕后果；他所维护的也不是那位尊严者自身，而是众臣民的权利。</w:t>
      </w:r>
    </w:p>
    <w:p>
      <w:r>
        <w:rPr>
          <w:rFonts w:ascii="Times New Roman" w:hAnsi="Times New Roman" w:eastAsia="Noto Serif SC" w:cs="Amiri"/>
          <w:lang w:val="zh-CN" w:eastAsia="zh-CN" w:bidi="ar-SA"/>
          <w:color w:val="000000"/>
          <w:rtl w:val="0"/>
        </w:rPr>
        <w:t>同样，无始无终的君王Allah的地球之船上，撒旦的党羽这些迷误者与得正道者同处；他们表面上微小的罪过与叛逆，侵犯了众多受造物的权利，也使万有崇高职责的成果归于无效。因此，祂对他们提出强烈控诉、发出可怕威吓，并针对他们的破坏大举声讨，这正是雄辩的本身，是纯粹的智慧，极其适当而合宜。这完全合乎情势所需，而合乎情势所需正是雄辩的定义与根基，绝没有言词过度的夸张。显而易见，面对这种凭一个小动作就能造成巨大破坏的可怕敌人，谁不投靠一座极其坚固的堡垒，谁就会十分悲惨。</w:t>
      </w:r>
    </w:p>
    <w:p>
      <w:r>
        <w:rPr>
          <w:rFonts w:ascii="Times New Roman" w:hAnsi="Times New Roman" w:eastAsia="Noto Serif SC" w:cs="Amiri"/>
          <w:lang w:val="zh-CN" w:eastAsia="zh-CN" w:bidi="ar-SA"/>
          <w:color w:val="000000"/>
          <w:rtl w:val="0"/>
        </w:rPr>
        <w:t>信仰的人们啊！那座钢铁般的、来自天上的堡垒，就是《古兰经》。进入其中，你们便会得救。</w:t>
      </w:r>
    </w:p>
    <w:p>
      <w:pPr>
        <w:pStyle w:val="Heading2"/>
      </w:pPr>
      <w:r>
        <w:rPr>
          <w:rFonts w:ascii="Times New Roman" w:hAnsi="Times New Roman" w:eastAsia="Noto Serif SC" w:cs="Amiri"/>
          <w:lang w:val="zh-CN" w:eastAsia="zh-CN" w:bidi="ar-SA"/>
          <w:color w:val="000000"/>
          <w:rtl w:val="0"/>
        </w:rPr>
        <w:t>第四项指示</w:t>
      </w:r>
    </w:p>
    <w:p>
      <w:r>
        <w:rPr>
          <w:rFonts w:ascii="Times New Roman" w:hAnsi="Times New Roman" w:eastAsia="Noto Serif SC" w:cs="Amiri"/>
          <w:lang w:val="zh-CN" w:eastAsia="zh-CN" w:bidi="ar-SA"/>
          <w:color w:val="000000"/>
          <w:rtl w:val="0"/>
        </w:rPr>
        <w:t>穷究真理者与具有内在揭见者一致认为：无有是纯粹的恶，存在是纯粹的善。是的，就绝大多数情形而言，善、诸般美德与诸般完善都依靠存在，并归于存在；即使在形式上是否定的、无有性的，其根基仍是肯定的、存在性的。迷误、恶、灾难、罪愆和祸患等一切丑恶，其根基与本质乃是无有，是否定。它们之中的恶劣与丑恶，正来自无有。即使它们在外表上显得是肯定的、存在性的，其根基仍是无有，是否定。而且，亲眼目睹的事实也已确定：一座建筑之类事物的存在，要凭它全部部件的存在才能成立；它的毁坏、无有与坍塌，却只要一个支柱不复存在就会发生。</w:t>
      </w:r>
    </w:p>
    <w:p>
      <w:r>
        <w:rPr>
          <w:rFonts w:ascii="Times New Roman" w:hAnsi="Times New Roman" w:eastAsia="Noto Serif SC" w:cs="Amiri"/>
          <w:lang w:val="zh-CN" w:eastAsia="zh-CN" w:bidi="ar-SA"/>
          <w:color w:val="000000"/>
          <w:rtl w:val="0"/>
        </w:rPr>
        <w:t>而且，存在无论如何都需要一个实际存在的原因，必须依靠一个确定的理由。无有却可以依靠无有性的事物；一件无有性的事物，可以成为另一件不存在之事物的原因。</w:t>
      </w:r>
    </w:p>
    <w:p>
      <w:r>
        <w:rPr>
          <w:rFonts w:ascii="Times New Roman" w:hAnsi="Times New Roman" w:eastAsia="Noto Serif SC" w:cs="Amiri"/>
          <w:lang w:val="zh-CN" w:eastAsia="zh-CN" w:bidi="ar-SA"/>
          <w:color w:val="000000"/>
          <w:rtl w:val="0"/>
        </w:rPr>
        <w:t>正是依据这两条原则：人与精灵中的撒旦虽然在宇宙中造成种种可怕的破坏，作出各种不信、迷误、邪恶、灭亡与灾祸，他们却连一丝一毫也不能干预创造与造成，在Allah的主权中也不可能占有一份。他们做那些事，并非凭一种能力与权能；他们的许多行为甚至不是能力与行动，而只是放弃与无所作为。他们阻止善行，恶事便由他们造成；也就是说，恶随之发生。因为灭亡与恶属于破坏一类，其原因不必是一种实际存在的能力和主动积极的创造。只凭一件无有性的事，只凭一个条件遭到破坏，就能发生巨大的毁坏。</w:t>
      </w:r>
    </w:p>
    <w:p>
      <w:r>
        <w:rPr>
          <w:rFonts w:ascii="Times New Roman" w:hAnsi="Times New Roman" w:eastAsia="Noto Serif SC" w:cs="Amiri"/>
          <w:lang w:val="zh-CN" w:eastAsia="zh-CN" w:bidi="ar-SA"/>
          <w:color w:val="000000"/>
          <w:rtl w:val="0"/>
        </w:rPr>
        <w:t>正是由于这一奥秘未曾在祆教徒心中展开，他们才相信宇宙中有一位名为耶兹丹的善之创造者，另有一位名为埃赫里曼的恶之创造者。然而，他们称为埃赫里曼的那个幻想中的恶神，其实就是众所周知的撒旦；他凭自己的有限选择意志，凭并不涉及创造的获致，给种种恶事提供了起因。</w:t>
      </w:r>
    </w:p>
    <w:p>
      <w:r>
        <w:rPr>
          <w:rFonts w:ascii="Times New Roman" w:hAnsi="Times New Roman" w:eastAsia="Noto Serif SC" w:cs="Amiri"/>
          <w:lang w:val="zh-CN" w:eastAsia="zh-CN" w:bidi="ar-SA"/>
          <w:color w:val="000000"/>
          <w:rtl w:val="0"/>
        </w:rPr>
        <w:t>信仰的人们啊！面对撒旦这种可怕的破坏，你们最重要的武器和用于修复的装备，就是求Allah饶恕，以及念</w:t>
      </w:r>
      <w:r>
        <w:rPr>
          <w:rFonts w:ascii="Amiri" w:hAnsi="Amiri" w:eastAsia="Amiri" w:cs="Amiri"/>
          <w:lang w:val="zh-CN" w:eastAsia="zh-CN" w:bidi="ar-SA"/>
          <w:rtl w:val="1"/>
          <w:cs w:val="1"/>
          <w:color w:val="000000"/>
          <w:sz w:val="24"/>
          <w:szCs w:val="24"/>
        </w:rPr>
        <w:t>أَعُوذُ بِاللَّهِ</w:t>
      </w:r>
      <w:r>
        <w:rPr>
          <w:rFonts w:ascii="Times New Roman" w:hAnsi="Times New Roman" w:eastAsia="Noto Serif SC" w:cs="Amiri"/>
          <w:lang w:val="zh-CN" w:eastAsia="zh-CN" w:bidi="ar-SA"/>
          <w:color w:val="000000"/>
          <w:rtl w:val="0"/>
        </w:rPr>
        <w:t>（我求Allah庇护）而投靠至高无上的真实主宰Allah。你们的堡垒，则是崇高的圣行。</w:t>
      </w:r>
    </w:p>
    <w:p>
      <w:pPr>
        <w:pStyle w:val="Heading2"/>
      </w:pPr>
      <w:r>
        <w:rPr>
          <w:rFonts w:ascii="Times New Roman" w:hAnsi="Times New Roman" w:eastAsia="Noto Serif SC" w:cs="Amiri"/>
          <w:lang w:val="zh-CN" w:eastAsia="zh-CN" w:bidi="ar-SA"/>
          <w:color w:val="000000"/>
          <w:rtl w:val="0"/>
        </w:rPr>
        <w:t>第五项指示</w:t>
      </w:r>
    </w:p>
    <w:p>
      <w:r>
        <w:rPr>
          <w:rFonts w:ascii="Times New Roman" w:hAnsi="Times New Roman" w:eastAsia="Noto Serif SC" w:cs="Amiri"/>
          <w:lang w:val="zh-CN" w:eastAsia="zh-CN" w:bidi="ar-SA"/>
          <w:color w:val="000000"/>
          <w:rtl w:val="0"/>
        </w:rPr>
        <w:t>至高无上的真实主宰Allah在诸部天启经典中，向人展示乐园这样巨大的奖赏和火狱这样可怕的惩罚，同时又给予许多引导、警醒、提醒、威吓与鼓励。然而，信仰者有这么多引向正道与稳当的因缘，却仍被撒旦党羽那些没有奖赏、丑恶而软弱的诡计击败，这曾使我久久思索。既然怀有信仰，为什么还会如此不重视Allah那些严厉的威吓？信仰为什么竟不消失？他们凭</w:t>
      </w:r>
      <w:r>
        <w:rPr>
          <w:rFonts w:ascii="Amiri" w:hAnsi="Amiri" w:eastAsia="Amiri" w:cs="Amiri"/>
          <w:lang w:val="zh-CN" w:eastAsia="zh-CN" w:bidi="ar-SA"/>
          <w:rtl w:val="1"/>
          <w:cs w:val="1"/>
          <w:color w:val="000000"/>
          <w:sz w:val="24"/>
          <w:szCs w:val="24"/>
        </w:rPr>
        <w:t>ﺍِﻥَّ ﻛَﻴْﺪَ ﺍﻟﺸَّﻴْﻄَﺎﻥِ ﻛَﺎﻥَ ﺿَﻌ۪ﻴﻔًﺎ</w:t>
      </w:r>
      <w:r>
        <w:rPr>
          <w:rFonts w:ascii="Times New Roman" w:hAnsi="Times New Roman" w:eastAsia="Noto Serif SC" w:cs="Amiri"/>
          <w:lang w:val="zh-CN" w:eastAsia="zh-CN" w:bidi="ar-SA"/>
          <w:color w:val="000000"/>
          <w:rtl w:val="0"/>
        </w:rPr>
        <w:t>（撒旦的计谋，确实素来软弱无力）的奥义所示，竟受撒旦极其软弱的诡计所惑，背叛Allah。</w:t>
      </w:r>
    </w:p>
    <w:p>
      <w:r>
        <w:rPr>
          <w:rFonts w:ascii="Times New Roman" w:hAnsi="Times New Roman" w:eastAsia="Noto Serif SC" w:cs="Amiri"/>
          <w:lang w:val="zh-CN" w:eastAsia="zh-CN" w:bidi="ar-SA"/>
          <w:color w:val="000000"/>
          <w:rtl w:val="0"/>
        </w:rPr>
        <w:t>甚至，我的一些朋友从我这里听过一百堂真理课，并在心中加以确认，对我也怀有很深的好感和联系；然而，他们却被一个心灵麻木、品行败坏的人那微不足道而虚情假意的恭维所惑，站到他一边，反对我。我说：</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（于是，赞颂Allah超绝一切缺欠；这境况何等令人惊异）。“人怎么会堕落到这种地步？”我暗想，他竟是一个多么不真不实的人，就这样说了那个可怜人的背话，陷入了罪过。</w:t>
      </w:r>
    </w:p>
    <w:p>
      <w:r>
        <w:rPr>
          <w:rFonts w:ascii="Times New Roman" w:hAnsi="Times New Roman" w:eastAsia="Noto Serif SC" w:cs="Amiri"/>
          <w:lang w:val="zh-CN" w:eastAsia="zh-CN" w:bidi="ar-SA"/>
          <w:color w:val="000000"/>
          <w:rtl w:val="0"/>
        </w:rPr>
        <w:t>后来，前述各项指示中的真理展开了，照亮了许多黑暗的关节。凭那光明，</w:t>
      </w:r>
      <w:r>
        <w:rPr>
          <w:rFonts w:ascii="Amiri" w:hAnsi="Amiri" w:eastAsia="Amiri" w:cs="Amiri"/>
          <w:lang w:val="zh-CN" w:eastAsia="zh-CN" w:bidi="ar-SA"/>
          <w:rtl w:val="1"/>
          <w:cs w:val="1"/>
          <w:color w:val="000000"/>
          <w:sz w:val="24"/>
          <w:szCs w:val="24"/>
        </w:rPr>
        <w:t>لِلَّهِ الْحَمْدُ</w:t>
      </w:r>
      <w:r>
        <w:rPr>
          <w:rFonts w:ascii="Times New Roman" w:hAnsi="Times New Roman" w:eastAsia="Noto Serif SC" w:cs="Amiri"/>
          <w:lang w:val="zh-CN" w:eastAsia="zh-CN" w:bidi="ar-SA"/>
          <w:color w:val="000000"/>
          <w:rtl w:val="0"/>
        </w:rPr>
        <w:t>（一切赞美与称颂唯归Allah；这恩惠与真理的显现也唯独归于祂）我明白了：至睿的《古兰经》那巨大的劝诱与鼓励完全恰到好处；信仰者受撒旦诡计所惑，并非出于没有信仰或信仰薄弱；犯大罪的人并不因此陷入不信；穆尔太齐赖学派和一部分哈瓦利吉学派所说“犯大罪者会成为不信者，或停留在信仰与不信之间”的论断是错误的；我那位可怜的朋友把一百堂真理课牺牲给一个男子的恭维，也不像我所想的那样，是极其堕落而可怕的卑劣。我向至高无上的真实主宰Allah感恩，脱离了那处险境。</w:t>
      </w:r>
    </w:p>
    <w:p>
      <w:r>
        <w:rPr>
          <w:rFonts w:ascii="Times New Roman" w:hAnsi="Times New Roman" w:eastAsia="Noto Serif SC" w:cs="Amiri"/>
          <w:lang w:val="zh-CN" w:eastAsia="zh-CN" w:bidi="ar-SA"/>
          <w:color w:val="000000"/>
          <w:rtl w:val="0"/>
        </w:rPr>
        <w:t>因为，正如我们先前所说，撒旦凭一件微小的无有性之事，就能把人投入严重的危险。人的自我则时时听从撒旦；欲望与愤怒两种能力，则如同既能接受又能传递撒旦诡计的两件装置。</w:t>
      </w:r>
    </w:p>
    <w:p>
      <w:r>
        <w:rPr>
          <w:rFonts w:ascii="Times New Roman" w:hAnsi="Times New Roman" w:eastAsia="Noto Serif SC" w:cs="Amiri"/>
          <w:lang w:val="zh-CN" w:eastAsia="zh-CN" w:bidi="ar-SA"/>
          <w:color w:val="000000"/>
          <w:rtl w:val="0"/>
        </w:rPr>
        <w:t>正因如此，至高无上的真实主宰Allah的“至恕者”“至慈者”这两个尊名，以最大的彰显转向信仰者。这也表明，至睿的《古兰经》赐给众先知最重要的恩惠就是饶恕，并召唤他们求Allah饶恕。祂在每章开头反复</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（奉Allah之名，依凭祂而行；祂是慈悯普及万物者，是至慈者）这一神圣言辞，又命人在一切吉祥的工作中念诵它，以此显示：祂那包罗宇宙的广大慈悯，正是归依之处与防守之所。祂又以</w:t>
      </w:r>
      <w:r>
        <w:rPr>
          <w:rFonts w:ascii="Amiri" w:hAnsi="Amiri" w:eastAsia="Amiri" w:cs="Amiri"/>
          <w:lang w:val="zh-CN" w:eastAsia="zh-CN" w:bidi="ar-SA"/>
          <w:rtl w:val="1"/>
          <w:cs w:val="1"/>
          <w:color w:val="000000"/>
          <w:sz w:val="24"/>
          <w:szCs w:val="24"/>
        </w:rPr>
        <w:t>ﻓَﺎﺳْﺘَﻌِﺬْ</w:t>
      </w:r>
      <w:r>
        <w:rPr>
          <w:rFonts w:ascii="Times New Roman" w:hAnsi="Times New Roman" w:eastAsia="Noto Serif SC" w:cs="Amiri"/>
          <w:lang w:val="zh-CN" w:eastAsia="zh-CN" w:bidi="ar-SA"/>
          <w:color w:val="000000"/>
          <w:rtl w:val="0"/>
        </w:rPr>
        <w:t>（你当求Allah庇护）的命令，使</w:t>
      </w:r>
      <w:r>
        <w:rPr>
          <w:rFonts w:ascii="Amiri" w:hAnsi="Amiri" w:eastAsia="Amiri" w:cs="Amiri"/>
          <w:lang w:val="zh-CN" w:eastAsia="zh-CN" w:bidi="ar-SA"/>
          <w:rtl w:val="1"/>
          <w:cs w:val="1"/>
          <w:color w:val="000000"/>
          <w:sz w:val="24"/>
          <w:szCs w:val="24"/>
        </w:rPr>
        <w:t>ﺍَﻋُﻮﺫُ ﺑِﺎﻟﻠّٰﻪِ ﻣِﻦَ ﺍﻟﺸَّﻴْﻄَﺎﻥِ ﺍﻟﺮَّﺟ۪ﻴﻢِٔ</w:t>
      </w:r>
      <w:r>
        <w:rPr>
          <w:rFonts w:ascii="Times New Roman" w:hAnsi="Times New Roman" w:eastAsia="Noto Serif SC" w:cs="Amiri"/>
          <w:lang w:val="zh-CN" w:eastAsia="zh-CN" w:bidi="ar-SA"/>
          <w:color w:val="000000"/>
          <w:rtl w:val="0"/>
        </w:rPr>
        <w:t>（我求Allah庇护，免遭那被驱逐、被弃绝的撒旦的伤害与诱惑）这句话成为一面盾牌。</w:t>
      </w:r>
    </w:p>
    <w:p>
      <w:pPr>
        <w:pStyle w:val="Heading2"/>
      </w:pPr>
      <w:r>
        <w:rPr>
          <w:rFonts w:ascii="Times New Roman" w:hAnsi="Times New Roman" w:eastAsia="Noto Serif SC" w:cs="Amiri"/>
          <w:lang w:val="zh-CN" w:eastAsia="zh-CN" w:bidi="ar-SA"/>
          <w:color w:val="000000"/>
          <w:rtl w:val="0"/>
        </w:rPr>
        <w:t>第六项指示</w:t>
      </w:r>
    </w:p>
    <w:p>
      <w:r>
        <w:rPr>
          <w:rFonts w:ascii="Times New Roman" w:hAnsi="Times New Roman" w:eastAsia="Noto Serif SC" w:cs="Amiri"/>
          <w:lang w:val="zh-CN" w:eastAsia="zh-CN" w:bidi="ar-SA"/>
          <w:color w:val="000000"/>
          <w:rtl w:val="0"/>
        </w:rPr>
        <w:t>撒旦最危险的一种诡计是这样的：他使一些敏感而心灵纯净的人，把对不信的想象混同为对不信的确认，把对迷误的设想看成对迷误的认可。他又让有关神圣人物与超绝事物的极其丑恶的念头浮现在他们的想象中；还把本质上的可能性显示为心智上的可能性，使它成为一种与信仰中的确信相冲突的怀疑形式。那时，那个敏感的可怜人便以为自己已陷入迷误与不信，以为自己在信仰中的确信已经消失，于是陷入绝望，并因这绝望而被撒旦戏弄。撒旦反复利用他的绝望、他的弱点和他的混淆；结果，他或者发疯，或者说一句“什么都无所谓了”，走向迷误。</w:t>
      </w:r>
    </w:p>
    <w:p>
      <w:r>
        <w:rPr>
          <w:rFonts w:ascii="Times New Roman" w:hAnsi="Times New Roman" w:eastAsia="Noto Serif SC" w:cs="Amiri"/>
          <w:lang w:val="zh-CN" w:eastAsia="zh-CN" w:bidi="ar-SA"/>
          <w:color w:val="000000"/>
          <w:rtl w:val="0"/>
        </w:rPr>
        <w:t>正如我们在一些论著中所阐述的，这里也将概要说明：撒旦这种诡计的本质何等毫无根据。镜中的蛇形不会咬人，火的影像不会灼人，秽物的映像也不会玷污人。同样，在想象或思想的镜子里，种种不信与以物配主的映像、迷误的阴影、带辱骂的丑恶言语的幻象，都不会败坏信仰，不会改变信仰，也不会破坏恭敬的礼节。</w:t>
      </w:r>
    </w:p>
    <w:p>
      <w:r>
        <w:rPr>
          <w:rFonts w:ascii="Times New Roman" w:hAnsi="Times New Roman" w:eastAsia="Noto Serif SC" w:cs="Amiri"/>
          <w:lang w:val="zh-CN" w:eastAsia="zh-CN" w:bidi="ar-SA"/>
          <w:color w:val="000000"/>
          <w:rtl w:val="0"/>
        </w:rPr>
        <w:t>因为，那是一条著名的原则：想象辱骂并不等于辱骂；同样，想象不信并不等于不信，设想迷误也不等于迷误。</w:t>
      </w:r>
    </w:p>
    <w:p>
      <w:r>
        <w:rPr>
          <w:rFonts w:ascii="Times New Roman" w:hAnsi="Times New Roman" w:eastAsia="Noto Serif SC" w:cs="Amiri"/>
          <w:lang w:val="zh-CN" w:eastAsia="zh-CN" w:bidi="ar-SA"/>
          <w:color w:val="000000"/>
          <w:rtl w:val="0"/>
        </w:rPr>
        <w:t>至于信仰中的怀疑问题，由本质上的可能性产生的种种或然，并不与那份确信相冲突，也不会破坏它。宗教原理学中有这样一条既定原则：</w:t>
      </w:r>
    </w:p>
    <w:p>
      <w:r>
        <w:rPr>
          <w:rFonts w:ascii="Amiri" w:hAnsi="Amiri" w:eastAsia="Amiri" w:cs="Amiri"/>
          <w:lang w:val="zh-CN" w:eastAsia="zh-CN" w:bidi="ar-SA"/>
          <w:rtl w:val="1"/>
          <w:cs w:val="1"/>
          <w:color w:val="000000"/>
          <w:sz w:val="24"/>
          <w:szCs w:val="24"/>
        </w:rPr>
        <w:t>ﺍِﻥَّ الْاِمْكَانَ ﺍﻟﺬَّﺍﺗِﻰَّ لَا ﻳُﻨَﺎﻓِﻰ ﺍﻟْﻴَﻘ۪ﻴﻦَ ﺍﻟْﻌِﻠْﻤِﻰَّ</w:t>
      </w:r>
      <w:r>
        <w:rPr>
          <w:rFonts w:ascii="Times New Roman" w:hAnsi="Times New Roman" w:eastAsia="Noto Serif SC" w:cs="Amiri"/>
          <w:lang w:val="zh-CN" w:eastAsia="zh-CN" w:bidi="ar-SA"/>
          <w:color w:val="000000"/>
          <w:rtl w:val="0"/>
        </w:rPr>
        <w:t>（本质上的可能性，并不与知识上的确信相矛盾；事物自身可以容有另一种状态，并不动摇已知的事实）例如，我确信巴尔拉湖此刻仍作为一片水域留在原处。然而，从它自身的可能性来说，它此刻也可能已经陷落，而且它的陷落属于可能发生之事。既然这种本质上的可能性并非由任何迹象引起，就不可能成为心智层面的可能性，因而也不构成怀疑。</w:t>
      </w:r>
    </w:p>
    <w:p>
      <w:r>
        <w:rPr>
          <w:rFonts w:ascii="Times New Roman" w:hAnsi="Times New Roman" w:eastAsia="Noto Serif SC" w:cs="Amiri"/>
          <w:lang w:val="zh-CN" w:eastAsia="zh-CN" w:bidi="ar-SA"/>
          <w:color w:val="000000"/>
          <w:rtl w:val="0"/>
        </w:rPr>
        <w:t>因为，宗教原理学中还有一条既定原则：</w:t>
      </w:r>
      <w:r>
        <w:rPr>
          <w:rFonts w:ascii="Amiri" w:hAnsi="Amiri" w:eastAsia="Amiri" w:cs="Amiri"/>
          <w:lang w:val="zh-CN" w:eastAsia="zh-CN" w:bidi="ar-SA"/>
          <w:rtl w:val="1"/>
          <w:cs w:val="1"/>
          <w:color w:val="000000"/>
          <w:sz w:val="24"/>
          <w:szCs w:val="24"/>
        </w:rPr>
        <w:t>لَا ﻋِﺒْﺮَﺓَ لِلْاِحْتِمَالِ ﺍﻟْﻐَﻴْﺮِ ﺍﻟﻨَّﺎﺷِﻰﺀِ ﻋَﻦْ ﺩَﻟ۪ﻴﻞٍ</w:t>
      </w:r>
      <w:r>
        <w:rPr>
          <w:rFonts w:ascii="Times New Roman" w:hAnsi="Times New Roman" w:eastAsia="Noto Serif SC" w:cs="Amiri"/>
          <w:lang w:val="zh-CN" w:eastAsia="zh-CN" w:bidi="ar-SA"/>
          <w:color w:val="000000"/>
          <w:rtl w:val="0"/>
        </w:rPr>
        <w:t>（并非由证据引生的臆测，不值得予以考虑，不能据以形成判断）也就是说：“一个不凭任何迹象而来的本质上的或然，不能成为心智层面的可能性，因而不会产生怀疑，也不具有分量。”遭遇这种撒旦诡计的可怜人，正是以为这类本质上的可能性，会使自己失去对信仰诸真理的确信。</w:t>
      </w:r>
    </w:p>
    <w:p>
      <w:r>
        <w:rPr>
          <w:rFonts w:ascii="Times New Roman" w:hAnsi="Times New Roman" w:eastAsia="Noto Serif SC" w:cs="Amiri"/>
          <w:lang w:val="zh-CN" w:eastAsia="zh-CN" w:bidi="ar-SA"/>
          <w:color w:val="000000"/>
          <w:rtl w:val="0"/>
        </w:rPr>
        <w:t>例如，他心中浮现出许多关于尊贵先知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（愿Allah赐他尊荣、恩福与平安）作为人的本质可能性；这些可能性并不损害信仰中的决断与确信。然而，他却以为它们造成了损害，于是遭受损失。</w:t>
      </w:r>
    </w:p>
    <w:p>
      <w:r>
        <w:rPr>
          <w:rFonts w:ascii="Times New Roman" w:hAnsi="Times New Roman" w:eastAsia="Noto Serif SC" w:cs="Amiri"/>
          <w:lang w:val="zh-CN" w:eastAsia="zh-CN" w:bidi="ar-SA"/>
          <w:color w:val="000000"/>
          <w:rtl w:val="0"/>
        </w:rPr>
        <w:t>有时，撒旦还通过依附于心灵的唆使之处，说出有关至高无上的真实主宰Allah的恶言。那个人便以为是自己的心灵败坏了，才会说出这样的话，于是惊惧颤抖。然而，他的颤抖、恐惧和不予认同恰恰证明：那些话并非来自他的心灵，而是来自撒旦的唆使之处，或者是撒旦使这些话浮上心头、显现在想象之中。</w:t>
      </w:r>
    </w:p>
    <w:p>
      <w:r>
        <w:rPr>
          <w:rFonts w:ascii="Times New Roman" w:hAnsi="Times New Roman" w:eastAsia="Noto Serif SC" w:cs="Amiri"/>
          <w:lang w:val="zh-CN" w:eastAsia="zh-CN" w:bidi="ar-SA"/>
          <w:color w:val="000000"/>
          <w:rtl w:val="0"/>
        </w:rPr>
        <w:t>此外，在人的内在微妙官能中，有一两种我无法确认的官能，它们不听从选择与意志，甚至也不可能承担责任。有时，这些官能占了上风，不听从真理，进入错误的事情。那时，撒旦便向那个人灌输说：“你的禀赋与真理和信仰不相合，所以你才不由自主地进入这些虚妄之事。可见，你的前定已判你陷于不幸。”那个可怜人便陷入绝望，走向毁灭。</w:t>
      </w:r>
    </w:p>
    <w:p>
      <w:r>
        <w:rPr>
          <w:rFonts w:ascii="Times New Roman" w:hAnsi="Times New Roman" w:eastAsia="Noto Serif SC" w:cs="Amiri"/>
          <w:lang w:val="zh-CN" w:eastAsia="zh-CN" w:bidi="ar-SA"/>
          <w:color w:val="000000"/>
          <w:rtl w:val="0"/>
        </w:rPr>
        <w:t>面对撒旦先前的那些诡计，信仰者的防守之所，是精纯贤者中穷究真理者的准则所界定边界的信仰诸真理，以及《古兰经》中意义明确的坚定经文。面对他后来的那些诡计，则要凭求Allah庇护而不予理会。因为，越予以重视，它就越会吸引注意，随之膨胀、扩大。信仰者这类精神创伤的解毒良药与药膏，就是崇高的圣行。</w:t>
      </w:r>
    </w:p>
    <w:p>
      <w:pPr>
        <w:pStyle w:val="Heading2"/>
      </w:pPr>
      <w:r>
        <w:rPr>
          <w:rFonts w:ascii="Times New Roman" w:hAnsi="Times New Roman" w:eastAsia="Noto Serif SC" w:cs="Amiri"/>
          <w:lang w:val="zh-CN" w:eastAsia="zh-CN" w:bidi="ar-SA"/>
          <w:color w:val="000000"/>
          <w:rtl w:val="0"/>
        </w:rPr>
        <w:t>第七项指示</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穆尔太齐赖学派的领头学者把恶的创造视为恶，因此不把不信与迷误的造成归于Allah。仿佛他们借此使Allah超绝一切缺欠，却说着“人是自己行为的创造者”，走向迷误。</w:t>
      </w:r>
    </w:p>
    <w:p>
      <w:r>
        <w:rPr>
          <w:rFonts w:ascii="Times New Roman" w:hAnsi="Times New Roman" w:eastAsia="Noto Serif SC" w:cs="Amiri"/>
          <w:lang w:val="zh-CN" w:eastAsia="zh-CN" w:bidi="ar-SA"/>
          <w:color w:val="000000"/>
          <w:rtl w:val="0"/>
        </w:rPr>
        <w:t>他们还说：“犯一项大罪的信仰者，他的信仰就会消失。因为，信仰至高无上的真实主宰Allah并确认火狱，不可能与犯那样的罪相容。一个人在尘世中，仅仅因为对短暂监禁的些微恐惧，就能使自己远离一切违法之事；如果他竟犯下大罪，到了完全不把火狱永无终尽的惩罚和创造者的震怒放在心上的地步，这当然表明他没有信仰。”</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第一部分的回答如下，正如《前定论著》中所解释的：创造恶并不是恶；获致恶才是恶。因为，创造与造成要看全部结果。一种恶的存在既然成为许多善果的前导，那么，从结果来看，那恶的创造就是善，也就转为善的性质。</w:t>
      </w:r>
    </w:p>
    <w:p>
      <w:r>
        <w:rPr>
          <w:rFonts w:ascii="Times New Roman" w:hAnsi="Times New Roman" w:eastAsia="Noto Serif SC" w:cs="Amiri"/>
          <w:lang w:val="zh-CN" w:eastAsia="zh-CN" w:bidi="ar-SA"/>
          <w:color w:val="000000"/>
          <w:rtl w:val="0"/>
        </w:rPr>
        <w:t>例如，火有一百种善的结果。然而，有些人因错误的选择而使火成为自己的祸害，却不能因此说：“火的创造是恶。”</w:t>
      </w:r>
    </w:p>
    <w:p>
      <w:r>
        <w:rPr>
          <w:rFonts w:ascii="Times New Roman" w:hAnsi="Times New Roman" w:eastAsia="Noto Serif SC" w:cs="Amiri"/>
          <w:lang w:val="zh-CN" w:eastAsia="zh-CN" w:bidi="ar-SA"/>
          <w:color w:val="000000"/>
          <w:rtl w:val="0"/>
        </w:rPr>
        <w:t>同样，创造撒旦有人类进步等许多富有智慧的结果。一个人因错误的选择和错误的获致而被撒旦击败，却不能说：“撒旦的造成是恶。”相反，他凭自己的获致，给自己造成了恶。是的，获致只与行为者直接相关，所以会成为一种特定恶果的显现之所；那获致的恶便是恶。然而，创造要看全部结果，所以创造恶并不是恶，而是善。</w:t>
      </w:r>
    </w:p>
    <w:p>
      <w:r>
        <w:rPr>
          <w:rFonts w:ascii="Times New Roman" w:hAnsi="Times New Roman" w:eastAsia="Noto Serif SC" w:cs="Amiri"/>
          <w:lang w:val="zh-CN" w:eastAsia="zh-CN" w:bidi="ar-SA"/>
          <w:color w:val="000000"/>
          <w:rtl w:val="0"/>
        </w:rPr>
        <w:t>穆尔太齐赖学派正因为不明白这一奥秘，便说：“创造恶就是恶，创造丑恶之事就是丑恶。”他们为了使至高无上的真实主宰Allah超绝一切缺欠，不把恶的创造归于祂，于是陷入迷误。他们把</w:t>
      </w:r>
      <w:r>
        <w:rPr>
          <w:rFonts w:ascii="Amiri" w:hAnsi="Amiri" w:eastAsia="Amiri" w:cs="Amiri"/>
          <w:lang w:val="zh-CN" w:eastAsia="zh-CN" w:bidi="ar-SA"/>
          <w:rtl w:val="1"/>
          <w:cs w:val="1"/>
          <w:color w:val="000000"/>
          <w:sz w:val="24"/>
          <w:szCs w:val="24"/>
        </w:rPr>
        <w:t>ﻭَ ﺑِﺎﻟْﻘَﺪَﺭِ ﺧَﻴْﺮِﻩ۪ ﻭَ ﺷَﺮِّﻩ۪</w:t>
      </w:r>
      <w:r>
        <w:rPr>
          <w:rFonts w:ascii="Times New Roman" w:hAnsi="Times New Roman" w:eastAsia="Noto Serif SC" w:cs="Amiri"/>
          <w:lang w:val="zh-CN" w:eastAsia="zh-CN" w:bidi="ar-SA"/>
          <w:color w:val="000000"/>
          <w:rtl w:val="0"/>
        </w:rPr>
        <w:t>（并信仰前定，信仰其中善与恶两面皆在Allah的预知与裁定之内）这一信仰要素加以曲解。</w:t>
      </w:r>
    </w:p>
    <w:p>
      <w:r>
        <w:rPr>
          <w:rFonts w:ascii="Times New Roman" w:hAnsi="Times New Roman" w:eastAsia="Noto Serif SC" w:cs="Amiri"/>
          <w:lang w:val="zh-CN" w:eastAsia="zh-CN" w:bidi="ar-SA"/>
          <w:color w:val="000000"/>
          <w:rtl w:val="0"/>
        </w:rPr>
        <w:t>对于第二部分，也就是他们“犯大罪的人怎么还能仍是信仰者？”这一问题，回答如下：</w:t>
      </w:r>
    </w:p>
    <w:p>
      <w:r>
        <w:rPr>
          <w:rFonts w:ascii="Times New Roman" w:hAnsi="Times New Roman" w:eastAsia="Noto Serif SC" w:cs="Amiri"/>
          <w:lang w:val="zh-CN" w:eastAsia="zh-CN" w:bidi="ar-SA"/>
          <w:color w:val="000000"/>
          <w:rtl w:val="0"/>
        </w:rPr>
        <w:t>首先：在前述各项指示中，他们的错误已经昭然明确，无须重复。</w:t>
      </w:r>
    </w:p>
    <w:p>
      <w:r>
        <w:rPr>
          <w:rFonts w:ascii="Times New Roman" w:hAnsi="Times New Roman" w:eastAsia="Noto Serif SC" w:cs="Amiri"/>
          <w:lang w:val="zh-CN" w:eastAsia="zh-CN" w:bidi="ar-SA"/>
          <w:color w:val="000000"/>
          <w:rtl w:val="0"/>
        </w:rPr>
        <w:t>其次：人的自我宁要即刻到手的一枚迪尔汗的乐趣，也不要日后所得、眼下未见的一巴特曼的乐趣；同样，比起今后一年的惩罚，它更害怕眼前的一记耳光。而且，人的情感一旦占上风，便不听从理智的判断；欲望与臆想一旦掌权，就会把最微小、最无关紧要的眼前乐趣，置于日后极其巨大的奖赏之上；比起日后重大的惩罚，它也更畏惧眼前微小的困苦。因为，臆想、欲望与情感看不见将来，甚至否认将来。如果自我再加以帮助，作为信仰所在的心灵与理智就会沉默，遭到压制。</w:t>
      </w:r>
    </w:p>
    <w:p>
      <w:r>
        <w:rPr>
          <w:rFonts w:ascii="Times New Roman" w:hAnsi="Times New Roman" w:eastAsia="Noto Serif SC" w:cs="Amiri"/>
          <w:lang w:val="zh-CN" w:eastAsia="zh-CN" w:bidi="ar-SA"/>
          <w:color w:val="000000"/>
          <w:rtl w:val="0"/>
        </w:rPr>
        <w:t>因此，犯大罪并非出于没有信仰，而是由于情感、欲望与臆想占了上风，理智与心灵遭到了压制。</w:t>
      </w:r>
    </w:p>
    <w:p>
      <w:r>
        <w:rPr>
          <w:rFonts w:ascii="Times New Roman" w:hAnsi="Times New Roman" w:eastAsia="Noto Serif SC" w:cs="Amiri"/>
          <w:lang w:val="zh-CN" w:eastAsia="zh-CN" w:bidi="ar-SA"/>
          <w:color w:val="000000"/>
          <w:rtl w:val="0"/>
        </w:rPr>
        <w:t>而且，正如前述各项指示所表明的，邪恶与欲望之路属于破坏，所以极其容易。人与精灵中的撒旦很快就把人驱向那条路。有一种情形实在令人惊叹：依据圣训的明文，永存世界的一点微光，即使只有苍蝇翅膀那么大，也因它永无终尽，便足以抵得上一个人一生之中从尘世所得的乐趣与恩赐；然而，有些可怜人却宁要这短暂尘世苍蝇翅膀般的一点乐趣，也不要那个永存世界中足以抵得上这短暂尘世的种种乐趣，反而追随撒旦而去。</w:t>
      </w:r>
    </w:p>
    <w:p>
      <w:r>
        <w:rPr>
          <w:rFonts w:ascii="Times New Roman" w:hAnsi="Times New Roman" w:eastAsia="Noto Serif SC" w:cs="Amiri"/>
          <w:lang w:val="zh-CN" w:eastAsia="zh-CN" w:bidi="ar-SA"/>
          <w:color w:val="000000"/>
          <w:rtl w:val="0"/>
        </w:rPr>
        <w:t>正是由于这些奥秘，至睿的《古兰经》才以极其频繁的重复和坚持不懈的威吓与鼓励，阻止信仰者犯罪，驱使他们行善。</w:t>
      </w:r>
    </w:p>
    <w:p>
      <w:r>
        <w:rPr>
          <w:rFonts w:ascii="Times New Roman" w:hAnsi="Times New Roman" w:eastAsia="Noto Serif SC" w:cs="Amiri"/>
          <w:lang w:val="zh-CN" w:eastAsia="zh-CN" w:bidi="ar-SA"/>
          <w:color w:val="000000"/>
          <w:rtl w:val="0"/>
        </w:rPr>
        <w:t>曾经有一段时间，至睿的《古兰经》这种反复而严厉的引导，使我产生这样的想法：如此连续不断的提醒与警醒，仿佛把信仰者说成反复无常、不真不实，给了人一种有损其尊严的处境。因为，一个职员遵行上司的一道命令本已足够；如果上司把同一道命令说上十遍，那个职员一定会生气，说：“你是在指控我；我并不是叛徒。”然而，至睿的《古兰经》却坚持不断地反复命令最纯诚的信仰者。</w:t>
      </w:r>
    </w:p>
    <w:p>
      <w:r>
        <w:rPr>
          <w:rFonts w:ascii="Times New Roman" w:hAnsi="Times New Roman" w:eastAsia="Noto Serif SC" w:cs="Amiri"/>
          <w:lang w:val="zh-CN" w:eastAsia="zh-CN" w:bidi="ar-SA"/>
          <w:color w:val="000000"/>
          <w:rtl w:val="0"/>
        </w:rPr>
        <w:t>正当这个念头困扰我的头脑时，我有两三位忠诚的朋友。为了使他们不受人形撒旦诡计的迷惑，我屡次提醒、警醒他们。他们并不生气，也不说：“你是在指控我们。”然而，我心里却说：“我这样不断提醒，一定会让他们生气；我这是在指控他们不忠诚、不坚定。”</w:t>
      </w:r>
    </w:p>
    <w:p>
      <w:r>
        <w:rPr>
          <w:rFonts w:ascii="Times New Roman" w:hAnsi="Times New Roman" w:eastAsia="Noto Serif SC" w:cs="Amiri"/>
          <w:lang w:val="zh-CN" w:eastAsia="zh-CN" w:bidi="ar-SA"/>
          <w:color w:val="000000"/>
          <w:rtl w:val="0"/>
        </w:rPr>
        <w:t>后来，前述各项指示中所阐述、所证明的真理忽然展开。那时，我凭那真理明白了：至睿的《古兰经》之所以坚持重复，正是因为它完全合乎情势所需、恰到好处，毫无赘余，充满智慧，也毫无指控之意；这正是智慧的本身，是纯粹的雄辩。我也明白了那几位忠诚的朋友为何并不生气。</w:t>
      </w:r>
    </w:p>
    <w:p>
      <w:r>
        <w:rPr>
          <w:rFonts w:ascii="Times New Roman" w:hAnsi="Times New Roman" w:eastAsia="Noto Serif SC" w:cs="Amiri"/>
          <w:lang w:val="zh-CN" w:eastAsia="zh-CN" w:bidi="ar-SA"/>
          <w:color w:val="000000"/>
          <w:rtl w:val="0"/>
        </w:rPr>
        <w:t>那真理的要义是：撒旦把人驱向破坏，所以能凭一点行为作出许多恶事。因此，走在真理与正道上的人极需审慎，极需高度戒备、反复提醒和多方援助。至高无上的真实主宰Allah正是为此，借祂一千零一个尊名向信仰者提供援助，把数千只慈悯之手伸向他们，给予救助。祂并不折损他们的尊严，反而加以护佑；祂并不贬损人的价值，反而显明撒旦的恶是何等巨大。</w:t>
      </w:r>
    </w:p>
    <w:p>
      <w:r>
        <w:rPr>
          <w:rFonts w:ascii="Times New Roman" w:hAnsi="Times New Roman" w:eastAsia="Noto Serif SC" w:cs="Amiri"/>
          <w:lang w:val="zh-CN" w:eastAsia="zh-CN" w:bidi="ar-SA"/>
          <w:color w:val="000000"/>
          <w:rtl w:val="0"/>
        </w:rPr>
        <w:t>真理的人们、得正道的人们啊！要摆脱人与精灵中的撒旦上述种种诡计，办法是：把属于逊奈与大众正统派的真理学派作为营垒，进入以雄辩彰显奇迹的《古兰经》那坚定经文的堡垒，以崇高的圣行为向导；这样，你们便会找到平安！</w:t>
      </w:r>
    </w:p>
    <w:p>
      <w:pPr>
        <w:pStyle w:val="Heading2"/>
      </w:pPr>
      <w:r>
        <w:rPr>
          <w:rFonts w:ascii="Times New Roman" w:hAnsi="Times New Roman" w:eastAsia="Noto Serif SC" w:cs="Amiri"/>
          <w:lang w:val="zh-CN" w:eastAsia="zh-CN" w:bidi="ar-SA"/>
          <w:color w:val="000000"/>
          <w:rtl w:val="0"/>
        </w:rPr>
        <w:t>第八项指示</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在先前的各项指示中，你们已经证明：迷误之路平坦易行，又带破坏与侵越，所以许多人都走上那条路。然而，在其他论著中，你们又以确凿的证据证明：不信与迷误之路极其艰难困苦，任何人都不该进入，它甚至不是一条可以通行的路；而信仰与引导之路极其容易、极为明显，人人都本当走上它。</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不信与迷误分为两类。一类虽属行为、属枝节，却是否定并否认信仰的诸项判定；这种迷误是容易的。它是不接受真理，是一种舍弃，是一种无有，是不予接受。论著中说明为容易的，正是这一类。</w:t>
      </w:r>
    </w:p>
    <w:p>
      <w:r>
        <w:rPr>
          <w:rFonts w:ascii="Times New Roman" w:hAnsi="Times New Roman" w:eastAsia="Noto Serif SC" w:cs="Amiri"/>
          <w:lang w:val="zh-CN" w:eastAsia="zh-CN" w:bidi="ar-SA"/>
          <w:color w:val="000000"/>
          <w:rtl w:val="0"/>
        </w:rPr>
        <w:t>第二类则不属行为与枝节，而是一种属于信念与思想的判定。它不只是否定信仰，更是走向信仰的反面，为其开辟道路。这是接受虚妄，是证明真理的反面。这一类不仅是对信仰的否定与破毁，更是信仰的对立面。它不是“不予接受”，因而不可能容易；它是“接受无有”，而且只有证明了那无有，才能接受它。依照</w:t>
      </w:r>
      <w:r>
        <w:rPr>
          <w:rFonts w:ascii="Amiri" w:hAnsi="Amiri" w:eastAsia="Amiri" w:cs="Amiri"/>
          <w:lang w:val="zh-CN" w:eastAsia="zh-CN" w:bidi="ar-SA"/>
          <w:rtl w:val="1"/>
          <w:cs w:val="1"/>
          <w:color w:val="000000"/>
          <w:sz w:val="24"/>
          <w:szCs w:val="24"/>
        </w:rPr>
        <w:t>ﺍَﻟْﻌَﺪَﻡُ لَا ﻳُﺜْﺒَﺖُ</w:t>
      </w:r>
      <w:r>
        <w:rPr>
          <w:rFonts w:ascii="Times New Roman" w:hAnsi="Times New Roman" w:eastAsia="Noto Serif SC" w:cs="Amiri"/>
          <w:lang w:val="zh-CN" w:eastAsia="zh-CN" w:bidi="ar-SA"/>
          <w:color w:val="000000"/>
          <w:rtl w:val="0"/>
        </w:rPr>
        <w:t>（无有不能被证实；不存在者无法凭证据确立）这一原则，证明无有当然绝非易事。</w:t>
      </w:r>
    </w:p>
    <w:p>
      <w:r>
        <w:rPr>
          <w:rFonts w:ascii="Times New Roman" w:hAnsi="Times New Roman" w:eastAsia="Noto Serif SC" w:cs="Amiri"/>
          <w:lang w:val="zh-CN" w:eastAsia="zh-CN" w:bidi="ar-SA"/>
          <w:color w:val="000000"/>
          <w:rtl w:val="0"/>
        </w:rPr>
        <w:t>可见，其他论著中说明为艰难困苦、几乎达到不可能程度的不信与迷误，就是这一类；只要具有一丝毫意识，就绝不该成为这条路的行者。而且，正如论著中已确凿证明的，这条路有极其可怕的痛苦和令人窒息的黑暗，只要具有一丝毫理智，就不会向往它。</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既然如此痛苦、黑暗而艰难，为什么大多数人还走向这条路呢？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他们是堕入其中，无法出来。而且，人身上的植物性力量和动物性力量看不见结局，也无法思考结局；它们又压倒了人身上那些属人的精微官能，所以人不想出来，只以眼前暂时的快乐安慰自己。</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若有人说：迷误之中有一种极其可怕的痛苦与恐惧，不信者不要说从生命中得到快乐，简直根本就不该活着。他本当被那痛苦压垮，被那恐惧吓破胆。因为，人作为人，虽然渴望无数事物并热爱生命，却借不信把自己的死亡看作永久的消灭、永无终止的离别，又把万物的消逝、亲友的亡故以及一切所爱者的死亡，都看作消灭与永远的分离；他借不信，时时刻刻在眼前看见这一切。这样的人怎能活着？怎能从生命中得到快乐？</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他借撒旦一种奇异的欺诳欺骗自己，就这样活着；他以为自己得到了一种表面的快乐。我们将借一个著名的比喻指出其实质。是这样的：</w:t>
      </w:r>
    </w:p>
    <w:p>
      <w:r>
        <w:rPr>
          <w:rFonts w:ascii="Times New Roman" w:hAnsi="Times New Roman" w:eastAsia="Noto Serif SC" w:cs="Amiri"/>
          <w:lang w:val="zh-CN" w:eastAsia="zh-CN" w:bidi="ar-SA"/>
          <w:color w:val="000000"/>
          <w:rtl w:val="0"/>
        </w:rPr>
        <w:t>据说，有人对鸵鸟说：“你有翅膀，飞吧！”它却收紧翅膀，说：“我是骆驼。”于是不飞，却落入了猎人的陷阱。它为了让猎人看不见自己，把头钻进沙里，却把庞大的身躯留在外面，成了猎人的目标。随后，又有人对它说：“既然你说自己是骆驼，那就驮东西吧！”这时它立刻张开翅膀，说：“我是鸟。”于是摆脱了驮运的劳苦，却因没有保护者、没有食物，成了猎人攻击的目标。</w:t>
      </w:r>
    </w:p>
    <w:p>
      <w:r>
        <w:rPr>
          <w:rFonts w:ascii="Times New Roman" w:hAnsi="Times New Roman" w:eastAsia="Noto Serif SC" w:cs="Amiri"/>
          <w:lang w:val="zh-CN" w:eastAsia="zh-CN" w:bidi="ar-SA"/>
          <w:color w:val="000000"/>
          <w:rtl w:val="0"/>
        </w:rPr>
        <w:t>不信者也正是如此：面对《古兰经》来自天上的宣告，他放弃绝对的不信，退到一种带有怀疑的不信。如果有人对他说：“既然你把死亡与消逝视为永久的消灭，那么，将把你吊死的绞刑架就在眼前……时时刻刻看着它的人，怎能活着？怎能得到快乐？”那个人便凭从《古兰经》普遍慈悯与包摄一切的光明中分得的一份，说：“死亡不是消灭，也许还有永存。”或者，他像鸵鸟一样，把头钻进疏忽遗忘的沙里，好让死亡时辰看不见他，坟墓不看他，万物的消逝也不向他射箭！</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借这种带有怀疑的不信，当他像鸵鸟一样把死亡与消逝看作消灭时，《古兰经》和来自天上的经典关于信仰后世的确凿传报，便给了他一种可能性。那个不信者紧紧抓住这种可能性，不把那可怕的痛苦承担到自己身上。这时，如果有人对他说：“既然人要去一个永存的世界，为了在那个世界美好地生活，就必须承受宗教义务的艰辛。”</w:t>
      </w:r>
    </w:p>
    <w:p>
      <w:r>
        <w:rPr>
          <w:rFonts w:ascii="Times New Roman" w:hAnsi="Times New Roman" w:eastAsia="Noto Serif SC" w:cs="Amiri"/>
          <w:lang w:val="zh-CN" w:eastAsia="zh-CN" w:bidi="ar-SA"/>
          <w:color w:val="000000"/>
          <w:rtl w:val="0"/>
        </w:rPr>
        <w:t>那人便从不信的怀疑出发，说：“也许没有后世，我为什么要为不存在的东西操劳？”也就是说，当他凭《古兰经》的裁决所给予的永存可能性，摆脱永久消灭的痛苦之后，带有怀疑的不信所给予的非存在可能性，又使宗教义务的艰辛摆到他面前；这时，他便抓住不信的可能性，借以摆脱那份劳苦。</w:t>
      </w:r>
    </w:p>
    <w:p>
      <w:r>
        <w:rPr>
          <w:rFonts w:ascii="Times New Roman" w:hAnsi="Times New Roman" w:eastAsia="Noto Serif SC" w:cs="Amiri"/>
          <w:lang w:val="zh-CN" w:eastAsia="zh-CN" w:bidi="ar-SA"/>
          <w:color w:val="000000"/>
          <w:rtl w:val="0"/>
        </w:rPr>
        <w:t>可见，从这一角度看，他以为自己在今生比信徒得到更多快乐。因为，他借不信的可能性摆脱宗教义务的劳苦，又借信仰的可能性，不把永恒的痛苦承担到自己身上。然而，撒旦这种欺诳的作用极其肤浅、毫无益处，而且只是暂时的。</w:t>
      </w:r>
    </w:p>
    <w:p>
      <w:r>
        <w:rPr>
          <w:rFonts w:ascii="Times New Roman" w:hAnsi="Times New Roman" w:eastAsia="Noto Serif SC" w:cs="Amiri"/>
          <w:lang w:val="zh-CN" w:eastAsia="zh-CN" w:bidi="ar-SA"/>
          <w:color w:val="000000"/>
          <w:rtl w:val="0"/>
        </w:rPr>
        <w:t>可见，至睿的《古兰经》对于不信者也有一种慈悯的方面：它在一定程度上使他们的尘世生命免于成为火狱，给予他们一种怀疑，让他们在怀疑中活着。否则，他们在这尘世也会受到一种令人想起后世火狱的精神火狱之苦，并将被迫自杀。</w:t>
      </w:r>
    </w:p>
    <w:p>
      <w:r>
        <w:rPr>
          <w:rFonts w:ascii="Times New Roman" w:hAnsi="Times New Roman" w:eastAsia="Noto Serif SC" w:cs="Amiri"/>
          <w:lang w:val="zh-CN" w:eastAsia="zh-CN" w:bidi="ar-SA"/>
          <w:color w:val="000000"/>
          <w:rtl w:val="0"/>
        </w:rPr>
        <w:t>因此，信仰者们啊！请以信徒和信赖者的姿态，进入《古兰经》的庇护之下；它把你们从永久的消灭、尘世与后世的火狱中拯救出来。请以顺从和称善的姿态，进入它高贵圣行的范围，摆脱尘世的悲惨与后世的惩罚！</w:t>
      </w:r>
    </w:p>
    <w:p>
      <w:pPr>
        <w:pStyle w:val="Heading2"/>
      </w:pPr>
      <w:r>
        <w:rPr>
          <w:rFonts w:ascii="Times New Roman" w:hAnsi="Times New Roman" w:eastAsia="Noto Serif SC" w:cs="Amiri"/>
          <w:lang w:val="zh-CN" w:eastAsia="zh-CN" w:bidi="ar-SA"/>
          <w:color w:val="000000"/>
          <w:rtl w:val="0"/>
        </w:rPr>
        <w:t>第九项指示</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属于Allah一方的得引导者，以众先知为首，又以众先知之首、世界的荣耀</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（愿Allah赐他尊荣、恩福与平安）为首；他们蒙受Allah如此多的眷顾与慈悯，以及祂超绝一切缺欠的援助，为什么却屡屡败给属于撒旦一方的迷误者呢？</w:t>
      </w:r>
    </w:p>
    <w:p>
      <w:r>
        <w:rPr>
          <w:rFonts w:ascii="Times New Roman" w:hAnsi="Times New Roman" w:eastAsia="Noto Serif SC" w:cs="Amiri"/>
          <w:lang w:val="zh-CN" w:eastAsia="zh-CN" w:bidi="ar-SA"/>
          <w:color w:val="000000"/>
          <w:rtl w:val="0"/>
        </w:rPr>
        <w:t>而且，众先知的封印者拥有太阳般灿烂的先知身份与使者使命，又借《古兰经》那如至大点金石般富有实效的奇迹进行引导；麦地那的伪信者就处在比宇宙普遍引力更具吸引力的《古兰经》诸真理之旁，与它们近在咫尺，为什么仍坚持迷误，不进入引导？其中缘由何在，智慧又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要解答这个包含两方面、令人震骇的问题，必须阐明一项深刻的原则。是这样的：</w:t>
      </w:r>
    </w:p>
    <w:p>
      <w:r>
        <w:rPr>
          <w:rFonts w:ascii="Times New Roman" w:hAnsi="Times New Roman" w:eastAsia="Noto Serif SC" w:cs="Amiri"/>
          <w:lang w:val="zh-CN" w:eastAsia="zh-CN" w:bidi="ar-SA"/>
          <w:color w:val="000000"/>
          <w:rtl w:val="0"/>
        </w:rPr>
        <w:t>宇宙的具威严创造者Allah，既有美善一类，也有威严一类的尊名；这些美善与威严的尊名，要求以各自不同的彰显方式显示自己的律则。因此，具威严的创造者Allah在宇宙中使相反者彼此交融、彼此相对，使它们处于相互侵越又相互防御的状态，形成一种富于智慧、带来益处的争战；又使相反者越过彼此的界限，产生种种差异与变化。祂就这样使宇宙服从变化与转化的法则、进步与完善的原则。人类是这棵创造之树所结的包容完备之果，于是祂在人类这一族类中，使那条争战法则呈现更为奇异的形式，打开一扇成为人类一切进步之根基的奋斗之门，并赐给撒旦一方某些官能，使他们能够出来对抗Allah一方。</w:t>
      </w:r>
    </w:p>
    <w:p>
      <w:r>
        <w:rPr>
          <w:rFonts w:ascii="Times New Roman" w:hAnsi="Times New Roman" w:eastAsia="Noto Serif SC" w:cs="Amiri"/>
          <w:lang w:val="zh-CN" w:eastAsia="zh-CN" w:bidi="ar-SA"/>
          <w:color w:val="000000"/>
          <w:rtl w:val="0"/>
        </w:rPr>
        <w:t>正是由于这一精微的奥义，众先知屡屡败在迷误者面前。极其软弱无力的迷误者，也能暂时战胜并抵抗在精神上极其强大的真理之士。这种奇异抵抗所含智慧的奥义如下：</w:t>
      </w:r>
    </w:p>
    <w:p>
      <w:r>
        <w:rPr>
          <w:rFonts w:ascii="Times New Roman" w:hAnsi="Times New Roman" w:eastAsia="Noto Serif SC" w:cs="Amiri"/>
          <w:lang w:val="zh-CN" w:eastAsia="zh-CN" w:bidi="ar-SA"/>
          <w:color w:val="000000"/>
          <w:rtl w:val="0"/>
        </w:rPr>
        <w:t>迷误与不信之中，既有无有与舍弃，而这极其容易，不需要行动；又有破坏，而这十分轻易，稍加动作便已足够；还有侵越，只须一点行为就能伤害许多人，并在恐吓他人和法老式强横方面为自己赢得地位。此外，人身上那些看不见结局、沉迷眼前享乐的植物性力量和动物性力量，还有其满足、享乐与放纵；它们使理智、心灵等属人的精微官能，放弃那些合乎人性、顾念结局的职责。</w:t>
      </w:r>
    </w:p>
    <w:p>
      <w:r>
        <w:rPr>
          <w:rFonts w:ascii="Times New Roman" w:hAnsi="Times New Roman" w:eastAsia="Noto Serif SC" w:cs="Amiri"/>
          <w:lang w:val="zh-CN" w:eastAsia="zh-CN" w:bidi="ar-SA"/>
          <w:color w:val="000000"/>
          <w:rtl w:val="0"/>
        </w:rPr>
        <w:t>得引导者，尤其是先知之士，尤其是身为万有之养育并主宰者Allah所爱者的至尊使者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其神圣道路具有这些重要原则：既要肯定存在，又要确立实有；既要建设，又要行动；既要在界限内保持正直，又要思考结局；既要怀有全然奴仆意识，又要摧毁命人作恶之自我的法老式强横与放纵。正因如此，当时光明麦地那的伪信者，面对那灿烂的太阳，竟像蝙蝠一样闭上眼睛；面对那巨大的吸引力，则被撒旦的排斥力量所俘获，继续留在迷误之中。</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既然是万有之养育并主宰者Allah的所爱者，手中所持的是真理，口舌所言的是真实；他军队中的一部分士兵又是天使。他用一捧水供一支军队饮用，用四捧麦子和一只羊羔的肉设宴，使一千人吃饱。他向不信者军队的眼睛投去一捧泥土，那捧泥土便进入每个不信者的眼中，如同每人眼中各入一捧，使他们逃走。这样一位拥有上千诸如此类奇迹、由Allah差派的统帅，怎么会在吴侯德之战的末尾和侯奈因之战的开头遭到挫败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被差遣，是要作人类效法的榜样、先导与引路人，使人类向他学习社会生活与个人生活的原则，习惯服从具完善的至睿者Allah所意欲的诸法则，并依照祂智慧的律例行事。倘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（愿Allah赐他尊荣、恩福与平安）在自己的社会生活与个人生活中始终依靠超乎常规之事和奇迹，他就不可能成为绝对的先导与至大的引路人。</w:t>
      </w:r>
    </w:p>
    <w:p>
      <w:r>
        <w:rPr>
          <w:rFonts w:ascii="Times New Roman" w:hAnsi="Times New Roman" w:eastAsia="Noto Serif SC" w:cs="Amiri"/>
          <w:lang w:val="zh-CN" w:eastAsia="zh-CN" w:bidi="ar-SA"/>
          <w:color w:val="000000"/>
          <w:rtl w:val="0"/>
        </w:rPr>
        <w:t>正是由于这一奥义，他只在需要时偶尔显示奇迹，为的是使人承认自己的主张真实，破除否认者的拒绝。在其他时候，正如他比任何人都更服从Allah的诸命令，他也比任何人都更尊重并服从那些凭Allah的智慧与祂超绝一切缺欠的意欲而设立的惯常法则。面对敌人，他穿上铠甲，命令道：“进入壕沟！”他也受伤，也受苦，以此完全表明他对Allah智慧的法则、对宇宙间至大的天性律法所持的尊重与服从。</w:t>
      </w:r>
    </w:p>
    <w:p>
      <w:pPr>
        <w:pStyle w:val="Heading2"/>
      </w:pPr>
      <w:r>
        <w:rPr>
          <w:rFonts w:ascii="Times New Roman" w:hAnsi="Times New Roman" w:eastAsia="Noto Serif SC" w:cs="Amiri"/>
          <w:lang w:val="zh-CN" w:eastAsia="zh-CN" w:bidi="ar-SA"/>
          <w:color w:val="000000"/>
          <w:rtl w:val="0"/>
        </w:rPr>
        <w:t>第十项指示</w:t>
      </w:r>
    </w:p>
    <w:p>
      <w:r>
        <w:rPr>
          <w:rFonts w:ascii="Times New Roman" w:hAnsi="Times New Roman" w:eastAsia="Noto Serif SC" w:cs="Amiri"/>
          <w:lang w:val="zh-CN" w:eastAsia="zh-CN" w:bidi="ar-SA"/>
          <w:color w:val="000000"/>
          <w:rtl w:val="0"/>
        </w:rPr>
        <w:t>易卜劣厮最重要的一项诡计，就是让跟随他的人否认他自己。在这个时代，尤其是那些思想被唯物主义者的哲学搅乱的人，对这一显而易见的问题也表现出迟疑，因此，针对撒旦的这项诡计，我们要说一两句话。是这样的：</w:t>
      </w:r>
    </w:p>
    <w:p>
      <w:r>
        <w:rPr>
          <w:rFonts w:ascii="Times New Roman" w:hAnsi="Times New Roman" w:eastAsia="Noto Serif SC" w:cs="Amiri"/>
          <w:lang w:val="zh-CN" w:eastAsia="zh-CN" w:bidi="ar-SA"/>
          <w:color w:val="000000"/>
          <w:rtl w:val="0"/>
        </w:rPr>
        <w:t>正如人们可以亲眼见到，在人类中确有履行撒旦职责、具有肉体的邪恶灵魂；同样，精灵中也确有没有肉体的邪恶灵魂，这一点是确定无疑的。倘若它们穿上物质的肉体，就会与这些邪恶的人完全相同；倘若这些人形的属人撒旦能够脱下肉体，也就会成为那些属精灵的易卜劣厮。正是基于这种极其密切的关系，一种谬误学派曾主张：“人形中那些极其邪恶的灵魂，死后便成为撒旦。”</w:t>
      </w:r>
    </w:p>
    <w:p>
      <w:r>
        <w:rPr>
          <w:rFonts w:ascii="Times New Roman" w:hAnsi="Times New Roman" w:eastAsia="Noto Serif SC" w:cs="Amiri"/>
          <w:lang w:val="zh-CN" w:eastAsia="zh-CN" w:bidi="ar-SA"/>
          <w:color w:val="000000"/>
          <w:rtl w:val="0"/>
        </w:rPr>
        <w:t>众所周知，越崇高的事物一旦败坏，其败坏程度就越超过低下事物的败坏。譬如，牛奶和酸奶坏了，仍然可以吃；油坏了就不能吃，有时甚至会像毒药一样。同样，人作为受造物中最尊贵、甚至最崇高者，一旦败坏，就会比堕坏的动物更加败坏。他们像以腐臭物质的气味为乐的昆虫，又像以咬噬并使人中毒为乐的蛇，以迷误泥沼中的邪恶与卑劣品性为乐并引以为荣，从不义黑暗中的伤害与罪行里取得快乐，几乎进入了撒旦的本质。是的，属人撒旦的存在，就是属精灵撒旦存在的一项确凿证据。</w:t>
      </w:r>
    </w:p>
    <w:p>
      <w:r>
        <w:rPr>
          <w:rFonts w:ascii="Times New Roman" w:hAnsi="Times New Roman" w:eastAsia="Noto Serif SC" w:cs="Amiri"/>
          <w:lang w:val="zh-CN" w:eastAsia="zh-CN" w:bidi="ar-SA"/>
          <w:color w:val="000000"/>
          <w:rtl w:val="0"/>
        </w:rPr>
        <w:t>第二：在《第二十九言》中，那些以成百的确凿证据证明灵性存在者与天使存在的全部证据，也证明撒旦的存在。我们把这一方面交由那篇《言》说明。</w:t>
      </w:r>
    </w:p>
    <w:p>
      <w:r>
        <w:rPr>
          <w:rFonts w:ascii="Times New Roman" w:hAnsi="Times New Roman" w:eastAsia="Noto Serif SC" w:cs="Amiri"/>
          <w:lang w:val="zh-CN" w:eastAsia="zh-CN" w:bidi="ar-SA"/>
          <w:color w:val="000000"/>
          <w:rtl w:val="0"/>
        </w:rPr>
        <w:t>第三：天使的存在已获各宗教一致确认；天使是宇宙中种种善事之法则的代表，犹如其监察者。同样，种种恶事的代表者与执行者，以及作为这些事务中诸法则之枢轴的邪恶灵魂和撒旦，其存在从智慧与真理的角度看也是确定的；甚至可以说，在种种恶事之中，更有必要存在一层有意识的帷幕。因为，正如《第二十二言》开头所说：</w:t>
      </w:r>
    </w:p>
    <w:p>
      <w:r>
        <w:rPr>
          <w:rFonts w:ascii="Times New Roman" w:hAnsi="Times New Roman" w:eastAsia="Noto Serif SC" w:cs="Amiri"/>
          <w:lang w:val="zh-CN" w:eastAsia="zh-CN" w:bidi="ar-SA"/>
          <w:color w:val="000000"/>
          <w:rtl w:val="0"/>
        </w:rPr>
        <w:t>并非人人都能看见每一事物真正的美善，因此，为了不让人因表面上的恶与缺欠而反对具威严的创造者Allah，不让人指控祂的慈悯、批评祂的智慧并作不公的怨诉，Allah便设置一个表面的媒介作为帷幕，使反对、批评与怨诉落到那些帷幕上，而不转向慷慨的创造者Allah与绝对至睿者。正如祂把疾病设为死亡时辰的帷幕，以免亡故的仆人们对尊贵的阿兹拉伊勒心怀怨怼；同样，祂也使尊贵的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（愿Allah赐他平安）成为收取灵魂的帷幕，好让来自那些被认为毫无怜悯之情状的怨诉，不转向至高无上的真实主宰Allah。</w:t>
      </w:r>
    </w:p>
    <w:p>
      <w:r>
        <w:rPr>
          <w:rFonts w:ascii="Times New Roman" w:hAnsi="Times New Roman" w:eastAsia="Noto Serif SC" w:cs="Amiri"/>
          <w:lang w:val="zh-CN" w:eastAsia="zh-CN" w:bidi="ar-SA"/>
          <w:color w:val="000000"/>
          <w:rtl w:val="0"/>
        </w:rPr>
        <w:t>同样，更具确定性地，为了使由邪恶与坏事引起的反对和批评不转向具威严的创造者Allah，Allah的智慧便要求撒旦存在。</w:t>
      </w:r>
    </w:p>
    <w:p>
      <w:r>
        <w:rPr>
          <w:rFonts w:ascii="Times New Roman" w:hAnsi="Times New Roman" w:eastAsia="Noto Serif SC" w:cs="Amiri"/>
          <w:lang w:val="zh-CN" w:eastAsia="zh-CN" w:bidi="ar-SA"/>
          <w:color w:val="000000"/>
          <w:rtl w:val="0"/>
        </w:rPr>
        <w:t>第四：人是一个小世界，世界也是一个大人。这个小人，是那个大人的索引与摘要。人身上所具有之样本的巨大原本，必然也存在于至大的人之中。譬如，人身上记忆力的存在，就是世界受保护的记载板之存在的确凿证据。</w:t>
      </w:r>
    </w:p>
    <w:p>
      <w:r>
        <w:rPr>
          <w:rFonts w:ascii="Times New Roman" w:hAnsi="Times New Roman" w:eastAsia="Noto Serif SC" w:cs="Amiri"/>
          <w:lang w:val="zh-CN" w:eastAsia="zh-CN" w:bidi="ar-SA"/>
          <w:color w:val="000000"/>
          <w:rtl w:val="0"/>
        </w:rPr>
        <w:t>同样，在心灵的一角，有一种称为“撒旦微点”的私语工具，有一条借臆想力的暗示而说话的撒旦之舌，而那受到败坏的臆想力，也变成一个小撒旦；每个人都凭感觉与直觉在自己身上看到，它们的行动违背其主人的选择与愿望。这一点，就是世界中那些大撒旦存在的确凿证据。</w:t>
      </w:r>
    </w:p>
    <w:p>
      <w:r>
        <w:rPr>
          <w:rFonts w:ascii="Times New Roman" w:hAnsi="Times New Roman" w:eastAsia="Noto Serif SC" w:cs="Amiri"/>
          <w:lang w:val="zh-CN" w:eastAsia="zh-CN" w:bidi="ar-SA"/>
          <w:color w:val="000000"/>
          <w:rtl w:val="0"/>
        </w:rPr>
        <w:t>而这撒旦微点与臆想力，既然一只如同耳朵，一只如同舌头，它们就使人感觉到：必有一个外在的邪恶人物，向这只耳朵吹送私语，使这条舌头说话。</w:t>
      </w:r>
    </w:p>
    <w:p>
      <w:pPr>
        <w:pStyle w:val="Heading2"/>
      </w:pPr>
      <w:r>
        <w:rPr>
          <w:rFonts w:ascii="Times New Roman" w:hAnsi="Times New Roman" w:eastAsia="Noto Serif SC" w:cs="Amiri"/>
          <w:lang w:val="zh-CN" w:eastAsia="zh-CN" w:bidi="ar-SA"/>
          <w:color w:val="000000"/>
          <w:rtl w:val="0"/>
        </w:rPr>
        <w:t>第十一项指示</w:t>
      </w:r>
    </w:p>
    <w:p>
      <w:r>
        <w:rPr>
          <w:rFonts w:ascii="Times New Roman" w:hAnsi="Times New Roman" w:eastAsia="Noto Serif SC" w:cs="Amiri"/>
          <w:lang w:val="zh-CN" w:eastAsia="zh-CN" w:bidi="ar-SA"/>
          <w:color w:val="000000"/>
          <w:rtl w:val="0"/>
        </w:rPr>
        <w:t>至睿的《古兰经》以奇迹般的方式表明：宇宙因迷误者的邪恶而震怒，普遍的诸元素因而愤怒，一切万有因而激愤。也就是说，它展示并宣告：努哈的族人遭遇洪水时，诸天与大地一同进攻；赛莫德人与阿德人否认时，空气元素愤怒；面对法老一族时，水元素与大海激愤；面对戈伦时，土元素震怒；而后世火狱对不信者的狂怒与愤怒，则体现于</w:t>
      </w:r>
      <w:r>
        <w:rPr>
          <w:rFonts w:ascii="Amiri" w:hAnsi="Amiri" w:eastAsia="Amiri" w:cs="Amiri"/>
          <w:lang w:val="zh-CN" w:eastAsia="zh-CN" w:bidi="ar-SA"/>
          <w:rtl w:val="1"/>
          <w:cs w:val="1"/>
          <w:color w:val="000000"/>
          <w:sz w:val="24"/>
          <w:szCs w:val="24"/>
        </w:rPr>
        <w:t>ﺗَﻜَﺎﺩُ ﺗَﻤَﻴَّﺰُ ﻣِﻦَ ﺍﻟْﻐَﻴْﻆِ</w:t>
      </w:r>
      <w:r>
        <w:rPr>
          <w:rFonts w:ascii="Times New Roman" w:hAnsi="Times New Roman" w:eastAsia="Noto Serif SC" w:cs="Amiri"/>
          <w:lang w:val="zh-CN" w:eastAsia="zh-CN" w:bidi="ar-SA"/>
          <w:color w:val="000000"/>
          <w:rtl w:val="0"/>
        </w:rPr>
        <w:t>（它愤怒至极，几乎要因盛怒而碎裂）的奥义。它还表明其余万有对不信与迷误者的愤恨，并以极其可怕而富于奇迹的方式，警戒并制止迷误与悖逆者。</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为什么这些微不足道之人的微不足道的行径和个人罪恶，竟会激起宇宙的愤怒呢？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正如一些论著和先前的指示所证明的，不信与迷误是一种可怕的侵越，是一项牵涉一切万有的罪行。因为，宇宙创造的一项至大结果，就是人的全然奴仆意识，以及人以信仰和顺从来回应Allah的养育与主宰。</w:t>
      </w:r>
    </w:p>
    <w:p>
      <w:r>
        <w:rPr>
          <w:rFonts w:ascii="Times New Roman" w:hAnsi="Times New Roman" w:eastAsia="Noto Serif SC" w:cs="Amiri"/>
          <w:lang w:val="zh-CN" w:eastAsia="zh-CN" w:bidi="ar-SA"/>
          <w:color w:val="000000"/>
          <w:rtl w:val="0"/>
        </w:rPr>
        <w:t>然而，不信与迷误者以不信中的否认，拒绝了那项至大结果；它本是万有的终极目的与持续存在的理由。因此，这既是对一切受造物权利的侵越，也是对他们所否认的Allah诸神圣尊名之彰显的贬损——那些尊名的彰显显现在一切受造之作的镜中，并借其映照作用提升受造之作的价值。同时，这也是通过降低一切受造之作的价值，对它们施加的巨大轻蔑。况且，万有中的每一存在，本都各负一项崇高职责，处于由Allah委任的职官之品级；不信却使其堕落，把它显示为僵死、短暂而毫无意义的受造物，因此，这也是对一切受造物权利的一种轻蔑。</w:t>
      </w:r>
    </w:p>
    <w:p>
      <w:r>
        <w:rPr>
          <w:rFonts w:ascii="Times New Roman" w:hAnsi="Times New Roman" w:eastAsia="Noto Serif SC" w:cs="Amiri"/>
          <w:lang w:val="zh-CN" w:eastAsia="zh-CN" w:bidi="ar-SA"/>
          <w:color w:val="000000"/>
          <w:rtl w:val="0"/>
        </w:rPr>
        <w:t>可见，各种迷误依其程度不同，或多或少损害宇宙创造中Allah的智慧，以及世界持续存在中祂超绝一切缺欠的诸项目的。因此，宇宙对悖逆者与迷误者愤恨，万有震怒，受造物发怒。</w:t>
      </w:r>
    </w:p>
    <w:p>
      <w:r>
        <w:rPr>
          <w:rFonts w:ascii="Times New Roman" w:hAnsi="Times New Roman" w:eastAsia="Noto Serif SC" w:cs="Amiri"/>
          <w:lang w:val="zh-CN" w:eastAsia="zh-CN" w:bidi="ar-SA"/>
          <w:color w:val="000000"/>
          <w:rtl w:val="0"/>
        </w:rPr>
        <w:t>形体渺小、罪孽深重，过失巨大、恶行重大的不幸之人啊！你若想摆脱宇宙的愤恨、受造物的憎恶与万有的震怒，那么，得救的方法就是进入至睿《古兰经》的神圣范围，并遵循传达《古兰经》的至尊使者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（愿Allah赐他尊荣、恩福与平安）的高贵圣行。进入吧，顺从吧！</w:t>
      </w:r>
    </w:p>
    <w:p>
      <w:pPr>
        <w:pStyle w:val="Heading2"/>
      </w:pPr>
      <w:r>
        <w:rPr>
          <w:rFonts w:ascii="Times New Roman" w:hAnsi="Times New Roman" w:eastAsia="Noto Serif SC" w:cs="Amiri"/>
          <w:lang w:val="zh-CN" w:eastAsia="zh-CN" w:bidi="ar-SA"/>
          <w:color w:val="000000"/>
          <w:rtl w:val="0"/>
        </w:rPr>
        <w:t>第十二项指示</w:t>
      </w:r>
    </w:p>
    <w:p>
      <w:r>
        <w:rPr>
          <w:rFonts w:ascii="Times New Roman" w:hAnsi="Times New Roman" w:eastAsia="Noto Serif SC" w:cs="Amiri"/>
          <w:lang w:val="zh-CN" w:eastAsia="zh-CN" w:bidi="ar-SA"/>
          <w:color w:val="000000"/>
          <w:rtl w:val="0"/>
        </w:rPr>
        <w:t>共有四个问题与回答。</w:t>
      </w:r>
    </w:p>
    <w:p>
      <w:r>
        <w:rPr>
          <w:rFonts w:ascii="Times New Roman" w:hAnsi="Times New Roman" w:eastAsia="Noto Serif SC" w:cs="Amiri"/>
          <w:lang w:val="zh-CN" w:eastAsia="zh-CN" w:bidi="ar-SA"/>
          <w:color w:val="000000"/>
          <w:rtl w:val="0"/>
        </w:rPr>
        <w:t>第一问：在有限的生命中，以有限的罪恶，换来无限的惩罚与没有终尽的火狱，怎能算公正呢？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在先前的指示中，尤其是在此之前的第十一项指示中，已经明确无疑地表明：不信与迷误的罪行，是一种没有终尽的罪行，是对无限权利的侵越。</w:t>
      </w:r>
    </w:p>
    <w:p>
      <w:r>
        <w:rPr>
          <w:rFonts w:ascii="Times New Roman" w:hAnsi="Times New Roman" w:eastAsia="Noto Serif SC" w:cs="Amiri"/>
          <w:lang w:val="zh-CN" w:eastAsia="zh-CN" w:bidi="ar-SA"/>
          <w:color w:val="000000"/>
          <w:rtl w:val="0"/>
        </w:rPr>
        <w:t>第二问：神圣律法中说：“火狱是行为的刑罚，乐园则来自Allah的宏恩。”其中智慧的奥义是什么？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先前的指示已经表明：人凭并不从事创造的有限选择意志和微小的获致，构成一件无有之事或相对之事，并使其成立，从而造成可怕的破坏与邪恶；同时，人的自我与私欲又始终倾向邪恶与伤害，因此，他承担由那微小获致所产生的罪恶之责任。因为，是他的自我想要，也是他凭自己的获致促成了它。而且，由于恶属于无有，仆人便成了它的施行者，至高无上的真实主宰Allah则创造了它。他当然配得以没有终尽的惩罚，承担那无限罪行的责任。</w:t>
      </w:r>
    </w:p>
    <w:p>
      <w:r>
        <w:rPr>
          <w:rFonts w:ascii="Times New Roman" w:hAnsi="Times New Roman" w:eastAsia="Noto Serif SC" w:cs="Amiri"/>
          <w:lang w:val="zh-CN" w:eastAsia="zh-CN" w:bidi="ar-SA"/>
          <w:color w:val="000000"/>
          <w:rtl w:val="0"/>
        </w:rPr>
        <w:t>至于善行与善事，既然它们属于存在，人的获致与有限选择意志就不能成为使其产生的创造原因，人也不能成为其中真正的施行者。命人作恶的自我也不支持善行；相反，是Allah的慈悯意欲它们，是祂养育与主宰的权能创造它们。人只能凭信仰、愿望与意念而拥有它们。而在拥有之后，那些善行便是对Allah先前无数恩赐的感恩，如同此前赐给他的存在与信仰等恩赐一样，它们面向过去的恩赐。依Allah的许诺而赐下的乐园，则凭祂普及万物的慈悯与宏恩而赐予。表面上是报偿，实质上是宏恩。</w:t>
      </w:r>
    </w:p>
    <w:p>
      <w:r>
        <w:rPr>
          <w:rFonts w:ascii="Times New Roman" w:hAnsi="Times New Roman" w:eastAsia="Noto Serif SC" w:cs="Amiri"/>
          <w:lang w:val="zh-CN" w:eastAsia="zh-CN" w:bidi="ar-SA"/>
          <w:color w:val="000000"/>
          <w:rtl w:val="0"/>
        </w:rPr>
        <w:t>可见，罪恶的原因在于自我，人本身便配受惩罚；善行的原因来自真实主宰Allah，其根由也来自祂。人只能凭信仰而拥有善行。他不能说“我要求我的报偿”，却可以说“我期待您的宏恩”。</w:t>
      </w:r>
    </w:p>
    <w:p>
      <w:r>
        <w:rPr>
          <w:rFonts w:ascii="Times New Roman" w:hAnsi="Times New Roman" w:eastAsia="Noto Serif SC" w:cs="Amiri"/>
          <w:lang w:val="zh-CN" w:eastAsia="zh-CN" w:bidi="ar-SA"/>
          <w:color w:val="000000"/>
          <w:rtl w:val="0"/>
        </w:rPr>
        <w:t>第三问：从前面的说明也可以明白，罪恶因扩散与侵越而增多，所以一项罪恶本应记为一千项；善行则因属于存在，在物质上并不增多，又不是仆人的创造，也不是自我的欲望所产生，所以本应一项也不记，或者只记为一项。为什么一项罪恶只记为一项，一项善行却记为十项，有时甚至记为一千项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至高无上的真实主宰Allah，正是以这种方式显示祂慈悯的完善与至慈品性的美善。</w:t>
      </w:r>
    </w:p>
    <w:p>
      <w:r>
        <w:rPr>
          <w:rFonts w:ascii="Times New Roman" w:hAnsi="Times New Roman" w:eastAsia="Noto Serif SC" w:cs="Amiri"/>
          <w:lang w:val="zh-CN" w:eastAsia="zh-CN" w:bidi="ar-SA"/>
          <w:color w:val="000000"/>
          <w:rtl w:val="0"/>
        </w:rPr>
        <w:t>第四问：迷误者所取得的成功、所显示的力量以及他们对得正道者的压倒，表明他们有所依仗，也有某种真理作为依据。那么，究竟是得正道者有所软弱，还是迷误者拥有某种真理？</w:t>
      </w:r>
    </w:p>
    <w:p>
      <w:pPr>
        <w:pStyle w:val="Heading2"/>
      </w:pPr>
      <w:r>
        <w:rPr>
          <w:rFonts w:ascii="Times New Roman" w:hAnsi="Times New Roman" w:eastAsia="Noto Serif SC" w:cs="Amiri"/>
          <w:lang w:val="zh-CN" w:eastAsia="zh-CN" w:bidi="ar-SA"/>
          <w:color w:val="000000"/>
          <w:rtl w:val="0"/>
        </w:rPr>
        <w:t>答：</w:t>
      </w:r>
    </w:p>
    <w:p>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（绝不如此，真理不容这样的妄断）！迷误者没有真理，守真理者也并不软弱。然而遗憾的是，一些目光短浅、缺乏审辨的普通人陷入疑虑，妄自猜疑，他们的信仰原则因此受到损害。</w:t>
      </w:r>
    </w:p>
    <w:p>
      <w:pPr>
        <w:pStyle w:val="Heading2"/>
      </w:pPr>
      <w:r>
        <w:rPr>
          <w:rFonts w:ascii="Times New Roman" w:hAnsi="Times New Roman" w:eastAsia="Noto Serif SC" w:cs="Amiri"/>
          <w:lang w:val="zh-CN" w:eastAsia="zh-CN" w:bidi="ar-SA"/>
          <w:color w:val="000000"/>
          <w:rtl w:val="0"/>
        </w:rPr>
        <w:t>因为他们说：</w:t>
      </w:r>
    </w:p>
    <w:p>
      <w:r>
        <w:rPr>
          <w:rFonts w:ascii="Times New Roman" w:hAnsi="Times New Roman" w:eastAsia="Noto Serif SC" w:cs="Amiri"/>
          <w:lang w:val="zh-CN" w:eastAsia="zh-CN" w:bidi="ar-SA"/>
          <w:color w:val="000000"/>
          <w:rtl w:val="0"/>
        </w:rPr>
        <w:t>“如果守真理者完全掌握真理，就不该遭受如此深重的失败与屈辱。因为真理是强大的。依照</w:t>
      </w:r>
      <w:r>
        <w:rPr>
          <w:rFonts w:ascii="Amiri" w:hAnsi="Amiri" w:eastAsia="Amiri" w:cs="Amiri"/>
          <w:lang w:val="zh-CN" w:eastAsia="zh-CN" w:bidi="ar-SA"/>
          <w:rtl w:val="1"/>
          <w:cs w:val="1"/>
          <w:color w:val="000000"/>
          <w:sz w:val="24"/>
          <w:szCs w:val="24"/>
        </w:rPr>
        <w:t>ﺍَﻟْﺤَﻖُّ ﻳَﻌْﻠُﻮ وَلَا ﻳُﻌْﻠٰﻰ ﻋَﻠَﻴْﻪِ</w:t>
      </w:r>
      <w:r>
        <w:rPr>
          <w:rFonts w:ascii="Times New Roman" w:hAnsi="Times New Roman" w:eastAsia="Noto Serif SC" w:cs="Amiri"/>
          <w:lang w:val="zh-CN" w:eastAsia="zh-CN" w:bidi="ar-SA"/>
          <w:color w:val="000000"/>
          <w:rtl w:val="0"/>
        </w:rPr>
        <w:t>（真理崇高而上，绝不会有任何事物凌驾于它之上；它始终超越，而不被超越）这一根本准则，力量属于真理。如果那些以胜利姿态对抗守真理者的迷误者，并不拥有真正的力量和可以依凭的支点，就不该取得如此重大的胜利与成功吧？”</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先前的各项指示已经确凿证明：守真理者的失败并非来自无力或缺乏真理；同样，迷误者的得势也并非来自他们的力量、权能或找到了依凭的支点。因此，这个问题的答案，就是先前各项指示的整体。这里，我们只指出他们的一些阴谋以及他们所利用的某些武器。情况如下：</w:t>
      </w:r>
    </w:p>
    <w:p>
      <w:r>
        <w:rPr>
          <w:rFonts w:ascii="Times New Roman" w:hAnsi="Times New Roman" w:eastAsia="Noto Serif SC" w:cs="Amiri"/>
          <w:lang w:val="zh-CN" w:eastAsia="zh-CN" w:bidi="ar-SA"/>
          <w:color w:val="000000"/>
          <w:rtl w:val="0"/>
        </w:rPr>
        <w:t>我本人曾屡次亲眼见到：百分之十的败坏者，竟能击败百分之九十的求善者。我对此深感惊异，便怀着探问之心加以研究，终于确切明白：那种得势并非来自力量与权能，而是来自败坏、卑劣和破坏；来自他们利用守真理者之间的分歧，在他们内部播撒分裂；来自他们抓住并激起人的弱点，煽动人的私欲与个人企图；来自他们驱使人心中那些如同有害矿藏般的恶劣禀赋活动起来；来自他们借声名与荣耀之名，以虚伪的方式迎合自我的法老式骄横；也来自人人都畏惧他们毫无良知的破坏行径。正是借诸如此类的魔鬼式阴谋，他们才能暂时压倒守真理者。</w:t>
      </w:r>
    </w:p>
    <w:p>
      <w:r>
        <w:rPr>
          <w:rFonts w:ascii="Times New Roman" w:hAnsi="Times New Roman" w:eastAsia="Noto Serif SC" w:cs="Amiri"/>
          <w:lang w:val="zh-CN" w:eastAsia="zh-CN" w:bidi="ar-SA"/>
          <w:color w:val="000000"/>
          <w:rtl w:val="0"/>
        </w:rPr>
        <w:t>然而，凭</w:t>
      </w:r>
      <w:r>
        <w:rPr>
          <w:rFonts w:ascii="Amiri" w:hAnsi="Amiri" w:eastAsia="Amiri" w:cs="Amiri"/>
          <w:lang w:val="zh-CN" w:eastAsia="zh-CN" w:bidi="ar-SA"/>
          <w:rtl w:val="1"/>
          <w:cs w:val="1"/>
          <w:color w:val="000000"/>
          <w:sz w:val="24"/>
          <w:szCs w:val="24"/>
        </w:rPr>
        <w:t>ﻭَﺍﻟْﻌَﺎﻗِﺒَﺔُ ﻟِﻠْﻤُﺘَّﻘ۪ﻴﻦَ</w:t>
      </w:r>
      <w:r>
        <w:rPr>
          <w:rFonts w:ascii="Times New Roman" w:hAnsi="Times New Roman" w:eastAsia="Noto Serif SC" w:cs="Amiri"/>
          <w:lang w:val="zh-CN" w:eastAsia="zh-CN" w:bidi="ar-SA"/>
          <w:color w:val="000000"/>
          <w:rtl w:val="0"/>
        </w:rPr>
        <w:t>（美好的结局与最终的善果，唯属敬畏Allah、谨守祂界限的人）的奥义，凭</w:t>
      </w:r>
      <w:r>
        <w:rPr>
          <w:rFonts w:ascii="Amiri" w:hAnsi="Amiri" w:eastAsia="Amiri" w:cs="Amiri"/>
          <w:lang w:val="zh-CN" w:eastAsia="zh-CN" w:bidi="ar-SA"/>
          <w:rtl w:val="1"/>
          <w:cs w:val="1"/>
          <w:color w:val="000000"/>
          <w:sz w:val="24"/>
          <w:szCs w:val="24"/>
        </w:rPr>
        <w:t>ﺍَﻟْﺤَﻖُّ ﻳَﻌْﻠُﻮ وَلَا ﻳُﻌْﻠٰﻰ ﻋَﻠَﻴْﻪِ</w:t>
      </w:r>
      <w:r>
        <w:rPr>
          <w:rFonts w:ascii="Times New Roman" w:hAnsi="Times New Roman" w:eastAsia="Noto Serif SC" w:cs="Amiri"/>
          <w:lang w:val="zh-CN" w:eastAsia="zh-CN" w:bidi="ar-SA"/>
          <w:color w:val="000000"/>
          <w:rtl w:val="0"/>
        </w:rPr>
        <w:t>（真理崇高而上，绝不会有任何事物凌驾于它之上；它始终超越，而不被超越）的准则，他们那种暂时的得势，从利益方面看对他们并无价值；相反，这会使他们为自己赚得火狱，却为守真理者赚得乐园。</w:t>
      </w:r>
    </w:p>
    <w:p>
      <w:r>
        <w:rPr>
          <w:rFonts w:ascii="Times New Roman" w:hAnsi="Times New Roman" w:eastAsia="Noto Serif SC" w:cs="Amiri"/>
          <w:lang w:val="zh-CN" w:eastAsia="zh-CN" w:bidi="ar-SA"/>
          <w:color w:val="000000"/>
          <w:rtl w:val="0"/>
        </w:rPr>
        <w:t>由此可见，在迷误之中，无能者要显得有权有势，无足轻重者要赢得名声，所以那些自我炫耀、追逐虚名、虚伪作态的人，为了借区区小事显示自己的权能，并以恐吓与伤害取得一种地位，便采取对抗守真理者的姿态。这样，他就能引人注目，使众人的视线集中到自己身上；他并不是凭力量与权能，而是凭放弃作为与怠惰不动造成破坏，再把那破坏归于自己，让人们谈论他。正如这样一个为虚名而疯狂的人，曾弄脏礼拜之处，好让人人都谈论他。甚至人们以诅咒谈论他，他那追逐虚名的癖性仍使他把这可诅咒的名声当作美事，此事遂成了一句警喻。</w:t>
      </w:r>
    </w:p>
    <w:p>
      <w:r>
        <w:rPr>
          <w:rFonts w:ascii="Times New Roman" w:hAnsi="Times New Roman" w:eastAsia="Noto Serif SC" w:cs="Amiri"/>
          <w:lang w:val="zh-CN" w:eastAsia="zh-CN" w:bidi="ar-SA"/>
          <w:color w:val="000000"/>
          <w:rtl w:val="0"/>
        </w:rPr>
        <w:t>可怜的人啊，你为长存世界而被创造，却深受这易逝世界的迷惑！请注意</w:t>
      </w:r>
      <w:r>
        <w:rPr>
          <w:rFonts w:ascii="Amiri" w:hAnsi="Amiri" w:eastAsia="Amiri" w:cs="Amiri"/>
          <w:lang w:val="zh-CN" w:eastAsia="zh-CN" w:bidi="ar-SA"/>
          <w:rtl w:val="1"/>
          <w:cs w:val="1"/>
          <w:color w:val="000000"/>
          <w:sz w:val="24"/>
          <w:szCs w:val="24"/>
        </w:rPr>
        <w:t>ﻓَﻤَﺎ ﺑَﻜَﺖْ ﻋَﻠَﻴْﻬِﻢُ ﺍﻟﺴَّﻤَٓﺎﺀُ ﻭَ الْاَرْضُ</w:t>
      </w:r>
      <w:r>
        <w:rPr>
          <w:rFonts w:ascii="Times New Roman" w:hAnsi="Times New Roman" w:eastAsia="Noto Serif SC" w:cs="Amiri"/>
          <w:lang w:val="zh-CN" w:eastAsia="zh-CN" w:bidi="ar-SA"/>
          <w:color w:val="000000"/>
          <w:rtl w:val="0"/>
        </w:rPr>
        <w:t>（他们死去时，天与地都不为他们悲伤落泪）这节经文的奥义，侧耳倾听！看它在说什么？它以其明示的意义宣告：“迷误者死去时，与人类息息相关的诸天与大地，不会在他们的葬礼上哭泣；换言之，诸天与大地对他们的死感到欣慰。”</w:t>
      </w:r>
    </w:p>
    <w:p>
      <w:r>
        <w:rPr>
          <w:rFonts w:ascii="Times New Roman" w:hAnsi="Times New Roman" w:eastAsia="Noto Serif SC" w:cs="Amiri"/>
          <w:lang w:val="zh-CN" w:eastAsia="zh-CN" w:bidi="ar-SA"/>
          <w:color w:val="000000"/>
          <w:rtl w:val="0"/>
        </w:rPr>
        <w:t>它又以其隐含指示的意义表达：“得正道者死去时，诸天与大地会在他们的葬礼上哭泣，不愿与他们分离。”因为整个宇宙都与信仰者息息相关，并对他们感到喜悦。信仰者凭信仰认识了宇宙的创造者Allah，所以懂得珍视宇宙的价值，对宇宙怀有尊重与热爱；他们不像迷误者那样轻视宇宙，并在隐含意义上与宇宙为敌。</w:t>
      </w:r>
    </w:p>
    <w:p>
      <w:r>
        <w:rPr>
          <w:rFonts w:ascii="Times New Roman" w:hAnsi="Times New Roman" w:eastAsia="Noto Serif SC" w:cs="Amiri"/>
          <w:lang w:val="zh-CN" w:eastAsia="zh-CN" w:bidi="ar-SA"/>
          <w:color w:val="000000"/>
          <w:rtl w:val="0"/>
        </w:rPr>
        <w:t>人啊，你当思考！无论如何，你终将死去。如果你追随自我与魔鬼，你的邻居，甚至你的亲人，都会为摆脱你的祸害而欣喜。如果你念</w:t>
      </w:r>
      <w:r>
        <w:rPr>
          <w:rFonts w:ascii="Amiri" w:hAnsi="Amiri" w:eastAsia="Amiri" w:cs="Amiri"/>
          <w:lang w:val="zh-CN" w:eastAsia="zh-CN" w:bidi="ar-SA"/>
          <w:rtl w:val="1"/>
          <w:cs w:val="1"/>
          <w:color w:val="000000"/>
          <w:sz w:val="24"/>
          <w:szCs w:val="24"/>
        </w:rPr>
        <w:t>ﺍَﻋُﻮﺫُ ﺑِﺎﻟﻠّٰﻪِ ﻣِﻦَ ﺍﻟﺸَّﻴْﻄَﺎﻥِ ﺍﻟﺮَّﺟ۪ﻴﻢِٔ</w:t>
      </w:r>
      <w:r>
        <w:rPr>
          <w:rFonts w:ascii="Times New Roman" w:hAnsi="Times New Roman" w:eastAsia="Noto Serif SC" w:cs="Amiri"/>
          <w:lang w:val="zh-CN" w:eastAsia="zh-CN" w:bidi="ar-SA"/>
          <w:color w:val="000000"/>
          <w:rtl w:val="0"/>
        </w:rPr>
        <w:t>（我求Allah护佑，使我免遭被逐魔鬼的伤害），并遵从《古兰经》与慈悯普及万物者Allah的挚爱使者，那时，诸天、大地和万有就会各依其品级，并按你的品级，因与你离别而悲伤，在精神上为你哭泣。这也指示：当你由坟墓之门进入长存世界时，将有崇高的哀悼与庄严的送行为你举行；在那长存世界里，将有一场与你的品级相称的美好迎接。</w:t>
      </w:r>
    </w:p>
    <w:p>
      <w:pPr>
        <w:pStyle w:val="Heading2"/>
      </w:pPr>
      <w:r>
        <w:rPr>
          <w:rFonts w:ascii="Times New Roman" w:hAnsi="Times New Roman" w:eastAsia="Noto Serif SC" w:cs="Amiri"/>
          <w:lang w:val="zh-CN" w:eastAsia="zh-CN" w:bidi="ar-SA"/>
          <w:color w:val="000000"/>
          <w:rtl w:val="0"/>
        </w:rPr>
        <w:t>第十三项指示</w:t>
      </w:r>
    </w:p>
    <w:p>
      <w:r>
        <w:rPr>
          <w:rFonts w:ascii="Times New Roman" w:hAnsi="Times New Roman" w:eastAsia="Noto Serif SC" w:cs="Amiri"/>
          <w:lang w:val="zh-CN" w:eastAsia="zh-CN" w:bidi="ar-SA"/>
          <w:color w:val="000000"/>
          <w:rtl w:val="0"/>
        </w:rPr>
        <w:t>共三点。</w:t>
      </w:r>
    </w:p>
    <w:p>
      <w:r>
        <w:rPr>
          <w:rFonts w:ascii="Times New Roman" w:hAnsi="Times New Roman" w:eastAsia="Noto Serif SC" w:cs="Amiri"/>
          <w:lang w:val="zh-CN" w:eastAsia="zh-CN" w:bidi="ar-SA"/>
          <w:color w:val="000000"/>
          <w:rtl w:val="0"/>
        </w:rPr>
        <w:t>第一点：魔鬼最大的一种阴谋，是借信仰诸真理的宏大，欺骗心胸狭窄、理智短浅、思悟有限的人。它说：“有人说，独一无二的主宰以其养育与主宰的筹度，运转并管理一切微粒、行星、星辰及其余万有的全部状态。如此无穷、奇异而重大的事情，人怎能相信？它怎能进入心灵？思悟又怎能接受？”它就这样从人的无力之处，唤起一种否认的情感。</w:t>
      </w:r>
    </w:p>
    <w:p>
      <w:r>
        <w:rPr>
          <w:rFonts w:ascii="Times New Roman" w:hAnsi="Times New Roman" w:eastAsia="Noto Serif SC" w:cs="Amiri"/>
          <w:lang w:val="zh-CN" w:eastAsia="zh-CN" w:bidi="ar-SA"/>
          <w:color w:val="000000"/>
          <w:rtl w:val="0"/>
        </w:rPr>
        <w:t>答：使魔鬼这一阴谋哑口无言的奥义，是</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（Allah至大，超越一切）。它真正的回答，也是</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（Allah至大，超越一切）。是的，</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（Allah至大，超越一切）之所以在伊斯兰的诸多功修标志中如此频繁地重复，正是为了摧毁这一阴谋。因为，人微弱的力量、有限的权能与狭窄的思悟，正是借</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（Allah至大，超越一切）的光，才能看见并确认这些无限宏大的真理；正是凭</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（Allah至大，超越一切）的力量，才能承载这些真理，并把它们安置在</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（Allah至大，超越一切）的领域之中。它又对自己陷入猜疑的心灵说：这宇宙受着极其有秩序的筹度与治理，这是有目共睹的。对此只有两条道路：</w:t>
      </w:r>
    </w:p>
    <w:p>
      <w:r>
        <w:rPr>
          <w:rFonts w:ascii="Times New Roman" w:hAnsi="Times New Roman" w:eastAsia="Noto Serif SC" w:cs="Amiri"/>
          <w:lang w:val="zh-CN" w:eastAsia="zh-CN" w:bidi="ar-SA"/>
          <w:color w:val="000000"/>
          <w:rtl w:val="0"/>
        </w:rPr>
        <w:t>第一条道路：它是可能的，却极其宏大而超乎常规。本来，这样一件超乎常规的作品，就必以超乎常规的创造之艺，经由一种极为奇异的途径而成。那条途径就是：它由一位独一无二、为万物所依赖而自身无所依赖的主宰Allah，凭祂的养育与主宰、祂的意志与权能而成；祂的存在拥有多得如同万有、乃至如同微粒一般的见证。</w:t>
      </w:r>
    </w:p>
    <w:p>
      <w:r>
        <w:rPr>
          <w:rFonts w:ascii="Times New Roman" w:hAnsi="Times New Roman" w:eastAsia="Noto Serif SC" w:cs="Amiri"/>
          <w:lang w:val="zh-CN" w:eastAsia="zh-CN" w:bidi="ar-SA"/>
          <w:color w:val="000000"/>
          <w:rtl w:val="0"/>
        </w:rPr>
        <w:t>第二条道路：那是以多配主与不信的道路；它没有任何可能性，困难到了断然不能成立的程度，从任何方面都不合情理。因为，正如《第二十六封书信》《第二十二言》等许多论著已经极其确凿地证明：那时，宇宙的每一个存在物，甚至每一个微粒，都必须具有绝对应受崇拜的神圣性、无所不包的知识与无穷的权能。唯有如此，万有之中有目共睹的极致秩序与严整、极其精微的衡量与区别，以及完善而华美的创造纹饰，才能得以存在。</w:t>
      </w:r>
    </w:p>
    <w:p>
      <w:r>
        <w:rPr>
          <w:rFonts w:ascii="Times New Roman" w:hAnsi="Times New Roman" w:eastAsia="Noto Serif SC" w:cs="Amiri"/>
          <w:lang w:val="zh-CN" w:eastAsia="zh-CN" w:bidi="ar-SA"/>
          <w:color w:val="000000"/>
          <w:rtl w:val="0"/>
        </w:rPr>
        <w:t>总括而言，</w:t>
      </w:r>
    </w:p>
    <w:p>
      <w:r>
        <w:rPr>
          <w:rFonts w:ascii="Times New Roman" w:hAnsi="Times New Roman" w:eastAsia="Noto Serif SC" w:cs="Amiri"/>
          <w:lang w:val="zh-CN" w:eastAsia="zh-CN" w:bidi="ar-SA"/>
          <w:color w:val="000000"/>
          <w:rtl w:val="0"/>
        </w:rPr>
        <w:t>若没有完全相称、完全恰在其位的宏大而尊贵的养育与主宰，就必须走上一条从各方面都不合情理、断然不可能的道路。为了逃避那相称而必需的宏大，竟要陷入不可能与断无成立之理的境地，连魔鬼也无法提出这样的主张。</w:t>
      </w:r>
    </w:p>
    <w:p>
      <w:r>
        <w:rPr>
          <w:rFonts w:ascii="Times New Roman" w:hAnsi="Times New Roman" w:eastAsia="Noto Serif SC" w:cs="Amiri"/>
          <w:lang w:val="zh-CN" w:eastAsia="zh-CN" w:bidi="ar-SA"/>
          <w:color w:val="000000"/>
          <w:rtl w:val="0"/>
        </w:rPr>
        <w:t>第二点：魔鬼的一项重要阴谋，是使人不肯承认自己的过失，以此封闭求恕与求护佑的道路。它还激起人的自我主张，使自我像辩护律师一样为自己辩护，仿佛把自己的种种罪过都粉饰成神圣无过。</w:t>
      </w:r>
    </w:p>
    <w:p>
      <w:r>
        <w:rPr>
          <w:rFonts w:ascii="Times New Roman" w:hAnsi="Times New Roman" w:eastAsia="Noto Serif SC" w:cs="Amiri"/>
          <w:lang w:val="zh-CN" w:eastAsia="zh-CN" w:bidi="ar-SA"/>
          <w:color w:val="000000"/>
          <w:rtl w:val="0"/>
        </w:rPr>
        <w:t>是的，听从魔鬼的自我不愿看见自己的过失；即使看见，也会用上百种曲解加以掩饰。凭</w:t>
      </w:r>
      <w:r>
        <w:rPr>
          <w:rFonts w:ascii="Amiri" w:hAnsi="Amiri" w:eastAsia="Amiri" w:cs="Amiri"/>
          <w:lang w:val="zh-CN" w:eastAsia="zh-CN" w:bidi="ar-SA"/>
          <w:rtl w:val="1"/>
          <w:cs w:val="1"/>
          <w:color w:val="000000"/>
          <w:sz w:val="24"/>
          <w:szCs w:val="24"/>
        </w:rPr>
        <w:t>ﻭَ ﻋَﻴْﻦُ ﺍﻟﺮِّﺿَﺎ ﻋَﻦْ ﻛُﻞِّ ﻋَﻴْﺐٍ ﻛَﻠ۪ﻴﻠَﺔٌ</w:t>
      </w:r>
      <w:r>
        <w:rPr>
          <w:rFonts w:ascii="Times New Roman" w:hAnsi="Times New Roman" w:eastAsia="Noto Serif SC" w:cs="Amiri"/>
          <w:lang w:val="zh-CN" w:eastAsia="zh-CN" w:bidi="ar-SA"/>
          <w:color w:val="000000"/>
          <w:rtl w:val="0"/>
        </w:rPr>
        <w:t>（以满意的眼光看待自身，一切缺点都会因此变得模糊难见）的奥义：自我以满意的眼光看待自己，所以看不见自己的缺点。因为看不见缺点，它就不承认，不求恕，也不求护佑，最终沦为魔鬼的笑柄。连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（愿Allah赐他平安）这样一位崇高的先知，尚且说</w:t>
      </w:r>
      <w:r>
        <w:rPr>
          <w:rFonts w:ascii="Amiri" w:hAnsi="Amiri" w:eastAsia="Amiri" w:cs="Amiri"/>
          <w:lang w:val="zh-CN" w:eastAsia="zh-CN" w:bidi="ar-SA"/>
          <w:rtl w:val="1"/>
          <w:cs w:val="1"/>
          <w:color w:val="000000"/>
          <w:sz w:val="24"/>
          <w:szCs w:val="24"/>
        </w:rPr>
        <w:t>ﻭَﻣَٓﺎ ﺍُﺑَﺮِّﺉُ ﻧَﻔْﺴ۪ٓﻰ ﺍِﻥَّ ﺍﻟﻨَّﻔْﺲَ لَاَمَّارَةٌ ﺑِﺎﻟﺴُّٓﻮﺀِ اِلَّا ﻣَﺎ ﺭَﺣِﻢَ ﺭَﺑّ۪ﻰ</w:t>
      </w:r>
      <w:r>
        <w:rPr>
          <w:rFonts w:ascii="Times New Roman" w:hAnsi="Times New Roman" w:eastAsia="Noto Serif SC" w:cs="Amiri"/>
          <w:lang w:val="zh-CN" w:eastAsia="zh-CN" w:bidi="ar-SA"/>
          <w:color w:val="000000"/>
          <w:rtl w:val="0"/>
        </w:rPr>
        <w:t>（我并不要为自我开脱、宣称它清白无过；自我确实不断命人作恶，除非我的养育并主宰者Allah施以慈悯，才不在此列），那么，人怎能信赖自我呢？</w:t>
      </w:r>
    </w:p>
    <w:p>
      <w:r>
        <w:rPr>
          <w:rFonts w:ascii="Times New Roman" w:hAnsi="Times New Roman" w:eastAsia="Noto Serif SC" w:cs="Amiri"/>
          <w:lang w:val="zh-CN" w:eastAsia="zh-CN" w:bidi="ar-SA"/>
          <w:color w:val="000000"/>
          <w:rtl w:val="0"/>
        </w:rPr>
        <w:t>责备自我的人，会看见自己的过失。承认过失的人，会求恕。求恕的人，会求护佑。求护佑的人，会脱离魔鬼的祸害。看不见自己的过失，是比那过失更大的过失。不承认自己的过失，是一种重大的缺欠。若能看见自己的过失，那过失便不再是过失；若能承认，便配得宽恕。</w:t>
      </w:r>
    </w:p>
    <w:p>
      <w:r>
        <w:rPr>
          <w:rFonts w:ascii="Times New Roman" w:hAnsi="Times New Roman" w:eastAsia="Noto Serif SC" w:cs="Amiri"/>
          <w:lang w:val="zh-CN" w:eastAsia="zh-CN" w:bidi="ar-SA"/>
          <w:color w:val="000000"/>
          <w:rtl w:val="0"/>
        </w:rPr>
        <w:t>第三点：败坏人类社会生活的一种魔鬼式阴谋是这样的：凭一个信仰者的一项罪过，掩盖他的全部善行。听从魔鬼这一阴谋的不公正者，便敌视那个信仰者。然而，至高无上的真实主宰Allah在复起之日，凭绝对的公正，在至大的天秤上称量受命者的行为时，会依善行对罪过的胜过或落败作出判决。而且，罪过的诱因众多，容易发生，所以有时一项善行就能抵消许多罪过。因此，在这个世界里，也应当依照Allah那种公正的原则待人。如果一个人的善行在数量或性质上超过他的恶行，这个人就配得友爱与尊重。甚至，应当凭一项可贵的善行，以宽恕的眼光看待他的许多罪过。</w:t>
      </w:r>
    </w:p>
    <w:p>
      <w:r>
        <w:rPr>
          <w:rFonts w:ascii="Times New Roman" w:hAnsi="Times New Roman" w:eastAsia="Noto Serif SC" w:cs="Amiri"/>
          <w:lang w:val="zh-CN" w:eastAsia="zh-CN" w:bidi="ar-SA"/>
          <w:color w:val="000000"/>
          <w:rtl w:val="0"/>
        </w:rPr>
        <w:t>然而，人凭天性中不公正的倾向，又受魔鬼的诱导，会因一项罪过而忘记一个人的百项善行，敌视自己的信仰兄弟，并陷入罪恶。正如把一只苍蝇的翅膀放在眼前，就会遮蔽一座山，使人看不见它；同样，人凭恶意，也会以苍蝇翅膀般的一项罪过，遮蔽并忘记山一般的善行，敌视自己的信仰兄弟，成为人类社会生活中一件制造败坏的工具。</w:t>
      </w:r>
    </w:p>
    <w:p>
      <w:r>
        <w:rPr>
          <w:rFonts w:ascii="Times New Roman" w:hAnsi="Times New Roman" w:eastAsia="Noto Serif SC" w:cs="Amiri"/>
          <w:lang w:val="zh-CN" w:eastAsia="zh-CN" w:bidi="ar-SA"/>
          <w:color w:val="000000"/>
          <w:rtl w:val="0"/>
        </w:rPr>
        <w:t>魔鬼又以另一种与此相似的阴谋，败坏人的思想安宁，破坏人面对信仰诸真理时健全的审辨，损害思想的端正。情况如下：</w:t>
      </w:r>
    </w:p>
    <w:p>
      <w:r>
        <w:rPr>
          <w:rFonts w:ascii="Times New Roman" w:hAnsi="Times New Roman" w:eastAsia="Noto Serif SC" w:cs="Amiri"/>
          <w:lang w:val="zh-CN" w:eastAsia="zh-CN" w:bidi="ar-SA"/>
          <w:color w:val="000000"/>
          <w:rtl w:val="0"/>
        </w:rPr>
        <w:t>它想用一个看似能否定某项信仰真理的迹象，推翻上百项证明该真理的证据。然而，既定的准则是：“一项肯定的证据，胜过许多否定的证据。”对一项主张，一名肯定证人的证词，胜过上百名否定者。请看这个比喻来理解这一真理：</w:t>
      </w:r>
    </w:p>
    <w:p>
      <w:r>
        <w:rPr>
          <w:rFonts w:ascii="Times New Roman" w:hAnsi="Times New Roman" w:eastAsia="Noto Serif SC" w:cs="Amiri"/>
          <w:lang w:val="zh-CN" w:eastAsia="zh-CN" w:bidi="ar-SA"/>
          <w:color w:val="000000"/>
          <w:rtl w:val="0"/>
        </w:rPr>
        <w:t>一座宫殿有上百扇关闭的门。只要打开其中一扇，就能进入宫殿，其余的门也会打开。即使所有的门都开着，若其中一两扇关闭，也不能说无法进入那座宫殿。</w:t>
      </w:r>
    </w:p>
    <w:p>
      <w:r>
        <w:rPr>
          <w:rFonts w:ascii="Times New Roman" w:hAnsi="Times New Roman" w:eastAsia="Noto Serif SC" w:cs="Amiri"/>
          <w:lang w:val="zh-CN" w:eastAsia="zh-CN" w:bidi="ar-SA"/>
          <w:color w:val="000000"/>
          <w:rtl w:val="0"/>
        </w:rPr>
        <w:t>信仰诸真理就是那座宫殿。每一项证据都是一把钥匙，它作出证明，打开一扇门。不能因为一扇门仍然关闭，就放弃或否认那些信仰真理。魔鬼却指出那扇因某些原因，或借疏忽，或借无知而依然关闭的门，使所有肯定证据都被排除在视野之外。它说：“看，这座宫殿进不去；也许它根本不是宫殿，里面什么也没有。”它就这样骗人。</w:t>
      </w:r>
    </w:p>
    <w:p>
      <w:r>
        <w:rPr>
          <w:rFonts w:ascii="Times New Roman" w:hAnsi="Times New Roman" w:eastAsia="Noto Serif SC" w:cs="Amiri"/>
          <w:lang w:val="zh-CN" w:eastAsia="zh-CN" w:bidi="ar-SA"/>
          <w:color w:val="000000"/>
          <w:rtl w:val="0"/>
        </w:rPr>
        <w:t>可怜的人啊，你正深受魔鬼阴谋的迷惑！如果你愿宗教生活、个人生活与社会生活都得安宁，愿思想健全、目光端正、心灵平安，就当以《古兰经》坚固明文的衡量标准和先知尊贵圣行的天秤，称量自己的行为与内心念头；当始终以《古兰经》和尊贵的圣行为引导；当念</w:t>
      </w:r>
      <w:r>
        <w:rPr>
          <w:rFonts w:ascii="Amiri" w:hAnsi="Amiri" w:eastAsia="Amiri" w:cs="Amiri"/>
          <w:lang w:val="zh-CN" w:eastAsia="zh-CN" w:bidi="ar-SA"/>
          <w:rtl w:val="1"/>
          <w:cs w:val="1"/>
          <w:color w:val="000000"/>
          <w:sz w:val="24"/>
          <w:szCs w:val="24"/>
        </w:rPr>
        <w:t>ﺍَﻋُﻮﺫُ ﺑِﺎﻟﻠّٰﻪِ ﻣِﻦَ ﺍﻟﺸَّﻴْﻄَﺎﻥِ ﺍﻟﺮَّﺟ۪ﻴﻢِ</w:t>
      </w:r>
      <w:r>
        <w:rPr>
          <w:rFonts w:ascii="Times New Roman" w:hAnsi="Times New Roman" w:eastAsia="Noto Serif SC" w:cs="Amiri"/>
          <w:lang w:val="zh-CN" w:eastAsia="zh-CN" w:bidi="ar-SA"/>
          <w:color w:val="000000"/>
          <w:rtl w:val="0"/>
        </w:rPr>
        <w:t>（我求Allah护佑，使我免遭被逐魔鬼的伤害），并向至高无上的真实主宰Allah寻求庇护。</w:t>
      </w:r>
    </w:p>
    <w:p>
      <w:r>
        <w:rPr>
          <w:rFonts w:ascii="Times New Roman" w:hAnsi="Times New Roman" w:eastAsia="Noto Serif SC" w:cs="Amiri"/>
          <w:lang w:val="zh-CN" w:eastAsia="zh-CN" w:bidi="ar-SA"/>
          <w:color w:val="000000"/>
          <w:rtl w:val="0"/>
        </w:rPr>
        <w:t>这十三项指示，就是十三把钥匙。你当用这十三把钥匙，打开那坚固庇护所与牢不可破堡垒的门，进入其中，寻得平安。那庇护所与堡垒，就是显明奇迹的《古兰经》的最后一章，也是详细阐明</w:t>
      </w:r>
      <w:r>
        <w:rPr>
          <w:rFonts w:ascii="Amiri" w:hAnsi="Amiri" w:eastAsia="Amiri" w:cs="Amiri"/>
          <w:lang w:val="zh-CN" w:eastAsia="zh-CN" w:bidi="ar-SA"/>
          <w:rtl w:val="1"/>
          <w:cs w:val="1"/>
          <w:color w:val="000000"/>
          <w:sz w:val="24"/>
          <w:szCs w:val="24"/>
        </w:rPr>
        <w:t>ﺍَﻋُﻮﺫُ ﺑِﺎﻟﻠّٰﻪِ ﻣِﻦَ ﺍﻟﺸَّﻴْﻄَﺎﻥِ ﺍﻟﺮَّﺟ۪ﻴﻢِ</w:t>
      </w:r>
      <w:r>
        <w:rPr>
          <w:rFonts w:ascii="Times New Roman" w:hAnsi="Times New Roman" w:eastAsia="Noto Serif SC" w:cs="Amiri"/>
          <w:lang w:val="zh-CN" w:eastAsia="zh-CN" w:bidi="ar-SA"/>
          <w:color w:val="000000"/>
          <w:rtl w:val="0"/>
        </w:rPr>
        <w:t>（我求Allah护佑，使我免遭被逐魔鬼的伤害）并构成其源泉的这一章：</w:t>
      </w:r>
      <w:r>
        <w:rPr>
          <w:rFonts w:ascii="Amiri" w:hAnsi="Amiri" w:eastAsia="Amiri" w:cs="Amiri"/>
          <w:lang w:val="zh-CN" w:eastAsia="zh-CN" w:bidi="ar-SA"/>
          <w:rtl w:val="1"/>
          <w:cs w:val="1"/>
          <w:color w:val="000000"/>
          <w:sz w:val="24"/>
          <w:szCs w:val="24"/>
        </w:rPr>
        <w:t>ﺍَﺳْﺘَﻌ۪ﻴﺬُ ﺑِﺎﻟﻠّٰﻪِ</w:t>
      </w:r>
      <w:r>
        <w:rPr>
          <w:rFonts w:ascii="Times New Roman" w:hAnsi="Times New Roman" w:eastAsia="Noto Serif SC" w:cs="Amiri"/>
          <w:lang w:val="zh-CN" w:eastAsia="zh-CN" w:bidi="ar-SA"/>
          <w:color w:val="000000"/>
          <w:rtl w:val="0"/>
        </w:rPr>
        <w:t xml:space="preserve">（我向Allah求护佑）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ﻗُﻞْ ﺍَﻋُﻮﺫُ ﺑِﺮَﺏِّ ﺍﻟﻨَّﺎﺱِ</w:t>
      </w:r>
      <w:r>
        <w:rPr>
          <w:rFonts w:ascii="Times New Roman" w:hAnsi="Times New Roman" w:eastAsia="Noto Serif SC" w:cs="Amiri"/>
          <w:lang w:val="zh-CN" w:eastAsia="zh-CN" w:bidi="ar-SA"/>
          <w:color w:val="000000"/>
          <w:rtl w:val="0"/>
        </w:rPr>
        <w:t xml:space="preserve">（你说：“我向人类的养育并主宰者求护佑） </w:t>
      </w:r>
      <w:r>
        <w:rPr>
          <w:rFonts w:ascii="Amiri" w:hAnsi="Amiri" w:eastAsia="Amiri" w:cs="Amiri"/>
          <w:lang w:val="zh-CN" w:eastAsia="zh-CN" w:bidi="ar-SA"/>
          <w:rtl w:val="1"/>
          <w:cs w:val="1"/>
          <w:color w:val="000000"/>
          <w:sz w:val="24"/>
          <w:szCs w:val="24"/>
        </w:rPr>
        <w:t>٭ ﻣَﻠِﻚِ ﺍﻟﻨَّﺎﺱِ</w:t>
      </w:r>
      <w:r>
        <w:rPr>
          <w:rFonts w:ascii="Times New Roman" w:hAnsi="Times New Roman" w:eastAsia="Noto Serif SC" w:cs="Amiri"/>
          <w:lang w:val="zh-CN" w:eastAsia="zh-CN" w:bidi="ar-SA"/>
          <w:color w:val="000000"/>
          <w:rtl w:val="0"/>
        </w:rPr>
        <w:t xml:space="preserve">（祂是人类的君王，我亦向祂求护佑） </w:t>
      </w:r>
      <w:r>
        <w:rPr>
          <w:rFonts w:ascii="Amiri" w:hAnsi="Amiri" w:eastAsia="Amiri" w:cs="Amiri"/>
          <w:lang w:val="zh-CN" w:eastAsia="zh-CN" w:bidi="ar-SA"/>
          <w:rtl w:val="1"/>
          <w:cs w:val="1"/>
          <w:color w:val="000000"/>
          <w:sz w:val="24"/>
          <w:szCs w:val="24"/>
        </w:rPr>
        <w:t>٭ ﺍِﻟٰﻪِ ﺍﻟﻨَّﺎﺱِ</w:t>
      </w:r>
      <w:r>
        <w:rPr>
          <w:rFonts w:ascii="Times New Roman" w:hAnsi="Times New Roman" w:eastAsia="Noto Serif SC" w:cs="Amiri"/>
          <w:lang w:val="zh-CN" w:eastAsia="zh-CN" w:bidi="ar-SA"/>
          <w:color w:val="000000"/>
          <w:rtl w:val="0"/>
        </w:rPr>
        <w:t xml:space="preserve">（祂是人类唯一应受崇拜者，我亦向祂求护佑） </w:t>
      </w:r>
      <w:r>
        <w:rPr>
          <w:rFonts w:ascii="Amiri" w:hAnsi="Amiri" w:eastAsia="Amiri" w:cs="Amiri"/>
          <w:lang w:val="zh-CN" w:eastAsia="zh-CN" w:bidi="ar-SA"/>
          <w:rtl w:val="1"/>
          <w:cs w:val="1"/>
          <w:color w:val="000000"/>
          <w:sz w:val="24"/>
          <w:szCs w:val="24"/>
        </w:rPr>
        <w:t>٭ ﻣِﻦْ ﺷَﺮِّ ﺍﻟْﻮَﺳْﻮَﺍﺱِ ﺍﻟْﺨَﻨَّﺎﺱِ</w:t>
      </w:r>
      <w:r>
        <w:rPr>
          <w:rFonts w:ascii="Times New Roman" w:hAnsi="Times New Roman" w:eastAsia="Noto Serif SC" w:cs="Amiri"/>
          <w:lang w:val="zh-CN" w:eastAsia="zh-CN" w:bidi="ar-SA"/>
          <w:color w:val="000000"/>
          <w:rtl w:val="0"/>
        </w:rPr>
        <w:t xml:space="preserve">（求祂使我免于那潜伏退却、暗中煽诱者的邪恶） </w:t>
      </w:r>
      <w:r>
        <w:rPr>
          <w:rFonts w:ascii="Amiri" w:hAnsi="Amiri" w:eastAsia="Amiri" w:cs="Amiri"/>
          <w:lang w:val="zh-CN" w:eastAsia="zh-CN" w:bidi="ar-SA"/>
          <w:rtl w:val="1"/>
          <w:cs w:val="1"/>
          <w:color w:val="000000"/>
          <w:sz w:val="24"/>
          <w:szCs w:val="24"/>
        </w:rPr>
        <w:t>٭ ﺍﻟَّﺬ۪ﻯ ﻳُﻮَﺳْﻮِﺱُ ﻓ۪ﻰ ﺻُﺪُﻭﺭِ ﺍﻟﻨَّﺎﺱِ</w:t>
      </w:r>
      <w:r>
        <w:rPr>
          <w:rFonts w:ascii="Times New Roman" w:hAnsi="Times New Roman" w:eastAsia="Noto Serif SC" w:cs="Amiri"/>
          <w:lang w:val="zh-CN" w:eastAsia="zh-CN" w:bidi="ar-SA"/>
          <w:color w:val="000000"/>
          <w:rtl w:val="0"/>
        </w:rPr>
        <w:t xml:space="preserve">（它在人的心胸中暗中煽诱） </w:t>
      </w:r>
      <w:r>
        <w:rPr>
          <w:rFonts w:ascii="Amiri" w:hAnsi="Amiri" w:eastAsia="Amiri" w:cs="Amiri"/>
          <w:lang w:val="zh-CN" w:eastAsia="zh-CN" w:bidi="ar-SA"/>
          <w:rtl w:val="1"/>
          <w:cs w:val="1"/>
          <w:color w:val="000000"/>
          <w:sz w:val="24"/>
          <w:szCs w:val="24"/>
        </w:rPr>
        <w:t>٭ ﻣِﻦَ ﺍﻟْﺠِﻨَّﺔِ ﻭَ ﺍﻟﻨَّﺎﺱِ</w:t>
      </w:r>
      <w:r>
        <w:rPr>
          <w:rFonts w:ascii="Times New Roman" w:hAnsi="Times New Roman" w:eastAsia="Noto Serif SC" w:cs="Amiri"/>
          <w:lang w:val="zh-CN" w:eastAsia="zh-CN" w:bidi="ar-SA"/>
          <w:color w:val="000000"/>
          <w:rtl w:val="0"/>
        </w:rPr>
        <w:t xml:space="preserve">（那煽诱者既可来自精灵，也可来自人类”）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ﺭَﺏِّ ﺍَﻋُﻮﺫُ ﺑِﻚَ ﻣِﻦْ ﻫَﻤَﺰَﺍﺕِ ﺍﻟﺸَّﻴَﺎﻃ۪ﻴﻦِ</w:t>
      </w:r>
      <w:r>
        <w:rPr>
          <w:rFonts w:ascii="Times New Roman" w:hAnsi="Times New Roman" w:eastAsia="Noto Serif SC" w:cs="Amiri"/>
          <w:lang w:val="zh-CN" w:eastAsia="zh-CN" w:bidi="ar-SA"/>
          <w:color w:val="000000"/>
          <w:rtl w:val="0"/>
        </w:rPr>
        <w:t xml:space="preserve">（我的养育并主宰者Allah啊，我求您护佑，使我免遭群魔的挑动与侵扰） </w:t>
      </w:r>
      <w:r>
        <w:rPr>
          <w:rFonts w:ascii="Amiri" w:hAnsi="Amiri" w:eastAsia="Amiri" w:cs="Amiri"/>
          <w:lang w:val="zh-CN" w:eastAsia="zh-CN" w:bidi="ar-SA"/>
          <w:rtl w:val="1"/>
          <w:cs w:val="1"/>
          <w:color w:val="000000"/>
          <w:sz w:val="24"/>
          <w:szCs w:val="24"/>
        </w:rPr>
        <w:t>٭ ﻭَﺍَﻋُﻮﺫُ ﺑِﻚَ ﺭَﺏِّ ﺍَﻥْ ﻳَﺤْﻀُﺮُﻭﻥِ</w:t>
      </w:r>
      <w:r>
        <w:rPr>
          <w:rFonts w:ascii="Times New Roman" w:hAnsi="Times New Roman" w:eastAsia="Noto Serif SC" w:cs="Amiri"/>
          <w:lang w:val="zh-CN" w:eastAsia="zh-CN" w:bidi="ar-SA"/>
          <w:color w:val="000000"/>
          <w:rtl w:val="0"/>
        </w:rPr>
        <w:t>（我的养育并主宰者Allah啊，我也求您护佑，使它们不得来到我身边）</w:t>
      </w:r>
    </w:p>
    <w:p>
      <w:pPr>
        <w:pStyle w:val="Heading1"/>
        <w:pageBreakBefore/>
      </w:pPr>
      <w:r>
        <w:rPr>
          <w:rFonts w:ascii="Times New Roman" w:hAnsi="Times New Roman" w:eastAsia="Noto Serif SC" w:cs="Amiri"/>
          <w:lang w:val="zh-CN" w:eastAsia="zh-CN" w:bidi="ar-SA"/>
          <w:color w:val="000000"/>
          <w:rtl w:val="0"/>
        </w:rPr>
        <w:t>第十四篇闪光</w:t>
      </w:r>
    </w:p>
    <w:p>
      <w:r>
        <w:rPr>
          <w:rFonts w:ascii="Times New Roman" w:hAnsi="Times New Roman" w:eastAsia="Noto Serif SC" w:cs="Amiri"/>
          <w:lang w:val="zh-CN" w:eastAsia="zh-CN" w:bidi="ar-SA"/>
          <w:color w:val="000000"/>
          <w:rtl w:val="0"/>
        </w:rPr>
        <w:t>分为两篇。</w:t>
      </w:r>
    </w:p>
    <w:p>
      <w:pPr>
        <w:pStyle w:val="Heading2"/>
      </w:pPr>
      <w:r>
        <w:rPr>
          <w:rFonts w:ascii="Times New Roman" w:hAnsi="Times New Roman" w:eastAsia="Noto Serif SC" w:cs="Amiri"/>
          <w:lang w:val="zh-CN" w:eastAsia="zh-CN" w:bidi="ar-SA"/>
          <w:color w:val="000000"/>
          <w:rtl w:val="0"/>
        </w:rPr>
        <w:t>第一篇</w:t>
      </w:r>
    </w:p>
    <w:p>
      <w:r>
        <w:rPr>
          <w:rFonts w:ascii="Times New Roman" w:hAnsi="Times New Roman" w:eastAsia="Noto Serif SC" w:cs="Amiri"/>
          <w:lang w:val="zh-CN" w:eastAsia="zh-CN" w:bidi="ar-SA"/>
          <w:color w:val="000000"/>
          <w:rtl w:val="0"/>
        </w:rPr>
        <w:t>是对两个问题的回答。</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w:t>
      </w:r>
      <w:r>
        <w:rPr>
          <w:rFonts w:ascii="Times New Roman" w:hAnsi="Times New Roman" w:eastAsia="Noto Serif SC" w:cs="Amiri"/>
          <w:lang w:val="zh-CN" w:eastAsia="zh-CN" w:bidi="ar-SA"/>
          <w:color w:val="000000"/>
          <w:rtl w:val="0"/>
        </w:rPr>
        <w:t>（愿平安、Allah的慈悯与祂的福泽降临你们）  亲爱而忠诚的兄弟，雷费特先生！</w:t>
      </w:r>
    </w:p>
    <w:p>
      <w:r>
        <w:rPr>
          <w:rFonts w:ascii="Times New Roman" w:hAnsi="Times New Roman" w:eastAsia="Noto Serif SC" w:cs="Amiri"/>
          <w:lang w:val="zh-CN" w:eastAsia="zh-CN" w:bidi="ar-SA"/>
          <w:color w:val="000000"/>
          <w:rtl w:val="0"/>
        </w:rPr>
        <w:t>关于公牛与鱼，你所提出的问题，在一些论著中已有回答。《第二十四言》第三枝条中，以“十二项原则”为题，已经阐明了回答此类问题的十二条重要准则。这些准则，是衡量先知圣训各种解释的一块试金石，也是驱散种种针对圣训的臆想的重要原则。遗憾的是，目前有一些情况，使我暂时不能从事心灵启示以外的学术问题。因此，我无法针对你的问题作答。若有心灵的启示，我便不得不专心于此。有时，启示恰与问题相应，于是便作了回答，请勿介意。因此，我不能恰如其分地回答你的每一个问题。好吧，这次就让我对你的问题作一个简短的回答。</w:t>
      </w:r>
    </w:p>
    <w:p>
      <w:r>
        <w:rPr>
          <w:rFonts w:ascii="Times New Roman" w:hAnsi="Times New Roman" w:eastAsia="Noto Serif SC" w:cs="Amiri"/>
          <w:lang w:val="zh-CN" w:eastAsia="zh-CN" w:bidi="ar-SA"/>
          <w:color w:val="000000"/>
          <w:rtl w:val="0"/>
        </w:rPr>
        <w:t>在你这次的问题中，你说：老师们说：“大地立在公牛和鱼身上。”然而，地理学却看到，大地像一颗悬在空中的星辰运行。哪里有什么公牛，又有什么鱼？</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有一则归于伊本·阿巴斯</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（愿Allah喜悦他）等尊者的真实传述：人们曾问至尊使者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（愿Allah赐他尊荣、恩福与平安）：“世界在什么上面？”他回答说：</w:t>
      </w:r>
      <w:r>
        <w:rPr>
          <w:rFonts w:ascii="Amiri" w:hAnsi="Amiri" w:eastAsia="Amiri" w:cs="Amiri"/>
          <w:lang w:val="zh-CN" w:eastAsia="zh-CN" w:bidi="ar-SA"/>
          <w:rtl w:val="1"/>
          <w:cs w:val="1"/>
          <w:color w:val="000000"/>
          <w:sz w:val="24"/>
          <w:szCs w:val="24"/>
        </w:rPr>
        <w:t>ﻋَﻠَﻰ ﺍﻟﺜَّﻮْﺭِ ﻭَﺍﻟْﺤُﻮﺕِ</w:t>
      </w:r>
      <w:r>
        <w:rPr>
          <w:rFonts w:ascii="Times New Roman" w:hAnsi="Times New Roman" w:eastAsia="Noto Serif SC" w:cs="Amiri"/>
          <w:lang w:val="zh-CN" w:eastAsia="zh-CN" w:bidi="ar-SA"/>
          <w:color w:val="000000"/>
          <w:rtl w:val="0"/>
        </w:rPr>
        <w:t>（在公牛与鱼之上）。在一种传述中，他一次说：</w:t>
      </w:r>
      <w:r>
        <w:rPr>
          <w:rFonts w:ascii="Amiri" w:hAnsi="Amiri" w:eastAsia="Amiri" w:cs="Amiri"/>
          <w:lang w:val="zh-CN" w:eastAsia="zh-CN" w:bidi="ar-SA"/>
          <w:rtl w:val="1"/>
          <w:cs w:val="1"/>
          <w:color w:val="000000"/>
          <w:sz w:val="24"/>
          <w:szCs w:val="24"/>
        </w:rPr>
        <w:t>ﻋَﻠَﻰ ﺍﻟﺜَّﻮْﺭِ</w:t>
      </w:r>
      <w:r>
        <w:rPr>
          <w:rFonts w:ascii="Times New Roman" w:hAnsi="Times New Roman" w:eastAsia="Noto Serif SC" w:cs="Amiri"/>
          <w:lang w:val="zh-CN" w:eastAsia="zh-CN" w:bidi="ar-SA"/>
          <w:color w:val="000000"/>
          <w:rtl w:val="0"/>
        </w:rPr>
        <w:t>（在公牛之上）；另一次又说：</w:t>
      </w:r>
      <w:r>
        <w:rPr>
          <w:rFonts w:ascii="Amiri" w:hAnsi="Amiri" w:eastAsia="Amiri" w:cs="Amiri"/>
          <w:lang w:val="zh-CN" w:eastAsia="zh-CN" w:bidi="ar-SA"/>
          <w:rtl w:val="1"/>
          <w:cs w:val="1"/>
          <w:color w:val="000000"/>
          <w:sz w:val="24"/>
          <w:szCs w:val="24"/>
        </w:rPr>
        <w:t>ﻋَﻠَﻰ ﺍﻟْﺤُﻮﺕِ</w:t>
      </w:r>
      <w:r>
        <w:rPr>
          <w:rFonts w:ascii="Times New Roman" w:hAnsi="Times New Roman" w:eastAsia="Noto Serif SC" w:cs="Amiri"/>
          <w:lang w:val="zh-CN" w:eastAsia="zh-CN" w:bidi="ar-SA"/>
          <w:color w:val="000000"/>
          <w:rtl w:val="0"/>
        </w:rPr>
        <w:t>（在鱼之上）。一部分圣训学家，把这则圣训套用于那些源自以色列古代传说、历来辗转相传而近乎神话的故事。尤其是一些皈依伊斯兰的以色列后裔学者，把他们在以往经典中看到的有关“公牛与鱼”的故事套用于圣训，从而使圣训的意义变成了一种怪异的形态。</w:t>
      </w:r>
    </w:p>
    <w:p>
      <w:r>
        <w:rPr>
          <w:rFonts w:ascii="Times New Roman" w:hAnsi="Times New Roman" w:eastAsia="Noto Serif SC" w:cs="Amiri"/>
          <w:lang w:val="zh-CN" w:eastAsia="zh-CN" w:bidi="ar-SA"/>
          <w:color w:val="000000"/>
          <w:rtl w:val="0"/>
        </w:rPr>
        <w:t>目前，对于你的这个问题，只极简略地提出三项原则和三个方面。</w:t>
      </w:r>
    </w:p>
    <w:p>
      <w:r>
        <w:rPr>
          <w:rFonts w:ascii="Times New Roman" w:hAnsi="Times New Roman" w:eastAsia="Noto Serif SC" w:cs="Amiri"/>
          <w:lang w:val="zh-CN" w:eastAsia="zh-CN" w:bidi="ar-SA"/>
          <w:color w:val="000000"/>
          <w:rtl w:val="0"/>
        </w:rPr>
        <w:t>第一项原则：一部分以色列后裔学者皈依伊斯兰之后，他们原有的知识也仿佛随他们一同皈依，归入了伊斯兰。然而，那些旧知识中存在着错误。那些错误当然属于他们自己，并不属于伊斯兰。</w:t>
      </w:r>
    </w:p>
    <w:p>
      <w:r>
        <w:rPr>
          <w:rFonts w:ascii="Times New Roman" w:hAnsi="Times New Roman" w:eastAsia="Noto Serif SC" w:cs="Amiri"/>
          <w:lang w:val="zh-CN" w:eastAsia="zh-CN" w:bidi="ar-SA"/>
          <w:color w:val="000000"/>
          <w:rtl w:val="0"/>
        </w:rPr>
        <w:t>第二项原则：比喻与设喻，从精英传到大众，也就是从知识之手落入无知之手以后，随着时间推移，便会被当作事实。</w:t>
      </w:r>
    </w:p>
    <w:p>
      <w:r>
        <w:rPr>
          <w:rFonts w:ascii="Times New Roman" w:hAnsi="Times New Roman" w:eastAsia="Noto Serif SC" w:cs="Amiri"/>
          <w:lang w:val="zh-CN" w:eastAsia="zh-CN" w:bidi="ar-SA"/>
          <w:color w:val="000000"/>
          <w:rtl w:val="0"/>
        </w:rPr>
        <w:t>例如，我小时候发生过月食。我对母亲说：“月亮为什么变成这样？”她说：“被蛇吞了。”我说：“它不是还看得见吗？”她说：“天上的蛇像玻璃一样，会显出肚子里的东西。”我常常想起这段童年往事，并曾这样想：“如此毫无事实根据的神话，怎么会在我母亲这样严肃的人口中流传？”</w:t>
      </w:r>
    </w:p>
    <w:p>
      <w:r>
        <w:rPr>
          <w:rFonts w:ascii="Times New Roman" w:hAnsi="Times New Roman" w:eastAsia="Noto Serif SC" w:cs="Amiri"/>
          <w:lang w:val="zh-CN" w:eastAsia="zh-CN" w:bidi="ar-SA"/>
          <w:color w:val="000000"/>
          <w:rtl w:val="0"/>
        </w:rPr>
        <w:t>直到我研习天文学时才明白：像我母亲那样说的人，是把一个比喻当成了事实。因为，作为太阳运行各层次之轨道的巨大圆环——他们称之为“黄道带”——与作为月亮各停留位置之轨道的倾斜月道圆环彼此交叠；这两个圆环，各自呈现出两段弧形的形状。天文学家以一个优美的比喻，把这两段弧称为两条巨蛇，即“两条巨龙”。</w:t>
      </w:r>
    </w:p>
    <w:p>
      <w:r>
        <w:rPr>
          <w:rFonts w:ascii="Times New Roman" w:hAnsi="Times New Roman" w:eastAsia="Noto Serif SC" w:cs="Amiri"/>
          <w:lang w:val="zh-CN" w:eastAsia="zh-CN" w:bidi="ar-SA"/>
          <w:color w:val="000000"/>
          <w:rtl w:val="0"/>
        </w:rPr>
        <w:t>于是，他们把这两个圆环的一个交点称为“首”，取头之义；把另一个交点称为“尾”，取尾之义。当月亮来到首点、太阳来到尾点时，按照天文学术语，就会发生“大地的遮蔽”。也就是说，地球恰好落在两者正中，此时便发生月食。沿用先前的比喻，人们便说：“月亮进入了巨蛇之口。”</w:t>
      </w:r>
    </w:p>
    <w:p>
      <w:r>
        <w:rPr>
          <w:rFonts w:ascii="Times New Roman" w:hAnsi="Times New Roman" w:eastAsia="Noto Serif SC" w:cs="Amiri"/>
          <w:lang w:val="zh-CN" w:eastAsia="zh-CN" w:bidi="ar-SA"/>
          <w:color w:val="000000"/>
          <w:rtl w:val="0"/>
        </w:rPr>
        <w:t>这个崇高而科学的比喻，进入大众的语言后，随着时间推移，就变成了一条足以吞下月亮的大蛇。</w:t>
      </w:r>
    </w:p>
    <w:p>
      <w:r>
        <w:rPr>
          <w:rFonts w:ascii="Times New Roman" w:hAnsi="Times New Roman" w:eastAsia="Noto Serif SC" w:cs="Amiri"/>
          <w:lang w:val="zh-CN" w:eastAsia="zh-CN" w:bidi="ar-SA"/>
          <w:color w:val="000000"/>
          <w:rtl w:val="0"/>
        </w:rPr>
        <w:t>同样，两位大天使也借一个神圣而优美的比喻和一个意味深长的指示，被命名为“公牛”和“鱼”。当这一比喻从先知使命那神圣崇高的语言进入众人的语言时，它就转变成了字面事实，仿佛呈现为一头无比巨大的公牛和一条可怖的大鱼。</w:t>
      </w:r>
    </w:p>
    <w:p>
      <w:r>
        <w:rPr>
          <w:rFonts w:ascii="Times New Roman" w:hAnsi="Times New Roman" w:eastAsia="Noto Serif SC" w:cs="Amiri"/>
          <w:lang w:val="zh-CN" w:eastAsia="zh-CN" w:bidi="ar-SA"/>
          <w:color w:val="000000"/>
          <w:rtl w:val="0"/>
        </w:rPr>
        <w:t>第三项原则：正如《古兰经》中有意义深隐的文句，借设喻和比喻向大众讲授极其深奥的问题；圣训中也有意义深隐的表述，以人们熟悉的比喻表达极其深奥的真理。</w:t>
      </w:r>
    </w:p>
    <w:p>
      <w:r>
        <w:rPr>
          <w:rFonts w:ascii="Times New Roman" w:hAnsi="Times New Roman" w:eastAsia="Noto Serif SC" w:cs="Amiri"/>
          <w:lang w:val="zh-CN" w:eastAsia="zh-CN" w:bidi="ar-SA"/>
          <w:color w:val="000000"/>
          <w:rtl w:val="0"/>
        </w:rPr>
        <w:t>例如，正如我在一两篇论著中阐明过的：有一次，在先知的面前，人们听见一声极其深沉的巨响。他说：“这是一块石头滚落了七十年，此刻跌入火狱底部所发出的声音。”几分钟后，有人来报：“那位七十岁的著名伪信者死了。”于是，他揭示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（愿Allah赐他尊荣、恩福与平安）那极其雄辩的设喻所包含的真实意义。</w:t>
      </w:r>
    </w:p>
    <w:p>
      <w:r>
        <w:rPr>
          <w:rFonts w:ascii="Times New Roman" w:hAnsi="Times New Roman" w:eastAsia="Noto Serif SC" w:cs="Amiri"/>
          <w:lang w:val="zh-CN" w:eastAsia="zh-CN" w:bidi="ar-SA"/>
          <w:color w:val="000000"/>
          <w:rtl w:val="0"/>
        </w:rPr>
        <w:t>关于你的问题的答案，目前只提出三个方面。</w:t>
      </w:r>
    </w:p>
    <w:p>
      <w:r>
        <w:rPr>
          <w:rFonts w:ascii="Times New Roman" w:hAnsi="Times New Roman" w:eastAsia="Noto Serif SC" w:cs="Amiri"/>
          <w:lang w:val="zh-CN" w:eastAsia="zh-CN" w:bidi="ar-SA"/>
          <w:color w:val="000000"/>
          <w:rtl w:val="0"/>
        </w:rPr>
        <w:t>第一：正如至高无上的真实主宰Allah任命了四位天使，以监察祂对至高宝座和诸天的养育与主宰之王权——这些被称为承载至高宝座与诸天的天使，其中一位名叫“鹰”，另一位名叫“公牛”；祂也为地球任命了两位监察并承载的天使，因为地球是诸天的小兄弟，也是众行星的同伴。这两位天使，一位名叫“公牛”，另一位名叫“鱼”。而祂如此命名的奥义如下：</w:t>
      </w:r>
    </w:p>
    <w:p>
      <w:r>
        <w:rPr>
          <w:rFonts w:ascii="Times New Roman" w:hAnsi="Times New Roman" w:eastAsia="Noto Serif SC" w:cs="Amiri"/>
          <w:lang w:val="zh-CN" w:eastAsia="zh-CN" w:bidi="ar-SA"/>
          <w:color w:val="000000"/>
          <w:rtl w:val="0"/>
        </w:rPr>
        <w:t>大地分为两部分：一部分是水，一部分是土。使水域充满生机的，是鱼；使土地充满生机的，是维系人类生存的农业，而农业依靠公牛，担在公牛的肩上。既然受命管理地球的两位天使既是指挥者又是监察者，那么，他们与鱼类和牛类之间当然必有某种关联。或许——</w:t>
      </w:r>
      <w:r>
        <w:rPr>
          <w:rFonts w:ascii="Amiri" w:hAnsi="Amiri" w:eastAsia="Amiri" w:cs="Amiri"/>
          <w:lang w:val="zh-CN" w:eastAsia="zh-CN" w:bidi="ar-SA"/>
          <w:rtl w:val="1"/>
          <w:cs w:val="1"/>
          <w:color w:val="000000"/>
          <w:sz w:val="24"/>
          <w:szCs w:val="24"/>
        </w:rPr>
        <w:t>ﻭَﺍﻟْﻌِﻠْﻢُ ﻋِﻨْﺪَ ﺍﻟﻠّٰﻪِ</w:t>
      </w:r>
      <w:r>
        <w:rPr>
          <w:rFonts w:ascii="Times New Roman" w:hAnsi="Times New Roman" w:eastAsia="Noto Serif SC" w:cs="Amiri"/>
          <w:lang w:val="zh-CN" w:eastAsia="zh-CN" w:bidi="ar-SA"/>
          <w:color w:val="000000"/>
          <w:rtl w:val="0"/>
        </w:rPr>
        <w:t>（而真正的知识，唯在Allah那里）——那两位天使在天使世界和形象世界中，会呈现为公牛与鱼的形象。</w:t>
      </w:r>
      <w:r>
        <w:rPr>
          <w:rStyle w:val="FootnoteReference"/>
        </w:rPr>
        <w:footnoteReference w:id="9"/>
      </w:r>
      <w:r>
        <w:rPr>
          <w:rFonts w:ascii="Times New Roman" w:hAnsi="Times New Roman" w:eastAsia="Noto Serif SC" w:cs="Amiri"/>
          <w:lang w:val="zh-CN" w:eastAsia="zh-CN" w:bidi="ar-SA"/>
          <w:color w:val="000000"/>
          <w:rtl w:val="0"/>
        </w:rPr>
        <w:t>正是为了指示这种关联与那种监察，并暗示地球上这两类重要的受造物，先知那奇迹般雄辩的语言说：</w:t>
      </w:r>
      <w:r>
        <w:rPr>
          <w:rFonts w:ascii="Amiri" w:hAnsi="Amiri" w:eastAsia="Amiri" w:cs="Amiri"/>
          <w:lang w:val="zh-CN" w:eastAsia="zh-CN" w:bidi="ar-SA"/>
          <w:rtl w:val="1"/>
          <w:cs w:val="1"/>
          <w:color w:val="000000"/>
          <w:sz w:val="24"/>
          <w:szCs w:val="24"/>
        </w:rPr>
        <w:t>اَلْاَرْضُ ﻋَﻠَﻰ ﺍﻟﺜَّﻮْﺭِ ﻭَﺍﻟْﺤُﻮﺕِ</w:t>
      </w:r>
      <w:r>
        <w:rPr>
          <w:rFonts w:ascii="Times New Roman" w:hAnsi="Times New Roman" w:eastAsia="Noto Serif SC" w:cs="Amiri"/>
          <w:lang w:val="zh-CN" w:eastAsia="zh-CN" w:bidi="ar-SA"/>
          <w:color w:val="000000"/>
          <w:rtl w:val="0"/>
        </w:rPr>
        <w:t>（大地在公牛与鱼之上）。他以一个极其优美而简短的句子，表达了一个真理，其中包含的问题足以写成一页极为深广的篇章。</w:t>
      </w:r>
    </w:p>
    <w:p>
      <w:r>
        <w:rPr>
          <w:rFonts w:ascii="Times New Roman" w:hAnsi="Times New Roman" w:eastAsia="Noto Serif SC" w:cs="Amiri"/>
          <w:lang w:val="zh-CN" w:eastAsia="zh-CN" w:bidi="ar-SA"/>
          <w:color w:val="000000"/>
          <w:rtl w:val="0"/>
        </w:rPr>
        <w:t>第二方面：例如，有人问：“这个国家与王权立在什么之上？”回答是：</w:t>
      </w:r>
      <w:r>
        <w:rPr>
          <w:rFonts w:ascii="Amiri" w:hAnsi="Amiri" w:eastAsia="Amiri" w:cs="Amiri"/>
          <w:lang w:val="zh-CN" w:eastAsia="zh-CN" w:bidi="ar-SA"/>
          <w:rtl w:val="1"/>
          <w:cs w:val="1"/>
          <w:color w:val="000000"/>
          <w:sz w:val="24"/>
          <w:szCs w:val="24"/>
        </w:rPr>
        <w:t>ﻋَﻠَﻰ ﺍﻟﺴَّﻴْﻒِ ﻭَ ﺍﻟْﻘَﻠَﻢِ</w:t>
      </w:r>
      <w:r>
        <w:rPr>
          <w:rFonts w:ascii="Times New Roman" w:hAnsi="Times New Roman" w:eastAsia="Noto Serif SC" w:cs="Amiri"/>
          <w:lang w:val="zh-CN" w:eastAsia="zh-CN" w:bidi="ar-SA"/>
          <w:color w:val="000000"/>
          <w:rtl w:val="0"/>
        </w:rPr>
        <w:t>（在剑与笔之上）。也就是说：“它依靠军人之剑的勇毅与力量，也依靠文官之笔的明达与公正。”</w:t>
      </w:r>
    </w:p>
    <w:p>
      <w:r>
        <w:rPr>
          <w:rFonts w:ascii="Times New Roman" w:hAnsi="Times New Roman" w:eastAsia="Noto Serif SC" w:cs="Amiri"/>
          <w:lang w:val="zh-CN" w:eastAsia="zh-CN" w:bidi="ar-SA"/>
          <w:color w:val="000000"/>
          <w:rtl w:val="0"/>
        </w:rPr>
        <w:t>同样，既然地球是有生命者的居所，有生命者的统领又是人类；沿海居民中大部分人的生计依靠鱼，非沿海居民的生计则依靠农业，担在公牛的肩上；鱼又是贸易的一项重要支柱。那么，正如国家立在剑与笔之上，人们当然也可以说，地球立在公牛与鱼之上。因为，一旦公牛不再劳作，鱼不再一次产下百万颗卵，人类便无法生存，生命就会坠落；至睿的创造者Allah也会使大地毁坏。</w:t>
      </w:r>
    </w:p>
    <w:p>
      <w:r>
        <w:rPr>
          <w:rFonts w:ascii="Times New Roman" w:hAnsi="Times New Roman" w:eastAsia="Noto Serif SC" w:cs="Amiri"/>
          <w:lang w:val="zh-CN" w:eastAsia="zh-CN" w:bidi="ar-SA"/>
          <w:color w:val="000000"/>
          <w:rtl w:val="0"/>
        </w:rPr>
        <w:t>于是，至尊使者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（愿Allah赐他尊荣、恩福与平安）以一个极具奇迹、极其崇高而充满智慧的回答说：</w:t>
      </w:r>
      <w:r>
        <w:rPr>
          <w:rFonts w:ascii="Amiri" w:hAnsi="Amiri" w:eastAsia="Amiri" w:cs="Amiri"/>
          <w:lang w:val="zh-CN" w:eastAsia="zh-CN" w:bidi="ar-SA"/>
          <w:rtl w:val="1"/>
          <w:cs w:val="1"/>
          <w:color w:val="000000"/>
          <w:sz w:val="24"/>
          <w:szCs w:val="24"/>
        </w:rPr>
        <w:t>اَلْاَرْضُ ﻋَﻠَﻰ ﺍﻟﺜَّﻮْﺭِ ﻭَﺍﻟْﺤُﻮﺕِ</w:t>
      </w:r>
      <w:r>
        <w:rPr>
          <w:rFonts w:ascii="Times New Roman" w:hAnsi="Times New Roman" w:eastAsia="Noto Serif SC" w:cs="Amiri"/>
          <w:lang w:val="zh-CN" w:eastAsia="zh-CN" w:bidi="ar-SA"/>
          <w:color w:val="000000"/>
          <w:rtl w:val="0"/>
        </w:rPr>
        <w:t>（大地在公牛与鱼之上）。他用两个词，讲授了一项广博的真理：人类的生命与动物族类的生命，有着何等密切的关联。</w:t>
      </w:r>
    </w:p>
    <w:p>
      <w:r>
        <w:rPr>
          <w:rFonts w:ascii="Times New Roman" w:hAnsi="Times New Roman" w:eastAsia="Noto Serif SC" w:cs="Amiri"/>
          <w:lang w:val="zh-CN" w:eastAsia="zh-CN" w:bidi="ar-SA"/>
          <w:color w:val="000000"/>
          <w:rtl w:val="0"/>
        </w:rPr>
        <w:t>第三方面：在古代宇宙志看来，太阳运行。他们把太阳运行的每三十度称为一个星座。倘若在这些星座的星辰之间，画出连接彼此的假想线条，当它们构成一种特定形态时，有的呈现狮子——即雄狮——的形象，有的呈现天秤——即天平——的形象，有的呈现公牛的形象，有的呈现鱼的形象。星座便因这种关联而得了这些名称。</w:t>
      </w:r>
    </w:p>
    <w:p>
      <w:r>
        <w:rPr>
          <w:rFonts w:ascii="Times New Roman" w:hAnsi="Times New Roman" w:eastAsia="Noto Serif SC" w:cs="Amiri"/>
          <w:lang w:val="zh-CN" w:eastAsia="zh-CN" w:bidi="ar-SA"/>
          <w:color w:val="000000"/>
          <w:rtl w:val="0"/>
        </w:rPr>
        <w:t>而在当今时代的宇宙志看来，太阳并不运行。那些星座已变得空荡、闲置而无所事事。取代太阳运行的，是地球。因此，应当在地球上、在地球的年度轨道中，以较小的尺度构成那些圆环，以取代那些空荡而闲置的星座和高悬于上的废弃圆环。这样，天上的星座便会在地球的年度轨道中呈现。于是，地球每个月都处在某一个天上星座的投影与映像之中。仿佛地球的年度轨道是一面镜子，天上的星座便映现于其中。</w:t>
      </w:r>
    </w:p>
    <w:p>
      <w:r>
        <w:rPr>
          <w:rFonts w:ascii="Times New Roman" w:hAnsi="Times New Roman" w:eastAsia="Noto Serif SC" w:cs="Amiri"/>
          <w:lang w:val="zh-CN" w:eastAsia="zh-CN" w:bidi="ar-SA"/>
          <w:color w:val="000000"/>
          <w:rtl w:val="0"/>
        </w:rPr>
        <w:t>因此，正如我们先前提到的，至尊使者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（愿Allah赐他尊荣、恩福与平安）一次说：</w:t>
      </w:r>
      <w:r>
        <w:rPr>
          <w:rFonts w:ascii="Amiri" w:hAnsi="Amiri" w:eastAsia="Amiri" w:cs="Amiri"/>
          <w:lang w:val="zh-CN" w:eastAsia="zh-CN" w:bidi="ar-SA"/>
          <w:rtl w:val="1"/>
          <w:cs w:val="1"/>
          <w:color w:val="000000"/>
          <w:sz w:val="24"/>
          <w:szCs w:val="24"/>
        </w:rPr>
        <w:t>ﻋَﻠَﻰ ﺍﻟﺜَّﻮْﺭِ</w:t>
      </w:r>
      <w:r>
        <w:rPr>
          <w:rFonts w:ascii="Times New Roman" w:hAnsi="Times New Roman" w:eastAsia="Noto Serif SC" w:cs="Amiri"/>
          <w:lang w:val="zh-CN" w:eastAsia="zh-CN" w:bidi="ar-SA"/>
          <w:color w:val="000000"/>
          <w:rtl w:val="0"/>
        </w:rPr>
        <w:t>（在公牛之上）；一次说：</w:t>
      </w:r>
      <w:r>
        <w:rPr>
          <w:rFonts w:ascii="Amiri" w:hAnsi="Amiri" w:eastAsia="Amiri" w:cs="Amiri"/>
          <w:lang w:val="zh-CN" w:eastAsia="zh-CN" w:bidi="ar-SA"/>
          <w:rtl w:val="1"/>
          <w:cs w:val="1"/>
          <w:color w:val="000000"/>
          <w:sz w:val="24"/>
          <w:szCs w:val="24"/>
        </w:rPr>
        <w:t>ﻋَﻠَﻰ ﺍﻟْﺤُﻮﺕِ</w:t>
      </w:r>
      <w:r>
        <w:rPr>
          <w:rFonts w:ascii="Times New Roman" w:hAnsi="Times New Roman" w:eastAsia="Noto Serif SC" w:cs="Amiri"/>
          <w:lang w:val="zh-CN" w:eastAsia="zh-CN" w:bidi="ar-SA"/>
          <w:color w:val="000000"/>
          <w:rtl w:val="0"/>
        </w:rPr>
        <w:t>（在鱼之上）。是的，为了指示一个极其深奥、要在许多世纪以后才会被理解的真理，他以一种与先知那奇迹般雄辩的语言相称的方式，有一次说：</w:t>
      </w:r>
      <w:r>
        <w:rPr>
          <w:rFonts w:ascii="Amiri" w:hAnsi="Amiri" w:eastAsia="Amiri" w:cs="Amiri"/>
          <w:lang w:val="zh-CN" w:eastAsia="zh-CN" w:bidi="ar-SA"/>
          <w:rtl w:val="1"/>
          <w:cs w:val="1"/>
          <w:color w:val="000000"/>
          <w:sz w:val="24"/>
          <w:szCs w:val="24"/>
        </w:rPr>
        <w:t>ﻋَﻠَﻰ ﺍﻟﺜَّﻮْﺭِ</w:t>
      </w:r>
      <w:r>
        <w:rPr>
          <w:rFonts w:ascii="Times New Roman" w:hAnsi="Times New Roman" w:eastAsia="Noto Serif SC" w:cs="Amiri"/>
          <w:lang w:val="zh-CN" w:eastAsia="zh-CN" w:bidi="ar-SA"/>
          <w:color w:val="000000"/>
          <w:rtl w:val="0"/>
        </w:rPr>
        <w:t>（在公牛之上）。因为，在提出那个问题时，地球正处在金牛星座的映像之中。一个月后，人们再次询问，他说：</w:t>
      </w:r>
      <w:r>
        <w:rPr>
          <w:rFonts w:ascii="Amiri" w:hAnsi="Amiri" w:eastAsia="Amiri" w:cs="Amiri"/>
          <w:lang w:val="zh-CN" w:eastAsia="zh-CN" w:bidi="ar-SA"/>
          <w:rtl w:val="1"/>
          <w:cs w:val="1"/>
          <w:color w:val="000000"/>
          <w:sz w:val="24"/>
          <w:szCs w:val="24"/>
        </w:rPr>
        <w:t>ﻋَﻠَﻰ ﺍﻟْﺤُﻮﺕِ</w:t>
      </w:r>
      <w:r>
        <w:rPr>
          <w:rFonts w:ascii="Times New Roman" w:hAnsi="Times New Roman" w:eastAsia="Noto Serif SC" w:cs="Amiri"/>
          <w:lang w:val="zh-CN" w:eastAsia="zh-CN" w:bidi="ar-SA"/>
          <w:color w:val="000000"/>
          <w:rtl w:val="0"/>
        </w:rPr>
        <w:t>（在鱼之上）。因为，那时地球正处在双鱼星座的投影之下。</w:t>
      </w:r>
    </w:p>
    <w:p>
      <w:r>
        <w:rPr>
          <w:rFonts w:ascii="Times New Roman" w:hAnsi="Times New Roman" w:eastAsia="Noto Serif SC" w:cs="Amiri"/>
          <w:lang w:val="zh-CN" w:eastAsia="zh-CN" w:bidi="ar-SA"/>
          <w:color w:val="000000"/>
          <w:rtl w:val="0"/>
        </w:rPr>
        <w:t>于是，为了指示这项将在未来得到理解的崇高真理，为了暗示地球在其职责中的运动与运行，并隐喻天上的星座相对太阳而言已经闲置、没有访客，而真正运转的星座位于地球的年度轨道之中，在这些星座中履行职责并运行旅行的又是地球，他说：</w:t>
      </w:r>
      <w:r>
        <w:rPr>
          <w:rFonts w:ascii="Amiri" w:hAnsi="Amiri" w:eastAsia="Amiri" w:cs="Amiri"/>
          <w:lang w:val="zh-CN" w:eastAsia="zh-CN" w:bidi="ar-SA"/>
          <w:rtl w:val="1"/>
          <w:cs w:val="1"/>
          <w:color w:val="000000"/>
          <w:sz w:val="24"/>
          <w:szCs w:val="24"/>
        </w:rPr>
        <w:t>ﻋَﻠَﻰ ﺍﻟﺜَّﻮْﺭِ ﻭَﺍﻟْﺤُﻮﺕِ</w:t>
      </w:r>
      <w:r>
        <w:rPr>
          <w:rFonts w:ascii="Times New Roman" w:hAnsi="Times New Roman" w:eastAsia="Noto Serif SC" w:cs="Amiri"/>
          <w:lang w:val="zh-CN" w:eastAsia="zh-CN" w:bidi="ar-SA"/>
          <w:color w:val="000000"/>
          <w:rtl w:val="0"/>
        </w:rPr>
        <w:t>（在公牛与鱼之上）。</w:t>
      </w:r>
      <w:r>
        <w:rPr>
          <w:rFonts w:ascii="Amiri" w:hAnsi="Amiri" w:eastAsia="Amiri" w:cs="Amiri"/>
          <w:lang w:val="zh-CN" w:eastAsia="zh-CN" w:bidi="ar-SA"/>
          <w:rtl w:val="1"/>
          <w:cs w:val="1"/>
          <w:color w:val="000000"/>
          <w:sz w:val="24"/>
          <w:szCs w:val="24"/>
        </w:rPr>
        <w:t>ﻭَﺍﻟﻠّٰﻪُ ﺍَﻋْﻠَﻢُ ﺑِﺎﻟﺼَّﻮَﺍﺏِ</w:t>
      </w:r>
      <w:r>
        <w:rPr>
          <w:rFonts w:ascii="Times New Roman" w:hAnsi="Times New Roman" w:eastAsia="Noto Serif SC" w:cs="Amiri"/>
          <w:lang w:val="zh-CN" w:eastAsia="zh-CN" w:bidi="ar-SA"/>
          <w:color w:val="000000"/>
          <w:rtl w:val="0"/>
        </w:rPr>
        <w:t>（Allah最知道何者正确）  一些伊斯兰书籍中关于公牛与鱼的那些怪异而超出理智的故事，或者来自以色列古代传说，或者属于设喻，或者是某些圣训学家的解释；一些不谨慎的人把它们误认为圣训，归于至尊使者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（我们的养育并主宰者啊，倘若我们遗忘或犯错，求祢不要追究我们）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（祢确是全知者，知晓一切；祢确是至睿者，一切作为皆充满智慧）  第二问：关于披斗篷者的家室。</w:t>
      </w:r>
    </w:p>
    <w:p>
      <w:r>
        <w:rPr>
          <w:rFonts w:ascii="Times New Roman" w:hAnsi="Times New Roman" w:eastAsia="Noto Serif SC" w:cs="Amiri"/>
          <w:lang w:val="zh-CN" w:eastAsia="zh-CN" w:bidi="ar-SA"/>
          <w:color w:val="000000"/>
          <w:rtl w:val="0"/>
        </w:rPr>
        <w:t>我的兄弟，你关于披斗篷者家室的问题尚未得到回答，其中有许多智慧，这里只说其中一项。事情是这样的：至尊使者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（愿Allah赐他尊荣、恩福与平安）把自己所穿的吉祥斗篷，覆盖在尊贵的阿里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（愿Allah喜悦他）、尊贵的法蒂玛</w:t>
      </w:r>
      <w:r>
        <w:rPr>
          <w:rFonts w:ascii="Amiri" w:hAnsi="Amiri" w:eastAsia="Amiri" w:cs="Amiri"/>
          <w:lang w:val="zh-CN" w:eastAsia="zh-CN" w:bidi="ar-SA"/>
          <w:rtl w:val="1"/>
          <w:cs w:val="1"/>
          <w:color w:val="000000"/>
          <w:sz w:val="24"/>
          <w:szCs w:val="24"/>
        </w:rPr>
        <w:t>رَضِيَ اللَّهُ عَنْهَا</w:t>
      </w:r>
      <w:r>
        <w:rPr>
          <w:rFonts w:ascii="Times New Roman" w:hAnsi="Times New Roman" w:eastAsia="Noto Serif SC" w:cs="Amiri"/>
          <w:lang w:val="zh-CN" w:eastAsia="zh-CN" w:bidi="ar-SA"/>
          <w:color w:val="000000"/>
          <w:rtl w:val="0"/>
        </w:rPr>
        <w:t>（愿Allah喜悦她）、尊贵的哈桑与侯赛因</w:t>
      </w:r>
      <w:r>
        <w:rPr>
          <w:rFonts w:ascii="Amiri" w:hAnsi="Amiri" w:eastAsia="Amiri" w:cs="Amiri"/>
          <w:lang w:val="zh-CN" w:eastAsia="zh-CN" w:bidi="ar-SA"/>
          <w:rtl w:val="1"/>
          <w:cs w:val="1"/>
          <w:color w:val="000000"/>
          <w:sz w:val="24"/>
          <w:szCs w:val="24"/>
        </w:rPr>
        <w:t>رَضِيَ اللَّهُ عَنْهُمَا</w:t>
      </w:r>
      <w:r>
        <w:rPr>
          <w:rFonts w:ascii="Times New Roman" w:hAnsi="Times New Roman" w:eastAsia="Noto Serif SC" w:cs="Amiri"/>
          <w:lang w:val="zh-CN" w:eastAsia="zh-CN" w:bidi="ar-SA"/>
          <w:color w:val="000000"/>
          <w:rtl w:val="0"/>
        </w:rPr>
        <w:t>（愿Allah喜悦他们俩）身上，并借</w:t>
      </w:r>
      <w:r>
        <w:rPr>
          <w:rFonts w:ascii="Amiri" w:hAnsi="Amiri" w:eastAsia="Amiri" w:cs="Amiri"/>
          <w:lang w:val="zh-CN" w:eastAsia="zh-CN" w:bidi="ar-SA"/>
          <w:rtl w:val="1"/>
          <w:cs w:val="1"/>
          <w:color w:val="000000"/>
          <w:sz w:val="24"/>
          <w:szCs w:val="24"/>
        </w:rPr>
        <w:t>ﻟِﻴُﺬْﻫِﺐَ ﻋَﻨْﻜُﻢُ ﺍﻟﺮِّﺟْﺲَ ﺍَﻫْﻞَ ﺍﻟْﺒَﻴْﺖِ ﻭَﻳُﻄَﻬِّﺮَﻛُﻢْ ﺗَﻄْﻬ۪ﻴﺮًﺍ</w:t>
      </w:r>
      <w:r>
        <w:rPr>
          <w:rFonts w:ascii="Times New Roman" w:hAnsi="Times New Roman" w:eastAsia="Noto Serif SC" w:cs="Amiri"/>
          <w:lang w:val="zh-CN" w:eastAsia="zh-CN" w:bidi="ar-SA"/>
          <w:color w:val="000000"/>
          <w:rtl w:val="0"/>
        </w:rPr>
        <w:t>（Allah要使污秽离开你们这些家室之人，并使你们彻底洁净）这节经文为他们祈祷，其中自有种种奥秘与智慧。我们不谈那些奥秘，只说与使者使命职责有关的一项智慧：</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那洞见幽隐、远见未来的先知目光看见，三四十年以后，在圣门弟子与再传弟子中间，将发生严重的动乱，将有鲜血流淌。他又观察到，其中最卓越的人物，正是他斗篷之下的那三位。为了在共同体的眼中使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（愿Allah喜悦他）得享洁净、洗脱嫌疑；为了向尊贵的侯赛因</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（愿Allah喜悦他）致哀并予以慰藉；为了祝贺尊贵的哈桑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并宣告他通过和解消弭一场重大动乱而获得的荣誉，以及他带给共同体的巨大利益；也为了宣告尊贵的法蒂玛的后裔将会纯洁而尊荣，并将配得上先知家室这一崇高称号，他把那件斗篷覆盖在这四个人与自己身上，赐给他们“披斗篷的五人”这一称号。</w:t>
      </w:r>
    </w:p>
    <w:p>
      <w:r>
        <w:rPr>
          <w:rFonts w:ascii="Times New Roman" w:hAnsi="Times New Roman" w:eastAsia="Noto Serif SC" w:cs="Amiri"/>
          <w:lang w:val="zh-CN" w:eastAsia="zh-CN" w:bidi="ar-SA"/>
          <w:color w:val="000000"/>
          <w:rtl w:val="0"/>
        </w:rPr>
        <w:t>诚然，尊贵的阿里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（愿Allah喜悦他）是正当合法的继任者。然而，流出的鲜血关系极为重大；从使者使命的职责来看，使他在共同体眼中洗脱嫌疑、证明清白也极为重要。因此，至尊使者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借这种方式为他洗清指责，并号召那些批评他、归罪于他、把他判为迷误的哈瓦利吉人，以及伍麦叶人中越界的支持者保持缄默。确实，哈瓦利吉人和伍麦叶人的极端支持者对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（愿Allah喜悦他）的亏负与判为迷误，什叶派追随者因尊贵的侯赛因</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（愿Allah喜悦他）那极其悲惨、令人心碎的事件而走向的极端与异端，以及他们对两位贤者的弃绝，都给伊斯兰信众造成了极大的伤害。</w:t>
      </w:r>
    </w:p>
    <w:p>
      <w:r>
        <w:rPr>
          <w:rFonts w:ascii="Times New Roman" w:hAnsi="Times New Roman" w:eastAsia="Noto Serif SC" w:cs="Amiri"/>
          <w:lang w:val="zh-CN" w:eastAsia="zh-CN" w:bidi="ar-SA"/>
          <w:color w:val="000000"/>
          <w:rtl w:val="0"/>
        </w:rPr>
        <w:t>就这样，借这件斗篷和这次祈祷，至尊使者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（愿Allah喜悦他）与尊贵的侯赛因</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（愿Allah喜悦他）免受责任追讨与指控，也使自己的共同体不再对他们怀有无端猜疑；同时，他从使者使命职责的角度，祝贺尊贵的哈桑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（愿Allah喜悦他）以和解为共同体所作的善举。他又宣告：尊贵的法蒂玛</w:t>
      </w:r>
      <w:r>
        <w:rPr>
          <w:rFonts w:ascii="Amiri" w:hAnsi="Amiri" w:eastAsia="Amiri" w:cs="Amiri"/>
          <w:lang w:val="zh-CN" w:eastAsia="zh-CN" w:bidi="ar-SA"/>
          <w:rtl w:val="1"/>
          <w:cs w:val="1"/>
          <w:color w:val="000000"/>
          <w:sz w:val="24"/>
          <w:szCs w:val="24"/>
        </w:rPr>
        <w:t>رَضِيَ اللَّهُ عَنْهَا</w:t>
      </w:r>
      <w:r>
        <w:rPr>
          <w:rFonts w:ascii="Times New Roman" w:hAnsi="Times New Roman" w:eastAsia="Noto Serif SC" w:cs="Amiri"/>
          <w:lang w:val="zh-CN" w:eastAsia="zh-CN" w:bidi="ar-SA"/>
          <w:color w:val="000000"/>
          <w:rtl w:val="0"/>
        </w:rPr>
        <w:t>（愿Allah喜悦她）的后裔，那吉祥的世系，将在伊斯兰世界承受先知家室的称号，获得崇高的荣誉；尊贵的法蒂玛</w:t>
      </w:r>
      <w:r>
        <w:rPr>
          <w:rFonts w:ascii="Amiri" w:hAnsi="Amiri" w:eastAsia="Amiri" w:cs="Amiri"/>
          <w:lang w:val="zh-CN" w:eastAsia="zh-CN" w:bidi="ar-SA"/>
          <w:rtl w:val="1"/>
          <w:cs w:val="1"/>
          <w:color w:val="000000"/>
          <w:sz w:val="24"/>
          <w:szCs w:val="24"/>
        </w:rPr>
        <w:t>رَضِيَ اللَّهُ عَنْهَا</w:t>
      </w:r>
      <w:r>
        <w:rPr>
          <w:rFonts w:ascii="Times New Roman" w:hAnsi="Times New Roman" w:eastAsia="Noto Serif SC" w:cs="Amiri"/>
          <w:lang w:val="zh-CN" w:eastAsia="zh-CN" w:bidi="ar-SA"/>
          <w:color w:val="000000"/>
          <w:rtl w:val="0"/>
        </w:rPr>
        <w:t>（愿Allah喜悦她）也将如那位说</w:t>
      </w:r>
      <w:r>
        <w:rPr>
          <w:rFonts w:ascii="Amiri" w:hAnsi="Amiri" w:eastAsia="Amiri" w:cs="Amiri"/>
          <w:lang w:val="zh-CN" w:eastAsia="zh-CN" w:bidi="ar-SA"/>
          <w:rtl w:val="1"/>
          <w:cs w:val="1"/>
          <w:color w:val="000000"/>
          <w:sz w:val="24"/>
          <w:szCs w:val="24"/>
        </w:rPr>
        <w:t>ﺍِﻧّ۪ٓﻰ ﺍُﻋ۪ﻴﺬُﻫَﺎ ﺑِﻚَ ﻭَﺫُﺭِّﻳَّﺘَﻬَﺎ ﻣِﻦَ ﺍﻟﺸَّﻴْﻄَﺎﻥِ ﺍﻟﺮَّﺟ۪ﻴﻢِ</w:t>
      </w:r>
      <w:r>
        <w:rPr>
          <w:rFonts w:ascii="Times New Roman" w:hAnsi="Times New Roman" w:eastAsia="Noto Serif SC" w:cs="Amiri"/>
          <w:lang w:val="zh-CN" w:eastAsia="zh-CN" w:bidi="ar-SA"/>
          <w:color w:val="000000"/>
          <w:rtl w:val="0"/>
        </w:rPr>
        <w:t>（我把她及其后裔托付于祢的保护，使她们免遭被逐恶魔的侵害）的尊贵麦尔彦之母一样，因后裔而备受尊荣。</w:t>
      </w:r>
      <w:r>
        <w:rPr>
          <w:rFonts w:ascii="Amiri" w:hAnsi="Amiri" w:eastAsia="Amiri" w:cs="Amiri"/>
          <w:lang w:val="zh-CN" w:eastAsia="zh-CN" w:bidi="ar-SA"/>
          <w:rtl w:val="1"/>
          <w:cs w:val="1"/>
          <w:color w:val="000000"/>
          <w:sz w:val="24"/>
          <w:szCs w:val="24"/>
        </w:rPr>
        <w:t>ﺍَﻟﻠّٰﻬُﻢَّ ﺻَﻞِّ ﻋَﻠٰﻰ ﺳَﻴِّﺪِﻧَﺎ ﻣُﺤَﻤَّﺪٍ ﻭَﻋَﻠٰﻰ ﺍٰﻟِﻪِ ﺍﻟﻄَّﻴِّﺒ۪ﻴﻦَ ﺍﻟﻄَّﺎﻫِﺮ۪ﻳﻦَ</w:t>
      </w:r>
      <w:r>
        <w:rPr>
          <w:rFonts w:ascii="Times New Roman" w:hAnsi="Times New Roman" w:eastAsia="Noto Serif SC" w:cs="Amiri"/>
          <w:lang w:val="zh-CN" w:eastAsia="zh-CN" w:bidi="ar-SA"/>
          <w:color w:val="000000"/>
          <w:rtl w:val="0"/>
        </w:rPr>
        <w:t xml:space="preserve">（Allah啊，求祢赐我们的领袖穆罕默德尊荣与恩福，也赐他纯洁、清净的家室尊荣与恩福） </w:t>
      </w:r>
      <w:r>
        <w:rPr>
          <w:rFonts w:ascii="Amiri" w:hAnsi="Amiri" w:eastAsia="Amiri" w:cs="Amiri"/>
          <w:lang w:val="zh-CN" w:eastAsia="zh-CN" w:bidi="ar-SA"/>
          <w:rtl w:val="1"/>
          <w:cs w:val="1"/>
          <w:color w:val="000000"/>
          <w:sz w:val="24"/>
          <w:szCs w:val="24"/>
        </w:rPr>
        <w:t>الْاَبْرَارِ</w:t>
      </w:r>
      <w:r>
        <w:rPr>
          <w:rFonts w:ascii="Times New Roman" w:hAnsi="Times New Roman" w:eastAsia="Noto Serif SC" w:cs="Amiri"/>
          <w:lang w:val="zh-CN" w:eastAsia="zh-CN" w:bidi="ar-SA"/>
          <w:color w:val="000000"/>
          <w:rtl w:val="0"/>
        </w:rPr>
        <w:t xml:space="preserve">（他们皆是良善而虔诚之人） </w:t>
      </w:r>
      <w:r>
        <w:rPr>
          <w:rFonts w:ascii="Amiri" w:hAnsi="Amiri" w:eastAsia="Amiri" w:cs="Amiri"/>
          <w:lang w:val="zh-CN" w:eastAsia="zh-CN" w:bidi="ar-SA"/>
          <w:rtl w:val="1"/>
          <w:cs w:val="1"/>
          <w:color w:val="000000"/>
          <w:sz w:val="24"/>
          <w:szCs w:val="24"/>
        </w:rPr>
        <w:t>ﻭَﻋَﻠٰﻰ ﺍَﺻْﺤَﺎﺑِﻪِ ﺍﻟْﻤُﺠَﺎﻫِﺪ۪ﻳﻦَ ﺍﻟْﻤُﻜْﺮَﻣ۪ﻴﻦَ</w:t>
      </w:r>
      <w:r>
        <w:rPr>
          <w:rFonts w:ascii="Times New Roman" w:hAnsi="Times New Roman" w:eastAsia="Noto Serif SC" w:cs="Amiri"/>
          <w:lang w:val="zh-CN" w:eastAsia="zh-CN" w:bidi="ar-SA"/>
          <w:color w:val="000000"/>
          <w:rtl w:val="0"/>
        </w:rPr>
        <w:t xml:space="preserve">（求祢也赐那些为信仰奋战、蒙受尊荣的圣门弟子尊荣与恩福） </w:t>
      </w:r>
      <w:r>
        <w:rPr>
          <w:rFonts w:ascii="Amiri" w:hAnsi="Amiri" w:eastAsia="Amiri" w:cs="Amiri"/>
          <w:lang w:val="zh-CN" w:eastAsia="zh-CN" w:bidi="ar-SA"/>
          <w:rtl w:val="1"/>
          <w:cs w:val="1"/>
          <w:color w:val="000000"/>
          <w:sz w:val="24"/>
          <w:szCs w:val="24"/>
        </w:rPr>
        <w:t>الْاَخْيَارِ</w:t>
      </w:r>
      <w:r>
        <w:rPr>
          <w:rFonts w:ascii="Times New Roman" w:hAnsi="Times New Roman" w:eastAsia="Noto Serif SC" w:cs="Amiri"/>
          <w:lang w:val="zh-CN" w:eastAsia="zh-CN" w:bidi="ar-SA"/>
          <w:color w:val="000000"/>
          <w:rtl w:val="0"/>
        </w:rPr>
        <w:t xml:space="preserve">（他们皆是精选的贤善之人）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第二篇</w:t>
      </w:r>
    </w:p>
    <w:p>
      <w:r>
        <w:rPr>
          <w:rFonts w:ascii="Times New Roman" w:hAnsi="Times New Roman" w:eastAsia="Noto Serif SC" w:cs="Amiri"/>
          <w:lang w:val="zh-CN" w:eastAsia="zh-CN" w:bidi="ar-SA"/>
          <w:color w:val="000000"/>
          <w:rtl w:val="0"/>
        </w:rPr>
        <w:t>本篇论述</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（奉普慈特慈的Allah之名，依凭祂而行；祂的慈悯普及万物，祂的深慈恒常不绝）数千项奥义中的六项。</w:t>
      </w:r>
    </w:p>
    <w:p>
      <w:r>
        <w:rPr>
          <w:rFonts w:ascii="Times New Roman" w:hAnsi="Times New Roman" w:eastAsia="Noto Serif SC" w:cs="Amiri"/>
          <w:lang w:val="zh-CN" w:eastAsia="zh-CN" w:bidi="ar-SA"/>
          <w:color w:val="000000"/>
          <w:rtl w:val="0"/>
        </w:rPr>
        <w:t>提醒：奉名之辞在慈悯方面的一道明亮光辉，远远地显现在我黯淡的理智中。我想为自己的自我把它以笔记的形式记录下来，并想以二三十项奥义在那光辉周围绕成一个圆环，从而捕获并掌握它。然而遗憾的是，我暂时未能完全实现自己的愿望；二三十项减到了五六项。</w:t>
      </w:r>
    </w:p>
    <w:p>
      <w:r>
        <w:rPr>
          <w:rFonts w:ascii="Times New Roman" w:hAnsi="Times New Roman" w:eastAsia="Noto Serif SC" w:cs="Amiri"/>
          <w:lang w:val="zh-CN" w:eastAsia="zh-CN" w:bidi="ar-SA"/>
          <w:color w:val="000000"/>
          <w:rtl w:val="0"/>
        </w:rPr>
        <w:t>当我说“人啊”时，我所指的是自己的自我。这堂课本是专门给我自己的自我的；但我希望，它也能使那些在精神上与我相关、其自我比我的自我更为清醒的人受益，因此把它作为《第十四篇闪光》的第二篇，交由审慎的兄弟们裁可。这堂课与其说诉诸理智，不如说诉诸心灵；与其说指向论证，不如说指向内在体味。</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（奉普慈特慈的Allah之名，依凭祂而行；祂的慈悯普及万物，祂的深慈恒常不绝） </w:t>
      </w:r>
      <w:r>
        <w:rPr>
          <w:rFonts w:ascii="Amiri" w:hAnsi="Amiri" w:eastAsia="Amiri" w:cs="Amiri"/>
          <w:lang w:val="zh-CN" w:eastAsia="zh-CN" w:bidi="ar-SA"/>
          <w:rtl w:val="1"/>
          <w:cs w:val="1"/>
          <w:color w:val="000000"/>
          <w:sz w:val="24"/>
          <w:szCs w:val="24"/>
        </w:rPr>
        <w:t>ﻗَﺎﻟَﺖْ ﻳَٓﺎ ﺍَﻳُّﻬَﺎ ﺍﻟْﻤَﻠَﺆُﺍ ﺍِﻧّ۪ٓﻰ ﺍُﻟْﻘِﻰَ ﺍِﻟَﻰَّ ﻛِﺘَﺎﺏٌ ﻛَﺮ۪ﻳﻢٌ</w:t>
      </w:r>
      <w:r>
        <w:rPr>
          <w:rFonts w:ascii="Times New Roman" w:hAnsi="Times New Roman" w:eastAsia="Noto Serif SC" w:cs="Amiri"/>
          <w:lang w:val="zh-CN" w:eastAsia="zh-CN" w:bidi="ar-SA"/>
          <w:color w:val="000000"/>
          <w:rtl w:val="0"/>
        </w:rPr>
        <w:t xml:space="preserve">（她说：“诸位首领，确有一封尊贵的书信被投递给我了”） </w:t>
      </w:r>
      <w:r>
        <w:rPr>
          <w:rFonts w:ascii="Amiri" w:hAnsi="Amiri" w:eastAsia="Amiri" w:cs="Amiri"/>
          <w:lang w:val="zh-CN" w:eastAsia="zh-CN" w:bidi="ar-SA"/>
          <w:rtl w:val="1"/>
          <w:cs w:val="1"/>
          <w:color w:val="000000"/>
          <w:sz w:val="24"/>
          <w:szCs w:val="24"/>
        </w:rPr>
        <w:t>٭ ﺍِﻧَّﻪُ ﻣِﻦْ ﺳُﻠَﻴْﻤٰﻦَ</w:t>
      </w:r>
      <w:r>
        <w:rPr>
          <w:rFonts w:ascii="Times New Roman" w:hAnsi="Times New Roman" w:eastAsia="Noto Serif SC" w:cs="Amiri"/>
          <w:lang w:val="zh-CN" w:eastAsia="zh-CN" w:bidi="ar-SA"/>
          <w:color w:val="000000"/>
          <w:rtl w:val="0"/>
        </w:rPr>
        <w:t xml:space="preserve">（它确是来自苏莱曼的） </w:t>
      </w:r>
      <w:r>
        <w:rPr>
          <w:rFonts w:ascii="Amiri" w:hAnsi="Amiri" w:eastAsia="Amiri" w:cs="Amiri"/>
          <w:lang w:val="zh-CN" w:eastAsia="zh-CN" w:bidi="ar-SA"/>
          <w:rtl w:val="1"/>
          <w:cs w:val="1"/>
          <w:color w:val="000000"/>
          <w:sz w:val="24"/>
          <w:szCs w:val="24"/>
        </w:rPr>
        <w:t>ﻭَ ﺍِﻧَّﻪُ ﺑِﺴْﻢِ ﺍﻟﻠّٰﻪِ ﺍﻟﺮَّﺣْﻤٰﻦِ ﺍﻟﺮَّﺣ۪ﻴﻢِ</w:t>
      </w:r>
      <w:r>
        <w:rPr>
          <w:rFonts w:ascii="Times New Roman" w:hAnsi="Times New Roman" w:eastAsia="Noto Serif SC" w:cs="Amiri"/>
          <w:lang w:val="zh-CN" w:eastAsia="zh-CN" w:bidi="ar-SA"/>
          <w:color w:val="000000"/>
          <w:rtl w:val="0"/>
        </w:rPr>
        <w:t>（它确实以“奉普慈特慈的Allah之名”开篇，以祂普及万物而深慈恒常的慈悯为凭依）</w:t>
      </w:r>
    </w:p>
    <w:p>
      <w:r>
        <w:rPr>
          <w:rFonts w:ascii="Times New Roman" w:hAnsi="Times New Roman" w:eastAsia="Noto Serif SC" w:cs="Amiri"/>
          <w:lang w:val="zh-CN" w:eastAsia="zh-CN" w:bidi="ar-SA"/>
          <w:color w:val="000000"/>
          <w:rtl w:val="0"/>
        </w:rPr>
        <w:t>本篇将记述数项奥义。</w:t>
      </w:r>
    </w:p>
    <w:p>
      <w:pPr>
        <w:pStyle w:val="Heading2"/>
      </w:pPr>
      <w:r>
        <w:rPr>
          <w:rFonts w:ascii="Times New Roman" w:hAnsi="Times New Roman" w:eastAsia="Noto Serif SC" w:cs="Amiri"/>
          <w:lang w:val="zh-CN" w:eastAsia="zh-CN" w:bidi="ar-SA"/>
          <w:color w:val="000000"/>
          <w:rtl w:val="0"/>
        </w:rPr>
        <w:t>第一奥义</w:t>
      </w:r>
    </w:p>
    <w:p>
      <w:r>
        <w:rPr>
          <w:rFonts w:ascii="Times New Roman" w:hAnsi="Times New Roman" w:eastAsia="Noto Serif SC" w:cs="Amiri"/>
          <w:lang w:val="zh-CN" w:eastAsia="zh-CN" w:bidi="ar-SA"/>
          <w:color w:val="000000"/>
          <w:rtl w:val="0"/>
        </w:rPr>
        <w:t>我看见</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（奉普慈特慈的Allah之名，依凭祂而行；祂的慈悯普及万物，祂的深慈恒常不绝）的一种显现是这样的：在宇宙的容貌、地球的容貌与人的容貌中，有三重养育与主宰的印记，彼此包含，又彼此显示对方的样本。</w:t>
      </w:r>
    </w:p>
    <w:p>
      <w:r>
        <w:rPr>
          <w:rFonts w:ascii="Times New Roman" w:hAnsi="Times New Roman" w:eastAsia="Noto Serif SC" w:cs="Amiri"/>
          <w:lang w:val="zh-CN" w:eastAsia="zh-CN" w:bidi="ar-SA"/>
          <w:color w:val="000000"/>
          <w:rtl w:val="0"/>
        </w:rPr>
        <w:t>其一是：在宇宙的整体形态中，由相互协助、相互支撑、相互拥抱、相互应答所彰显的、应受崇拜之神圣性的至大印记；</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（奉Allah之名，依凭祂而行）正指向它。</w:t>
      </w:r>
    </w:p>
    <w:p>
      <w:r>
        <w:rPr>
          <w:rFonts w:ascii="Times New Roman" w:hAnsi="Times New Roman" w:eastAsia="Noto Serif SC" w:cs="Amiri"/>
          <w:lang w:val="zh-CN" w:eastAsia="zh-CN" w:bidi="ar-SA"/>
          <w:color w:val="000000"/>
          <w:rtl w:val="0"/>
        </w:rPr>
        <w:t>其二是：在地球的容貌中，由对植物与动物的筹度、培育和管理所呈现的相似、协调、秩序、连贯、恩泽与慈悯，由此彰显的、慈悯普及万物之属性的至大印记；</w:t>
      </w:r>
      <w:r>
        <w:rPr>
          <w:rFonts w:ascii="Amiri" w:hAnsi="Amiri" w:eastAsia="Amiri" w:cs="Amiri"/>
          <w:lang w:val="zh-CN" w:eastAsia="zh-CN" w:bidi="ar-SA"/>
          <w:rtl w:val="1"/>
          <w:cs w:val="1"/>
          <w:color w:val="000000"/>
          <w:sz w:val="24"/>
          <w:szCs w:val="24"/>
        </w:rPr>
        <w:t>بِسْمِ اللَّهِ الرَّحْمَنِ</w:t>
      </w:r>
      <w:r>
        <w:rPr>
          <w:rFonts w:ascii="Times New Roman" w:hAnsi="Times New Roman" w:eastAsia="Noto Serif SC" w:cs="Amiri"/>
          <w:lang w:val="zh-CN" w:eastAsia="zh-CN" w:bidi="ar-SA"/>
          <w:color w:val="000000"/>
          <w:rtl w:val="0"/>
        </w:rPr>
        <w:t>（奉慈悯普及万物的Allah之名，依凭祂而行）正指向它。</w:t>
      </w:r>
    </w:p>
    <w:p>
      <w:r>
        <w:rPr>
          <w:rFonts w:ascii="Times New Roman" w:hAnsi="Times New Roman" w:eastAsia="Noto Serif SC" w:cs="Amiri"/>
          <w:lang w:val="zh-CN" w:eastAsia="zh-CN" w:bidi="ar-SA"/>
          <w:color w:val="000000"/>
          <w:rtl w:val="0"/>
        </w:rPr>
        <w:t>其三则是：在人的包容完备本质的容貌中，由温慈的种种精妙、怜爱的种种精微与Allah慈悯的道道光辉所彰显的、至慈属性的崇高印记；</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（奉普慈特慈的Allah之名，依凭祂而行）中的“至慈者”，正指向它。</w:t>
      </w:r>
    </w:p>
    <w:p>
      <w:r>
        <w:rPr>
          <w:rFonts w:ascii="Times New Roman" w:hAnsi="Times New Roman" w:eastAsia="Noto Serif SC" w:cs="Amiri"/>
          <w:lang w:val="zh-CN" w:eastAsia="zh-CN" w:bidi="ar-SA"/>
          <w:color w:val="000000"/>
          <w:rtl w:val="0"/>
        </w:rPr>
        <w:t>可见，</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是在世界的书页上构成一行光明文字的三重独一印记之神圣称号，是它坚固的绳索与明亮的线条。也就是说，这奉名之辞自上方降下，其末端抵达人——宇宙的果实与世界的缩本。它把尘世大地连接到至高宝座，也成为人升往至高宝座的一条道路。</w:t>
      </w:r>
    </w:p>
    <w:p>
      <w:pPr>
        <w:pStyle w:val="Heading2"/>
      </w:pPr>
      <w:r>
        <w:rPr>
          <w:rFonts w:ascii="Times New Roman" w:hAnsi="Times New Roman" w:eastAsia="Noto Serif SC" w:cs="Amiri"/>
          <w:lang w:val="zh-CN" w:eastAsia="zh-CN" w:bidi="ar-SA"/>
          <w:color w:val="000000"/>
          <w:rtl w:val="0"/>
        </w:rPr>
        <w:t>第二奥义</w:t>
      </w:r>
    </w:p>
    <w:p>
      <w:r>
        <w:rPr>
          <w:rFonts w:ascii="Times New Roman" w:hAnsi="Times New Roman" w:eastAsia="Noto Serif SC" w:cs="Amiri"/>
          <w:lang w:val="zh-CN" w:eastAsia="zh-CN" w:bidi="ar-SA"/>
          <w:color w:val="000000"/>
          <w:rtl w:val="0"/>
        </w:rPr>
        <w:t>在无数受造物的繁多之中，彰显着普遍统摄的唯一性；奇迹般雄辩的《古兰经》为使理智不致淹没其中，总在那唯一性之内显示每一事物中彰显的独一性。比如，太阳以光芒包围无数事物。要凭太阳全部光芒来观照太阳本身，就必须有极其广阔的想象和包罗万象的目光；因此，为使人不忘记太阳本身，太阳借映像，在每一件明亮的事物中显示自身。每一件明亮的事物，也依自身的容量，与太阳本身的显现一同，显示它的光、热等属性。正如每一件明亮的事物依自身容量显示太阳及其全部属性，太阳的光、热以及光中七色等每一种性质，也都包围着它对面的一切事物。</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 ﻟِﻠّٰﻪِ ﺍﻟْﻤَﺜَﻞُ الْاَعْلٰى</w:t>
      </w:r>
      <w:r>
        <w:rPr>
          <w:rFonts w:ascii="Times New Roman" w:hAnsi="Times New Roman" w:eastAsia="Noto Serif SC" w:cs="Amiri"/>
          <w:lang w:val="zh-CN" w:eastAsia="zh-CN" w:bidi="ar-SA"/>
          <w:color w:val="000000"/>
          <w:rtl w:val="0"/>
        </w:rPr>
        <w:t>（至高而无可比拟的完美属性唯属Allah；祂的本体、属性与作为绝无相似者）——设喻之中不要出错——Allah的独一性与万物皆依赖祂而祂无所依赖的属性，在每一件事物中，尤其是在有生命者中，尤其是在人的本质之镜中，都借祂的一切尊名有一种显现；同时，从独一与普遍统摄的唯一性来看，祂与万有相关的每一个尊名，也都包围着全部万有。</w:t>
      </w:r>
    </w:p>
    <w:p>
      <w:r>
        <w:rPr>
          <w:rFonts w:ascii="Times New Roman" w:hAnsi="Times New Roman" w:eastAsia="Noto Serif SC" w:cs="Amiri"/>
          <w:lang w:val="zh-CN" w:eastAsia="zh-CN" w:bidi="ar-SA"/>
          <w:color w:val="000000"/>
          <w:rtl w:val="0"/>
        </w:rPr>
        <w:t>因此，为使理智不致淹没在普遍统摄的唯一性中，为使心灵不忘记至圣者Allah，祂始终把唯一性中的独一印记呈现给目光；而显示那印记三个重要结点的，正是</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w:t>
      </w:r>
    </w:p>
    <w:p>
      <w:pPr>
        <w:pStyle w:val="Heading2"/>
      </w:pPr>
      <w:r>
        <w:rPr>
          <w:rFonts w:ascii="Times New Roman" w:hAnsi="Times New Roman" w:eastAsia="Noto Serif SC" w:cs="Amiri"/>
          <w:lang w:val="zh-CN" w:eastAsia="zh-CN" w:bidi="ar-SA"/>
          <w:color w:val="000000"/>
          <w:rtl w:val="0"/>
        </w:rPr>
        <w:t>第三奥义</w:t>
      </w:r>
    </w:p>
    <w:p>
      <w:r>
        <w:rPr>
          <w:rFonts w:ascii="Times New Roman" w:hAnsi="Times New Roman" w:eastAsia="Noto Serif SC" w:cs="Amiri"/>
          <w:lang w:val="zh-CN" w:eastAsia="zh-CN" w:bidi="ar-SA"/>
          <w:color w:val="000000"/>
          <w:rtl w:val="0"/>
        </w:rPr>
        <w:t>有目共睹，使这无边宇宙充满生机的，是慈悯。昭然可见，照亮这些幽暗万有的，仍是慈悯。昭然可见，培育这些在无数需要中辗转的受造物的，仍是慈悯。正如一棵树以其全部整体朝向自己的果实，使整个宇宙朝向人、处处眷顾人、奔往援助人的，昭然可见，也是慈悯。有目共睹，填满这无边空间和这空旷世界的，使它光明并充满生机的，是慈悯。昭然可见，使这会消亡的人成为无终之境的候选者，并使他得以与无始无终者Allah对话、与祂结为亲近友伴的，仍是慈悯。</w:t>
      </w:r>
    </w:p>
    <w:p>
      <w:r>
        <w:rPr>
          <w:rFonts w:ascii="Times New Roman" w:hAnsi="Times New Roman" w:eastAsia="Noto Serif SC" w:cs="Amiri"/>
          <w:lang w:val="zh-CN" w:eastAsia="zh-CN" w:bidi="ar-SA"/>
          <w:color w:val="000000"/>
          <w:rtl w:val="0"/>
        </w:rPr>
        <w:t>人啊，既然慈悯是这样一个强而有力、引人入胜、可爱而乐于施助、深受眷爱的真理，你就念</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紧紧抓住这一真理；借此摆脱绝对陌生孤立的境况和无数需要所带来的痛苦，走近那位无始无终的君王Allah的宝座，并凭那慈悯的怜爱、代求与光辉，成为与那位君王对话的密友和友伴！</w:t>
      </w:r>
    </w:p>
    <w:p>
      <w:r>
        <w:rPr>
          <w:rFonts w:ascii="Times New Roman" w:hAnsi="Times New Roman" w:eastAsia="Noto Serif SC" w:cs="Amiri"/>
          <w:lang w:val="zh-CN" w:eastAsia="zh-CN" w:bidi="ar-SA"/>
          <w:color w:val="000000"/>
          <w:rtl w:val="0"/>
        </w:rPr>
        <w:t>确实，依照智慧的安排，把宇宙万类聚集在人的周围，使它们以完满的秩序与眷顾奔往满足人的一切需要，昭然可见，必是两种情形之一：或者，宇宙的每一族类都凭自己认识人、服从人并奔往援助人。然而，这不仅百般远离理智，还会导致许多不可能之事；那样的话，就必须在人这样一个绝对无力者身上，存在一位绝对全能君王的权能。或者，这种援助，是借宇宙幕后一位绝对全能者Allah的知识而实现的。可见，宇宙万类并不是自己认识人；它们毋宁是一位认识人、知晓人并怜悯人的主宰Allah之认识与知晓的证据。</w:t>
      </w:r>
    </w:p>
    <w:p>
      <w:r>
        <w:rPr>
          <w:rFonts w:ascii="Times New Roman" w:hAnsi="Times New Roman" w:eastAsia="Noto Serif SC" w:cs="Amiri"/>
          <w:lang w:val="zh-CN" w:eastAsia="zh-CN" w:bidi="ar-SA"/>
          <w:color w:val="000000"/>
          <w:rtl w:val="0"/>
        </w:rPr>
        <w:t>人啊！恢复你的理智吧。那位使一切受造族类朝向你、伸出援助之手，并使它们对你的需要应答“遵命而来”的具威严者Allah，怎么可能不认识你、不知道你、看不见你！既然祂认识你，祂就以慈悯表明自己的认识。你也当认识祂，并以敬畏表明自己的认识。你当确切明白：使这整个宇宙服从像你这样绝对软弱、绝对无力、绝对匮乏、会消亡的微小受造物，并把宇宙派来援助你的，当然是蕴含智慧、眷顾、知识与权能的慈悯真理。这样的慈悯，当然要求你献上普遍而纯粹的感恩，以及真诚而纯洁的敬畏。你也要念诵</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（奉普慈特慈的Allah之名，依凭祂而行；祂的慈悯普及万物，祂的深慈恒常不绝），它是那纯粹感恩与纯洁敬畏的表达者和称号。把它作为抵达那慈悯的媒介，作为在那位慈悯普及万物者Allah门前的代求者。</w:t>
      </w:r>
    </w:p>
    <w:p>
      <w:r>
        <w:rPr>
          <w:rFonts w:ascii="Times New Roman" w:hAnsi="Times New Roman" w:eastAsia="Noto Serif SC" w:cs="Amiri"/>
          <w:lang w:val="zh-CN" w:eastAsia="zh-CN" w:bidi="ar-SA"/>
          <w:color w:val="000000"/>
          <w:rtl w:val="0"/>
        </w:rPr>
        <w:t>确实，慈悯的存在与实在，如太阳一般明显。因为，正如一处居于中心的纹饰，是由从各方而来的纬线与绳线的秩序和状态形成的；同样，在这宇宙的至大圆域中，从一千零一个神圣尊名的显现延伸出来的光明纬线，在宇宙的容貌里，于一枚慈悯印记之内，织成了至慈的印玺与怜爱的纹饰，也织成了眷顾的印玺，比太阳更加明亮地把自己显示给理智。</w:t>
      </w:r>
    </w:p>
    <w:p>
      <w:r>
        <w:rPr>
          <w:rFonts w:ascii="Times New Roman" w:hAnsi="Times New Roman" w:eastAsia="Noto Serif SC" w:cs="Amiri"/>
          <w:lang w:val="zh-CN" w:eastAsia="zh-CN" w:bidi="ar-SA"/>
          <w:color w:val="000000"/>
          <w:rtl w:val="0"/>
        </w:rPr>
        <w:t>确实，那位具美善的慈悯普及万物者Allah，以那一千零一个尊名的光辉，安排太阳、月亮、诸元素、矿物、植物与动物，如同一幅至大纹饰的纬线，使它们服务于生命；祂借一切植物性和动物性母亲极其温柔、忘我无私的怜爱，显示自己的怜爱；祂使一切有生命者服从人的生命，由此展示祂养育与主宰那极其美丽可爱的至大纹饰，也显示人的重要，并彰显祂最明亮的慈悯。面对祂自身的绝对无所依赖，祂当然已把自己的慈悯，设为替处在绝对需要中的有生命者和人类代为祈求、并蒙祂悦纳的代求者。</w:t>
      </w:r>
    </w:p>
    <w:p>
      <w:r>
        <w:rPr>
          <w:rFonts w:ascii="Times New Roman" w:hAnsi="Times New Roman" w:eastAsia="Noto Serif SC" w:cs="Amiri"/>
          <w:lang w:val="zh-CN" w:eastAsia="zh-CN" w:bidi="ar-SA"/>
          <w:color w:val="000000"/>
          <w:rtl w:val="0"/>
        </w:rPr>
        <w:t>人啊，如果你真是人，就念</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（奉普慈特慈的Allah之名，依凭祂而行；祂的慈悯普及万物，祂的深慈恒常不绝），找到那位代求者！</w:t>
      </w:r>
    </w:p>
    <w:p>
      <w:r>
        <w:rPr>
          <w:rFonts w:ascii="Times New Roman" w:hAnsi="Times New Roman" w:eastAsia="Noto Serif SC" w:cs="Amiri"/>
          <w:lang w:val="zh-CN" w:eastAsia="zh-CN" w:bidi="ar-SA"/>
          <w:color w:val="000000"/>
          <w:rtl w:val="0"/>
        </w:rPr>
        <w:t>确实，在地上，有四十万种各不相同的植物与动物族类；那位不遗忘其中任何一个、不混淆其中任何一个，按时以完满的秩序、智慧与眷顾培育并管理它们，又在地球的容貌上安置独一印玺的，昭然可见，甚至有目共睹，正是慈悯。那慈悯的存在，正如地球容貌上万有的存在一样确凿；而它的实在，又有与那些万有数目相等的证据。</w:t>
      </w:r>
    </w:p>
    <w:p>
      <w:r>
        <w:rPr>
          <w:rFonts w:ascii="Times New Roman" w:hAnsi="Times New Roman" w:eastAsia="Noto Serif SC" w:cs="Amiri"/>
          <w:lang w:val="zh-CN" w:eastAsia="zh-CN" w:bidi="ar-SA"/>
          <w:color w:val="000000"/>
          <w:rtl w:val="0"/>
        </w:rPr>
        <w:t>确实，正如大地的表面上有一枚慈悯的印玺与独一的印记，在人的精神本质的容貌中，也有那样一枚慈悯的印记；它并不低于地球容貌上的慈悯印记和宇宙容貌上至大的慈悯印记。它仿佛具有一种包容完备性，成为一千零一个尊名之显现的一个焦点。</w:t>
      </w:r>
    </w:p>
    <w:p>
      <w:r>
        <w:rPr>
          <w:rFonts w:ascii="Times New Roman" w:hAnsi="Times New Roman" w:eastAsia="Noto Serif SC" w:cs="Amiri"/>
          <w:lang w:val="zh-CN" w:eastAsia="zh-CN" w:bidi="ar-SA"/>
          <w:color w:val="000000"/>
          <w:rtl w:val="0"/>
        </w:rPr>
        <w:t>人啊，赐给你这容貌、又在你的容貌中安置这样一枚慈悯印记与独一印玺的主宰Allah，怎么可能任你放任自流，不重视你，不留意你的行为，使那整个朝向你的宇宙成为徒然，使创造之树成为一棵果实腐烂、败坏而毫无价值的树！祂又怎么可能让人否认祂那不容任何方面怀疑、毫无任何欠缺、如太阳般明显的慈悯，以及如光般可见的智慧！绝不如此！</w:t>
      </w:r>
    </w:p>
    <w:p>
      <w:r>
        <w:rPr>
          <w:rFonts w:ascii="Times New Roman" w:hAnsi="Times New Roman" w:eastAsia="Noto Serif SC" w:cs="Amiri"/>
          <w:lang w:val="zh-CN" w:eastAsia="zh-CN" w:bidi="ar-SA"/>
          <w:color w:val="000000"/>
          <w:rtl w:val="0"/>
        </w:rPr>
        <w:t>人啊！你当知道，要抵达那慈悯的至高宝座，有一条升登之路。那条升登之路，就是</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普慈特慈的Allah之名，依凭祂而行；祂的慈悯普及万物，祂的深慈恒常不绝）。你若想知道这条升登之路何等重要，就看奇迹般雄辩的《古兰经》一百一十四章的开头，也看一切吉祥书籍的开端和一切吉祥工作的起点。奉名之辞的价值与尊荣何其伟大，最确凿的一项证据是：像沙菲仪</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（愿Allah喜悦他）这样极伟大的独立创制学者曾说：“奉名之辞虽只是一节经文，却在《古兰经》中降示了一百一十四次。”</w:t>
      </w:r>
    </w:p>
    <w:p>
      <w:pPr>
        <w:pStyle w:val="Heading2"/>
      </w:pPr>
      <w:r>
        <w:rPr>
          <w:rFonts w:ascii="Times New Roman" w:hAnsi="Times New Roman" w:eastAsia="Noto Serif SC" w:cs="Amiri"/>
          <w:lang w:val="zh-CN" w:eastAsia="zh-CN" w:bidi="ar-SA"/>
          <w:color w:val="000000"/>
          <w:rtl w:val="0"/>
        </w:rPr>
        <w:t>第四奥义</w:t>
      </w:r>
    </w:p>
    <w:p>
      <w:r>
        <w:rPr>
          <w:rFonts w:ascii="Times New Roman" w:hAnsi="Times New Roman" w:eastAsia="Noto Serif SC" w:cs="Amiri"/>
          <w:lang w:val="zh-CN" w:eastAsia="zh-CN" w:bidi="ar-SA"/>
          <w:color w:val="000000"/>
          <w:rtl w:val="0"/>
        </w:rPr>
        <w:t>在无边的众多之中，普遍统摄的唯一性虽然彰显，但仅凭</w:t>
      </w:r>
      <w:r>
        <w:rPr>
          <w:rFonts w:ascii="Amiri" w:hAnsi="Amiri" w:eastAsia="Amiri" w:cs="Amiri"/>
          <w:lang w:val="zh-CN" w:eastAsia="zh-CN" w:bidi="ar-SA"/>
          <w:rtl w:val="1"/>
          <w:cs w:val="1"/>
          <w:color w:val="000000"/>
          <w:sz w:val="24"/>
          <w:szCs w:val="24"/>
        </w:rPr>
        <w:t>ﺍِﻳَّﺎﻙَ ﻧَﻌْﺒُﺪُ</w:t>
      </w:r>
      <w:r>
        <w:rPr>
          <w:rFonts w:ascii="Times New Roman" w:hAnsi="Times New Roman" w:eastAsia="Noto Serif SC" w:cs="Amiri"/>
          <w:lang w:val="zh-CN" w:eastAsia="zh-CN" w:bidi="ar-SA"/>
          <w:color w:val="000000"/>
          <w:rtl w:val="0"/>
        </w:rPr>
        <w:t>（我们唯独崇拜您，不让任何他者分享对您的崇拜）这一呼告，并不足以使每个人都领会。思悟会随之分散。要观照万有整体的独一背后、那位在每一事物中直接彰显其独一的主宰Allah，并说</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我们唯独崇拜您，也唯独向您求助；崇拜与求助都只归于您），就必须具有一颗如大地般宽广的心灵。正是基于这一奥义，祂既在个别事物上明白显示独一性的印记，也在每一个种类上显示独一性的印记；又在慈悯普及万物者的印玺之内，设置独一性的印记，以使人观照那位独一无二者Allah。这样，每个人无论处在何种层次，都能毫不费力地说</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（我们唯独崇拜您，也唯独向您求助；崇拜与求助都只归于您），直接呼告至圣者Allah，并全然转向祂。</w:t>
      </w:r>
    </w:p>
    <w:p>
      <w:r>
        <w:rPr>
          <w:rFonts w:ascii="Times New Roman" w:hAnsi="Times New Roman" w:eastAsia="Noto Serif SC" w:cs="Amiri"/>
          <w:lang w:val="zh-CN" w:eastAsia="zh-CN" w:bidi="ar-SA"/>
          <w:color w:val="000000"/>
          <w:rtl w:val="0"/>
        </w:rPr>
        <w:t>至睿的《古兰经》正是为了表达这一至大的奥义：当它从宇宙最宏大的范围，例如诸天与大地的创造谈起时，会忽然转而谈论最微小的范围和最精微的个别事物，以明白显示独一性的印玺。例如，在谈论诸天与大地的创造时，它转而谈到人的创造、人的声音，以及人容貌中恩赐与智慧的种种精微，以免思悟分散、心灵窒息，并使灵魂直接找到应受崇拜的主宰Allah。例如，</w:t>
      </w:r>
      <w:r>
        <w:rPr>
          <w:rFonts w:ascii="Amiri" w:hAnsi="Amiri" w:eastAsia="Amiri" w:cs="Amiri"/>
          <w:lang w:val="zh-CN" w:eastAsia="zh-CN" w:bidi="ar-SA"/>
          <w:rtl w:val="1"/>
          <w:cs w:val="1"/>
          <w:color w:val="000000"/>
          <w:sz w:val="24"/>
          <w:szCs w:val="24"/>
        </w:rPr>
        <w:t>ﻭَﻣِﻦْ ﺍٰﻳَﺎﺗِﻪ۪ ﺧَﻠْﻖُ ﺍﻟﺴَّﻤٰﻮَﺍﺕِ وَالْاَرْضِ وَاخْتِلَافُ ﺍَﻟْﺴِﻨَﺘِﻜُﻢْ ﻭَ ﺍَﻟْﻮَﺍﻧِﻜُﻢْ</w:t>
      </w:r>
      <w:r>
        <w:rPr>
          <w:rFonts w:ascii="Times New Roman" w:hAnsi="Times New Roman" w:eastAsia="Noto Serif SC" w:cs="Amiri"/>
          <w:lang w:val="zh-CN" w:eastAsia="zh-CN" w:bidi="ar-SA"/>
          <w:color w:val="000000"/>
          <w:rtl w:val="0"/>
        </w:rPr>
        <w:t>（在祂的诸般迹象之中，有诸天与大地的创造，也有你们语言与肤色的差异）这节经文，便以奇迹般的方式显示了上述真理。</w:t>
      </w:r>
    </w:p>
    <w:p>
      <w:r>
        <w:rPr>
          <w:rFonts w:ascii="Times New Roman" w:hAnsi="Times New Roman" w:eastAsia="Noto Serif SC" w:cs="Amiri"/>
          <w:lang w:val="zh-CN" w:eastAsia="zh-CN" w:bidi="ar-SA"/>
          <w:color w:val="000000"/>
          <w:rtl w:val="0"/>
        </w:rPr>
        <w:t>是的，在无数受造物和无尽的众多之中，独一的印记有着各种类别与层次，宛如层层相套的圆环，从最大的印记直至最小的印记。然而，那种独一无论达到何等程度，仍然是众多之中的独一，不能充分保证真正的直接呼告。因此，独一的背后必须有独一性的印记，使它不再让心灵想到众多，而直接为心灵开辟通往至圣者Allah的道路。</w:t>
      </w:r>
    </w:p>
    <w:p>
      <w:r>
        <w:rPr>
          <w:rFonts w:ascii="Times New Roman" w:hAnsi="Times New Roman" w:eastAsia="Noto Serif SC" w:cs="Amiri"/>
          <w:lang w:val="zh-CN" w:eastAsia="zh-CN" w:bidi="ar-SA"/>
          <w:color w:val="000000"/>
          <w:rtl w:val="0"/>
        </w:rPr>
        <w:t>此外，为使目光转向独一性的印记、使心灵被吸引，祂在那独一性的印记之上，设置了慈悯的印记与至慈品性的印玺；这慈悯具有极其吸引人的纹饰、极其明亮的光、极其怡人的甜美、极其可爱的美，以及极其强大的真实。是的，正是那慈悯的力量吸引有意识者的目光，把他们引向自己，领他们抵达独一性的印记，使他们观照那位在每一事物中直接彰显其独一的主宰Allah，并借此使他们获得</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（我们唯独崇拜您，也唯独向您求助；崇拜与求助都只归于您）中那真正直接呼告的福分。</w:t>
      </w:r>
    </w:p>
    <w:p>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慈悯普及万物而至慈的Allah之名，依凭祂而行）既是《开端章》的索引，也是《古兰经》的简明总括，因此成为上述至大奥义的名号与阐释者。持守这名号的人，可以游历慈悯的诸层次；让这位阐释者开口的人，则能学习慈悯的种种奥秘，看见至慈品性与怜爱的诸般光辉。</w:t>
      </w:r>
    </w:p>
    <w:p>
      <w:pPr>
        <w:pStyle w:val="Heading2"/>
      </w:pPr>
      <w:r>
        <w:rPr>
          <w:rFonts w:ascii="Times New Roman" w:hAnsi="Times New Roman" w:eastAsia="Noto Serif SC" w:cs="Amiri"/>
          <w:lang w:val="zh-CN" w:eastAsia="zh-CN" w:bidi="ar-SA"/>
          <w:color w:val="000000"/>
          <w:rtl w:val="0"/>
        </w:rPr>
        <w:t>第五奥义</w:t>
      </w:r>
    </w:p>
    <w:p>
      <w:r>
        <w:rPr>
          <w:rFonts w:ascii="Times New Roman" w:hAnsi="Times New Roman" w:eastAsia="Noto Serif SC" w:cs="Amiri"/>
          <w:lang w:val="zh-CN" w:eastAsia="zh-CN" w:bidi="ar-SA"/>
          <w:color w:val="000000"/>
          <w:rtl w:val="0"/>
        </w:rPr>
        <w:t>一段尊贵的圣训记载：</w:t>
      </w:r>
      <w:r>
        <w:rPr>
          <w:rFonts w:ascii="Amiri" w:hAnsi="Amiri" w:eastAsia="Amiri" w:cs="Amiri"/>
          <w:lang w:val="zh-CN" w:eastAsia="zh-CN" w:bidi="ar-SA"/>
          <w:rtl w:val="1"/>
          <w:cs w:val="1"/>
          <w:color w:val="000000"/>
          <w:sz w:val="24"/>
          <w:szCs w:val="24"/>
        </w:rPr>
        <w:t>ﺍِﻥَّ ﺍﻟﻠّٰﻪَ ﺧَﻠَﻖَ الْاِنْسَانَ ﻋَﻠٰﻰ ﺻُﻮﺭَﺓِ ﺍﻟﺮَّﺣْﻤٰﻦِ</w:t>
      </w:r>
      <w:r>
        <w:rPr>
          <w:rFonts w:ascii="Times New Roman" w:hAnsi="Times New Roman" w:eastAsia="Noto Serif SC" w:cs="Amiri"/>
          <w:lang w:val="zh-CN" w:eastAsia="zh-CN" w:bidi="ar-SA"/>
          <w:color w:val="000000"/>
          <w:rtl w:val="0"/>
        </w:rPr>
        <w:t>（Allah确曾依慈悯普及万物者的形貌创造了人）——</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如他所说的那样）——一些持内在修持之路的人，以一种与信仰信条不相宜的怪异方式解释了这段圣训。甚至，其中一些怀有神圣爱恋的人，把人的灵性容貌视为慈悯普及万物者的形貌来观看。持内在修持之路者大多处于神智沉醉之中，怀有神圣爱恋者大多处于全然沉浸与混淆之中，因此，他们在那些有违真理的理解上，或许是可受原谅的。然而，理智清醒的人在思想上不能接受他们那些违背信仰根本信条的意义；若接受，便是犯错。</w:t>
      </w:r>
    </w:p>
    <w:p>
      <w:r>
        <w:rPr>
          <w:rFonts w:ascii="Times New Roman" w:hAnsi="Times New Roman" w:eastAsia="Noto Serif SC" w:cs="Amiri"/>
          <w:lang w:val="zh-CN" w:eastAsia="zh-CN" w:bidi="ar-SA"/>
          <w:color w:val="000000"/>
          <w:rtl w:val="0"/>
        </w:rPr>
        <w:t>是的，至圣的神圣主宰Allah把整个宇宙如一座宫殿、一所房屋般有条不紊地治理；祂以智慧而从容地转动、运行群星，犹如微粒；又役使微粒，犹如秩序井然的职守者。正如祂没有伙伴、相当者、对立者和匹敌者，凭</w:t>
      </w:r>
      <w:r>
        <w:rPr>
          <w:rFonts w:ascii="Amiri" w:hAnsi="Amiri" w:eastAsia="Amiri" w:cs="Amiri"/>
          <w:lang w:val="zh-CN" w:eastAsia="zh-CN" w:bidi="ar-SA"/>
          <w:rtl w:val="1"/>
          <w:cs w:val="1"/>
          <w:color w:val="000000"/>
          <w:sz w:val="24"/>
          <w:szCs w:val="24"/>
        </w:rPr>
        <w:t>ﻟَﻴْﺲَ ﻛَﻤِﺜْﻠِﻪ۪ ﺷَﻰْﺀٌ ﻭَﻫُﻮَ ﺍﻟﺴَّﻤ۪ﻴﻊُ ﺍﻟْﺒَﺼ۪ﻴﺮُ</w:t>
      </w:r>
      <w:r>
        <w:rPr>
          <w:rFonts w:ascii="Times New Roman" w:hAnsi="Times New Roman" w:eastAsia="Noto Serif SC" w:cs="Amiri"/>
          <w:lang w:val="zh-CN" w:eastAsia="zh-CN" w:bidi="ar-SA"/>
          <w:color w:val="000000"/>
          <w:rtl w:val="0"/>
        </w:rPr>
        <w:t>（没有任何事物与祂相似；祂超越一切比拟，而祂确是全聪者、全观者）的奥义，祂也不可能有形貌、同类、摹本或相似者。然而，凭</w:t>
      </w:r>
      <w:r>
        <w:rPr>
          <w:rFonts w:ascii="Amiri" w:hAnsi="Amiri" w:eastAsia="Amiri" w:cs="Amiri"/>
          <w:lang w:val="zh-CN" w:eastAsia="zh-CN" w:bidi="ar-SA"/>
          <w:rtl w:val="1"/>
          <w:cs w:val="1"/>
          <w:color w:val="000000"/>
          <w:sz w:val="24"/>
          <w:szCs w:val="24"/>
        </w:rPr>
        <w:t>ﻭَﻟَﻪُ ﺍﻟْﻤَﺜَﻞُ الْاَعْلٰى ﻓِﻰ ﺍﻟﺴَّﻤٰﻮَﺍﺕِ وَالْاَرْضِ ﻭَﻫُﻮَ ﺍﻟْﻌَﺰ۪ﻳﺰُ ﺍﻟْﺤَﻜ۪ﻴﻢُ</w:t>
      </w:r>
      <w:r>
        <w:rPr>
          <w:rFonts w:ascii="Times New Roman" w:hAnsi="Times New Roman" w:eastAsia="Noto Serif SC" w:cs="Amiri"/>
          <w:lang w:val="zh-CN" w:eastAsia="zh-CN" w:bidi="ar-SA"/>
          <w:color w:val="000000"/>
          <w:rtl w:val="0"/>
        </w:rPr>
        <w:t>（至高而无可比拟的完美属性唯属祂，遍于诸天与大地；祂确是至胜而尊严者，也是至睿者）的奥义，可以借譬喻与比拟来认识祂的神圣内在作为、诸属性与诸尊名。可见，譬喻与比拟只存在于神圣内在作为这一视角上。</w:t>
      </w:r>
    </w:p>
    <w:p>
      <w:r>
        <w:rPr>
          <w:rFonts w:ascii="Times New Roman" w:hAnsi="Times New Roman" w:eastAsia="Noto Serif SC" w:cs="Amiri"/>
          <w:lang w:val="zh-CN" w:eastAsia="zh-CN" w:bidi="ar-SA"/>
          <w:color w:val="000000"/>
          <w:rtl w:val="0"/>
        </w:rPr>
        <w:t>上述尊贵圣训的诸多宗旨之一，是说明人处于一种能够完整显示“慈悯普及万物者”这一尊名的形貌之中。正如我们前面所阐明的，“慈悯普及万物者”这一尊名，借一千零一个尊名的光芒显现于宇宙的容貌；同样，它也借Allah绝对养育与主宰的无数彰显，显示于大地表面的容貌。同样，这句话还意味着：在人那包容完备的形貌中，这一尊名也以小尺度显示其最圆满的彰显，正如它显示于大地的容貌与宇宙的容貌。</w:t>
      </w:r>
    </w:p>
    <w:p>
      <w:r>
        <w:rPr>
          <w:rFonts w:ascii="Times New Roman" w:hAnsi="Times New Roman" w:eastAsia="Noto Serif SC" w:cs="Amiri"/>
          <w:lang w:val="zh-CN" w:eastAsia="zh-CN" w:bidi="ar-SA"/>
          <w:color w:val="000000"/>
          <w:rtl w:val="0"/>
        </w:rPr>
        <w:t>它还指示：有生命者以及像人这样的彰显之所，都是那位慈悯普及万物而至慈的主宰Allah的证据与镜子；它们对那位存在为自身所必然的主宰Allah的指证，是如此确定、明晰而显豁。正如一面明亮的镜子映出太阳的影像与反射，为形容镜子的明亮和指证的明晰，人们会说：“那面镜子就是太阳。”同样，“人身上有慈悯普及万物者的形貌”这句话，过去是、现在仍是为指明其指证的明晰与关系的圆满而说的。持存在单一论的人中持衡者，也是基于这一奥义，把</w:t>
      </w:r>
      <w:r>
        <w:rPr>
          <w:rFonts w:ascii="Amiri" w:hAnsi="Amiri" w:eastAsia="Amiri" w:cs="Amiri"/>
          <w:lang w:val="zh-CN" w:eastAsia="zh-CN" w:bidi="ar-SA"/>
          <w:rtl w:val="1"/>
          <w:cs w:val="1"/>
          <w:color w:val="000000"/>
          <w:sz w:val="24"/>
          <w:szCs w:val="24"/>
        </w:rPr>
        <w:t>لَا مَوْجُودَ إِلَّا هُوَ</w:t>
      </w:r>
      <w:r>
        <w:rPr>
          <w:rFonts w:ascii="Times New Roman" w:hAnsi="Times New Roman" w:eastAsia="Noto Serif SC" w:cs="Amiri"/>
          <w:lang w:val="zh-CN" w:eastAsia="zh-CN" w:bidi="ar-SA"/>
          <w:color w:val="000000"/>
          <w:rtl w:val="0"/>
        </w:rPr>
        <w:t>（除祂之外，没有凭自身而独立真实存在者；万有的存在都在证实祂）作为这一指证之明晰和这一关系之圆满的名号而说出。</w:t>
      </w:r>
      <w:r>
        <w:rPr>
          <w:rFonts w:ascii="Amiri" w:hAnsi="Amiri" w:eastAsia="Amiri" w:cs="Amiri"/>
          <w:lang w:val="zh-CN" w:eastAsia="zh-CN" w:bidi="ar-SA"/>
          <w:rtl w:val="1"/>
          <w:cs w:val="1"/>
          <w:color w:val="000000"/>
          <w:sz w:val="24"/>
          <w:szCs w:val="24"/>
        </w:rPr>
        <w:t>ﺍَﻟﻠّٰﻬُﻢَّ ﻳَﺎ ﺭَﺣْﻤٰﻦُ ﻳَﺎ ﺭَﺣ۪ﻴﻢُ</w:t>
      </w:r>
      <w:r>
        <w:rPr>
          <w:rFonts w:ascii="Times New Roman" w:hAnsi="Times New Roman" w:eastAsia="Noto Serif SC" w:cs="Amiri"/>
          <w:lang w:val="zh-CN" w:eastAsia="zh-CN" w:bidi="ar-SA"/>
          <w:color w:val="000000"/>
          <w:rtl w:val="0"/>
        </w:rPr>
        <w:t xml:space="preserve">（我的Allah啊，慈悯普及万物者啊，至慈者啊） </w:t>
      </w:r>
      <w:r>
        <w:rPr>
          <w:rFonts w:ascii="Amiri" w:hAnsi="Amiri" w:eastAsia="Amiri" w:cs="Amiri"/>
          <w:lang w:val="zh-CN" w:eastAsia="zh-CN" w:bidi="ar-SA"/>
          <w:rtl w:val="1"/>
          <w:cs w:val="1"/>
          <w:color w:val="000000"/>
          <w:sz w:val="24"/>
          <w:szCs w:val="24"/>
        </w:rPr>
        <w:t>ﺑِﺤَﻖِّ ﺑِﺴْﻢِ ﺍﻟﻠّٰﻪِ ﺍﻟﺮَّﺣْﻤٰﻦِ ﺍﻟﺮَّﺣ۪ﻴﻢِ</w:t>
      </w:r>
      <w:r>
        <w:rPr>
          <w:rFonts w:ascii="Times New Roman" w:hAnsi="Times New Roman" w:eastAsia="Noto Serif SC" w:cs="Amiri"/>
          <w:lang w:val="zh-CN" w:eastAsia="zh-CN" w:bidi="ar-SA"/>
          <w:color w:val="000000"/>
          <w:rtl w:val="0"/>
        </w:rPr>
        <w:t xml:space="preserve">（凭奉慈悯普及万物而至慈的Allah之名的权分） </w:t>
      </w:r>
      <w:r>
        <w:rPr>
          <w:rFonts w:ascii="Amiri" w:hAnsi="Amiri" w:eastAsia="Amiri" w:cs="Amiri"/>
          <w:lang w:val="zh-CN" w:eastAsia="zh-CN" w:bidi="ar-SA"/>
          <w:rtl w:val="1"/>
          <w:cs w:val="1"/>
          <w:color w:val="000000"/>
          <w:sz w:val="24"/>
          <w:szCs w:val="24"/>
        </w:rPr>
        <w:t>ﺍِﺭْﺣَﻤْﻨَﺎ ﻛَﻤَﺎ ﻳَﻠ۪ﻴﻖُ ﺑِﺮَﺣ۪ﻴﻤِﻴَّﺘِﻚَ</w:t>
      </w:r>
      <w:r>
        <w:rPr>
          <w:rFonts w:ascii="Times New Roman" w:hAnsi="Times New Roman" w:eastAsia="Noto Serif SC" w:cs="Amiri"/>
          <w:lang w:val="zh-CN" w:eastAsia="zh-CN" w:bidi="ar-SA"/>
          <w:color w:val="000000"/>
          <w:rtl w:val="0"/>
        </w:rPr>
        <w:t xml:space="preserve">（求祢以与祢至慈品性相称的方式慈悯我们） </w:t>
      </w:r>
      <w:r>
        <w:rPr>
          <w:rFonts w:ascii="Amiri" w:hAnsi="Amiri" w:eastAsia="Amiri" w:cs="Amiri"/>
          <w:lang w:val="zh-CN" w:eastAsia="zh-CN" w:bidi="ar-SA"/>
          <w:rtl w:val="1"/>
          <w:cs w:val="1"/>
          <w:color w:val="000000"/>
          <w:sz w:val="24"/>
          <w:szCs w:val="24"/>
        </w:rPr>
        <w:t>ﻭَ ﻓَﻬِّﻤْﻨَﺎ ﺍَﺳْﺮَﺍﺭَ ﺑِﺴْﻢِ ﺍﻟﻠّٰﻪِ ﺍﻟﺮَّﺣْﻤٰﻦِ ﺍﻟﺮَّﺣ۪ﻴﻢِ ﻛَﻤَﺎ ﻳَﻠ۪ﻴﻖُ ﺑِﺮَﺣْﻤَﺎﻧِﻴَّﺘِﻚَ</w:t>
      </w:r>
      <w:r>
        <w:rPr>
          <w:rFonts w:ascii="Times New Roman" w:hAnsi="Times New Roman" w:eastAsia="Noto Serif SC" w:cs="Amiri"/>
          <w:lang w:val="zh-CN" w:eastAsia="zh-CN" w:bidi="ar-SA"/>
          <w:color w:val="000000"/>
          <w:rtl w:val="0"/>
        </w:rPr>
        <w:t xml:space="preserve">（并求祢以与祢普及万物的慈悯相称的方式，使我们理解奉慈悯普及万物而至慈的Allah之名所蕴含的诸般奥义）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（求祢应允）</w:t>
      </w:r>
    </w:p>
    <w:p>
      <w:pPr>
        <w:pStyle w:val="Heading2"/>
      </w:pPr>
      <w:r>
        <w:rPr>
          <w:rFonts w:ascii="Times New Roman" w:hAnsi="Times New Roman" w:eastAsia="Noto Serif SC" w:cs="Amiri"/>
          <w:lang w:val="zh-CN" w:eastAsia="zh-CN" w:bidi="ar-SA"/>
          <w:color w:val="000000"/>
          <w:rtl w:val="0"/>
        </w:rPr>
        <w:t>第六奥义</w:t>
      </w:r>
    </w:p>
    <w:p>
      <w:r>
        <w:rPr>
          <w:rFonts w:ascii="Times New Roman" w:hAnsi="Times New Roman" w:eastAsia="Noto Serif SC" w:cs="Amiri"/>
          <w:lang w:val="zh-CN" w:eastAsia="zh-CN" w:bidi="ar-SA"/>
          <w:color w:val="000000"/>
          <w:rtl w:val="0"/>
        </w:rPr>
        <w:t>在无边无力与无尽匮乏中翻滚的无助人啊！应当由此明白，慈悯是何等珍贵的媒介，又是何等蒙悦纳的代求者：那慈悯，正是通往一位具威严的君王Allah的媒介。在祂的军队中，群星与微粒一同以完满的秩序与顺服共同服役。那位具威严的主宰Allah，那位无始无终的君王，自身全然无求，处于绝对的无求之中。祂是绝对富足、丝毫不依赖任何事物的Allah，无论从哪方面都不需要宇宙与万有。整个宇宙都在祂的命令与治理之下，在祂的威荣与宏大之下极致顺服，并在祂的威严面前谦卑俯首。</w:t>
      </w:r>
    </w:p>
    <w:p>
      <w:r>
        <w:rPr>
          <w:rFonts w:ascii="Times New Roman" w:hAnsi="Times New Roman" w:eastAsia="Noto Serif SC" w:cs="Amiri"/>
          <w:lang w:val="zh-CN" w:eastAsia="zh-CN" w:bidi="ar-SA"/>
          <w:color w:val="000000"/>
          <w:rtl w:val="0"/>
        </w:rPr>
        <w:t>人啊，慈悯就是这样把你带到那位绝对无求者、永恒君王Allah的面前，使你成为祂的朋友，让你与祂对话，并赐予你蒙受深爱的仆民之位。你无法抵达太阳，离它极远，无论如何也不能靠近；然而，太阳的光芒、太阳的映像与彰显，却借你的镜子交到你的手中。同样，我们距那位至圣者Allah、那轮无始无终的太阳无限遥远，无法靠近；但祂慈悯的光辉，却使祂亲近我们。</w:t>
      </w:r>
    </w:p>
    <w:p>
      <w:r>
        <w:rPr>
          <w:rFonts w:ascii="Times New Roman" w:hAnsi="Times New Roman" w:eastAsia="Noto Serif SC" w:cs="Amiri"/>
          <w:lang w:val="zh-CN" w:eastAsia="zh-CN" w:bidi="ar-SA"/>
          <w:color w:val="000000"/>
          <w:rtl w:val="0"/>
        </w:rPr>
        <w:t>人啊，寻得这慈悯的人，便寻得了一座永恒不竭的光明宝库。寻得这座宝库的途径，是遵循并效法至尊使者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（愿Allah赐他尊荣、恩福与平安）的道路；他是这慈悯最光辉的典范与代表，是这慈悯最雄辩的语言与宣告者，并在《古兰经》中被称为</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（作为赐给万有的慈悯）。而成为这有形具现的慈悯、这位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（作为赐给万有的慈悯者）的媒介，则是向他祝祷。是的，祝祷的意义就是慈悯；向那位具现慈悯的有生命者所作的祝祷，是慈悯的祈求，也是抵达这位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（作为赐给万有的慈悯者）的媒介。因此，你应当使自己的祝祷成为抵达这位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（作为赐给万有的慈悯者）的媒介，也把这位尊者作为抵达慈悯普及万物者Allah之慈悯的媒介。整个共同体无数次以慈悯之意，向这位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（愿Allah赐他尊荣、恩福与平安）祝祷，这明白地证明：慈悯是何等珍贵的Allah恩赐，它的范围又是何等广阔。</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慈悯宝库中最珍贵的钻石与守门者，是艾哈迈德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（愿Allah赐他尊荣、恩福与平安）；它的第一把钥匙是</w:t>
      </w:r>
      <w:r>
        <w:rPr>
          <w:rFonts w:ascii="Amiri" w:hAnsi="Amiri" w:eastAsia="Amiri" w:cs="Amiri"/>
          <w:lang w:val="zh-CN" w:eastAsia="zh-CN" w:bidi="ar-SA"/>
          <w:rtl w:val="1"/>
          <w:cs w:val="1"/>
          <w:color w:val="000000"/>
          <w:sz w:val="24"/>
          <w:szCs w:val="24"/>
        </w:rPr>
        <w:t>بِسْمِ اللَّهِ الرَّحْمَنِ الرَّحِيمِ</w:t>
      </w:r>
      <w:r>
        <w:rPr>
          <w:rFonts w:ascii="Times New Roman" w:hAnsi="Times New Roman" w:eastAsia="Noto Serif SC" w:cs="Amiri"/>
          <w:lang w:val="zh-CN" w:eastAsia="zh-CN" w:bidi="ar-SA"/>
          <w:color w:val="000000"/>
          <w:rtl w:val="0"/>
        </w:rPr>
        <w:t>（奉慈悯普及万物而至慈的Allah之名，依凭祂而行），而最便利的一把钥匙则是向他祝祷。</w:t>
      </w:r>
      <w:r>
        <w:rPr>
          <w:rFonts w:ascii="Amiri" w:hAnsi="Amiri" w:eastAsia="Amiri" w:cs="Amiri"/>
          <w:lang w:val="zh-CN" w:eastAsia="zh-CN" w:bidi="ar-SA"/>
          <w:rtl w:val="1"/>
          <w:cs w:val="1"/>
          <w:color w:val="000000"/>
          <w:sz w:val="24"/>
          <w:szCs w:val="24"/>
        </w:rPr>
        <w:t>ﺍَﻟﻠّٰﻬُﻢَّ ﺑِﺤَﻖِّ ﺍَﺳْﺮَﺍﺭِ ﺑِﺴْﻢِ ﺍﻟﻠّٰﻪِ ﺍﻟﺮَّﺣْﻤٰﻦِ ﺍﻟﺮَّﺣ۪ﻴﻢِ</w:t>
      </w:r>
      <w:r>
        <w:rPr>
          <w:rFonts w:ascii="Times New Roman" w:hAnsi="Times New Roman" w:eastAsia="Noto Serif SC" w:cs="Amiri"/>
          <w:lang w:val="zh-CN" w:eastAsia="zh-CN" w:bidi="ar-SA"/>
          <w:color w:val="000000"/>
          <w:rtl w:val="0"/>
        </w:rPr>
        <w:t xml:space="preserve">（我的Allah啊，凭奉慈悯普及万物而至慈的Allah之名所蕴含诸般奥义的权分） </w:t>
      </w:r>
      <w:r>
        <w:rPr>
          <w:rFonts w:ascii="Amiri" w:hAnsi="Amiri" w:eastAsia="Amiri" w:cs="Amiri"/>
          <w:lang w:val="zh-CN" w:eastAsia="zh-CN" w:bidi="ar-SA"/>
          <w:rtl w:val="1"/>
          <w:cs w:val="1"/>
          <w:color w:val="000000"/>
          <w:sz w:val="24"/>
          <w:szCs w:val="24"/>
        </w:rPr>
        <w:t>ﺻَﻞِّ ﻭَ ﺳَﻠِّﻢْ ﻋَﻠٰﻰ ﻣَﻦْ ﺍَﺭْﺳَﻠْﺘَﻪُ ﺭَﺣْﻤَﺔً ﻟِﻠْﻌَﺎﻟَﻤ۪ﻴﻦَ</w:t>
      </w:r>
      <w:r>
        <w:rPr>
          <w:rFonts w:ascii="Times New Roman" w:hAnsi="Times New Roman" w:eastAsia="Noto Serif SC" w:cs="Amiri"/>
          <w:lang w:val="zh-CN" w:eastAsia="zh-CN" w:bidi="ar-SA"/>
          <w:color w:val="000000"/>
          <w:rtl w:val="0"/>
        </w:rPr>
        <w:t xml:space="preserve">（求祢将尊荣、恩福与平安赐给那位被祢派遣为万有之慈悯的使者） </w:t>
      </w:r>
      <w:r>
        <w:rPr>
          <w:rFonts w:ascii="Amiri" w:hAnsi="Amiri" w:eastAsia="Amiri" w:cs="Amiri"/>
          <w:lang w:val="zh-CN" w:eastAsia="zh-CN" w:bidi="ar-SA"/>
          <w:rtl w:val="1"/>
          <w:cs w:val="1"/>
          <w:color w:val="000000"/>
          <w:sz w:val="24"/>
          <w:szCs w:val="24"/>
        </w:rPr>
        <w:t>ﻛَﻤَﺎ ﻳَﻠ۪ﻴﻖُ ﺑِﺮَﺣْﻤَﺘِﻚَ ﻭَ ﺑِﺤُﺮْﻣَﺘِﻪ۪</w:t>
      </w:r>
      <w:r>
        <w:rPr>
          <w:rFonts w:ascii="Times New Roman" w:hAnsi="Times New Roman" w:eastAsia="Noto Serif SC" w:cs="Amiri"/>
          <w:lang w:val="zh-CN" w:eastAsia="zh-CN" w:bidi="ar-SA"/>
          <w:color w:val="000000"/>
          <w:rtl w:val="0"/>
        </w:rPr>
        <w:t xml:space="preserve">（愿这祝祷与祢的慈悯相称，并凭他的尊贵与权分） </w:t>
      </w:r>
      <w:r>
        <w:rPr>
          <w:rFonts w:ascii="Amiri" w:hAnsi="Amiri" w:eastAsia="Amiri" w:cs="Amiri"/>
          <w:lang w:val="zh-CN" w:eastAsia="zh-CN" w:bidi="ar-SA"/>
          <w:rtl w:val="1"/>
          <w:cs w:val="1"/>
          <w:color w:val="000000"/>
          <w:sz w:val="24"/>
          <w:szCs w:val="24"/>
        </w:rPr>
        <w:t>ﻭَ ﻋَﻠٰﻰ ﺍٰﻟِﻪ۪ ﻭَ ﺍَﺻْﺤَﺎﺑِﻪ۪ ﺍَﺟْﻤَﻌ۪ﻴﻦَ</w:t>
      </w:r>
      <w:r>
        <w:rPr>
          <w:rFonts w:ascii="Times New Roman" w:hAnsi="Times New Roman" w:eastAsia="Noto Serif SC" w:cs="Amiri"/>
          <w:lang w:val="zh-CN" w:eastAsia="zh-CN" w:bidi="ar-SA"/>
          <w:color w:val="000000"/>
          <w:rtl w:val="0"/>
        </w:rPr>
        <w:t xml:space="preserve">（也求祢将这尊荣、恩福与平安赐给他的全体家室与全体同伴） </w:t>
      </w:r>
      <w:r>
        <w:rPr>
          <w:rFonts w:ascii="Amiri" w:hAnsi="Amiri" w:eastAsia="Amiri" w:cs="Amiri"/>
          <w:lang w:val="zh-CN" w:eastAsia="zh-CN" w:bidi="ar-SA"/>
          <w:rtl w:val="1"/>
          <w:cs w:val="1"/>
          <w:color w:val="000000"/>
          <w:sz w:val="24"/>
          <w:szCs w:val="24"/>
        </w:rPr>
        <w:t>ﻭَ ﺍﺭْﺣَﻤْﻨَﺎ ﺭَﺣْﻤَﺔً ﺗُﻐْﻨ۪ﻴﻨَﺎ ﺑِﻬَﺎ ﻋَﻦْ ﺭَﺣْﻤَﺔِ ﻣَﻦْ ﺳِﻮَﺍﻙَ ﻣِﻦْ ﺧَﻠْﻘِﻚَ</w:t>
      </w:r>
      <w:r>
        <w:rPr>
          <w:rFonts w:ascii="Times New Roman" w:hAnsi="Times New Roman" w:eastAsia="Noto Serif SC" w:cs="Amiri"/>
          <w:lang w:val="zh-CN" w:eastAsia="zh-CN" w:bidi="ar-SA"/>
          <w:color w:val="000000"/>
          <w:rtl w:val="0"/>
        </w:rPr>
        <w:t xml:space="preserve">（并求祢慈悯我们，以一份慈悯使我们无所求于祢以外任何受造者的慈悯）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（求祢应允）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1"/>
        <w:pageBreakBefore/>
      </w:pPr>
      <w:r>
        <w:rPr>
          <w:rFonts w:ascii="Times New Roman" w:hAnsi="Times New Roman" w:eastAsia="Noto Serif SC" w:cs="Amiri"/>
          <w:lang w:val="zh-CN" w:eastAsia="zh-CN" w:bidi="ar-SA"/>
          <w:color w:val="000000"/>
          <w:rtl w:val="0"/>
        </w:rPr>
        <w:t>第十五篇闪光</w:t>
      </w:r>
    </w:p>
    <w:p>
      <w:r>
        <w:rPr>
          <w:rFonts w:ascii="Times New Roman" w:hAnsi="Times New Roman" w:eastAsia="Noto Serif SC" w:cs="Amiri"/>
          <w:lang w:val="zh-CN" w:eastAsia="zh-CN" w:bidi="ar-SA"/>
          <w:color w:val="000000"/>
          <w:rtl w:val="0"/>
        </w:rPr>
        <w:t>这是《光明论集》中《诸言》《书信集》以及截至《第十四篇闪光》各部分的索引。由于每一部分各有索引，也就是说，《诸言》部分的索引已收在《诸言》合集中，而《书信集》和《闪光集》各自的索引也已附在相应合集的末尾，因此这里没有收录。</w:t>
      </w:r>
    </w:p>
    <w:p>
      <w:pPr>
        <w:pStyle w:val="Heading1"/>
        <w:pageBreakBefore/>
      </w:pPr>
      <w:r>
        <w:rPr>
          <w:rFonts w:ascii="Times New Roman" w:hAnsi="Times New Roman" w:eastAsia="Noto Serif SC" w:cs="Amiri"/>
          <w:lang w:val="zh-CN" w:eastAsia="zh-CN" w:bidi="ar-SA"/>
          <w:color w:val="000000"/>
          <w:rtl w:val="0"/>
        </w:rPr>
        <w:t>第十六篇闪光</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w:t>
      </w:r>
      <w:r>
        <w:rPr>
          <w:rFonts w:ascii="Times New Roman" w:hAnsi="Times New Roman" w:eastAsia="Noto Serif SC" w:cs="Amiri"/>
          <w:lang w:val="zh-CN" w:eastAsia="zh-CN" w:bidi="ar-SA"/>
          <w:color w:val="000000"/>
          <w:rtl w:val="0"/>
        </w:rPr>
        <w:t>（愿平安、Allah的慈悯与祂的恩福归于你们）  亲爱而忠诚的兄弟们：霍加·萨布里、背诵全本《古兰经》的阿里、麦斯欧德、诸位穆斯塔法、许斯雷夫、雷费特、贝克尔先生、吕什杜、诸位卢特菲、背诵全本《古兰经》的艾哈迈德、教团导师穆斯塔法，以及其他诸位……</w:t>
      </w:r>
    </w:p>
    <w:p>
      <w:r>
        <w:rPr>
          <w:rFonts w:ascii="Times New Roman" w:hAnsi="Times New Roman" w:eastAsia="Noto Serif SC" w:cs="Amiri"/>
          <w:lang w:val="zh-CN" w:eastAsia="zh-CN" w:bidi="ar-SA"/>
          <w:color w:val="000000"/>
          <w:rtl w:val="0"/>
        </w:rPr>
        <w:t>我心中感到一种启示，要把四个曾引起你们好奇、成为你们疑问的小问题，作为讯息简要地向你们说明。</w:t>
      </w:r>
    </w:p>
    <w:p>
      <w:r>
        <w:rPr>
          <w:rFonts w:ascii="Times New Roman" w:hAnsi="Times New Roman" w:eastAsia="Noto Serif SC" w:cs="Amiri"/>
          <w:lang w:val="zh-CN" w:eastAsia="zh-CN" w:bidi="ar-SA"/>
          <w:color w:val="000000"/>
          <w:rtl w:val="0"/>
        </w:rPr>
        <w:t>其一：我们的一些兄弟，如恰普拉扎德·阿卜杜拉先生等人，据传从具有内在揭见者那里听说，刚过去的这个斋月，遵循先知逊奈与共同体之道的人们将迎来一次舒解和一些开启；然而，此事并未显现。这些具有亲近Allah之位与内在揭见的人，为什么会传报与现实不符的消息？他们问了我。我当即受灵感启发而作出的回答，其要点如下：</w:t>
      </w:r>
    </w:p>
    <w:p>
      <w:r>
        <w:rPr>
          <w:rFonts w:ascii="Times New Roman" w:hAnsi="Times New Roman" w:eastAsia="Noto Serif SC" w:cs="Amiri"/>
          <w:lang w:val="zh-CN" w:eastAsia="zh-CN" w:bidi="ar-SA"/>
          <w:color w:val="000000"/>
          <w:rtl w:val="0"/>
        </w:rPr>
        <w:t>尊贵圣训中传述道：“有时灾祸降临；它到来时，施舍迎面而出，将它挡回。”这段圣训的奥义表明，某些预定事项在满足若干条件而发生之前，会暂被阻延。可见，具有内在揭见者所洞见的预定事项并非绝对无条件的，而是受某些条件制约；那些条件没有实现，那件事也就不发生。然而，那件事如同悬系的期限，已经作为预定之事写在抹消与确立之板上；这板是无始之板的一种册页。内在揭见极少能上达无始之板，大多数情况下无法抵达那里。</w:t>
      </w:r>
    </w:p>
    <w:p>
      <w:r>
        <w:rPr>
          <w:rFonts w:ascii="Times New Roman" w:hAnsi="Times New Roman" w:eastAsia="Noto Serif SC" w:cs="Amiri"/>
          <w:lang w:val="zh-CN" w:eastAsia="zh-CN" w:bidi="ar-SA"/>
          <w:color w:val="000000"/>
          <w:rtl w:val="0"/>
        </w:rPr>
        <w:t>正是基于这一奥义，在刚过去的尊贵斋月、宰牲节以及其他时候，无论凭推演所得，还是凭种种内在揭见所传报的消息，都因未发现其悬系的条件而没有发生；这并不能证明传报者说了谎。因为，那事原本已被预定，只是条件尚未到来，它便也没有发生。</w:t>
      </w:r>
    </w:p>
    <w:p>
      <w:r>
        <w:rPr>
          <w:rFonts w:ascii="Times New Roman" w:hAnsi="Times New Roman" w:eastAsia="Noto Serif SC" w:cs="Amiri"/>
          <w:lang w:val="zh-CN" w:eastAsia="zh-CN" w:bidi="ar-SA"/>
          <w:color w:val="000000"/>
          <w:rtl w:val="0"/>
        </w:rPr>
        <w:t>是的，在尊贵斋月中，要消除种种异端创新，遵循先知逊奈与共同体之道者多数人的真诚祈求，本是一项条件和一个重要原因。遗憾的是，斋月里种种异端创新进入了清真寺，阻碍了祈求的蒙准，舒解便没有到来。正如前述圣训的奥义所示：施舍能消除灾祸；多数人的真诚祈求，同样能吸引普遍的舒解。由于这股吸引力没有形成，种种开启也就没有赐予。</w:t>
      </w:r>
    </w:p>
    <w:p>
      <w:r>
        <w:rPr>
          <w:rFonts w:ascii="Times New Roman" w:hAnsi="Times New Roman" w:eastAsia="Noto Serif SC" w:cs="Amiri"/>
          <w:lang w:val="zh-CN" w:eastAsia="zh-CN" w:bidi="ar-SA"/>
          <w:color w:val="000000"/>
          <w:rtl w:val="0"/>
        </w:rPr>
        <w:t>第二个令人好奇的问题：这两个月里，面对一种令人激动的政治局势，我本当采取一项行动，以很大的把握给我自己和我所关切的众多兄弟带来宽慰；然而，我丝毫不重视那种局势，反而提出了一个有利于那些压迫我的逐世者的想法。有些人惊讶不已。他们说：“你是怎样看待居于上位、折磨你的这些异端创新者兼有几分伪信的人所奉行的政策，竟至于不去触动他们？”</w:t>
      </w:r>
    </w:p>
    <w:p>
      <w:r>
        <w:rPr>
          <w:rFonts w:ascii="Times New Roman" w:hAnsi="Times New Roman" w:eastAsia="Noto Serif SC" w:cs="Amiri"/>
          <w:lang w:val="zh-CN" w:eastAsia="zh-CN" w:bidi="ar-SA"/>
          <w:color w:val="000000"/>
          <w:rtl w:val="0"/>
        </w:rPr>
        <w:t>我所作回答的要点是：这个时代，穆斯林面临的最大危险，是来自科学与哲学的迷误，它使心灵败坏，使信仰受伤。唯一的救治之道，就是光明，就是彰显光明，使心灵得到矫正，使信仰得到拯救。</w:t>
      </w:r>
    </w:p>
    <w:p>
      <w:r>
        <w:rPr>
          <w:rFonts w:ascii="Times New Roman" w:hAnsi="Times New Roman" w:eastAsia="Noto Serif SC" w:cs="Amiri"/>
          <w:lang w:val="zh-CN" w:eastAsia="zh-CN" w:bidi="ar-SA"/>
          <w:color w:val="000000"/>
          <w:rtl w:val="0"/>
        </w:rPr>
        <w:t>倘若挥动政治的棍棒，即便取得胜利，那些不信者也会降到伪信者的层次。伪信者比不信者更恶劣。可见，在这样的时代，棍棒并不能矫正心灵。那时，不信会进入心灵，隐藏起来，转化为伪信。</w:t>
      </w:r>
    </w:p>
    <w:p>
      <w:r>
        <w:rPr>
          <w:rFonts w:ascii="Times New Roman" w:hAnsi="Times New Roman" w:eastAsia="Noto Serif SC" w:cs="Amiri"/>
          <w:lang w:val="zh-CN" w:eastAsia="zh-CN" w:bidi="ar-SA"/>
          <w:color w:val="000000"/>
          <w:rtl w:val="0"/>
        </w:rPr>
        <w:t>至于光明与棍棒两者并举，在这个时代，像我这样一个无力之人做不到。因此，我必须竭尽全力紧握光明；无论政治的棍棒是什么模样，我都不应当去看它。</w:t>
      </w:r>
    </w:p>
    <w:p>
      <w:r>
        <w:rPr>
          <w:rFonts w:ascii="Times New Roman" w:hAnsi="Times New Roman" w:eastAsia="Noto Serif SC" w:cs="Amiri"/>
          <w:lang w:val="zh-CN" w:eastAsia="zh-CN" w:bidi="ar-SA"/>
          <w:color w:val="000000"/>
          <w:rtl w:val="0"/>
        </w:rPr>
        <w:t>然而，若说物质奋战的要求，那项职责目前并不在我们身上。是的，对担当此责的人来说，要阻挡不信者或叛教者的侵犯，棍棒是必要的。可是，我们只有两只手；纵然有一百只手，也仅够用于光明。我们已经没有可以握住棍棒的手了！</w:t>
      </w:r>
    </w:p>
    <w:p>
      <w:r>
        <w:rPr>
          <w:rFonts w:ascii="Times New Roman" w:hAnsi="Times New Roman" w:eastAsia="Noto Serif SC" w:cs="Amiri"/>
          <w:lang w:val="zh-CN" w:eastAsia="zh-CN" w:bidi="ar-SA"/>
          <w:color w:val="000000"/>
          <w:rtl w:val="0"/>
        </w:rPr>
        <w:t>第三个令人好奇的问题：近来，英国、意大利等外国势力侵犯这个政府，激起了伊斯兰热忱；这热忱历来是这个国家政府的真正依靠和精神力量的源泉。此事本可在一定程度上复兴伊斯兰的礼仪标识，并在一定程度上驱除种种异端创新。既然如此，你为什么坚决反对战争，祈求这件事以安定和平的方式解决，又如此鲜明地站在异端创新者的政府一边？这岂不就等于间接偏袒种种异端创新吗？</w:t>
      </w:r>
    </w:p>
    <w:p>
      <w:r>
        <w:rPr>
          <w:rFonts w:ascii="Times New Roman" w:hAnsi="Times New Roman" w:eastAsia="Noto Serif SC" w:cs="Amiri"/>
          <w:lang w:val="zh-CN" w:eastAsia="zh-CN" w:bidi="ar-SA"/>
          <w:color w:val="000000"/>
          <w:rtl w:val="0"/>
        </w:rPr>
        <w:t>答：我们愿意得到舒解、宽慰、喜乐与种种开启，但绝不是借不信者的剑得到。让那些不信者的剑砍下他们自己的脑袋吧；我们不需要来自他们的剑的任何益处。正是那些顽固不化的外国人，把伪信者强加给有信仰的人，又培植了无神否认者。</w:t>
      </w:r>
    </w:p>
    <w:p>
      <w:r>
        <w:rPr>
          <w:rFonts w:ascii="Times New Roman" w:hAnsi="Times New Roman" w:eastAsia="Noto Serif SC" w:cs="Amiri"/>
          <w:lang w:val="zh-CN" w:eastAsia="zh-CN" w:bidi="ar-SA"/>
          <w:color w:val="000000"/>
          <w:rtl w:val="0"/>
        </w:rPr>
        <w:t>再者，战争这场灾祸，会严重损害我们为《古兰经》所作的服务。我们最有牺牲精神、最为珍贵的兄弟，大多数都在四十五岁以下；战争会迫使他们放下《古兰经》的神圣职责，前去参军。如果我有钱，我会心甘情愿地为每一位这样珍贵的兄弟缴纳免役现金替代金，即使每人高达一千里拉，也要使他们免服兵役。我们数百位这样珍贵的兄弟，若放下《古兰经》与光明的服务，转而去抓物质奋战的棍棒，我感到那如同我们自己损失十万里拉。甚至，泽卡伊这一两年的服役，也许已使我们损失了价值一千里拉的精神益处。不管怎样……</w:t>
      </w:r>
    </w:p>
    <w:p>
      <w:r>
        <w:rPr>
          <w:rFonts w:ascii="Times New Roman" w:hAnsi="Times New Roman" w:eastAsia="Noto Serif SC" w:cs="Amiri"/>
          <w:lang w:val="zh-CN" w:eastAsia="zh-CN" w:bidi="ar-SA"/>
          <w:color w:val="000000"/>
          <w:rtl w:val="0"/>
        </w:rPr>
        <w:t>全能于万物者Allah，能在一分钟之内扫净布满云层的天空，使灿烂的太阳显露于清朗的天幕；同样，祂也能消除这些黑暗而无慈悯的乌云，使神圣律法的诸真理如太阳般显现，并且能够轻易而无纷扰地赐下这一切。我们期盼祂的慈悯，愿祂不要让我们付出高昂代价。只愿祂赐当权者头脑以理智、心灵以信仰，便已足够；那时，事情自会步入正轨。</w:t>
      </w:r>
    </w:p>
    <w:p>
      <w:r>
        <w:rPr>
          <w:rFonts w:ascii="Times New Roman" w:hAnsi="Times New Roman" w:eastAsia="Noto Serif SC" w:cs="Amiri"/>
          <w:lang w:val="zh-CN" w:eastAsia="zh-CN" w:bidi="ar-SA"/>
          <w:color w:val="000000"/>
          <w:rtl w:val="0"/>
        </w:rPr>
        <w:t>第四个令人好奇的问题：他们说，既然你们手中的是光明，而不是棍棒；对光明无法对抗，人也不会躲避光明，彰显光明不会带来损害。那么，你们为什么劝同伴谨慎？为什么禁止把许多充满光明的论著展示给众人？</w:t>
      </w:r>
    </w:p>
    <w:p>
      <w:r>
        <w:rPr>
          <w:rFonts w:ascii="Times New Roman" w:hAnsi="Times New Roman" w:eastAsia="Noto Serif SC" w:cs="Amiri"/>
          <w:lang w:val="zh-CN" w:eastAsia="zh-CN" w:bidi="ar-SA"/>
          <w:color w:val="000000"/>
          <w:rtl w:val="0"/>
        </w:rPr>
        <w:t>对这个问题，回答的要点是：居于上位的多数头目已经沉醉，不会阅读；即使阅读，也不能理解。他们会误解其意，进而加以侵扰。为避免受到侵扰，在他们恢复清醒之前，不展示给他们看是必要的。</w:t>
      </w:r>
    </w:p>
    <w:p>
      <w:r>
        <w:rPr>
          <w:rFonts w:ascii="Times New Roman" w:hAnsi="Times New Roman" w:eastAsia="Noto Serif SC" w:cs="Amiri"/>
          <w:lang w:val="zh-CN" w:eastAsia="zh-CN" w:bidi="ar-SA"/>
          <w:color w:val="000000"/>
          <w:rtl w:val="0"/>
        </w:rPr>
        <w:t>还有许多毫无良知的人，会出于恶意、贪婪或恐惧，否认光明，或者对它闭目不见。因此，我也劝兄弟们要谨慎，不要把诸真理交给不配的人；也不要做出刺激逐世者种种臆想的事情</w:t>
      </w:r>
      <w:r>
        <w:rPr>
          <w:rStyle w:val="FootnoteReference"/>
        </w:rPr>
        <w:footnoteReference w:id="10"/>
      </w:r>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今天，我收到了雷费特先生的一封信。借他询问尊贵圣髯之事，我说：圣训确证，从至尊使者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（愿Allah赐他尊荣、恩福与平安）的幸福圣髯上落下的发丝，数目是有限的。既然只有三四十根，或五六十根这样很少的数量，为何数千个地方都藏有幸福圣髯的发丝？这曾使我长久深思。</w:t>
      </w:r>
    </w:p>
    <w:p>
      <w:r>
        <w:rPr>
          <w:rFonts w:ascii="Times New Roman" w:hAnsi="Times New Roman" w:eastAsia="Noto Serif SC" w:cs="Amiri"/>
          <w:lang w:val="zh-CN" w:eastAsia="zh-CN" w:bidi="ar-SA"/>
          <w:color w:val="000000"/>
          <w:rtl w:val="0"/>
        </w:rPr>
        <w:t>那时我心中想到：幸福圣髯并不只限于尊贵胡须上的毛发；每当他尊贵的头颅剃发时，圣门弟子不让任何东西遗失，把那些光明、吉祥并将永远留存的发丝都保存了下来。这些发丝有数千根，可以与现存的数目相当。</w:t>
      </w:r>
    </w:p>
    <w:p>
      <w:r>
        <w:rPr>
          <w:rFonts w:ascii="Times New Roman" w:hAnsi="Times New Roman" w:eastAsia="Noto Serif SC" w:cs="Amiri"/>
          <w:lang w:val="zh-CN" w:eastAsia="zh-CN" w:bidi="ar-SA"/>
          <w:color w:val="000000"/>
          <w:rtl w:val="0"/>
        </w:rPr>
        <w:t>当时我又想到：每座清真寺里所藏的这些发丝，是否都有可靠的传承凭证，确证它是尊贵使者的发丝，以致对它的瞻仰能够蒙准呢？</w:t>
      </w:r>
    </w:p>
    <w:p>
      <w:r>
        <w:rPr>
          <w:rFonts w:ascii="Times New Roman" w:hAnsi="Times New Roman" w:eastAsia="Noto Serif SC" w:cs="Amiri"/>
          <w:lang w:val="zh-CN" w:eastAsia="zh-CN" w:bidi="ar-SA"/>
          <w:color w:val="000000"/>
          <w:rtl w:val="0"/>
        </w:rPr>
        <w:t>忽然，我心中得到启示：瞻仰那些发丝是一种媒介；它促使人向至尊使者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献上祝福祈愿，并引发尊敬与爱慕。媒介这一面，不取决于该物自身，而取决于它作为媒介的作用。因此，即使某根发丝实际上并非来自幸福圣髯，既然人们依外在情形把它视为圣髯之发，而它也确实履行着媒介的职责，引人尊敬、倾心并献上祝福祈愿，那么，就不必须以确凿的传承凭证来鉴别和确定那根发丝本身。只需没有确凿的反证，便已足够。因为，公众的普遍看法与共同体的接受，也会具有一种证据的效力。某些敬畏者在这样的事情上，无论出于敬畏、谨慎，还是持守严正，即使有所反对，也只是个人方面的反对。纵然他们称之为异端创新，它也属于美好创新的一类，因为它是引人献上祝福祈愿的媒介。</w:t>
      </w:r>
    </w:p>
    <w:p>
      <w:r>
        <w:rPr>
          <w:rFonts w:ascii="Times New Roman" w:hAnsi="Times New Roman" w:eastAsia="Noto Serif SC" w:cs="Amiri"/>
          <w:lang w:val="zh-CN" w:eastAsia="zh-CN" w:bidi="ar-SA"/>
          <w:color w:val="000000"/>
          <w:rtl w:val="0"/>
        </w:rPr>
        <w:t>雷费特先生在信中说：“这件事已在兄弟之间引起争论。”我劝兄弟们，不要进行导致分裂与离散的争论；只应习惯于以交流意见的方式，作没有纷争的探讨。</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w:t>
      </w:r>
      <w:r>
        <w:rPr>
          <w:rFonts w:ascii="Times New Roman" w:hAnsi="Times New Roman" w:eastAsia="Noto Serif SC" w:cs="Amiri"/>
          <w:lang w:val="zh-CN" w:eastAsia="zh-CN" w:bidi="ar-SA"/>
          <w:color w:val="000000"/>
          <w:rtl w:val="0"/>
        </w:rPr>
        <w:t>（愿平安、Allah的慈悯与祂的恩福归于你们）  塞尼尔肯特亲爱、忠诚而具有牺牲精神的兄弟们：易卜拉欣、许克吕、背诵全本《古兰经》的贝克尔、背诵全本《古兰经》的侯赛因、背诵全本《古兰经》的雷杰卜诸位先生！</w:t>
      </w:r>
    </w:p>
    <w:p>
      <w:r>
        <w:rPr>
          <w:rFonts w:ascii="Times New Roman" w:hAnsi="Times New Roman" w:eastAsia="Noto Serif SC" w:cs="Amiri"/>
          <w:lang w:val="zh-CN" w:eastAsia="zh-CN" w:bidi="ar-SA"/>
          <w:color w:val="000000"/>
          <w:rtl w:val="0"/>
        </w:rPr>
        <w:t>你们由背诵全本《古兰经》的陶菲克转交来的三个问题，背离正道者自古以来就一直借它们发起攻讦。</w:t>
      </w:r>
    </w:p>
    <w:p>
      <w:r>
        <w:rPr>
          <w:rFonts w:ascii="Times New Roman" w:hAnsi="Times New Roman" w:eastAsia="Noto Serif SC" w:cs="Amiri"/>
          <w:lang w:val="zh-CN" w:eastAsia="zh-CN" w:bidi="ar-SA"/>
          <w:color w:val="000000"/>
          <w:rtl w:val="0"/>
        </w:rPr>
        <w:t>第一：按照</w:t>
      </w:r>
      <w:r>
        <w:rPr>
          <w:rFonts w:ascii="Amiri" w:hAnsi="Amiri" w:eastAsia="Amiri" w:cs="Amiri"/>
          <w:lang w:val="zh-CN" w:eastAsia="zh-CN" w:bidi="ar-SA"/>
          <w:rtl w:val="1"/>
          <w:cs w:val="1"/>
          <w:color w:val="000000"/>
          <w:sz w:val="24"/>
          <w:szCs w:val="24"/>
        </w:rPr>
        <w:t>ﺣَﺘّٰٓﻰ ﺍِﺫَﺍ ﺑَﻠَﻎَ ﻣَﻐْﺮِﺏَ ﺍﻟﺸَّﻤْﺲِ ﻭَﺟَﺪَﻫَﺎ ﺗَﻐْﺮُﺏُ ﻓ۪ﻰ ﻋَﻴْﻦٍ ﺣَﻤِﺌَﺔٍ</w:t>
      </w:r>
      <w:r>
        <w:rPr>
          <w:rFonts w:ascii="Times New Roman" w:hAnsi="Times New Roman" w:eastAsia="Noto Serif SC" w:cs="Amiri"/>
          <w:lang w:val="zh-CN" w:eastAsia="zh-CN" w:bidi="ar-SA"/>
          <w:color w:val="000000"/>
          <w:rtl w:val="0"/>
        </w:rPr>
        <w:t>（直到他抵达太阳西沉之处，他见它正沉落在一处黑泥灼热的泉源中）这节经文所表达的表层意义，他们说：“他看见太阳落在一眼灼热而泥泞的泉水中。”</w:t>
      </w:r>
    </w:p>
    <w:p>
      <w:r>
        <w:rPr>
          <w:rFonts w:ascii="Times New Roman" w:hAnsi="Times New Roman" w:eastAsia="Noto Serif SC" w:cs="Amiri"/>
          <w:lang w:val="zh-CN" w:eastAsia="zh-CN" w:bidi="ar-SA"/>
          <w:color w:val="000000"/>
          <w:rtl w:val="0"/>
        </w:rPr>
        <w:t>第二：双角者左勒盖尔奈英的屏障在哪里？</w:t>
      </w:r>
    </w:p>
    <w:p>
      <w:r>
        <w:rPr>
          <w:rFonts w:ascii="Times New Roman" w:hAnsi="Times New Roman" w:eastAsia="Noto Serif SC" w:cs="Amiri"/>
          <w:lang w:val="zh-CN" w:eastAsia="zh-CN" w:bidi="ar-SA"/>
          <w:color w:val="000000"/>
          <w:rtl w:val="0"/>
        </w:rPr>
        <w:t>第三：关于末世之时尊贵的尔萨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（愿Allah赐他平安）将会降临，并杀死达贾勒。</w:t>
      </w:r>
    </w:p>
    <w:p>
      <w:r>
        <w:rPr>
          <w:rFonts w:ascii="Times New Roman" w:hAnsi="Times New Roman" w:eastAsia="Noto Serif SC" w:cs="Amiri"/>
          <w:lang w:val="zh-CN" w:eastAsia="zh-CN" w:bidi="ar-SA"/>
          <w:color w:val="000000"/>
          <w:rtl w:val="0"/>
        </w:rPr>
        <w:t>这些问题的答案很长。此处我们只作一个简要的提示：</w:t>
      </w:r>
    </w:p>
    <w:p>
      <w:r>
        <w:rPr>
          <w:rFonts w:ascii="Times New Roman" w:hAnsi="Times New Roman" w:eastAsia="Noto Serif SC" w:cs="Amiri"/>
          <w:lang w:val="zh-CN" w:eastAsia="zh-CN" w:bidi="ar-SA"/>
          <w:color w:val="000000"/>
          <w:rtl w:val="0"/>
        </w:rPr>
        <w:t>《古兰经》的诸节经文，依照阿拉伯人的表达风格，按照众人凭表面观察所能理解的方式加以表述，因此常常以比拟与譬喻的形式来阐明。</w:t>
      </w:r>
    </w:p>
    <w:p>
      <w:r>
        <w:rPr>
          <w:rFonts w:ascii="Times New Roman" w:hAnsi="Times New Roman" w:eastAsia="Noto Serif SC" w:cs="Amiri"/>
          <w:lang w:val="zh-CN" w:eastAsia="zh-CN" w:bidi="ar-SA"/>
          <w:color w:val="000000"/>
          <w:rtl w:val="0"/>
        </w:rPr>
        <w:t>因此，</w:t>
      </w:r>
      <w:r>
        <w:rPr>
          <w:rFonts w:ascii="Amiri" w:hAnsi="Amiri" w:eastAsia="Amiri" w:cs="Amiri"/>
          <w:lang w:val="zh-CN" w:eastAsia="zh-CN" w:bidi="ar-SA"/>
          <w:rtl w:val="1"/>
          <w:cs w:val="1"/>
          <w:color w:val="000000"/>
          <w:sz w:val="24"/>
          <w:szCs w:val="24"/>
        </w:rPr>
        <w:t>ﺗَﻐْﺮُﺏُ ﻓ۪ﻰ ﻋَﻴْﻦٍ ﺣَﻤِﺌَﺔٍ</w:t>
      </w:r>
      <w:r>
        <w:rPr>
          <w:rFonts w:ascii="Times New Roman" w:hAnsi="Times New Roman" w:eastAsia="Noto Serif SC" w:cs="Amiri"/>
          <w:lang w:val="zh-CN" w:eastAsia="zh-CN" w:bidi="ar-SA"/>
          <w:color w:val="000000"/>
          <w:rtl w:val="0"/>
        </w:rPr>
        <w:t>（它正沉落在一处黑泥灼热的泉源中）的意思是：左勒盖尔奈英看见，太阳在西方环海的岸边——那海岸看上去仿佛一眼灼热而泥泞的泉水——沉落了；或者，他看见太阳沉落在一座火山那烈焰升腾、烟雾弥漫的喷发口中。也就是说，从表面观察看，夏天酷暑使周围沼泽发热、水汽蒸腾之时，在水汽之后，西方环海的一部分从远处向左勒盖尔奈英呈现为一个巨大的泉水池；他在西方环海的岸边，看见了太阳表面上的沉落。或者，在一座火山刚刚裂开的炽热喷发口——那里喷涌而出，混合着岩石、泥土与矿泉之水——他看见太阳这只天空之眼隐藏了起来。</w:t>
      </w:r>
    </w:p>
    <w:p>
      <w:r>
        <w:rPr>
          <w:rFonts w:ascii="Times New Roman" w:hAnsi="Times New Roman" w:eastAsia="Noto Serif SC" w:cs="Amiri"/>
          <w:lang w:val="zh-CN" w:eastAsia="zh-CN" w:bidi="ar-SA"/>
          <w:color w:val="000000"/>
          <w:rtl w:val="0"/>
        </w:rPr>
        <w:t>是的，至睿《古兰经》以奇迹般的雄辩表达，借这句话教导了众多问题。首先：它说明左勒盖尔奈英前往西方的旅程，正值酷暑之际，靠近沼泽之地，又恰逢太阳西沉之时与一座火山喷发之刻；借此，它暗示了诸如征服整个非洲等许多极具鉴戒意义的事件。</w:t>
      </w:r>
    </w:p>
    <w:p>
      <w:r>
        <w:rPr>
          <w:rFonts w:ascii="Times New Roman" w:hAnsi="Times New Roman" w:eastAsia="Noto Serif SC" w:cs="Amiri"/>
          <w:lang w:val="zh-CN" w:eastAsia="zh-CN" w:bidi="ar-SA"/>
          <w:color w:val="000000"/>
          <w:rtl w:val="0"/>
        </w:rPr>
        <w:t>众所周知，太阳可见的运行是表面的，它证明着地球隐秘的运行，并将其告知我们；这里并非意指西沉的实质。再者，泉水也是一种比拟。从远处看，大海会像一个小水池。把在热气升起的雾与水汽以及沼泽之后显现的一片海，比作泥沼中的一眼泉水，这是极富修辞奥义的；而阿拉伯语中兼有泉水、太阳与眼睛之义的</w:t>
      </w:r>
      <w:r>
        <w:rPr>
          <w:rFonts w:ascii="Amiri" w:hAnsi="Amiri" w:eastAsia="Amiri" w:cs="Amiri"/>
          <w:lang w:val="zh-CN" w:eastAsia="zh-CN" w:bidi="ar-SA"/>
          <w:rtl w:val="1"/>
          <w:cs w:val="1"/>
          <w:color w:val="000000"/>
          <w:sz w:val="24"/>
          <w:szCs w:val="24"/>
        </w:rPr>
        <w:t>ﻋَﻴْﻦٍ</w:t>
      </w:r>
      <w:r>
        <w:rPr>
          <w:rFonts w:ascii="Times New Roman" w:hAnsi="Times New Roman" w:eastAsia="Noto Serif SC" w:cs="Amiri"/>
          <w:lang w:val="zh-CN" w:eastAsia="zh-CN" w:bidi="ar-SA"/>
          <w:color w:val="000000"/>
          <w:rtl w:val="0"/>
        </w:rPr>
        <w:t>（泉源、太阳与眼睛，三层意义在这一个词中汇聚）一词，在修辞的诸般奥义上极其意味深长，也极为贴切</w:t>
      </w:r>
      <w:r>
        <w:rPr>
          <w:rStyle w:val="FootnoteReference"/>
        </w:rPr>
        <w:footnoteReference w:id="11"/>
      </w:r>
      <w:r>
        <w:rPr>
          <w:rFonts w:ascii="Times New Roman" w:hAnsi="Times New Roman" w:eastAsia="Noto Serif SC" w:cs="Amiri"/>
          <w:lang w:val="zh-CN" w:eastAsia="zh-CN" w:bidi="ar-SA"/>
          <w:color w:val="000000"/>
          <w:rtl w:val="0"/>
        </w:rPr>
        <w:t>。正如在左勒盖尔奈英看来，由于距离遥远，它呈现为那种景象；同样，《古兰经》那来自至大宝座、号令诸天的天上言辞，把在慈悯普及万物者的客舍中承担灯炬职责、受命服役的太阳，说成隐藏在如西方环海一般、属于养育并主宰者的一眼泉源中，这正与它的威严和崇高相称。它以其奇迹般的表达风格，把大海显示为一眼灼热的泉水、一只烟雾弥漫的眼睛；在天上的眼睛看来，也正是如此。</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把西方环海称为一眼泥泞的泉水，是从它相对于左勒盖尔奈英的遥远来看：他把那片大海看作了一眼泉水。《古兰经》的目光却接近万物，因此，它不能依照左勒盖尔奈英那种属于感官错觉的目光来看。相反，《古兰经》降临时观照诸天，在它看来，地球有时是一座广场，有时是一座宫殿，有时是一只摇篮，有时是一页书册。因此，它把烟雾与水汽笼罩的西方阿特拉斯环海这片巨洋称为一眼泉水，正显示着它崇高的威严。</w:t>
      </w:r>
    </w:p>
    <w:p>
      <w:r>
        <w:rPr>
          <w:rFonts w:ascii="Times New Roman" w:hAnsi="Times New Roman" w:eastAsia="Noto Serif SC" w:cs="Amiri"/>
          <w:lang w:val="zh-CN" w:eastAsia="zh-CN" w:bidi="ar-SA"/>
          <w:color w:val="000000"/>
          <w:rtl w:val="0"/>
        </w:rPr>
        <w:t>您的第二个问题：左勒盖尔奈英的屏障在哪里？雅朱者与马朱者是谁？</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从前，我曾就这个问题写过一部论著，当时的背离正道者因它而理屈词穷。眼下，那部论著不在我身边，我的记忆力也已经停工，不再相助。再者，《第二十四言》第三枝中也稍许论及此事。因此，对这个问题，我们只极其简要地提示其中两三点精义。如下：</w:t>
      </w:r>
    </w:p>
    <w:p>
      <w:r>
        <w:rPr>
          <w:rFonts w:ascii="Times New Roman" w:hAnsi="Times New Roman" w:eastAsia="Noto Serif SC" w:cs="Amiri"/>
          <w:lang w:val="zh-CN" w:eastAsia="zh-CN" w:bidi="ar-SA"/>
          <w:color w:val="000000"/>
          <w:rtl w:val="0"/>
        </w:rPr>
        <w:t>据穷究真理者的说明，从左勒盖尔奈英这一称号的指示来看，也门诸王中有祖勒耶曾等以“祖勒”一词开头的名字，因此，这位左勒盖尔奈英并不是罗马的亚历山大，而是也门诸王中的一位；他生活在尊贵的易卜拉欣时代，曾向尊贵的黑祖尔求学。罗马的亚历山大则大约生于纪元前三百年，曾向亚里士多德求学。</w:t>
      </w:r>
    </w:p>
    <w:p>
      <w:r>
        <w:rPr>
          <w:rFonts w:ascii="Times New Roman" w:hAnsi="Times New Roman" w:eastAsia="Noto Serif SC" w:cs="Amiri"/>
          <w:lang w:val="zh-CN" w:eastAsia="zh-CN" w:bidi="ar-SA"/>
          <w:color w:val="000000"/>
          <w:rtl w:val="0"/>
        </w:rPr>
        <w:t>人类有秩序的历史只能上溯到三千年。凭这不完整而短暂的历史目光，无法对尊贵的易卜拉欣时代以前作出正确判断；它或者以神话般的方式，或者以否认的方式，或者以极其简略的方式前行。这位也门的左勒盖尔奈英，在历代经注中素来以亚历山大之名著称，其原因或者是：那位左勒盖尔奈英有一个名字叫亚历山大，他就是伟大的亚历山大、古代的亚历山大。又或者，由于《古兰经》诸节经文所叙述的个别事件，是普遍事件的端绪：</w:t>
      </w:r>
    </w:p>
    <w:p>
      <w:r>
        <w:rPr>
          <w:rFonts w:ascii="Times New Roman" w:hAnsi="Times New Roman" w:eastAsia="Noto Serif SC" w:cs="Amiri"/>
          <w:lang w:val="zh-CN" w:eastAsia="zh-CN" w:bidi="ar-SA"/>
          <w:color w:val="000000"/>
          <w:rtl w:val="0"/>
        </w:rPr>
        <w:t>正如身为左勒盖尔奈英的伟大亚历山大，以犹如先知的种种引导，在暴虐的民族与受压迫的各族之间筑起屏障，建立了著名的中国长城，以阻止残暴者的劫掠；同样，如罗马的亚历山大一般的多位世界征服者和强大的君王，以及一些先知——他们在人类精神世界中的地位犹如君王——和某些精神枢纽，也在精神与引导方面追随他、效法他，在山间筑起屏障</w:t>
      </w:r>
      <w:r>
        <w:rPr>
          <w:rStyle w:val="FootnoteReference"/>
        </w:rPr>
        <w:footnoteReference w:id="12"/>
      </w:r>
      <w:r>
        <w:rPr>
          <w:rFonts w:ascii="Times New Roman" w:hAnsi="Times New Roman" w:eastAsia="Noto Serif SC" w:cs="Amiri"/>
          <w:lang w:val="zh-CN" w:eastAsia="zh-CN" w:bidi="ar-SA"/>
          <w:color w:val="000000"/>
          <w:rtl w:val="0"/>
        </w:rPr>
        <w:t>，随后又在山顶建造堡垒；这些都是拯救受压迫者、使其摆脱暴虐者的重要途径。他们或者凭自身的物质力量，或者靠自己的引导与筹度来建立这些屏障。此后，他们又在城市四周修筑城墙，在城中建造堡垒，直至造出作为最后手段的四十二号火炮，以及如同移动堡垒的无畏舰。</w:t>
      </w:r>
    </w:p>
    <w:p>
      <w:r>
        <w:rPr>
          <w:rFonts w:ascii="Times New Roman" w:hAnsi="Times New Roman" w:eastAsia="Noto Serif SC" w:cs="Amiri"/>
          <w:lang w:val="zh-CN" w:eastAsia="zh-CN" w:bidi="ar-SA"/>
          <w:color w:val="000000"/>
          <w:rtl w:val="0"/>
        </w:rPr>
        <w:t>甚至，大地上最著名的屏障、绵延数日路程的中国长城，也是为此而建：要阻止《古兰经》语言所称的雅朱者与马朱者，也就是历史语言所称的满洲与蒙古——这些从喜马拉雅山后出来、从东方到西方一路破坏、屡次使人类社会天翻地覆的野蛮民族与劫掠各族——侵袭印度和中国的受压迫诸族。它在靠近喜马拉雅山脉的两山之间绵延成长墙，并曾长期抵挡那些野蛮民族的大举进攻。同样，在高加索山脉的杰尔宾特一带，也为阻止鞑靼诸族劫掠成性的侵袭，凭那些如左勒盖尔奈英般的古代波斯君王的努力，建起了屏障。此类屏障还有很多。至睿《古兰经》与全人类交谈，因此，它表面叙述一个个别事件，同时借提醒与此事件相似的一切事件而言说。</w:t>
      </w:r>
    </w:p>
    <w:p>
      <w:r>
        <w:rPr>
          <w:rFonts w:ascii="Times New Roman" w:hAnsi="Times New Roman" w:eastAsia="Noto Serif SC" w:cs="Amiri"/>
          <w:lang w:val="zh-CN" w:eastAsia="zh-CN" w:bidi="ar-SA"/>
          <w:color w:val="000000"/>
          <w:rtl w:val="0"/>
        </w:rPr>
        <w:t>正是从这一观点出发，有关屏障以及雅朱者与马朱者的种种传述和经注家的言论，才各不相同。</w:t>
      </w:r>
    </w:p>
    <w:p>
      <w:r>
        <w:rPr>
          <w:rFonts w:ascii="Times New Roman" w:hAnsi="Times New Roman" w:eastAsia="Noto Serif SC" w:cs="Amiri"/>
          <w:lang w:val="zh-CN" w:eastAsia="zh-CN" w:bidi="ar-SA"/>
          <w:color w:val="000000"/>
          <w:rtl w:val="0"/>
        </w:rPr>
        <w:t>再者，至睿《古兰经》会依话语之间的关联，从一件事转向另一件遥远的事。不思考这种关联的人，会以为两件事在时间上彼此接近。因此，《古兰经》在传报屏障毁坏之后复生日到来，并非由于时间上的接近，而是依话语关联，为以下两点精义：</w:t>
      </w:r>
    </w:p>
    <w:p>
      <w:r>
        <w:rPr>
          <w:rFonts w:ascii="Times New Roman" w:hAnsi="Times New Roman" w:eastAsia="Noto Serif SC" w:cs="Amiri"/>
          <w:lang w:val="zh-CN" w:eastAsia="zh-CN" w:bidi="ar-SA"/>
          <w:color w:val="000000"/>
          <w:rtl w:val="0"/>
        </w:rPr>
        <w:t>也就是说，这堵屏障将怎样毁坏，世界也将怎样毁坏。再者，作为天然而神圣的屏障，群山固然坚固，却只有在复生日到来时才会毁坏；同样，这堵屏障也如山一般坚固，只有世界毁灭时，它才可能被夷为平地。这就是说，纵然时代的变迁造成破坏，它的大部分仍会保持完好。是的，中国长城是左勒盖尔奈英屏障这一总类中的一员；它虽已存在数千年，如今仍矗立在地上，作为人类亲手写在大地书页上的一行长文，一部有形、石化而意味深长的古代史书，被人阅读。</w:t>
      </w:r>
    </w:p>
    <w:p>
      <w:r>
        <w:rPr>
          <w:rFonts w:ascii="Times New Roman" w:hAnsi="Times New Roman" w:eastAsia="Noto Serif SC" w:cs="Amiri"/>
          <w:lang w:val="zh-CN" w:eastAsia="zh-CN" w:bidi="ar-SA"/>
          <w:color w:val="000000"/>
          <w:rtl w:val="0"/>
        </w:rPr>
        <w:t>您的第三个问题：关于尊贵的尔萨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（愿Allah赐他平安）杀死达贾勒，《第一封书信》和《第十五封书信》中都有极其简要、足以解答你们疑问的回答。</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w:t>
      </w:r>
      <w:r>
        <w:rPr>
          <w:rFonts w:ascii="Times New Roman" w:hAnsi="Times New Roman" w:eastAsia="Noto Serif SC" w:cs="Amiri"/>
          <w:lang w:val="zh-CN" w:eastAsia="zh-CN" w:bidi="ar-SA"/>
          <w:color w:val="000000"/>
          <w:rtl w:val="0"/>
        </w:rPr>
        <w:t>（愿平安、Allah的慈悯与祂的恩福归于你们）  亲爱、忠诚、富有牺牲精神而始终不渝的兄弟：霍加·萨布里</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（愿Allah的慈悯归于他）与背诵全本《古兰经》的阿里</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（愿Allah的慈悯归于他）！</w:t>
      </w:r>
    </w:p>
    <w:p>
      <w:r>
        <w:rPr>
          <w:rFonts w:ascii="Times New Roman" w:hAnsi="Times New Roman" w:eastAsia="Noto Serif SC" w:cs="Amiri"/>
          <w:lang w:val="zh-CN" w:eastAsia="zh-CN" w:bidi="ar-SA"/>
          <w:color w:val="000000"/>
          <w:rtl w:val="0"/>
        </w:rPr>
        <w:t>关于《鲁格曼章》末尾那节涉及五项幽隐之事的经文，您所提出的重要问题需要极为重要的回答；遗憾的是，我目前的精神状况和物质境况，都不适于作出那样的回答。对于您的问题所触及的一两点，我们只能作极为概括的提示。</w:t>
      </w:r>
    </w:p>
    <w:p>
      <w:r>
        <w:rPr>
          <w:rFonts w:ascii="Times New Roman" w:hAnsi="Times New Roman" w:eastAsia="Noto Serif SC" w:cs="Amiri"/>
          <w:lang w:val="zh-CN" w:eastAsia="zh-CN" w:bidi="ar-SA"/>
          <w:color w:val="000000"/>
          <w:rtl w:val="0"/>
        </w:rPr>
        <w:t>您这个问题的含义表明，背离正道者以批评的方式，对五项幽隐之事中的降雨时节以及母腹中胎儿的情状提出了反对。</w:t>
      </w:r>
    </w:p>
    <w:p>
      <w:pPr>
        <w:pStyle w:val="Heading2"/>
      </w:pPr>
      <w:r>
        <w:rPr>
          <w:rFonts w:ascii="Times New Roman" w:hAnsi="Times New Roman" w:eastAsia="Noto Serif SC" w:cs="Amiri"/>
          <w:lang w:val="zh-CN" w:eastAsia="zh-CN" w:bidi="ar-SA"/>
          <w:color w:val="000000"/>
          <w:rtl w:val="0"/>
        </w:rPr>
        <w:t>有人说：</w:t>
      </w:r>
    </w:p>
    <w:p>
      <w:r>
        <w:rPr>
          <w:rFonts w:ascii="Times New Roman" w:hAnsi="Times New Roman" w:eastAsia="Noto Serif SC" w:cs="Amiri"/>
          <w:lang w:val="zh-CN" w:eastAsia="zh-CN" w:bidi="ar-SA"/>
          <w:color w:val="000000"/>
          <w:rtl w:val="0"/>
        </w:rPr>
        <w:t>“天文台用一种仪器测知降雨的时刻。可见，除Allah以外，别人也能知道它。而且，借X射线可以辨明母腹中的胎儿是男是女。那么，五种幽隐之事也是可以知晓的了？”</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降雨的时刻并不受一条固定规律约束，而是直接系于Allah特定的神圣意欲，并由特定旨意从慈悯宝库中发出；其中一项智慧奥义如下：</w:t>
      </w:r>
    </w:p>
    <w:p>
      <w:r>
        <w:rPr>
          <w:rFonts w:ascii="Times New Roman" w:hAnsi="Times New Roman" w:eastAsia="Noto Serif SC" w:cs="Amiri"/>
          <w:lang w:val="zh-CN" w:eastAsia="zh-CN" w:bidi="ar-SA"/>
          <w:color w:val="000000"/>
          <w:rtl w:val="0"/>
        </w:rPr>
        <w:t>宇宙中最重要的真理、最宝贵的本质，是光明、存在、生命与慈悯。这四者毫无帷幕、不经媒介，直接归于Allah的权能与特定的神圣意欲。在其他受造之物中，表面的种种原因成为权能施为的帷幕；恒常不变的法则与规律，也在一定程度上遮蔽旨意与意欲。然而，在存在、生命、光明与慈悯之中，并未设置那些帷幕，因为帷幕的智慧奥义并不运行于这些事物之中。</w:t>
      </w:r>
    </w:p>
    <w:p>
      <w:r>
        <w:rPr>
          <w:rFonts w:ascii="Times New Roman" w:hAnsi="Times New Roman" w:eastAsia="Noto Serif SC" w:cs="Amiri"/>
          <w:lang w:val="zh-CN" w:eastAsia="zh-CN" w:bidi="ar-SA"/>
          <w:color w:val="000000"/>
          <w:rtl w:val="0"/>
        </w:rPr>
        <w:t>既然存在之中最重要的真理是慈悯与生命，而雨是生命的源泉、慈悯的凭借，甚至就是慈悯本身，那么，种种媒介自然不会成为帷幕；规律与单调一律，也不会遮蔽Allah特定的神圣意欲。这样，无论何时，每个人面对每一件事，都不得不感恩并实践全然奴仆意识，不得不求问与祈祷。倘若降雨遵循一条固定规律，人们就会信赖那条规律，感恩与恳求之门便会关闭。太阳升起包含多少益处，人所共知；然而，由于它遵循恒常不变的规律，人们不为日出祈祷，也不为它的升起感恩。人的知识借那条规律得知明日太阳将升起，因此日出便不被视为幽隐之事。</w:t>
      </w:r>
    </w:p>
    <w:p>
      <w:r>
        <w:rPr>
          <w:rFonts w:ascii="Times New Roman" w:hAnsi="Times New Roman" w:eastAsia="Noto Serif SC" w:cs="Amiri"/>
          <w:lang w:val="zh-CN" w:eastAsia="zh-CN" w:bidi="ar-SA"/>
          <w:color w:val="000000"/>
          <w:rtl w:val="0"/>
        </w:rPr>
        <w:t>但是，每一次降雨的具体情形并不受一条固定规律约束，因此，人们时时不得不以恳求与祈祷求庇于Allah的神圣阙前。人的知识无法确定降雨时刻，人们便只把它看作来自慈悯宝库的一项特殊恩赐，从而真正地感恩。</w:t>
      </w:r>
    </w:p>
    <w:p>
      <w:r>
        <w:rPr>
          <w:rFonts w:ascii="Times New Roman" w:hAnsi="Times New Roman" w:eastAsia="Noto Serif SC" w:cs="Amiri"/>
          <w:lang w:val="zh-CN" w:eastAsia="zh-CN" w:bidi="ar-SA"/>
          <w:color w:val="000000"/>
          <w:rtl w:val="0"/>
        </w:rPr>
        <w:t>这节经文正是从这一角度，把降雨时刻列入五种幽隐之事。</w:t>
      </w:r>
    </w:p>
    <w:p>
      <w:r>
        <w:rPr>
          <w:rFonts w:ascii="Times New Roman" w:hAnsi="Times New Roman" w:eastAsia="Noto Serif SC" w:cs="Amiri"/>
          <w:lang w:val="zh-CN" w:eastAsia="zh-CN" w:bidi="ar-SA"/>
          <w:color w:val="000000"/>
          <w:rtl w:val="0"/>
        </w:rPr>
        <w:t>借天文台的仪器察觉一场雨的前兆并测定其时刻，并不是知道幽隐；那只是当雨已脱离幽隐、临近可见世界时，借知悉它的某些前兆而得知。正如最隐秘的幽隐之事在发生之时，或临近发生之后，可以借一种事前预感被知晓一样。那不是知道幽隐，而是知道已经存在或临近存在之事。甚至，我凭自己神经的一种敏感，有时能在二十四小时之前感觉到将要来临的雨。可见，雨有它的前兆与初始迹象；那些初始迹象以湿气一类的方式显露自身，预示雨随后到来。如同规律一样，这种状况也成为一种媒介，使人类知识得以认识那些已脱离幽隐、却尚未进入可见领域的事。</w:t>
      </w:r>
    </w:p>
    <w:p>
      <w:r>
        <w:rPr>
          <w:rFonts w:ascii="Times New Roman" w:hAnsi="Times New Roman" w:eastAsia="Noto Serif SC" w:cs="Amiri"/>
          <w:lang w:val="zh-CN" w:eastAsia="zh-CN" w:bidi="ar-SA"/>
          <w:color w:val="000000"/>
          <w:rtl w:val="0"/>
        </w:rPr>
        <w:t>然而，要知道尚未踏入可见世界、尚未从特定意欲与特定慈悯中发出的雨将在何时降下，这知识唯独属于尽知一切幽隐者Allah。</w:t>
      </w:r>
    </w:p>
    <w:p>
      <w:r>
        <w:rPr>
          <w:rFonts w:ascii="Times New Roman" w:hAnsi="Times New Roman" w:eastAsia="Noto Serif SC" w:cs="Amiri"/>
          <w:lang w:val="zh-CN" w:eastAsia="zh-CN" w:bidi="ar-SA"/>
          <w:color w:val="000000"/>
          <w:rtl w:val="0"/>
        </w:rPr>
        <w:t>剩下第二个问题：借X射线知道母腹中孩子是男是女，不可能与</w:t>
      </w:r>
      <w:r>
        <w:rPr>
          <w:rFonts w:ascii="Amiri" w:hAnsi="Amiri" w:eastAsia="Amiri" w:cs="Amiri"/>
          <w:lang w:val="zh-CN" w:eastAsia="zh-CN" w:bidi="ar-SA"/>
          <w:rtl w:val="1"/>
          <w:cs w:val="1"/>
          <w:color w:val="000000"/>
          <w:sz w:val="24"/>
          <w:szCs w:val="24"/>
        </w:rPr>
        <w:t>ﻭَ ﻳَﻌْﻠَﻢُ ﻣَﺎ ﻓِﻰ الْاَرْحَامِ</w:t>
      </w:r>
      <w:r>
        <w:rPr>
          <w:rFonts w:ascii="Times New Roman" w:hAnsi="Times New Roman" w:eastAsia="Noto Serif SC" w:cs="Amiri"/>
          <w:lang w:val="zh-CN" w:eastAsia="zh-CN" w:bidi="ar-SA"/>
          <w:color w:val="000000"/>
          <w:rtl w:val="0"/>
        </w:rPr>
        <w:t>（祂知道各子宫中所孕育的一切；其形态、情状以及将来的一切禀赋，无不尽在祂的知识之中）这节经文所含的幽隐意义相抵触。因为，经文所指的并不只是男女性别这一情状，而是那孩子极为奇妙的独特禀赋、构成他将来所获处境之基础的生命预定事项的初始迹象，甚至他面容上那极为奇妙的、显示万物皆依赖祂而祂无所依赖者的印记。孩子以这种方式被认识，唯独属于尽知一切幽隐者Allah的知识。即使十万种如X射线般的人类理智汇聚起来，也无法发现孩子那真实的面容——那面容具有区别于全人类每一个成员的独特标志。更何况去发现他禀赋中的精神面貌，它比面容上的印记还要奇妙百倍。</w:t>
      </w:r>
    </w:p>
    <w:p>
      <w:r>
        <w:rPr>
          <w:rFonts w:ascii="Times New Roman" w:hAnsi="Times New Roman" w:eastAsia="Noto Serif SC" w:cs="Amiri"/>
          <w:lang w:val="zh-CN" w:eastAsia="zh-CN" w:bidi="ar-SA"/>
          <w:color w:val="000000"/>
          <w:rtl w:val="0"/>
        </w:rPr>
        <w:t>开头我们说过，存在、生命与慈悯是这宇宙中最重要的真理，最重要的地位也属于它们。因此，那包容万有的生命真理，连同它的一切精微与奥妙，之所以都归于特定旨意、特定慈悯与特定意欲，其一项奥义是：生命以其一切官能和一切方面，成为感恩、全然奴仆意识与赞颂Allah超绝的源泉和凭借。正因如此，遮蔽特定旨意的单调一律与规律性，以及遮蔽特定慈悯的表面媒介，都未被设置于生命之中。</w:t>
      </w:r>
    </w:p>
    <w:p>
      <w:r>
        <w:rPr>
          <w:rFonts w:ascii="Times New Roman" w:hAnsi="Times New Roman" w:eastAsia="Noto Serif SC" w:cs="Amiri"/>
          <w:lang w:val="zh-CN" w:eastAsia="zh-CN" w:bidi="ar-SA"/>
          <w:color w:val="000000"/>
          <w:rtl w:val="0"/>
        </w:rPr>
        <w:t>至高无上的真实主宰Allah，在母腹中孩子们的物质面貌与精神面貌上，有两种彰显：</w:t>
      </w:r>
    </w:p>
    <w:p>
      <w:r>
        <w:rPr>
          <w:rFonts w:ascii="Times New Roman" w:hAnsi="Times New Roman" w:eastAsia="Noto Serif SC" w:cs="Amiri"/>
          <w:lang w:val="zh-CN" w:eastAsia="zh-CN" w:bidi="ar-SA"/>
          <w:color w:val="000000"/>
          <w:rtl w:val="0"/>
        </w:rPr>
        <w:t>其一：彰显祂的独一、在每一事物中彰显的独一性，以及万物皆依赖祂而祂无所依赖的属性。那孩子在主要器官和人体各种官能上与其他人相合且一致，因此见证其创造者与造艺者的独一。胎儿以这种语言呼喊：“无论谁赐给我这面容与这些器官，祂也就是一切人的造艺者，因为他们在器官的基本构造上都与我相似；祂同样也是一切有生命者的造艺者。”</w:t>
      </w:r>
    </w:p>
    <w:p>
      <w:r>
        <w:rPr>
          <w:rFonts w:ascii="Times New Roman" w:hAnsi="Times New Roman" w:eastAsia="Noto Serif SC" w:cs="Amiri"/>
          <w:lang w:val="zh-CN" w:eastAsia="zh-CN" w:bidi="ar-SA"/>
          <w:color w:val="000000"/>
          <w:rtl w:val="0"/>
        </w:rPr>
        <w:t>母腹中胎儿的这种语言并非幽隐；由于它服从规律、恒常秩序和物种法则，因而是已知的，可以被认识。它是从可见世界伸入幽隐世界的一条枝、一种语言。</w:t>
      </w:r>
    </w:p>
    <w:p>
      <w:r>
        <w:rPr>
          <w:rFonts w:ascii="Times New Roman" w:hAnsi="Times New Roman" w:eastAsia="Noto Serif SC" w:cs="Amiri"/>
          <w:lang w:val="zh-CN" w:eastAsia="zh-CN" w:bidi="ar-SA"/>
          <w:color w:val="000000"/>
          <w:rtl w:val="0"/>
        </w:rPr>
        <w:t>第二方面：胎儿借其独特禀赋的面貌和个人面容的语言，呼喊并显示造艺者的选择、旨意、意欲、特定慈悯，以及祂不受任何约束。然而，这种语言来自幽隐中的幽隐。除无始的知识以外，任何知识都无法在其存在之前看见它，也无法完全通晓它。胎儿尚在母腹中时，即使这面貌千分之一的禀赋显现出来，也并不意味着它已被认识！</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胎儿的禀赋面貌与面容之中，既有证明Allah独一的证据，也有证明祂神圣选择与旨意的确证。</w:t>
      </w:r>
    </w:p>
    <w:p>
      <w:r>
        <w:rPr>
          <w:rFonts w:ascii="Times New Roman" w:hAnsi="Times New Roman" w:eastAsia="Noto Serif SC" w:cs="Amiri"/>
          <w:lang w:val="zh-CN" w:eastAsia="zh-CN" w:bidi="ar-SA"/>
          <w:color w:val="000000"/>
          <w:rtl w:val="0"/>
        </w:rPr>
        <w:t>倘若至高无上的真实主宰Allah赐我成功，还将写出有关五种幽隐之事的一些精义。眼下我没有更多时间，身体状况也不允许，便在此结束。</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1"/>
        <w:pageBreakBefore/>
      </w:pPr>
      <w:r>
        <w:rPr>
          <w:rFonts w:ascii="Times New Roman" w:hAnsi="Times New Roman" w:eastAsia="Noto Serif SC" w:cs="Amiri"/>
          <w:lang w:val="zh-CN" w:eastAsia="zh-CN" w:bidi="ar-SA"/>
          <w:color w:val="000000"/>
          <w:rtl w:val="0"/>
        </w:rPr>
        <w:t>第十七篇闪光</w:t>
      </w:r>
    </w:p>
    <w:p>
      <w:r>
        <w:rPr>
          <w:rFonts w:ascii="Times New Roman" w:hAnsi="Times New Roman" w:eastAsia="Noto Serif SC" w:cs="Amiri"/>
          <w:lang w:val="zh-CN" w:eastAsia="zh-CN" w:bidi="ar-SA"/>
          <w:color w:val="000000"/>
          <w:rtl w:val="0"/>
        </w:rPr>
        <w:t>本篇由取自《金星》的十五则注记组成。</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（奉Allah之名，依凭祂而行；祂是慈悯普及万物者，亦是至慈者）</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在本篇《闪光》撰写前十二年</w:t>
      </w:r>
      <w:r>
        <w:rPr>
          <w:rStyle w:val="FootnoteReference"/>
        </w:rPr>
        <w:footnoteReference w:id="13"/>
      </w:r>
      <w:r>
        <w:rPr>
          <w:rFonts w:ascii="Times New Roman" w:hAnsi="Times New Roman" w:eastAsia="Noto Serif SC" w:cs="Amiri"/>
          <w:lang w:val="zh-CN" w:eastAsia="zh-CN" w:bidi="ar-SA"/>
          <w:color w:val="000000"/>
          <w:rtl w:val="0"/>
        </w:rPr>
        <w:t>，我凭Allah的眷顾，在认识Allah的道路上经历了一场思想运动、一次心灵旅行和种种灵魂的展开；其中显现出关于Allah独一的一些闪光，我曾以阿拉伯文将它们记成注记，录在《金星》《火焰》《微粒》《气息》《微尘》《小滴》等论著中。这些文字只显示一条悠长真理的一端，只展现一道灿烂光明的一束光芒，又只是写给我自己看的备忘与提醒，因此别人能从中得到的益处有限。尤其是，我最卓越、最亲近的兄弟们大多不读阿拉伯文。由于他们一再坚持和恳切催促，我不得不把这些注记、这些闪光译成土耳其文，有的稍加解释，有的只作简短翻译。</w:t>
      </w:r>
    </w:p>
    <w:p>
      <w:r>
        <w:rPr>
          <w:rFonts w:ascii="Times New Roman" w:hAnsi="Times New Roman" w:eastAsia="Noto Serif SC" w:cs="Amiri"/>
          <w:lang w:val="zh-CN" w:eastAsia="zh-CN" w:bidi="ar-SA"/>
          <w:color w:val="000000"/>
          <w:rtl w:val="0"/>
        </w:rPr>
        <w:t>这些注记和阿拉伯文论著，是新赛义德最初在真理之学中达到某种亲见程度时所见的，因此翻译时未加改动。所以，有些句子虽然在其他《诸言》篇中也提到过，在这里仍再次提及；有些句子虽极为简略，却不作解释，以免失去原有的精妙。</w:t>
      </w:r>
    </w:p>
    <w:p>
      <w:pPr>
        <w:pStyle w:val="Heading2"/>
      </w:pPr>
      <w:r>
        <w:rPr>
          <w:rFonts w:ascii="Times New Roman" w:hAnsi="Times New Roman" w:eastAsia="Noto Serif SC" w:cs="Amiri"/>
          <w:lang w:val="zh-CN" w:eastAsia="zh-CN" w:bidi="ar-SA"/>
          <w:color w:val="000000"/>
          <w:rtl w:val="0"/>
        </w:rPr>
        <w:t>第一注</w:t>
      </w:r>
    </w:p>
    <w:p>
      <w:r>
        <w:rPr>
          <w:rFonts w:ascii="Times New Roman" w:hAnsi="Times New Roman" w:eastAsia="Noto Serif SC" w:cs="Amiri"/>
          <w:lang w:val="zh-CN" w:eastAsia="zh-CN" w:bidi="ar-SA"/>
          <w:color w:val="000000"/>
          <w:rtl w:val="0"/>
        </w:rPr>
        <w:t>我曾对自己的自我这样说：疏忽遗忘的赛义德啊！你应当知道，在这个世界消亡之后便不再陪伴你、在世界毁坏时便与你分离的事物，不值得你系念于心。尤其是，你的时代没落时便离你而去、转身背弃你的事物；特别是在中间世界的旅途中不与你为伴，甚至不送你到坟墓门口的事物；尤其是，在一两年内便与你永远诀别，还把罪责套在你颈上的事物；尤其是，不顾你的意愿，一到获得之时便抛下你的事物——把心系在这些易逝之物上，绝不是理智之举。</w:t>
      </w:r>
    </w:p>
    <w:p>
      <w:r>
        <w:rPr>
          <w:rFonts w:ascii="Times New Roman" w:hAnsi="Times New Roman" w:eastAsia="Noto Serif SC" w:cs="Amiri"/>
          <w:lang w:val="zh-CN" w:eastAsia="zh-CN" w:bidi="ar-SA"/>
          <w:color w:val="000000"/>
          <w:rtl w:val="0"/>
        </w:rPr>
        <w:t>若你有理智，就放下那些在你后世的巨变中、中间世界的种种状态中，以及尘世剧变的冲突之下被压垮、被败坏，又无力在永恒旅途中陪伴你的事务；不要重视它们，也不要为它们的消逝而悲伤。</w:t>
      </w:r>
    </w:p>
    <w:p>
      <w:r>
        <w:rPr>
          <w:rFonts w:ascii="Times New Roman" w:hAnsi="Times New Roman" w:eastAsia="Noto Serif SC" w:cs="Amiri"/>
          <w:lang w:val="zh-CN" w:eastAsia="zh-CN" w:bidi="ar-SA"/>
          <w:color w:val="000000"/>
          <w:rtl w:val="0"/>
        </w:rPr>
        <w:t>你看看自己的本质：在你的种种灵觉之中，有一种灵觉，除了永恒与永恒者Allah之外，什么也不能使它满足。它不能转向祂以外的事物，也不屑俯就祂以外的一切。即使把整个世界都给它，也无法满足它那与生俱来的需要。而它正是你各种感觉与灵觉的君王。你应当顺服这位服从至睿的开创者Allah之命令的君王，如此便得解救！</w:t>
      </w:r>
    </w:p>
    <w:p>
      <w:pPr>
        <w:pStyle w:val="Heading2"/>
      </w:pPr>
      <w:r>
        <w:rPr>
          <w:rFonts w:ascii="Times New Roman" w:hAnsi="Times New Roman" w:eastAsia="Noto Serif SC" w:cs="Amiri"/>
          <w:lang w:val="zh-CN" w:eastAsia="zh-CN" w:bidi="ar-SA"/>
          <w:color w:val="000000"/>
          <w:rtl w:val="0"/>
        </w:rPr>
        <w:t>第二注</w:t>
      </w:r>
    </w:p>
    <w:p>
      <w:r>
        <w:rPr>
          <w:rFonts w:ascii="Times New Roman" w:hAnsi="Times New Roman" w:eastAsia="Noto Serif SC" w:cs="Amiri"/>
          <w:lang w:val="zh-CN" w:eastAsia="zh-CN" w:bidi="ar-SA"/>
          <w:color w:val="000000"/>
          <w:rtl w:val="0"/>
        </w:rPr>
        <w:t>我在一个真实的梦中看见，自己对人们说：人啊！《古兰经》的训示中有这样一条：你不要以为至高无上的真实主宰Allah以外的任何事物比你更伟大，达到应当向它跪拜敬拜的程度；也不要自以为比任何事物都伟大，达到可以对它骄矜自傲的程度。因为，一切受造物在远离受崇拜者尊位这一点上彼此平等，在身为受造物这一点上也完全一样。</w:t>
      </w:r>
    </w:p>
    <w:p>
      <w:pPr>
        <w:pStyle w:val="Heading2"/>
      </w:pPr>
      <w:r>
        <w:rPr>
          <w:rFonts w:ascii="Times New Roman" w:hAnsi="Times New Roman" w:eastAsia="Noto Serif SC" w:cs="Amiri"/>
          <w:lang w:val="zh-CN" w:eastAsia="zh-CN" w:bidi="ar-SA"/>
          <w:color w:val="000000"/>
          <w:rtl w:val="0"/>
        </w:rPr>
        <w:t>第三注</w:t>
      </w:r>
    </w:p>
    <w:p>
      <w:r>
        <w:rPr>
          <w:rFonts w:ascii="Times New Roman" w:hAnsi="Times New Roman" w:eastAsia="Noto Serif SC" w:cs="Amiri"/>
          <w:lang w:val="zh-CN" w:eastAsia="zh-CN" w:bidi="ar-SA"/>
          <w:color w:val="000000"/>
          <w:rtl w:val="0"/>
        </w:rPr>
        <w:t>疏忽遗忘的赛义德啊！你应当知道，由于感觉的错觉，你把极其短暂的世界看成不死而恒常的。你观看周围和世界时，见它们在一定程度上稳定而持续，便也以同样的眼光把自己易逝的自我当作恒常，于是只对世界末日的来临感到恐惧，仿佛你会一直活到世界末日，因而只怕那一件事。清醒过来吧！你和你私人的世界，每时每刻都遭受着消逝与消亡的打击。你的这种错觉与谬误，恰如下面的比喻：</w:t>
      </w:r>
    </w:p>
    <w:p>
      <w:r>
        <w:rPr>
          <w:rFonts w:ascii="Times New Roman" w:hAnsi="Times New Roman" w:eastAsia="Noto Serif SC" w:cs="Amiri"/>
          <w:lang w:val="zh-CN" w:eastAsia="zh-CN" w:bidi="ar-SA"/>
          <w:color w:val="000000"/>
          <w:rtl w:val="0"/>
        </w:rPr>
        <w:t>一个人若把手中的镜子对准一座房屋、一座城市或一座花园，镜中便会显现一座映像中的房屋、城市和花园。只要镜子发生最轻微的一动或一点变化，那虚幻的房屋、城市和花园就会陷入混乱。外界真实的房屋、城市和花园是否延续长存，对你毫无帮助；因为你手中镜里的房屋，以及属于你的城市和花园，只能以你的镜子所给予的尺度和衡量为准。</w:t>
      </w:r>
    </w:p>
    <w:p>
      <w:r>
        <w:rPr>
          <w:rFonts w:ascii="Times New Roman" w:hAnsi="Times New Roman" w:eastAsia="Noto Serif SC" w:cs="Amiri"/>
          <w:lang w:val="zh-CN" w:eastAsia="zh-CN" w:bidi="ar-SA"/>
          <w:color w:val="000000"/>
          <w:rtl w:val="0"/>
        </w:rPr>
        <w:t>你的生命与寿数就是镜子。你世界的支柱、镜子和中心，就是你的寿数与生命。既然那座房屋、城市和花园每时每刻都可能死亡、可能毁坏，那么它们每时每刻都可能塌在你的头上，你的末日也随时可能降临。</w:t>
      </w:r>
    </w:p>
    <w:p>
      <w:r>
        <w:rPr>
          <w:rFonts w:ascii="Times New Roman" w:hAnsi="Times New Roman" w:eastAsia="Noto Serif SC" w:cs="Amiri"/>
          <w:lang w:val="zh-CN" w:eastAsia="zh-CN" w:bidi="ar-SA"/>
          <w:color w:val="000000"/>
          <w:rtl w:val="0"/>
        </w:rPr>
        <w:t>既然如此，就不要让你的生命和世界背负它们无法承受、也无力承担的重担！</w:t>
      </w:r>
    </w:p>
    <w:p>
      <w:pPr>
        <w:pStyle w:val="Heading2"/>
      </w:pPr>
      <w:r>
        <w:rPr>
          <w:rFonts w:ascii="Times New Roman" w:hAnsi="Times New Roman" w:eastAsia="Noto Serif SC" w:cs="Amiri"/>
          <w:lang w:val="zh-CN" w:eastAsia="zh-CN" w:bidi="ar-SA"/>
          <w:color w:val="000000"/>
          <w:rtl w:val="0"/>
        </w:rPr>
        <w:t>第四注</w:t>
      </w:r>
    </w:p>
    <w:p>
      <w:r>
        <w:rPr>
          <w:rFonts w:ascii="Times New Roman" w:hAnsi="Times New Roman" w:eastAsia="Noto Serif SC" w:cs="Amiri"/>
          <w:lang w:val="zh-CN" w:eastAsia="zh-CN" w:bidi="ar-SA"/>
          <w:color w:val="000000"/>
          <w:rtl w:val="0"/>
        </w:rPr>
        <w:t>你应当知道，至睿的开创者Allah的常例，大多是使重要而珍贵的事物原样复归。也就是说，在季节更替、时代变换之时，祂使大多数事物以其同类更新，并使那些珍贵而重要的事物原样复归。在每日、每年和每个时代的复起与聚集之中，这条Allah常行之道的规律大多显得一贯不紊。</w:t>
      </w:r>
    </w:p>
    <w:p>
      <w:r>
        <w:rPr>
          <w:rFonts w:ascii="Times New Roman" w:hAnsi="Times New Roman" w:eastAsia="Noto Serif SC" w:cs="Amiri"/>
          <w:lang w:val="zh-CN" w:eastAsia="zh-CN" w:bidi="ar-SA"/>
          <w:color w:val="000000"/>
          <w:rtl w:val="0"/>
        </w:rPr>
        <w:t>依据这条确凿不移的规律，我们说：既然各门学问一致确认、各门知识共同作证，人是创造之树上最完善的果实；人在受造物中最为重要，在万有之中最为珍贵；而且，人的一个个体，就相当于其他动物的一个种类——</w:t>
      </w:r>
    </w:p>
    <w:p>
      <w:r>
        <w:rPr>
          <w:rFonts w:ascii="Times New Roman" w:hAnsi="Times New Roman" w:eastAsia="Noto Serif SC" w:cs="Amiri"/>
          <w:lang w:val="zh-CN" w:eastAsia="zh-CN" w:bidi="ar-SA"/>
          <w:color w:val="000000"/>
          <w:rtl w:val="0"/>
        </w:rPr>
        <w:t>那么，凭一种确凿的灵感可以断定：在至大的复起与聚集之时，人类的每一个个体都必将原样复归，连同他的身体、名字和形貌一并复归。</w:t>
      </w:r>
    </w:p>
    <w:p>
      <w:pPr>
        <w:pStyle w:val="Heading2"/>
      </w:pPr>
      <w:r>
        <w:rPr>
          <w:rFonts w:ascii="Times New Roman" w:hAnsi="Times New Roman" w:eastAsia="Noto Serif SC" w:cs="Amiri"/>
          <w:lang w:val="zh-CN" w:eastAsia="zh-CN" w:bidi="ar-SA"/>
          <w:color w:val="000000"/>
          <w:rtl w:val="0"/>
        </w:rPr>
        <w:t>第五注</w:t>
      </w:r>
    </w:p>
    <w:p>
      <w:r>
        <w:rPr>
          <w:rFonts w:ascii="Times New Roman" w:hAnsi="Times New Roman" w:eastAsia="Noto Serif SC" w:cs="Amiri"/>
          <w:lang w:val="zh-CN" w:eastAsia="zh-CN" w:bidi="ar-SA"/>
          <w:color w:val="000000"/>
          <w:rtl w:val="0"/>
        </w:rPr>
        <w:t>由于欧洲的诸学与文明在旧赛义德的思想中已有一定程度的根基，新赛义德进行思想活动时，欧洲的诸学与文明便在那次心灵旅行中转化为种种心病，造成更多困难。因此，新赛义德不得不抖擞精神，要抛弃污秽的哲学和放荡的文明；此时，为了压住自己灵魂中那些为欧洲辩护的自我情感，他不得不与欧洲的精神集体人格展开一场从一方面看极短、从另一方面看又很长的对话，如下所述。</w:t>
      </w:r>
    </w:p>
    <w:p>
      <w:pPr>
        <w:pStyle w:val="Heading2"/>
      </w:pPr>
      <w:r>
        <w:rPr>
          <w:rFonts w:ascii="Times New Roman" w:hAnsi="Times New Roman" w:eastAsia="Noto Serif SC" w:cs="Amiri"/>
          <w:lang w:val="zh-CN" w:eastAsia="zh-CN" w:bidi="ar-SA"/>
          <w:color w:val="000000"/>
          <w:rtl w:val="0"/>
        </w:rPr>
        <w:t>请勿误解，欧洲有两个：</w:t>
      </w:r>
    </w:p>
    <w:p>
      <w:r>
        <w:rPr>
          <w:rFonts w:ascii="Times New Roman" w:hAnsi="Times New Roman" w:eastAsia="Noto Serif SC" w:cs="Amiri"/>
          <w:lang w:val="zh-CN" w:eastAsia="zh-CN" w:bidi="ar-SA"/>
          <w:color w:val="000000"/>
          <w:rtl w:val="0"/>
        </w:rPr>
        <w:t>第一个欧洲，从尔萨真实之教获得恩泽，追求有益于人类社会生活的技艺，以及服务于公正与正直的诸学。我这番话不是对它说的。</w:t>
      </w:r>
    </w:p>
    <w:p>
      <w:r>
        <w:rPr>
          <w:rFonts w:ascii="Times New Roman" w:hAnsi="Times New Roman" w:eastAsia="Noto Serif SC" w:cs="Amiri"/>
          <w:lang w:val="zh-CN" w:eastAsia="zh-CN" w:bidi="ar-SA"/>
          <w:color w:val="000000"/>
          <w:rtl w:val="0"/>
        </w:rPr>
        <w:t>我所针对的，是那已败坏的第二个欧洲：它借自然主义哲学的黑暗，把文明的丑恶当作美德，把人类推向放荡与迷误。事情是这样的：</w:t>
      </w:r>
    </w:p>
    <w:p>
      <w:r>
        <w:rPr>
          <w:rFonts w:ascii="Times New Roman" w:hAnsi="Times New Roman" w:eastAsia="Noto Serif SC" w:cs="Amiri"/>
          <w:lang w:val="zh-CN" w:eastAsia="zh-CN" w:bidi="ar-SA"/>
          <w:color w:val="000000"/>
          <w:rtl w:val="0"/>
        </w:rPr>
        <w:t>那时，在那次灵魂旅行中，面对欧洲的精神集体人格——它手中所持的，不是文明的美德与有益的诸学，而是无谓且有害的哲学，以及有害而放荡的文明——我曾这样说：</w:t>
      </w:r>
    </w:p>
    <w:p>
      <w:r>
        <w:rPr>
          <w:rFonts w:ascii="Times New Roman" w:hAnsi="Times New Roman" w:eastAsia="Noto Serif SC" w:cs="Amiri"/>
          <w:lang w:val="zh-CN" w:eastAsia="zh-CN" w:bidi="ar-SA"/>
          <w:color w:val="000000"/>
          <w:rtl w:val="0"/>
        </w:rPr>
        <w:t>第二个欧洲啊，你应当知道！你右手握着病态而迷误的哲学，左手握着放荡而有害的文明，却宣称人类的幸福就在这两者之中。愿你的双手折断！愿你这两份污秽的礼物反噬你的头颅，而且必将如此！</w:t>
      </w:r>
    </w:p>
    <w:p>
      <w:r>
        <w:rPr>
          <w:rFonts w:ascii="Times New Roman" w:hAnsi="Times New Roman" w:eastAsia="Noto Serif SC" w:cs="Amiri"/>
          <w:lang w:val="zh-CN" w:eastAsia="zh-CN" w:bidi="ar-SA"/>
          <w:color w:val="000000"/>
          <w:rtl w:val="0"/>
        </w:rPr>
        <w:t>散布不信与忘恩的不幸灵魂啊！一个人的灵魂、良知、理智和心灵都遭受可怕的灾难，陷入惩罚之中；仅仅让他的身体在外表上处于迷惑人的奢华与财富里，他可能因此获得幸福吗？能称他为幸福的人吗？</w:t>
      </w:r>
    </w:p>
    <w:p>
      <w:r>
        <w:rPr>
          <w:rFonts w:ascii="Times New Roman" w:hAnsi="Times New Roman" w:eastAsia="Noto Serif SC" w:cs="Amiri"/>
          <w:lang w:val="zh-CN" w:eastAsia="zh-CN" w:bidi="ar-SA"/>
          <w:color w:val="000000"/>
          <w:rtl w:val="0"/>
        </w:rPr>
        <w:t>难道你没有看见？一个人只因对一件微小的事情失望，对一个虚妄的愿望断了指望，因一桩无关紧要的事幻想破灭，甜美的想象便会对他变苦，宜人的景况便会折磨他，世界对他也会狭窄如牢狱。</w:t>
      </w:r>
    </w:p>
    <w:p>
      <w:r>
        <w:rPr>
          <w:rFonts w:ascii="Times New Roman" w:hAnsi="Times New Roman" w:eastAsia="Noto Serif SC" w:cs="Amiri"/>
          <w:lang w:val="zh-CN" w:eastAsia="zh-CN" w:bidi="ar-SA"/>
          <w:color w:val="000000"/>
          <w:rtl w:val="0"/>
        </w:rPr>
        <w:t>然而，一个可怜的人因你的恶劣影响，在心灵最深的角落、在灵魂的根基之处遭受迷误的打击；一切希望都因这迷误而断绝，一切痛苦都由此而生。你究竟能为他提供什么幸福？一个人的身体处在终将消逝、虚假的乐园里，心灵与灵魂却在火狱中受罚，能称他为幸福的人吗？你就是这样把可怜的人类引入歧途，让他们身处虚假的乐园，却遭受火狱般的折磨。</w:t>
      </w:r>
    </w:p>
    <w:p>
      <w:r>
        <w:rPr>
          <w:rFonts w:ascii="Times New Roman" w:hAnsi="Times New Roman" w:eastAsia="Noto Serif SC" w:cs="Amiri"/>
          <w:lang w:val="zh-CN" w:eastAsia="zh-CN" w:bidi="ar-SA"/>
          <w:color w:val="000000"/>
          <w:rtl w:val="0"/>
        </w:rPr>
        <w:t>人类那怂恿作恶的自我啊！看看这个比喻，明白你把人类引向了何处。譬如，我们面前有两条路，我们走上其中一条。只见每一步都站着一个可怜而无助的人；暴虐者袭来，抢走他的财物，拆毁他的小屋，有时还将他打伤。他那悲惨的情状，连天空也为之哭泣。放眼望去，一路都是如此。那条路上听见的，尽是暴虐者的喧嚷与受压迫者的哭声，因此普遍的哀悼笼罩着整条路。人出于人性，会为他人的痛苦而痛苦，于是陷入无边的悲痛。良知既无法承受这样的痛苦，行此路的人便不得不在两件事中择一：或者抛弃人性，采取极端残忍的立场，硬着一颗心，只要自己平安，纵然众人尽毁也无动于衷；或者泯灭心灵与理智的要求。</w:t>
      </w:r>
    </w:p>
    <w:p>
      <w:r>
        <w:rPr>
          <w:rFonts w:ascii="Times New Roman" w:hAnsi="Times New Roman" w:eastAsia="Noto Serif SC" w:cs="Amiri"/>
          <w:lang w:val="zh-CN" w:eastAsia="zh-CN" w:bidi="ar-SA"/>
          <w:color w:val="000000"/>
          <w:rtl w:val="0"/>
        </w:rPr>
        <w:t>因放荡与迷误而败坏、又远离尔萨之教的欧洲啊！你凭借如达贾勒般只长一只眼的盲目畸形心智，把这种火狱般的状态赐给了人类灵魂！后来你才明白，这是一种无药可医的痼疾，会把人从至高之境抛入至低之地，降至动物中最不幸的层次。</w:t>
      </w:r>
    </w:p>
    <w:p>
      <w:r>
        <w:rPr>
          <w:rFonts w:ascii="Times New Roman" w:hAnsi="Times New Roman" w:eastAsia="Noto Serif SC" w:cs="Amiri"/>
          <w:lang w:val="zh-CN" w:eastAsia="zh-CN" w:bidi="ar-SA"/>
          <w:color w:val="000000"/>
          <w:rtl w:val="0"/>
        </w:rPr>
        <w:t>你为这痼疾找到的药，不过是暂时麻痹感觉的诱人玩物，以及催眠人的欲望与幻奇事物。愿你的这剂药反噬你的头颅，而且必将如此！你为人类开辟的道路和给予的幸福，正如这个比喻。</w:t>
      </w:r>
    </w:p>
    <w:p>
      <w:r>
        <w:rPr>
          <w:rFonts w:ascii="Times New Roman" w:hAnsi="Times New Roman" w:eastAsia="Noto Serif SC" w:cs="Amiri"/>
          <w:lang w:val="zh-CN" w:eastAsia="zh-CN" w:bidi="ar-SA"/>
          <w:color w:val="000000"/>
          <w:rtl w:val="0"/>
        </w:rPr>
        <w:t>第二条路，则是至睿的《古兰经》以引导赠予人类的路。它是这样的：我们看见，在那条路上的每一站、每一处、每座城，都有一位公正君王的正直士兵，他们遍布各地，往来巡查。他们不时奉那位君王之命，让一部分士兵退伍，收回他们的武器、马匹和公家装备，发给他们通行凭证。退伍的士兵虽然因与自己亲近的马匹和武器被收回而表面悲伤，实际上却因退伍而欢喜；他们将要觐见君王，返回君王的京城，拜见君王，因此极为欣慰。</w:t>
      </w:r>
    </w:p>
    <w:p>
      <w:r>
        <w:rPr>
          <w:rFonts w:ascii="Times New Roman" w:hAnsi="Times New Roman" w:eastAsia="Noto Serif SC" w:cs="Amiri"/>
          <w:lang w:val="zh-CN" w:eastAsia="zh-CN" w:bidi="ar-SA"/>
          <w:color w:val="000000"/>
          <w:rtl w:val="0"/>
        </w:rPr>
        <w:t>有时，负责退伍的官兵遇到一名新兵。新兵不认识他们。他们说：“交出你的武器！”新兵说：“我是君王的士兵，正在为他服役，随后还要回到他身边。你们是什么人？若你们奉他的许可与旨意而来，我衷心欢迎；请出示他的命令。否则，退开，离我远些！即使我只剩一人，你们纵然数以千计，我仍要与你们战斗。我不是为了自己，因为我的生命并不属于我，而属于我的君王。我的生命和手中的武器，都是所有者托付给我的。为了守护这托付，维护君王的尊严、保卫他的荣耀，我绝不向你们低头！”</w:t>
      </w:r>
    </w:p>
    <w:p>
      <w:r>
        <w:rPr>
          <w:rFonts w:ascii="Times New Roman" w:hAnsi="Times New Roman" w:eastAsia="Noto Serif SC" w:cs="Amiri"/>
          <w:lang w:val="zh-CN" w:eastAsia="zh-CN" w:bidi="ar-SA"/>
          <w:color w:val="000000"/>
          <w:rtl w:val="0"/>
        </w:rPr>
        <w:t>在第二条路上，有成千上万种带来喜悦与幸福的境况，这只是其中一例。其余境况，你可依此推想。在那条路的整个旅途中，有以出生为名、伴随欢乐与庆典的军队集结和调遣；也有以死亡为名、伴随喜悦与乐曲的退伍。至睿的《古兰经》赠予人类的正是这条路。谁若完全接受这份赠礼，就会走上这条通往两个世界之幸福的第二条路，既不为过去悲伤，也不对未来恐惧。</w:t>
      </w:r>
    </w:p>
    <w:p>
      <w:r>
        <w:rPr>
          <w:rFonts w:ascii="Times New Roman" w:hAnsi="Times New Roman" w:eastAsia="Noto Serif SC" w:cs="Amiri"/>
          <w:lang w:val="zh-CN" w:eastAsia="zh-CN" w:bidi="ar-SA"/>
          <w:color w:val="000000"/>
          <w:rtl w:val="0"/>
        </w:rPr>
        <w:t>败坏的第二个欧洲啊！你那些腐朽而无据的原则中，有一部分是这样的：你说：“从最大的天使到最小的鱼，每一个有生命者都拥有自己的自我，都为自身而工作，都为自身的享乐而努力。它拥有生存的权利。它志向的终极与追求的目标，就是活着并保障自身的延续。”慷慨的创造者Allah的慷慨法则，以及宇宙诸要素以完全顺服所遵行的互助法则，显现为植物奔往援助动物、动物奔往帮助人类；你却把这条普遍法则中慈悯而慷慨的彰显误认为争斗，竟愚蠢地断定：“生命就是一场争斗。”</w:t>
      </w:r>
    </w:p>
    <w:p>
      <w:r>
        <w:rPr>
          <w:rFonts w:ascii="Times New Roman" w:hAnsi="Times New Roman" w:eastAsia="Noto Serif SC" w:cs="Amiri"/>
          <w:lang w:val="zh-CN" w:eastAsia="zh-CN" w:bidi="ar-SA"/>
          <w:color w:val="000000"/>
          <w:rtl w:val="0"/>
        </w:rPr>
        <w:t>食物微粒热切奔行，为身体细胞供给营养，这正是互助法则的彰显；它怎么会是争斗？怎么会是相互冲撞？不，那种援助与奔行，是奉慷慨的养育并主宰者Allah之命而行的互助。</w:t>
      </w:r>
    </w:p>
    <w:p>
      <w:r>
        <w:rPr>
          <w:rFonts w:ascii="Times New Roman" w:hAnsi="Times New Roman" w:eastAsia="Noto Serif SC" w:cs="Amiri"/>
          <w:lang w:val="zh-CN" w:eastAsia="zh-CN" w:bidi="ar-SA"/>
          <w:color w:val="000000"/>
          <w:rtl w:val="0"/>
        </w:rPr>
        <w:t>你还有一条腐朽的原则：“每一事物都拥有自己的自我。”没有任何事物拥有自己的自我，其确凿证据如下：在诸原因之中最尊贵、在选择方面意志最宽广的是人。然而，就拿人最显而易见的自主行为——思考、说话、饮食——来说，各分为一百个部分，交给他自主选择之掌控、进入他能力范围的，只有可疑的一个部分。连最显著行为的一百个部分中的一个都不拥有，怎能说他拥有自己？最尊贵、选择意志最宽广的人，尚且如此被排除在真正的支配与占有之外；若还说“其他动物和无生物拥有自己”，就证明自己比动物更像动物，比无生物更僵死、更无知。</w:t>
      </w:r>
    </w:p>
    <w:p>
      <w:r>
        <w:rPr>
          <w:rFonts w:ascii="Times New Roman" w:hAnsi="Times New Roman" w:eastAsia="Noto Serif SC" w:cs="Amiri"/>
          <w:lang w:val="zh-CN" w:eastAsia="zh-CN" w:bidi="ar-SA"/>
          <w:color w:val="000000"/>
          <w:rtl w:val="0"/>
        </w:rPr>
        <w:t>把你抛入这错误、推入这险境的，正是那独眼的畸形心智，也就是你那超乎常规、招致灾祸的聪明。凭着这盲目的畸形心智，你忘记了创造万物的养育并主宰者Allah，把万物归于一种虚构的自然，把祂的造化之功交给诸原因，又把那位创造者的所有物分给那些被虚妄奉为主宰的僭越者。从这一点看，在那畸形心智的眼中，每一个有生命者、每一个人，都必须独自抵抗无数仇敌，努力满足无尽需求。于是，他只能以微尘般的能力、细丝般的选择意志、瞬息闪光般的意识、转瞬即逝火焰般的生命、匆匆流过片刻般的寿数，去抵挡那无数仇敌与需求。然而，这个可怜有生命者的全部资本，连他所求的数千事物之一也不足以获得。他遭遇灾难时，除了又聋又瞎的原因，再无处期盼解药，正应了</w:t>
      </w:r>
      <w:r>
        <w:rPr>
          <w:rFonts w:ascii="Amiri" w:hAnsi="Amiri" w:eastAsia="Amiri" w:cs="Amiri"/>
          <w:lang w:val="zh-CN" w:eastAsia="zh-CN" w:bidi="ar-SA"/>
          <w:rtl w:val="1"/>
          <w:cs w:val="1"/>
          <w:color w:val="000000"/>
          <w:sz w:val="24"/>
          <w:szCs w:val="24"/>
        </w:rPr>
        <w:t>ﻭَﻣَﺎ ﺩُﻋَٓﺎﺀُ ﺍﻟْﻜَﺎﻓِﺮ۪ﻳﻦَ اِلَّا ﻓ۪ﻰ ضَلَالٍ</w:t>
      </w:r>
      <w:r>
        <w:rPr>
          <w:rFonts w:ascii="Times New Roman" w:hAnsi="Times New Roman" w:eastAsia="Noto Serif SC" w:cs="Amiri"/>
          <w:lang w:val="zh-CN" w:eastAsia="zh-CN" w:bidi="ar-SA"/>
          <w:color w:val="000000"/>
          <w:rtl w:val="0"/>
        </w:rPr>
        <w:t>（不信者的祈求，只归于迷误，不能抵达所求的真实应答）所揭示的奥义。</w:t>
      </w:r>
    </w:p>
    <w:p>
      <w:r>
        <w:rPr>
          <w:rFonts w:ascii="Times New Roman" w:hAnsi="Times New Roman" w:eastAsia="Noto Serif SC" w:cs="Amiri"/>
          <w:lang w:val="zh-CN" w:eastAsia="zh-CN" w:bidi="ar-SA"/>
          <w:color w:val="000000"/>
          <w:rtl w:val="0"/>
        </w:rPr>
        <w:t>你黑暗的畸形心智，已把人类的白昼变成黑夜。你只用虚假而短暂的灯照亮那充满困苦、暴虐与黑暗的黑夜，好让人适应它。那些灯并不带着喜悦向人类微笑；相反，人类身陷可悲可泣的痛苦，却发出愚昧的笑声，那些灯光便也嘲弄地对他嬉笑取乐。</w:t>
      </w:r>
    </w:p>
    <w:p>
      <w:r>
        <w:rPr>
          <w:rFonts w:ascii="Times New Roman" w:hAnsi="Times New Roman" w:eastAsia="Noto Serif SC" w:cs="Amiri"/>
          <w:lang w:val="zh-CN" w:eastAsia="zh-CN" w:bidi="ar-SA"/>
          <w:color w:val="000000"/>
          <w:rtl w:val="0"/>
        </w:rPr>
        <w:t>在你门徒的眼中，每一个有生命者都是遭受暴虐者袭击、可怜而深陷灾难的存在。世界成了一所公共哀悼之所，世间的声音皆是由死亡与痛苦发出的哭号。</w:t>
      </w:r>
    </w:p>
    <w:p>
      <w:r>
        <w:rPr>
          <w:rFonts w:ascii="Times New Roman" w:hAnsi="Times New Roman" w:eastAsia="Noto Serif SC" w:cs="Amiri"/>
          <w:lang w:val="zh-CN" w:eastAsia="zh-CN" w:bidi="ar-SA"/>
          <w:color w:val="000000"/>
          <w:rtl w:val="0"/>
        </w:rPr>
        <w:t>完全领受你教导的门徒会成为法老，却是一个崇拜最卑贱之物、把凡能给自己带来利益的东西都当作主宰的卑贱法老。</w:t>
      </w:r>
    </w:p>
    <w:p>
      <w:r>
        <w:rPr>
          <w:rFonts w:ascii="Times New Roman" w:hAnsi="Times New Roman" w:eastAsia="Noto Serif SC" w:cs="Amiri"/>
          <w:lang w:val="zh-CN" w:eastAsia="zh-CN" w:bidi="ar-SA"/>
          <w:color w:val="000000"/>
          <w:rtl w:val="0"/>
        </w:rPr>
        <w:t>你的门徒又是叛逆的，却是一个为一点享乐便甘愿承受极端屈辱的可怜叛逆者；他为一种卑贱的利益，甚至能卑下到亲吻恶魔的脚。</w:t>
      </w:r>
    </w:p>
    <w:p>
      <w:r>
        <w:rPr>
          <w:rFonts w:ascii="Times New Roman" w:hAnsi="Times New Roman" w:eastAsia="Noto Serif SC" w:cs="Amiri"/>
          <w:lang w:val="zh-CN" w:eastAsia="zh-CN" w:bidi="ar-SA"/>
          <w:color w:val="000000"/>
          <w:rtl w:val="0"/>
        </w:rPr>
        <w:t>他还很强横，却因心中找不到一个依靠的支点，本身其实是个极其无力、自吹自擂的强横者。</w:t>
      </w:r>
    </w:p>
    <w:p>
      <w:r>
        <w:rPr>
          <w:rFonts w:ascii="Times New Roman" w:hAnsi="Times New Roman" w:eastAsia="Noto Serif SC" w:cs="Amiri"/>
          <w:lang w:val="zh-CN" w:eastAsia="zh-CN" w:bidi="ar-SA"/>
          <w:color w:val="000000"/>
          <w:rtl w:val="0"/>
        </w:rPr>
        <w:t>那个门徒的终极志向，是满足自我的欲望；他戴着热忱与自我牺牲的面纱，追求的却是自身利益，竭力平息自己的贪婪与骄矜，实为一个阴谋家。除了自我，他不会真正认真地爱任何事物，却把一切都献给自我。</w:t>
      </w:r>
    </w:p>
    <w:p>
      <w:r>
        <w:rPr>
          <w:rFonts w:ascii="Times New Roman" w:hAnsi="Times New Roman" w:eastAsia="Noto Serif SC" w:cs="Amiri"/>
          <w:lang w:val="zh-CN" w:eastAsia="zh-CN" w:bidi="ar-SA"/>
          <w:color w:val="000000"/>
          <w:rtl w:val="0"/>
        </w:rPr>
        <w:t>而《古兰经》纯正、真正的门徒则是一个仆从。即使面对最尊贵的受造物，他也不屑自降人格，对其抱持全然奴仆意识；他也不把乐园这样最大、最尊贵的利益当作全然奴仆意识的目的，因此是一个尊贵的仆从。</w:t>
      </w:r>
    </w:p>
    <w:p>
      <w:r>
        <w:rPr>
          <w:rFonts w:ascii="Times New Roman" w:hAnsi="Times New Roman" w:eastAsia="Noto Serif SC" w:cs="Amiri"/>
          <w:lang w:val="zh-CN" w:eastAsia="zh-CN" w:bidi="ar-SA"/>
          <w:color w:val="000000"/>
          <w:rtl w:val="0"/>
        </w:rPr>
        <w:t>他又温良柔顺，却是一位志向崇高的温良者：除了具威严的开创者Allah之外，若没有祂的许可与命令，他不屑向任何事物卑躬屈膝。</w:t>
      </w:r>
    </w:p>
    <w:p>
      <w:r>
        <w:rPr>
          <w:rFonts w:ascii="Times New Roman" w:hAnsi="Times New Roman" w:eastAsia="Noto Serif SC" w:cs="Amiri"/>
          <w:lang w:val="zh-CN" w:eastAsia="zh-CN" w:bidi="ar-SA"/>
          <w:color w:val="000000"/>
          <w:rtl w:val="0"/>
        </w:rPr>
        <w:t>他也匮乏，却因慷慨的所有者Allah为他储备日后的报偿，成为一个无所怨尤、内心自足的匮乏者。</w:t>
      </w:r>
    </w:p>
    <w:p>
      <w:r>
        <w:rPr>
          <w:rFonts w:ascii="Times New Roman" w:hAnsi="Times New Roman" w:eastAsia="Noto Serif SC" w:cs="Amiri"/>
          <w:lang w:val="zh-CN" w:eastAsia="zh-CN" w:bidi="ar-SA"/>
          <w:color w:val="000000"/>
          <w:rtl w:val="0"/>
        </w:rPr>
        <w:t>他也软弱，却是一位强有力的弱者，因为他依靠权能无限的主上Allah的力量。《古兰经》尚且不让真正的门徒把永恒乐园当作终极目的，又怎会让他把这个转瞬即逝的尘世当作终极目的呢？</w:t>
      </w:r>
    </w:p>
    <w:p>
      <w:r>
        <w:rPr>
          <w:rFonts w:ascii="Times New Roman" w:hAnsi="Times New Roman" w:eastAsia="Noto Serif SC" w:cs="Amiri"/>
          <w:lang w:val="zh-CN" w:eastAsia="zh-CN" w:bidi="ar-SA"/>
          <w:color w:val="000000"/>
          <w:rtl w:val="0"/>
        </w:rPr>
        <w:t>由此看来，你应当明白，这两种门徒的志向彼此相差何等遥远！</w:t>
      </w:r>
    </w:p>
    <w:p>
      <w:r>
        <w:rPr>
          <w:rFonts w:ascii="Times New Roman" w:hAnsi="Times New Roman" w:eastAsia="Noto Serif SC" w:cs="Amiri"/>
          <w:lang w:val="zh-CN" w:eastAsia="zh-CN" w:bidi="ar-SA"/>
          <w:color w:val="000000"/>
          <w:rtl w:val="0"/>
        </w:rPr>
        <w:t>你也可以借此比较病态哲学的门徒与至睿《古兰经》的学生，在热忱与自我牺牲方面的差别。事情是这样的：</w:t>
      </w:r>
    </w:p>
    <w:p>
      <w:r>
        <w:rPr>
          <w:rFonts w:ascii="Times New Roman" w:hAnsi="Times New Roman" w:eastAsia="Noto Serif SC" w:cs="Amiri"/>
          <w:lang w:val="zh-CN" w:eastAsia="zh-CN" w:bidi="ar-SA"/>
          <w:color w:val="000000"/>
          <w:rtl w:val="0"/>
        </w:rPr>
        <w:t>哲学的门徒为了自己的自我而躲避兄弟，甚至对他提起诉讼。</w:t>
      </w:r>
    </w:p>
    <w:p>
      <w:r>
        <w:rPr>
          <w:rFonts w:ascii="Times New Roman" w:hAnsi="Times New Roman" w:eastAsia="Noto Serif SC" w:cs="Amiri"/>
          <w:lang w:val="zh-CN" w:eastAsia="zh-CN" w:bidi="ar-SA"/>
          <w:color w:val="000000"/>
          <w:rtl w:val="0"/>
        </w:rPr>
        <w:t>《古兰经》的门徒则把诸天与大地间一切善仆都视为自己的兄弟，极其真诚地为他们祈祷，因他们的幸福而幸福，并在灵魂深处感到自己与他们有着强烈联系，所以在祈祷中说：</w:t>
      </w:r>
      <w:r>
        <w:rPr>
          <w:rFonts w:ascii="Amiri" w:hAnsi="Amiri" w:eastAsia="Amiri" w:cs="Amiri"/>
          <w:lang w:val="zh-CN" w:eastAsia="zh-CN" w:bidi="ar-SA"/>
          <w:rtl w:val="1"/>
          <w:cs w:val="1"/>
          <w:color w:val="000000"/>
          <w:sz w:val="24"/>
          <w:szCs w:val="24"/>
        </w:rPr>
        <w:t>ﺍﻟﻠَّﻬُﻢَّ ﺍﻏْﻔِﺮْ ﻟِﻠْﻤُﺆْﻣِﻨِﻴﻦَ ﻭَﺍﻟْﻤُﺆْﻣِﻨَﺎﺕِ</w:t>
      </w:r>
      <w:r>
        <w:rPr>
          <w:rFonts w:ascii="Times New Roman" w:hAnsi="Times New Roman" w:eastAsia="Noto Serif SC" w:cs="Amiri"/>
          <w:lang w:val="zh-CN" w:eastAsia="zh-CN" w:bidi="ar-SA"/>
          <w:color w:val="000000"/>
          <w:rtl w:val="0"/>
        </w:rPr>
        <w:t>（Allah啊，求您饶恕所有的男信士和女信士）。他也把至高宝座与太阳这样至为宏大的事物，看作奉命服役的仆役，看作与自己一样的仆从和受造物。</w:t>
      </w:r>
    </w:p>
    <w:p>
      <w:r>
        <w:rPr>
          <w:rFonts w:ascii="Times New Roman" w:hAnsi="Times New Roman" w:eastAsia="Noto Serif SC" w:cs="Amiri"/>
          <w:lang w:val="zh-CN" w:eastAsia="zh-CN" w:bidi="ar-SA"/>
          <w:color w:val="000000"/>
          <w:rtl w:val="0"/>
        </w:rPr>
        <w:t>你也可以由此比较两种门徒灵魂的崇高与舒展：《古兰经》使其门徒的灵魂获得那样的舒展与崇高，仿佛取代一串九十九颗的赞珠，把九十九个世界的微粒交给门徒，每个世界都彰显Allah九十九个尊名的一种作为，让这些微粒一颗颗成为赞珠，并说：“用它们诵念你们的常诵赞词吧。”你且听听、看看盖拉尼大师、鲁法伊、沙孜里等《古兰经》门徒</w:t>
      </w:r>
      <w:r>
        <w:rPr>
          <w:rFonts w:ascii="Amiri" w:hAnsi="Amiri" w:eastAsia="Amiri" w:cs="Amiri"/>
          <w:lang w:val="zh-CN" w:eastAsia="zh-CN" w:bidi="ar-SA"/>
          <w:rtl w:val="1"/>
          <w:cs w:val="1"/>
          <w:color w:val="000000"/>
          <w:sz w:val="24"/>
          <w:szCs w:val="24"/>
        </w:rPr>
        <w:t>رَضِيَ اللَّهُ عَنْهُمْ</w:t>
      </w:r>
      <w:r>
        <w:rPr>
          <w:rFonts w:ascii="Times New Roman" w:hAnsi="Times New Roman" w:eastAsia="Noto Serif SC" w:cs="Amiri"/>
          <w:lang w:val="zh-CN" w:eastAsia="zh-CN" w:bidi="ar-SA"/>
          <w:color w:val="000000"/>
          <w:rtl w:val="0"/>
        </w:rPr>
        <w:t>（愿Allah喜悦他们）诵念常诵赞词时的情形：他们手持微粒之链，数算点滴的数目与受造物的呼吸总数，以此诵念常诵赞词，记念并赞颂至高无上的真实主宰Allah超绝一切缺欠。</w:t>
      </w:r>
    </w:p>
    <w:p>
      <w:r>
        <w:rPr>
          <w:rFonts w:ascii="Times New Roman" w:hAnsi="Times New Roman" w:eastAsia="Noto Serif SC" w:cs="Amiri"/>
          <w:lang w:val="zh-CN" w:eastAsia="zh-CN" w:bidi="ar-SA"/>
          <w:color w:val="000000"/>
          <w:rtl w:val="0"/>
        </w:rPr>
        <w:t>且看以雄辩彰显奇迹的《古兰经》那奇迹般的教化：这个微小的人，稍有一点忧愁与悲伤便头晕目眩，败给一个小小的微生物；可是借着《古兰经》的教化，他提升到了何等高度，种种灵觉又舒展到何种程度！他觉得，即使以整个世界的万有作为常诵赞词的赞珠，仍然不够；即使把乐园作为记念Allah与常诵赞词的目的，仍然太小。然而，他并不因此认为自己高于至高无上的真实主宰Allah最微小的受造物。他把极至的尊贵与极至的谦卑集于一身。与此相比，哲学的门徒何等低劣、何等卑下，你尽可衡量。</w:t>
      </w:r>
    </w:p>
    <w:p>
      <w:r>
        <w:rPr>
          <w:rFonts w:ascii="Times New Roman" w:hAnsi="Times New Roman" w:eastAsia="Noto Serif SC" w:cs="Amiri"/>
          <w:lang w:val="zh-CN" w:eastAsia="zh-CN" w:bidi="ar-SA"/>
          <w:color w:val="000000"/>
          <w:rtl w:val="0"/>
        </w:rPr>
        <w:t>欧洲病态哲学那独眼的畸形心智所误认的真理，《古兰经》的引导却用两只明亮的眼睛看得分明：它同时观照两个世界，熟悉幽隐，并用双手为人类指出两种幸福。它说：人啊！你所拥有的生命与财产，并非你真正所有，而是托付给你的。这托付之物的所有者，是全能于万事、全知万事、至慈而慷慨者Allah。祂要买回你身边的这些所有物，好为你保存，使之不至丧失；日后还要付给你一笔重大的代价。你是一名受命服役的士兵，要奉祂的名工作，为祂而行动。正是祂把你所需之物作为给养赐给你，并在你力不能及的事情上保护你。</w:t>
      </w:r>
    </w:p>
    <w:p>
      <w:r>
        <w:rPr>
          <w:rFonts w:ascii="Times New Roman" w:hAnsi="Times New Roman" w:eastAsia="Noto Serif SC" w:cs="Amiri"/>
          <w:lang w:val="zh-CN" w:eastAsia="zh-CN" w:bidi="ar-SA"/>
          <w:color w:val="000000"/>
          <w:rtl w:val="0"/>
        </w:rPr>
        <w:t>你这一生的目的与结果，就是彰显那位所有者的诸尊名与神圣内在作为。当灾难降临时，你要说：</w:t>
      </w:r>
      <w:r>
        <w:rPr>
          <w:rFonts w:ascii="Amiri" w:hAnsi="Amiri" w:eastAsia="Amiri" w:cs="Amiri"/>
          <w:lang w:val="zh-CN" w:eastAsia="zh-CN" w:bidi="ar-SA"/>
          <w:rtl w:val="1"/>
          <w:cs w:val="1"/>
          <w:color w:val="000000"/>
          <w:sz w:val="24"/>
          <w:szCs w:val="24"/>
        </w:rPr>
        <w:t>ﺍِﻧَّﺎ ﻟِﻠّٰﻪِ ﻭَﺍِﻧَّٓﺎ ﺍِﻟَﻴْﻪِ ﺭَﺍﺟِﻌُﻮﻥَ</w:t>
      </w:r>
      <w:r>
        <w:rPr>
          <w:rFonts w:ascii="Times New Roman" w:hAnsi="Times New Roman" w:eastAsia="Noto Serif SC" w:cs="Amiri"/>
          <w:lang w:val="zh-CN" w:eastAsia="zh-CN" w:bidi="ar-SA"/>
          <w:color w:val="000000"/>
          <w:rtl w:val="0"/>
        </w:rPr>
        <w:t>（我们确属Allah，我们的存在与一切所有都由祂主宰；我们也确将归于祂，回到祂的裁决与慈悯之中）。也就是说：我在我的所有者麾下服役。灾难啊！若你奉祂的许可与旨意而来，欢迎你，愿你带来平安！因为无论如何，我们终有一日要回到祂那里，到祂面前，我们也思念祂。既然祂终究会在某个时刻把我们从生命的职责中释放出来，那么，灾难啊，就让这次退伍与释放经由你手完成吧，我心甘情愿。倘若祂命令你来考验我对托付之物的守护与对职责的忠诚，却不允许我屈服于你，那么只要我尚有能力，就绝不把所有者的托付交给你这个不可靠者。</w:t>
      </w:r>
    </w:p>
    <w:p>
      <w:r>
        <w:rPr>
          <w:rFonts w:ascii="Times New Roman" w:hAnsi="Times New Roman" w:eastAsia="Noto Serif SC" w:cs="Amiri"/>
          <w:lang w:val="zh-CN" w:eastAsia="zh-CN" w:bidi="ar-SA"/>
          <w:color w:val="000000"/>
          <w:rtl w:val="0"/>
        </w:rPr>
        <w:t>以上仅是千例之一。请看哲学的畸形才智与《古兰经》的引导所授课程，其层次相差几何。诚然，双方的真实境况都按前述方式展开。然而，人在引导与迷误中的层次各不相同，疏忽遗忘的程度也千差万别，并非每个人都能在每一层次上完全感受到这一真理。</w:t>
      </w:r>
    </w:p>
    <w:p>
      <w:r>
        <w:rPr>
          <w:rFonts w:ascii="Times New Roman" w:hAnsi="Times New Roman" w:eastAsia="Noto Serif SC" w:cs="Amiri"/>
          <w:lang w:val="zh-CN" w:eastAsia="zh-CN" w:bidi="ar-SA"/>
          <w:color w:val="000000"/>
          <w:rtl w:val="0"/>
        </w:rPr>
        <w:t>因为疏忽遗忘会麻痹感觉。在这个时代，它已把感觉麻痹到如此程度，以致文明人感觉不到这深沉痛苦的剧痛。然而，随着学问敏感性的增强，也借着死亡的警示——它每天让人看见三万场葬礼——那层疏忽遗忘的帷幕正在碎裂。</w:t>
      </w:r>
    </w:p>
    <w:p>
      <w:r>
        <w:rPr>
          <w:rFonts w:ascii="Times New Roman" w:hAnsi="Times New Roman" w:eastAsia="Noto Serif SC" w:cs="Amiri"/>
          <w:lang w:val="zh-CN" w:eastAsia="zh-CN" w:bidi="ar-SA"/>
          <w:color w:val="000000"/>
          <w:rtl w:val="0"/>
        </w:rPr>
        <w:t>对于那些借外国人的伪主宰和自然主义诸学而走向迷误的人，以及盲目模仿、追随他们的人，愿千万次诅咒与痛惜归于他们！</w:t>
      </w:r>
    </w:p>
    <w:p>
      <w:r>
        <w:rPr>
          <w:rFonts w:ascii="Times New Roman" w:hAnsi="Times New Roman" w:eastAsia="Noto Serif SC" w:cs="Amiri"/>
          <w:lang w:val="zh-CN" w:eastAsia="zh-CN" w:bidi="ar-SA"/>
          <w:color w:val="000000"/>
          <w:rtl w:val="0"/>
        </w:rPr>
        <w:t>祖国的青年们啊！不要竭力模仿欧洲人！欧洲人对你们施加了无数暴虐与敌意，在此之后，你们怎么还能以何种理智追随、信赖他们那些放荡的行为和谬误的思想？不！绝不！那些放荡地模仿他们的人，并非真正追随，而是在不知不觉中加入他们的行列，处死你们自己和你们的兄弟。你们要知道：你们越是不讲操守地追随他们，就越是在爱国热忱的主张上撒谎！因为这样的追随，是对你们民族性的轻蔑，也是对整个民族的嘲弄！</w:t>
      </w:r>
      <w:r>
        <w:rPr>
          <w:rFonts w:ascii="Amiri" w:hAnsi="Amiri" w:eastAsia="Amiri" w:cs="Amiri"/>
          <w:lang w:val="zh-CN" w:eastAsia="zh-CN" w:bidi="ar-SA"/>
          <w:rtl w:val="1"/>
          <w:cs w:val="1"/>
          <w:color w:val="000000"/>
          <w:sz w:val="24"/>
          <w:szCs w:val="24"/>
        </w:rPr>
        <w:t>ﻫَﺪٰﻳﻨَﺎ ﺍﻟﻠّٰﻪُ ﻭَ ﺍِﻳَّﺎﻛُﻢْ ﺍِﻟَﻰ ﺍﻟﺼِّﺮَﺍﻁِ ﺍﻟْﻤُﺴْﺘَﻘ۪ﻴﻢِ</w:t>
      </w:r>
      <w:r>
        <w:rPr>
          <w:rFonts w:ascii="Times New Roman" w:hAnsi="Times New Roman" w:eastAsia="Noto Serif SC" w:cs="Amiri"/>
          <w:lang w:val="zh-CN" w:eastAsia="zh-CN" w:bidi="ar-SA"/>
          <w:color w:val="000000"/>
          <w:rtl w:val="0"/>
        </w:rPr>
        <w:t>（Allah已引导我们和你们走上那条端正无偏的道路）</w:t>
      </w:r>
    </w:p>
    <w:p>
      <w:pPr>
        <w:pStyle w:val="Heading2"/>
      </w:pPr>
      <w:r>
        <w:rPr>
          <w:rFonts w:ascii="Times New Roman" w:hAnsi="Times New Roman" w:eastAsia="Noto Serif SC" w:cs="Amiri"/>
          <w:lang w:val="zh-CN" w:eastAsia="zh-CN" w:bidi="ar-SA"/>
          <w:color w:val="000000"/>
          <w:rtl w:val="0"/>
        </w:rPr>
        <w:t>第六则注记</w:t>
      </w:r>
    </w:p>
    <w:p>
      <w:r>
        <w:rPr>
          <w:rFonts w:ascii="Times New Roman" w:hAnsi="Times New Roman" w:eastAsia="Noto Serif SC" w:cs="Amiri"/>
          <w:lang w:val="zh-CN" w:eastAsia="zh-CN" w:bidi="ar-SA"/>
          <w:color w:val="000000"/>
          <w:rtl w:val="0"/>
        </w:rPr>
        <w:t>可怜的人啊，你因不信者人数众多，又因他们在否认某些信仰真理上彼此一致而惊惶，以致信念动摇！你当知道，价值与重要性不在数量和人数众多。因为人若丧失人性，就会蜕变为魔鬼般的禽兽。人若像某些欧洲人和具有欧洲气质者那样，在兽性情欲上不断“进步”，就会达到更为猛烈的兽性层次。你看得清楚：动物在数量和数目上多得无法计量，相比之下，人类极其稀少，却已成为一切动物种类的君王、继任者与统治者。</w:t>
      </w:r>
    </w:p>
    <w:p>
      <w:r>
        <w:rPr>
          <w:rFonts w:ascii="Times New Roman" w:hAnsi="Times New Roman" w:eastAsia="Noto Serif SC" w:cs="Amiri"/>
          <w:lang w:val="zh-CN" w:eastAsia="zh-CN" w:bidi="ar-SA"/>
          <w:color w:val="000000"/>
          <w:rtl w:val="0"/>
        </w:rPr>
        <w:t>同样，那些有害的不信者，以及追随不信者道路的放纵者，是至高无上的真实主宰Allah所造动物中的一类污秽者。至睿的开创者Allah创造他们，是为了建设尘世；又把他们作为一种比较尺度，使祂信道的仆人认识自己所蒙诸恩赐的等级；到了结局，祂便把他们交付给他们所应得的火狱。</w:t>
      </w:r>
    </w:p>
    <w:p>
      <w:r>
        <w:rPr>
          <w:rFonts w:ascii="Times New Roman" w:hAnsi="Times New Roman" w:eastAsia="Noto Serif SC" w:cs="Amiri"/>
          <w:lang w:val="zh-CN" w:eastAsia="zh-CN" w:bidi="ar-SA"/>
          <w:color w:val="000000"/>
          <w:rtl w:val="0"/>
        </w:rPr>
        <w:t>可见，不信者与迷误者否认并拒斥一项信仰真理，其中并没有力量。因为，他们凭否定的性质而形成的一致，是软弱无力的。一千个否定者，也只等同于一个。譬如，全伊斯坦布尔的居民若在斋月初因未看见月亮而否认它的出现，那么，只要两位见证人提出证实，那一大群人的否定与一致便归于无效。既然不信与迷误的本质是否定、拒斥、无知和无有，不信者人数众多的一致便无足轻重。在那些真实、确定且实有性已获证明的信仰问题上，两位凭见证为据的信道者所作的判断，胜过无数迷误者的一致，并使其败退。</w:t>
      </w:r>
    </w:p>
    <w:p>
      <w:r>
        <w:rPr>
          <w:rFonts w:ascii="Times New Roman" w:hAnsi="Times New Roman" w:eastAsia="Noto Serif SC" w:cs="Amiri"/>
          <w:lang w:val="zh-CN" w:eastAsia="zh-CN" w:bidi="ar-SA"/>
          <w:color w:val="000000"/>
          <w:rtl w:val="0"/>
        </w:rPr>
        <w:t>这一真理的奥义在于：否定者的主张表面上是一个，实际上是多个；它们无法彼此联合，因而不能增强力量。证实者的主张却能联合，并彼此汲取力量。因为，未看见天上斋月新月的人说：“依我的观看，没有月亮；在我这里看不见。”另一个人也说：“依我的观看，没有。”再一个人也这样说。每个人都依自己的观看说“没有”。他们各自的观看彼此不同，遮蔽观看的原因也可能各不相同，因此他们的主张也各自不同，无法相互增强。可是，证实者并不说：“依我的观看、在我的眼里，有新月。”而是说：“在事实本身中，在天穹的表面，有新月，可以看见。”看见的人全都提出同一个主张：“在事实本身中存在。”可见，他们的一切主张实为一个。</w:t>
      </w:r>
    </w:p>
    <w:p>
      <w:r>
        <w:rPr>
          <w:rFonts w:ascii="Times New Roman" w:hAnsi="Times New Roman" w:eastAsia="Noto Serif SC" w:cs="Amiri"/>
          <w:lang w:val="zh-CN" w:eastAsia="zh-CN" w:bidi="ar-SA"/>
          <w:color w:val="000000"/>
          <w:rtl w:val="0"/>
        </w:rPr>
        <w:t>否定者的观看各自不同，他们的主张也就各自不同；他们无法对事实本身作出判定。因为，对事实本身的否定无法得到证明；要证明它，必须遍察一切。</w:t>
      </w:r>
      <w:r>
        <w:rPr>
          <w:rFonts w:ascii="Amiri" w:hAnsi="Amiri" w:eastAsia="Amiri" w:cs="Amiri"/>
          <w:lang w:val="zh-CN" w:eastAsia="zh-CN" w:bidi="ar-SA"/>
          <w:rtl w:val="1"/>
          <w:cs w:val="1"/>
          <w:color w:val="000000"/>
          <w:sz w:val="24"/>
          <w:szCs w:val="24"/>
        </w:rPr>
        <w:t>ﻭَ ﺍﻟْﻌَﺪَﻡُ ﺍﻟْﻤُﻄْﻠَﻖُ لَا ﻳُﺜْﺒِﺖُ اِلَّا بِمُشْكِلَاتٍ ﻋَﻈ۪ﻴﻤَﺔٍ</w:t>
      </w:r>
      <w:r>
        <w:rPr>
          <w:rFonts w:ascii="Times New Roman" w:hAnsi="Times New Roman" w:eastAsia="Noto Serif SC" w:cs="Amiri"/>
          <w:lang w:val="zh-CN" w:eastAsia="zh-CN" w:bidi="ar-SA"/>
          <w:color w:val="000000"/>
          <w:rtl w:val="0"/>
        </w:rPr>
        <w:t>（而绝对的无有，除非克服极其重大的困难，遍察一切可能存在之处，否则无法得到证明）是一条方法论原则。是的，你若说某物存在于世上，只需指出那一件东西便足够了。若你说它不存在而加以否定，就必须筛遍整个世界并加以展示，才能使这项否定得到证明。</w:t>
      </w:r>
    </w:p>
    <w:p>
      <w:r>
        <w:rPr>
          <w:rFonts w:ascii="Times New Roman" w:hAnsi="Times New Roman" w:eastAsia="Noto Serif SC" w:cs="Amiri"/>
          <w:lang w:val="zh-CN" w:eastAsia="zh-CN" w:bidi="ar-SA"/>
          <w:color w:val="000000"/>
          <w:rtl w:val="0"/>
        </w:rPr>
        <w:t>正是依据这一奥义，不信者否定一项真理，就如同解决一个问题、穿过一个狭窄的孔洞或跃过一道壕沟：即便上千人，也和一个人没有分别，因为他们不能彼此协助。然而，证实者着眼于事实本身的实际真相，他们的主张便联合起来，力量也彼此支援。这好比抬起一块巨石：附着其上的手越多，抬起它就越容易，每只手也都从其他手获得力量。</w:t>
      </w:r>
    </w:p>
    <w:p>
      <w:pPr>
        <w:pStyle w:val="Heading2"/>
      </w:pPr>
      <w:r>
        <w:rPr>
          <w:rFonts w:ascii="Times New Roman" w:hAnsi="Times New Roman" w:eastAsia="Noto Serif SC" w:cs="Amiri"/>
          <w:lang w:val="zh-CN" w:eastAsia="zh-CN" w:bidi="ar-SA"/>
          <w:color w:val="000000"/>
          <w:rtl w:val="0"/>
        </w:rPr>
        <w:t>第七则注记</w:t>
      </w:r>
    </w:p>
    <w:p>
      <w:r>
        <w:rPr>
          <w:rFonts w:ascii="Times New Roman" w:hAnsi="Times New Roman" w:eastAsia="Noto Serif SC" w:cs="Amiri"/>
          <w:lang w:val="zh-CN" w:eastAsia="zh-CN" w:bidi="ar-SA"/>
          <w:color w:val="000000"/>
          <w:rtl w:val="0"/>
        </w:rPr>
        <w:t>不幸的贩卖热忱者啊，你极力鼓动穆斯林追求尘世，又强迫他们学习外来的技艺与进步！你要留意，切莫让这个民族中某些人与宗教相连的纽带断裂！倘若有些人与宗教的纽带，竟在这样愚昧而盲目的棍棒之下断裂，那么，那些无宗教者就会在社会生活中如同致命剧毒一般造成危害。因为，背教者的良心已彻底败坏，会成为社会生活的毒素。正因如此，教法原理学中有一条神圣律法原则：“背教者没有生存权；不信者若属受护民——即与穆斯林政权订立保护约、受其保护的非穆斯林——，或已缔结和约，则有生存权。”此外，在哈乃斐学派中，属于受护民的不信者，其证言可被接受；悖逆者的证言则遭拒绝，因为他是背信者。</w:t>
      </w:r>
    </w:p>
    <w:p>
      <w:r>
        <w:rPr>
          <w:rFonts w:ascii="Times New Roman" w:hAnsi="Times New Roman" w:eastAsia="Noto Serif SC" w:cs="Amiri"/>
          <w:lang w:val="zh-CN" w:eastAsia="zh-CN" w:bidi="ar-SA"/>
          <w:color w:val="000000"/>
          <w:rtl w:val="0"/>
        </w:rPr>
        <w:t>不幸的悖逆者啊！不要看见悖逆者众多便受欺骗，也不要说：“多数人的想法与我一致。”因为，悖逆者并非自愿、主动求取悖逆而进入其中，而是落入其中，无法脱身。没有一个悖逆者不希望自己成为善正之人，不希望看到自己的长官与领袖敬畏宗教。除非——</w:t>
      </w:r>
      <w:r>
        <w:rPr>
          <w:rFonts w:ascii="Amiri" w:hAnsi="Amiri" w:eastAsia="Amiri" w:cs="Amiri"/>
          <w:lang w:val="zh-CN" w:eastAsia="zh-CN" w:bidi="ar-SA"/>
          <w:rtl w:val="1"/>
          <w:cs w:val="1"/>
          <w:color w:val="000000"/>
          <w:sz w:val="24"/>
          <w:szCs w:val="24"/>
        </w:rPr>
        <w:t>أَعُوذُ بِاللَّهِ</w:t>
      </w:r>
      <w:r>
        <w:rPr>
          <w:rFonts w:ascii="Times New Roman" w:hAnsi="Times New Roman" w:eastAsia="Noto Serif SC" w:cs="Amiri"/>
          <w:lang w:val="zh-CN" w:eastAsia="zh-CN" w:bidi="ar-SA"/>
          <w:color w:val="000000"/>
          <w:rtl w:val="0"/>
        </w:rPr>
        <w:t>（我求Allah护佑）——他因背教而良心腐化，竟像毒蛇一样，以毒害他人为乐。</w:t>
      </w:r>
    </w:p>
    <w:p>
      <w:r>
        <w:rPr>
          <w:rFonts w:ascii="Times New Roman" w:hAnsi="Times New Roman" w:eastAsia="Noto Serif SC" w:cs="Amiri"/>
          <w:lang w:val="zh-CN" w:eastAsia="zh-CN" w:bidi="ar-SA"/>
          <w:color w:val="000000"/>
          <w:rtl w:val="0"/>
        </w:rPr>
        <w:t>昏乱的头脑、败坏的心灵啊！难道你以为：“穆斯林不喜爱或不顾念尘世，所以陷入贫困；他们需要受到警醒，以免忘记自己在尘世中的份额。”你的猜想错了，你的推断有误。相反，是他们的贪婪加剧了，因此才陷入贫困。因为，对信道者而言，贪婪是亏折与悲惨的根由。</w:t>
      </w:r>
      <w:r>
        <w:rPr>
          <w:rFonts w:ascii="Amiri" w:hAnsi="Amiri" w:eastAsia="Amiri" w:cs="Amiri"/>
          <w:lang w:val="zh-CN" w:eastAsia="zh-CN" w:bidi="ar-SA"/>
          <w:rtl w:val="1"/>
          <w:cs w:val="1"/>
          <w:color w:val="000000"/>
          <w:sz w:val="24"/>
          <w:szCs w:val="24"/>
        </w:rPr>
        <w:t>ﺍَﻟْﺤَﺮ۪ﻳﺺُ ﺧَﺎﺋِﺐٌ ﺧَﺎﺳِﺮٌ</w:t>
      </w:r>
      <w:r>
        <w:rPr>
          <w:rFonts w:ascii="Times New Roman" w:hAnsi="Times New Roman" w:eastAsia="Noto Serif SC" w:cs="Amiri"/>
          <w:lang w:val="zh-CN" w:eastAsia="zh-CN" w:bidi="ar-SA"/>
          <w:color w:val="000000"/>
          <w:rtl w:val="0"/>
        </w:rPr>
        <w:t>（贪婪者终将失望，必受亏折）已成为一句广为流传的格言。</w:t>
      </w:r>
    </w:p>
    <w:p>
      <w:r>
        <w:rPr>
          <w:rFonts w:ascii="Times New Roman" w:hAnsi="Times New Roman" w:eastAsia="Noto Serif SC" w:cs="Amiri"/>
          <w:lang w:val="zh-CN" w:eastAsia="zh-CN" w:bidi="ar-SA"/>
          <w:color w:val="000000"/>
          <w:rtl w:val="0"/>
        </w:rPr>
        <w:t>是的，召唤并驱使人走向尘世的因素很多：为首的是自我及其私欲，其次是种种需要、感官、情感、恶魔、尘世表面的甜美，以及像你这样的恶劣伙伴；它有许许多多的召唤者。相反，召唤人走向永存后世与漫长永生的却很少。倘若你对这个可怜民族怀有丝毫的热忱，倘若你自称志向崇高并非谎言，就应当援助那些助人获得永存生命的少数召唤者。否则，若你使那少数召唤者噤声，却去帮助众多召唤者，你就成了恶魔的同伙。</w:t>
      </w:r>
    </w:p>
    <w:p>
      <w:r>
        <w:rPr>
          <w:rFonts w:ascii="Times New Roman" w:hAnsi="Times New Roman" w:eastAsia="Noto Serif SC" w:cs="Amiri"/>
          <w:lang w:val="zh-CN" w:eastAsia="zh-CN" w:bidi="ar-SA"/>
          <w:color w:val="000000"/>
          <w:rtl w:val="0"/>
        </w:rPr>
        <w:t>难道你以为，这个民族的贫困源于宗教所倡导的淡泊，以及弃绝尘世所带来的懒惰？你这样想就错了。难道你没有看见，那些落入欧洲支配之下的民族，例如中国与印度的祆教徒、婆罗门教徒，以及非洲的黑人，比我们更加贫困？</w:t>
      </w:r>
    </w:p>
    <w:p>
      <w:r>
        <w:rPr>
          <w:rFonts w:ascii="Times New Roman" w:hAnsi="Times New Roman" w:eastAsia="Noto Serif SC" w:cs="Amiri"/>
          <w:lang w:val="zh-CN" w:eastAsia="zh-CN" w:bidi="ar-SA"/>
          <w:color w:val="000000"/>
          <w:rtl w:val="0"/>
        </w:rPr>
        <w:t>难道你也没有看见，穆斯林手中只被留下勉强必需的口粮，除此之外再无余物？不是欧洲残暴的不信者，就是亚洲的伪信者，用种种诡计把它偷走或强夺。</w:t>
      </w:r>
    </w:p>
    <w:p>
      <w:r>
        <w:rPr>
          <w:rFonts w:ascii="Times New Roman" w:hAnsi="Times New Roman" w:eastAsia="Noto Serif SC" w:cs="Amiri"/>
          <w:lang w:val="zh-CN" w:eastAsia="zh-CN" w:bidi="ar-SA"/>
          <w:color w:val="000000"/>
          <w:rtl w:val="0"/>
        </w:rPr>
        <w:t>你们强迫这些信仰者走向所谓毫无缺陷的文明，若目的在于国内秩序、安宁与便于治理，那么你们务必明白：你们错了，正在把人引向歧途。因为，治理一百个信念动摇、道德败坏的悖逆者，并在他们中间维持秩序，比治理成千上万善正之人更为困难。</w:t>
      </w:r>
    </w:p>
    <w:p>
      <w:r>
        <w:rPr>
          <w:rFonts w:ascii="Times New Roman" w:hAnsi="Times New Roman" w:eastAsia="Noto Serif SC" w:cs="Amiri"/>
          <w:lang w:val="zh-CN" w:eastAsia="zh-CN" w:bidi="ar-SA"/>
          <w:color w:val="000000"/>
          <w:rtl w:val="0"/>
        </w:rPr>
        <w:t>依据这些原则，信仰伊斯兰的人并不需要被驱赶和鼓动去追求尘世与贪婪。进步与秩序并不能借此实现。他们真正需要的是合理安排自己的劳作，建立彼此之间的信任，并便利互助原则的实施。这一需要，要凭宗教的神圣诫命、敬畏以及宗教上的坚定来满足。</w:t>
      </w:r>
    </w:p>
    <w:p>
      <w:pPr>
        <w:pStyle w:val="Heading2"/>
      </w:pPr>
      <w:r>
        <w:rPr>
          <w:rFonts w:ascii="Times New Roman" w:hAnsi="Times New Roman" w:eastAsia="Noto Serif SC" w:cs="Amiri"/>
          <w:lang w:val="zh-CN" w:eastAsia="zh-CN" w:bidi="ar-SA"/>
          <w:color w:val="000000"/>
          <w:rtl w:val="0"/>
        </w:rPr>
        <w:t>第八则注记</w:t>
      </w:r>
    </w:p>
    <w:p>
      <w:r>
        <w:rPr>
          <w:rFonts w:ascii="Times New Roman" w:hAnsi="Times New Roman" w:eastAsia="Noto Serif SC" w:cs="Amiri"/>
          <w:lang w:val="zh-CN" w:eastAsia="zh-CN" w:bidi="ar-SA"/>
          <w:color w:val="000000"/>
          <w:rtl w:val="0"/>
        </w:rPr>
        <w:t>不懂得努力与行为中乐趣和幸福的懒惰人啊！你当知道，至高无上的真实主宰Allah出于完满的慷慨，把服务的报偿织入服务之中，把行为的报酬置于行为本身之内。正是这一奥义，使万有——甚至从某一角度看，无生物也不例外——在各自被称为受造界命令的特殊职责中，以完满的热忱和一种乐趣，顺服主宰的命令。从蜜蜂、飞虫、母鸡，直到太阳与月亮，一切都以完满的乐趣履行自己的职责。可见，它们的服务中自有一种乐趣；因此，它们虽无理智，不思量结局与结果，仍能完美地履行职责。</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有生命者可能有乐趣，无生物怎能有热忱与乐趣？</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无生物并不是为了自身，而是为了彰显于它们之中的Allah诸尊名，追求一种尊贵、一种品阶、一种完善、一种美善与一种秩序。它们顺服自己天赋的职责，因而成为众光之光Allah诸尊名的反射之所与镜子，于是获得光明并提升。譬如，一小滴水、一粒微小的玻璃碎片，本身没有光，也微不足道；但若以纯净的心把脸转向太阳，那时，这微不足道而无光的小滴与玻璃碎片，就会成为太阳的一处宝座，并向你的脸微笑。</w:t>
      </w:r>
    </w:p>
    <w:p>
      <w:r>
        <w:rPr>
          <w:rFonts w:ascii="Times New Roman" w:hAnsi="Times New Roman" w:eastAsia="Noto Serif SC" w:cs="Amiri"/>
          <w:lang w:val="zh-CN" w:eastAsia="zh-CN" w:bidi="ar-SA"/>
          <w:color w:val="000000"/>
          <w:rtl w:val="0"/>
        </w:rPr>
        <w:t>同样，微粒与万有凭忠于职守，成为那位拥有绝对美善与绝对完善的具威严者Allah诸尊名的镜子；于是，它们如同那小滴与微小的玻璃碎片，从极低的层次升至极高的显现与得光层次。既然它们凭职责获得极其光明而崇高的品阶，那么可以说，若乐趣对它们是可能而可受的，也就是说，若它们分享普遍生命，它们就会以极大的乐趣履行那些职责。</w:t>
      </w:r>
    </w:p>
    <w:p>
      <w:r>
        <w:rPr>
          <w:rFonts w:ascii="Times New Roman" w:hAnsi="Times New Roman" w:eastAsia="Noto Serif SC" w:cs="Amiri"/>
          <w:lang w:val="zh-CN" w:eastAsia="zh-CN" w:bidi="ar-SA"/>
          <w:color w:val="000000"/>
          <w:rtl w:val="0"/>
        </w:rPr>
        <w:t>职责中含有乐趣，最明显的一项证据，就是看你自己的器官与情感所履行的服务。它们为了个体与物种的延续而服务，各自都有不同的乐趣；服务本身已成为它们的一种享受。甚至，放弃服务便成为那个器官的一种折磨。</w:t>
      </w:r>
    </w:p>
    <w:p>
      <w:r>
        <w:rPr>
          <w:rFonts w:ascii="Times New Roman" w:hAnsi="Times New Roman" w:eastAsia="Noto Serif SC" w:cs="Amiri"/>
          <w:lang w:val="zh-CN" w:eastAsia="zh-CN" w:bidi="ar-SA"/>
          <w:color w:val="000000"/>
          <w:rtl w:val="0"/>
        </w:rPr>
        <w:t>另一项极明显的证据，是公鸡或育雏母鸡等动物在职责中表现出的自我牺牲与英勇姿态。公鸡虽然饥饿，却把母鸡置于自己之上；找到食物便呼唤它们，自己不吃，而让给它们吃。它以热忱、自豪与享受履行职责，这是显而易见的。可见，它从这项服务中得到的乐趣，胜过进食。</w:t>
      </w:r>
    </w:p>
    <w:p>
      <w:r>
        <w:rPr>
          <w:rFonts w:ascii="Times New Roman" w:hAnsi="Times New Roman" w:eastAsia="Noto Serif SC" w:cs="Amiri"/>
          <w:lang w:val="zh-CN" w:eastAsia="zh-CN" w:bidi="ar-SA"/>
          <w:color w:val="000000"/>
          <w:rtl w:val="0"/>
        </w:rPr>
        <w:t>照护幼雏的母鸡，也为了幼雏而舍弃生命，扑向恶犬；自己挨饿，却让它们吃饱。可见，它在服务中获得的乐趣，胜过饥饿的痛苦与死亡的悲伤。动物界的母亲，在幼崽年幼、自己负有职责时，会乐于保护它们。幼崽长大后，职责解除，乐趣也随之消失；它会击打幼崽，从它嘴边夺下谷粒。唯独人类的母亲，其职责会在一定程度上延续。因为人类总有软弱与无力的一面，始终带有某种童年状态，时时需要怜爱。</w:t>
      </w:r>
    </w:p>
    <w:p>
      <w:r>
        <w:rPr>
          <w:rFonts w:ascii="Times New Roman" w:hAnsi="Times New Roman" w:eastAsia="Noto Serif SC" w:cs="Amiri"/>
          <w:lang w:val="zh-CN" w:eastAsia="zh-CN" w:bidi="ar-SA"/>
          <w:color w:val="000000"/>
          <w:rtl w:val="0"/>
        </w:rPr>
        <w:t>请看一切动物中像公鸡一样照护群体的雄性，以及像母鸡一样的母亲，就会明白：它们履行职责，并非为了自身、以自身之名或为了自己的完善，因为若职责要求，它们连生命也会舍弃。相反，它们是为了那位委派它们这一职责、又凭慈悯把乐趣织入职责之中的慷慨施恩者Allah，并奉具威严的开创者Allah之名而履行职责。</w:t>
      </w:r>
    </w:p>
    <w:p>
      <w:r>
        <w:rPr>
          <w:rFonts w:ascii="Times New Roman" w:hAnsi="Times New Roman" w:eastAsia="Noto Serif SC" w:cs="Amiri"/>
          <w:lang w:val="zh-CN" w:eastAsia="zh-CN" w:bidi="ar-SA"/>
          <w:color w:val="000000"/>
          <w:rtl w:val="0"/>
        </w:rPr>
        <w:t>服务本身含有报酬的另一项证据是：植物与树木以一种显示热忱和乐趣的姿态，顺服具威严的开创者Allah的命令。它们散发香气，用足以吸引顾客目光的装饰装扮自己，又为了自己的穗与果实，不惜牺牲自己，直到腐烂；这一切向留心者表明：它们从顺服Allah的命令中获得如此大的乐趣，以致甘愿毁灭自身、归于腐朽。</w:t>
      </w:r>
    </w:p>
    <w:p>
      <w:r>
        <w:rPr>
          <w:rFonts w:ascii="Times New Roman" w:hAnsi="Times New Roman" w:eastAsia="Noto Serif SC" w:cs="Amiri"/>
          <w:lang w:val="zh-CN" w:eastAsia="zh-CN" w:bidi="ar-SA"/>
          <w:color w:val="000000"/>
          <w:rtl w:val="0"/>
        </w:rPr>
        <w:t>请看，椰子、无花果等结果树木，头顶着一罐罐乳汁，以自身的存在状态，从慈悯宝库中求取并获得乳汁一般最精美的食物，用来滋养果实，自己却吃泥土。石榴树从慈悯宝库取得纯净的佳酿，用来滋养果实，自己却满足于浑浊的泥水。</w:t>
      </w:r>
    </w:p>
    <w:p>
      <w:r>
        <w:rPr>
          <w:rFonts w:ascii="Times New Roman" w:hAnsi="Times New Roman" w:eastAsia="Noto Serif SC" w:cs="Amiri"/>
          <w:lang w:val="zh-CN" w:eastAsia="zh-CN" w:bidi="ar-SA"/>
          <w:color w:val="000000"/>
          <w:rtl w:val="0"/>
        </w:rPr>
        <w:t>甚至，谷物在抽穗的职责中，也显出明显的热望。正如一个被囚禁在狭窄之处的人，渴望走到菜园或宽阔的地方；同样，谷物在抽穗的职责中，也呈现出那样欢喜的姿态与热望。</w:t>
      </w:r>
    </w:p>
    <w:p>
      <w:r>
        <w:rPr>
          <w:rFonts w:ascii="Times New Roman" w:hAnsi="Times New Roman" w:eastAsia="Noto Serif SC" w:cs="Amiri"/>
          <w:lang w:val="zh-CN" w:eastAsia="zh-CN" w:bidi="ar-SA"/>
          <w:color w:val="000000"/>
          <w:rtl w:val="0"/>
        </w:rPr>
        <w:t>宇宙中运行的这条奥妙而悠长的法则，被称为“Allah的常道”。依据它，无所事事、懒惰、安闲度日、躺在安逸床榻上的人，大多比努力劳作的人承受更多辛劳与苦恼。因为，无所事事者总是抱怨生命，希望借消遣使它快点过去；努力劳作的人却心怀感恩、赞美Allah，不愿生命流逝。</w:t>
      </w:r>
      <w:r>
        <w:rPr>
          <w:rFonts w:ascii="Amiri" w:hAnsi="Amiri" w:eastAsia="Amiri" w:cs="Amiri"/>
          <w:lang w:val="zh-CN" w:eastAsia="zh-CN" w:bidi="ar-SA"/>
          <w:rtl w:val="1"/>
          <w:cs w:val="1"/>
          <w:color w:val="000000"/>
          <w:sz w:val="24"/>
          <w:szCs w:val="24"/>
        </w:rPr>
        <w:t>ﺍَﻟْﻤُﺴْﺘَﺮ۪ﻳﺢُ ﺍﻟْﻌَﺎﻃِﻞُ ﺷَﺎﻙٍ ﻣِﻦْ ﻋُﻤْﺮِﻩ۪ ﻭَ ﺍﻟﺴَّﺎﻋِﻰُ ﺍﻟْﻌَﺎﻣِﻞُ ﺷَﺎﻛِﺮٌ</w:t>
      </w:r>
      <w:r>
        <w:rPr>
          <w:rFonts w:ascii="Times New Roman" w:hAnsi="Times New Roman" w:eastAsia="Noto Serif SC" w:cs="Amiri"/>
          <w:lang w:val="zh-CN" w:eastAsia="zh-CN" w:bidi="ar-SA"/>
          <w:color w:val="000000"/>
          <w:rtl w:val="0"/>
        </w:rPr>
        <w:t>（安闲而无所事者抱怨自己的生命，奔忙而工作者心怀感恩）是一条普遍法则。也正因为这一奥义，“安逸在劳苦中，劳苦在安逸中”这句话才成为格言。</w:t>
      </w:r>
    </w:p>
    <w:p>
      <w:r>
        <w:rPr>
          <w:rFonts w:ascii="Times New Roman" w:hAnsi="Times New Roman" w:eastAsia="Noto Serif SC" w:cs="Amiri"/>
          <w:lang w:val="zh-CN" w:eastAsia="zh-CN" w:bidi="ar-SA"/>
          <w:color w:val="000000"/>
          <w:rtl w:val="0"/>
        </w:rPr>
        <w:t>是的，若仔细观察无生物，就会看到：那些仅因禀赋与能力尚未展开而停留在潜能状态的事物，凭极大的奋发与努力舒展开来，从潜能进入现实；其中显出一种与上述Allah常道法则相符的姿态。这姿态指示出：在那天赋职责中有一种热忱，在那件事中有一种乐趣。若无生物分享普遍生命，那热忱便属于它自身；否则，便属于代表并照看那无生物的存在。</w:t>
      </w:r>
    </w:p>
    <w:p>
      <w:r>
        <w:rPr>
          <w:rFonts w:ascii="Times New Roman" w:hAnsi="Times New Roman" w:eastAsia="Noto Serif SC" w:cs="Amiri"/>
          <w:lang w:val="zh-CN" w:eastAsia="zh-CN" w:bidi="ar-SA"/>
          <w:color w:val="000000"/>
          <w:rtl w:val="0"/>
        </w:rPr>
        <w:t>甚至，依据这一奥义，可以说：柔细而娇嫩的水接到凝结的命令时，会以如此强烈的热忱顺服，以致能劈开、破碎铁器。可见，严寒与零下的寒冷以其言语，向密闭铁容器中的水传达主宰“膨胀吧！”的命令时，水便凭强烈的热忱撑破容器、毁坏铁器，自己则结成冰。其余事物也依此类推……</w:t>
      </w:r>
    </w:p>
    <w:p>
      <w:r>
        <w:rPr>
          <w:rFonts w:ascii="Times New Roman" w:hAnsi="Times New Roman" w:eastAsia="Noto Serif SC" w:cs="Amiri"/>
          <w:lang w:val="zh-CN" w:eastAsia="zh-CN" w:bidi="ar-SA"/>
          <w:color w:val="000000"/>
          <w:rtl w:val="0"/>
        </w:rPr>
        <w:t>你把一切都与此相比：从太阳的运转与周游，直到微粒像旋舞修士一般旋转、回环与颤动，宇宙中的一切努力与运动，都依Allah预知与裁定的法则运行，并凭创造命令而显现；那命令从Allah权能之手发出，包含意志、号令与知识。</w:t>
      </w:r>
    </w:p>
    <w:p>
      <w:r>
        <w:rPr>
          <w:rFonts w:ascii="Times New Roman" w:hAnsi="Times New Roman" w:eastAsia="Noto Serif SC" w:cs="Amiri"/>
          <w:lang w:val="zh-CN" w:eastAsia="zh-CN" w:bidi="ar-SA"/>
          <w:color w:val="000000"/>
          <w:rtl w:val="0"/>
        </w:rPr>
        <w:t>甚至，每一个微粒、每一个存在、每一个有生命者，都像军队中的一名士兵。士兵在军队的不同圈层中有各自不同的关系与职责；每一个微粒、每一个有生命者也是如此。譬如，你眼中的一粒微粒，在眼的细胞中、在整个眼睛中、在面部神经中，以及在身体称为血管的管道中，都各有一种关系，各有一项与那关系相应的职责，也各有一种与那职责相应的益处。其余一切，也都依此比拟。</w:t>
      </w:r>
    </w:p>
    <w:p>
      <w:r>
        <w:rPr>
          <w:rFonts w:ascii="Times New Roman" w:hAnsi="Times New Roman" w:eastAsia="Noto Serif SC" w:cs="Amiri"/>
          <w:lang w:val="zh-CN" w:eastAsia="zh-CN" w:bidi="ar-SA"/>
          <w:color w:val="000000"/>
          <w:rtl w:val="0"/>
        </w:rPr>
        <w:t>据此，每一事物都从两个方面，见证一位无始全能者Allah存在的必然性：</w:t>
      </w:r>
    </w:p>
    <w:p>
      <w:r>
        <w:rPr>
          <w:rFonts w:ascii="Times New Roman" w:hAnsi="Times New Roman" w:eastAsia="Noto Serif SC" w:cs="Amiri"/>
          <w:lang w:val="zh-CN" w:eastAsia="zh-CN" w:bidi="ar-SA"/>
          <w:color w:val="000000"/>
          <w:rtl w:val="0"/>
        </w:rPr>
        <w:t>其一：它以自身绝对无力的言语，履行远远超出自身能力数千倍的职责，以此见证那位全能者Allah的存在。</w:t>
      </w:r>
    </w:p>
    <w:p>
      <w:r>
        <w:rPr>
          <w:rFonts w:ascii="Times New Roman" w:hAnsi="Times New Roman" w:eastAsia="Noto Serif SC" w:cs="Amiri"/>
          <w:lang w:val="zh-CN" w:eastAsia="zh-CN" w:bidi="ar-SA"/>
          <w:color w:val="000000"/>
          <w:rtl w:val="0"/>
        </w:rPr>
        <w:t>其二：每一事物都依照构成世界秩序的原则，以及维持万有平衡的法则而行动，以此见证那位全知而全能者Allah。</w:t>
      </w:r>
    </w:p>
    <w:p>
      <w:r>
        <w:rPr>
          <w:rFonts w:ascii="Times New Roman" w:hAnsi="Times New Roman" w:eastAsia="Noto Serif SC" w:cs="Amiri"/>
          <w:lang w:val="zh-CN" w:eastAsia="zh-CN" w:bidi="ar-SA"/>
          <w:color w:val="000000"/>
          <w:rtl w:val="0"/>
        </w:rPr>
        <w:t>因为，像微粒这样的无生物、像蜜蜂这样的小动物，并不懂得明证之书——即Allah权能在万有中的创造作为所展开的明晰书卷——中那些重要而精微的问题，也就是秩序与权衡。一粒无生命的微粒、一只小小的蜜蜂，怎能阅读明证之书的重要而精微的问题？那书卷在具威严者Allah的手中，祂把诸天层层展开、合拢并收起，如同书册的一页。若你丧失理智，臆想微粒上长着一只足以阅读那书精微文字的眼睛，那时，你才可以试图否认那微粒的见证。</w:t>
      </w:r>
    </w:p>
    <w:p>
      <w:r>
        <w:rPr>
          <w:rFonts w:ascii="Times New Roman" w:hAnsi="Times New Roman" w:eastAsia="Noto Serif SC" w:cs="Amiri"/>
          <w:lang w:val="zh-CN" w:eastAsia="zh-CN" w:bidi="ar-SA"/>
          <w:color w:val="000000"/>
          <w:rtl w:val="0"/>
        </w:rPr>
        <w:t>是的，至睿的开创者Allah把明证之书的法则，以极美的形态、简明的方式，并伴着特有的乐趣与特别的需要，概括而纳入万有之中。每一事物都怀着那样特有的乐趣与特别的需要而行动，因而虽不明知明证之书的法则，却仍加以顺服。</w:t>
      </w:r>
    </w:p>
    <w:p>
      <w:r>
        <w:rPr>
          <w:rFonts w:ascii="Times New Roman" w:hAnsi="Times New Roman" w:eastAsia="Noto Serif SC" w:cs="Amiri"/>
          <w:lang w:val="zh-CN" w:eastAsia="zh-CN" w:bidi="ar-SA"/>
          <w:color w:val="000000"/>
          <w:rtl w:val="0"/>
        </w:rPr>
        <w:t>譬如，长喙蚊子来到世间的当刻便走出自己的居所，毫不停留地扑向人的脸，用长杖般的喙刺下，使生命之水涌出并饮吸。它在进攻与退避中，表现得像军事统帅一样娴熟。这个微小、没有经验、初到世间的受造物，是谁教给它这种技艺、这门军事学问与取水的本领？它又是在哪里学会的？我，也就是这个不幸的赛义德，承认：倘若我处在那长喙飞虫的位置，这种技艺、这种反复冲杀的作战方式与取水的服务，我只有经过极长久的课程与许多次不同的经验，才能学会。</w:t>
      </w:r>
    </w:p>
    <w:p>
      <w:r>
        <w:rPr>
          <w:rFonts w:ascii="Times New Roman" w:hAnsi="Times New Roman" w:eastAsia="Noto Serif SC" w:cs="Amiri"/>
          <w:lang w:val="zh-CN" w:eastAsia="zh-CN" w:bidi="ar-SA"/>
          <w:color w:val="000000"/>
          <w:rtl w:val="0"/>
        </w:rPr>
        <w:t>那么，蒙受启示的蜜蜂、蜘蛛，以及把巢筑得像袜子一样的夜莺等动物，你都可以与这飞虫相比；甚至，你也可以把植物同样与动物相比。</w:t>
      </w:r>
    </w:p>
    <w:p>
      <w:r>
        <w:rPr>
          <w:rFonts w:ascii="Times New Roman" w:hAnsi="Times New Roman" w:eastAsia="Noto Serif SC" w:cs="Amiri"/>
          <w:lang w:val="zh-CN" w:eastAsia="zh-CN" w:bidi="ar-SA"/>
          <w:color w:val="000000"/>
          <w:rtl w:val="0"/>
        </w:rPr>
        <w:t>是的，绝对慷慨者Allah</w:t>
      </w:r>
      <w:r>
        <w:rPr>
          <w:rFonts w:ascii="Amiri" w:hAnsi="Amiri" w:eastAsia="Amiri" w:cs="Amiri"/>
          <w:lang w:val="zh-CN" w:eastAsia="zh-CN" w:bidi="ar-SA"/>
          <w:rtl w:val="1"/>
          <w:cs w:val="1"/>
          <w:color w:val="000000"/>
          <w:sz w:val="24"/>
          <w:szCs w:val="24"/>
        </w:rPr>
        <w:t>جَلَّ جَلَالُهُ</w:t>
      </w:r>
      <w:r>
        <w:rPr>
          <w:rFonts w:ascii="Times New Roman" w:hAnsi="Times New Roman" w:eastAsia="Noto Serif SC" w:cs="Amiri"/>
          <w:lang w:val="zh-CN" w:eastAsia="zh-CN" w:bidi="ar-SA"/>
          <w:color w:val="000000"/>
          <w:rtl w:val="0"/>
        </w:rPr>
        <w:t>（愿祂的威严尊荣愈加崇高）把一份以乐趣为墨料、以需要为墨水写成的凭证，交给每一个有生命的个体；借这份凭证，祂把受造界命令的纲领与其服务的索引托付给它。请看那位具威严的至睿者Allah：祂把明证之书法则中与蜜蜂职责相应的份额写在一份凭证上，放入蜜蜂头上的小匣。那小匣的钥匙，就是忠于职守的蜜蜂所特有的乐趣。它用这把钥匙打开小匣，阅读自己的纲领，领悟命令，开始行动，从而显出</w:t>
      </w:r>
      <w:r>
        <w:rPr>
          <w:rFonts w:ascii="Amiri" w:hAnsi="Amiri" w:eastAsia="Amiri" w:cs="Amiri"/>
          <w:lang w:val="zh-CN" w:eastAsia="zh-CN" w:bidi="ar-SA"/>
          <w:rtl w:val="1"/>
          <w:cs w:val="1"/>
          <w:color w:val="000000"/>
          <w:sz w:val="24"/>
          <w:szCs w:val="24"/>
        </w:rPr>
        <w:t>ﻭَ ﺍَﻭْﺣٰﻰ ﺭَﺑُّﻚَ ﺍِﻟَﻰ ﺍﻟﻨَّﺤْﻞِ</w:t>
      </w:r>
      <w:r>
        <w:rPr>
          <w:rFonts w:ascii="Times New Roman" w:hAnsi="Times New Roman" w:eastAsia="Noto Serif SC" w:cs="Amiri"/>
          <w:lang w:val="zh-CN" w:eastAsia="zh-CN" w:bidi="ar-SA"/>
          <w:color w:val="000000"/>
          <w:rtl w:val="0"/>
        </w:rPr>
        <w:t>（你的养育并主宰者启示了蜜蜂，引导它履行自己的本能职责）这节经文的奥义。</w:t>
      </w:r>
    </w:p>
    <w:p>
      <w:r>
        <w:rPr>
          <w:rFonts w:ascii="Times New Roman" w:hAnsi="Times New Roman" w:eastAsia="Noto Serif SC" w:cs="Amiri"/>
          <w:lang w:val="zh-CN" w:eastAsia="zh-CN" w:bidi="ar-SA"/>
          <w:color w:val="000000"/>
          <w:rtl w:val="0"/>
        </w:rPr>
        <w:t>可见，若你已听完并完全理解这第八则注记，就会凭信仰的直觉，领悟</w:t>
      </w:r>
      <w:r>
        <w:rPr>
          <w:rFonts w:ascii="Amiri" w:hAnsi="Amiri" w:eastAsia="Amiri" w:cs="Amiri"/>
          <w:lang w:val="zh-CN" w:eastAsia="zh-CN" w:bidi="ar-SA"/>
          <w:rtl w:val="1"/>
          <w:cs w:val="1"/>
          <w:color w:val="000000"/>
          <w:sz w:val="24"/>
          <w:szCs w:val="24"/>
        </w:rPr>
        <w:t>ﻭَﺳِﻌَﺖْ ﺭَﺣْﻤَﺘُﻪُ ﻛُﻞَّ ﺷَﻰْﺀٍ</w:t>
      </w:r>
      <w:r>
        <w:rPr>
          <w:rFonts w:ascii="Times New Roman" w:hAnsi="Times New Roman" w:eastAsia="Noto Serif SC" w:cs="Amiri"/>
          <w:lang w:val="zh-CN" w:eastAsia="zh-CN" w:bidi="ar-SA"/>
          <w:color w:val="000000"/>
          <w:rtl w:val="0"/>
        </w:rPr>
        <w:t>（祂的慈悯包容万物）的一项奥义，领悟</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（没有任何一物不在赞美祂的同时，赞颂祂超绝一切缺欠）的一项真理，领悟</w:t>
      </w:r>
      <w:r>
        <w:rPr>
          <w:rFonts w:ascii="Amiri" w:hAnsi="Amiri" w:eastAsia="Amiri" w:cs="Amiri"/>
          <w:lang w:val="zh-CN" w:eastAsia="zh-CN" w:bidi="ar-SA"/>
          <w:rtl w:val="1"/>
          <w:cs w:val="1"/>
          <w:color w:val="000000"/>
          <w:sz w:val="24"/>
          <w:szCs w:val="24"/>
        </w:rPr>
        <w:t>ﺍِﻧَّﻤَٓﺎ ﺍَﻣْﺮُﻩُٓ ﺍِﺫَٓﺍ ﺍَﺭَﺍﺩَ ﺷَﻴْﺌًﺎ ﺍَﻥْ ﻳَﻘُﻮﻝَ ﻟَﻪُ ﻛُﻦْ ﻓَﻴَﻜُﻮﻥُ</w:t>
      </w:r>
      <w:r>
        <w:rPr>
          <w:rFonts w:ascii="Times New Roman" w:hAnsi="Times New Roman" w:eastAsia="Noto Serif SC" w:cs="Amiri"/>
          <w:lang w:val="zh-CN" w:eastAsia="zh-CN" w:bidi="ar-SA"/>
          <w:color w:val="000000"/>
          <w:rtl w:val="0"/>
        </w:rPr>
        <w:t>（当祂意欲一事时，祂的号令只是对它说：“存在吧！”它便依命而存在）的一项法则，领悟</w:t>
      </w:r>
      <w:r>
        <w:rPr>
          <w:rFonts w:ascii="Amiri" w:hAnsi="Amiri" w:eastAsia="Amiri" w:cs="Amiri"/>
          <w:lang w:val="zh-CN" w:eastAsia="zh-CN" w:bidi="ar-SA"/>
          <w:rtl w:val="1"/>
          <w:cs w:val="1"/>
          <w:color w:val="000000"/>
          <w:sz w:val="24"/>
          <w:szCs w:val="24"/>
        </w:rPr>
        <w:t>ﻓَﺴُﺒْﺤَﺎﻥَ ﺍﻟَّﺬ۪ﻯ ﺑِﻴَﺪِﻩ۪ ﻣَﻠَﻜُﻮﺕُ ﻛُﻞِّ ﺷَﻰْﺀٍ ﻭَﺍِﻟَﻴْﻪِ ﺗُﺮْﺟَﻌُﻮﻥَ</w:t>
      </w:r>
      <w:r>
        <w:rPr>
          <w:rFonts w:ascii="Times New Roman" w:hAnsi="Times New Roman" w:eastAsia="Noto Serif SC" w:cs="Amiri"/>
          <w:lang w:val="zh-CN" w:eastAsia="zh-CN" w:bidi="ar-SA"/>
          <w:color w:val="000000"/>
          <w:rtl w:val="0"/>
        </w:rPr>
        <w:t>（赞颂祂超绝一切缺欠，万物的主权都掌握在祂手中，你们终将归于祂）的一项精义。</w:t>
      </w:r>
    </w:p>
    <w:p>
      <w:pPr>
        <w:pStyle w:val="Heading2"/>
      </w:pPr>
      <w:r>
        <w:rPr>
          <w:rFonts w:ascii="Times New Roman" w:hAnsi="Times New Roman" w:eastAsia="Noto Serif SC" w:cs="Amiri"/>
          <w:lang w:val="zh-CN" w:eastAsia="zh-CN" w:bidi="ar-SA"/>
          <w:color w:val="000000"/>
          <w:rtl w:val="0"/>
        </w:rPr>
        <w:t>第九则注记</w:t>
      </w:r>
    </w:p>
    <w:p>
      <w:r>
        <w:rPr>
          <w:rFonts w:ascii="Times New Roman" w:hAnsi="Times New Roman" w:eastAsia="Noto Serif SC" w:cs="Amiri"/>
          <w:lang w:val="zh-CN" w:eastAsia="zh-CN" w:bidi="ar-SA"/>
          <w:color w:val="000000"/>
          <w:rtl w:val="0"/>
        </w:rPr>
        <w:t>你当知道，在人类中，先知身份是人性诸善与诸般完善的结晶和根本。真实的宗教，是幸福的纲要；信仰，是一种超绝杂染、纯粹无染的美善。既然这个世界上显出一种灿烂的美善、一种广博而崇高的善、一种明显的真实与一种卓越的完善，那么不言自明：真理与真实就在先知身份之中，就在众先知手中；迷误、邪恶与亏折，则在它的对立面。</w:t>
      </w:r>
    </w:p>
    <w:p>
      <w:r>
        <w:rPr>
          <w:rFonts w:ascii="Times New Roman" w:hAnsi="Times New Roman" w:eastAsia="Noto Serif SC" w:cs="Amiri"/>
          <w:lang w:val="zh-CN" w:eastAsia="zh-CN" w:bidi="ar-SA"/>
          <w:color w:val="000000"/>
          <w:rtl w:val="0"/>
        </w:rPr>
        <w:t>全然奴仆意识的千般美德，只看其中这一端：先知</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凭全然奴仆意识，使认信Allah独一者的心灵在节日礼拜、聚礼与集体礼拜中联合起来，使他们的口舌同诵一言。于是，人便以无数心灵与口舌发出的声音、祈祷与记念，回应无始受拜者Allah威严的呼唤。这些声音、祈祷与记念彼此支撑、彼此援助、协同一致，以如此广阔的方式，对无始受拜者Allah应受崇拜的神圣性显出全然奴仆意识；仿佛地球本身也在作那记念、作那祈祷，并以四方大地履行礼拜，顺服那凭尊严与宏大降于诸天之上的</w:t>
      </w:r>
      <w:r>
        <w:rPr>
          <w:rFonts w:ascii="Amiri" w:hAnsi="Amiri" w:eastAsia="Amiri" w:cs="Amiri"/>
          <w:lang w:val="zh-CN" w:eastAsia="zh-CN" w:bidi="ar-SA"/>
          <w:rtl w:val="1"/>
          <w:cs w:val="1"/>
          <w:color w:val="000000"/>
          <w:sz w:val="24"/>
          <w:szCs w:val="24"/>
        </w:rPr>
        <w:t>ﺍَﻗ۪ﻴﻤُﻮﺍ ﺍﻟﺼَّﻠٰﻮﺓَ</w:t>
      </w:r>
      <w:r>
        <w:rPr>
          <w:rFonts w:ascii="Times New Roman" w:hAnsi="Times New Roman" w:eastAsia="Noto Serif SC" w:cs="Amiri"/>
          <w:lang w:val="zh-CN" w:eastAsia="zh-CN" w:bidi="ar-SA"/>
          <w:color w:val="000000"/>
          <w:rtl w:val="0"/>
        </w:rPr>
        <w:t>（你们当履行礼拜）之命。凭借这联合的奥义，人在宇宙中虽如微粒般弱小渺小，却凭全然奴仆意识的宏大，成为天地创造者Allah蒙受深爱的仆人、大地的继任者与君王、群兽的首领，以及宇宙创造的成果与目的。</w:t>
      </w:r>
    </w:p>
    <w:p>
      <w:r>
        <w:rPr>
          <w:rFonts w:ascii="Times New Roman" w:hAnsi="Times New Roman" w:eastAsia="Noto Serif SC" w:cs="Amiri"/>
          <w:lang w:val="zh-CN" w:eastAsia="zh-CN" w:bidi="ar-SA"/>
          <w:color w:val="000000"/>
          <w:rtl w:val="0"/>
        </w:rPr>
        <w:t>是的，在礼拜之后，尤其在节日礼拜之后，数亿人于同一时刻念</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（Allah至大，超越一切）。倘若他们的声音，不仅在幽隐世界中联合，也在可见世界中彼此联合、汇聚，那么，地球就完全成为一个巨大的人；按其宏大程度，它以巨大的声音所念的</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（Allah至大，超越一切），就与这汇聚的声音相等。因此，认信Allah独一者联合一致，于同一时刻念</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（Allah至大，超越一切），便成为地球宏大的</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（Allah至大，超越一切）。仿佛在节日礼拜中，伊斯兰世界的记念与赞颂使大地经历至大的震动；它以四方与周遭念</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（Allah至大，超越一切），以朝向——尊贵的克尔白——的真诚之心立意，以麦加之口、阿拉法山之舌念</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（Allah至大，超越一切），使那唯一的一句话，在大地四方全体信道者洞穴般口中的空气里成形。正如一句</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（Allah至大，超越一切）的回声，会生出无数</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（Allah至大，超越一切）；那蒙悦纳的记念与宣告Allah至大，也使诸天回响，并在中间世界的诸界中激荡发声。</w:t>
      </w:r>
    </w:p>
    <w:p>
      <w:r>
        <w:rPr>
          <w:rFonts w:ascii="Times New Roman" w:hAnsi="Times New Roman" w:eastAsia="Noto Serif SC" w:cs="Amiri"/>
          <w:lang w:val="zh-CN" w:eastAsia="zh-CN" w:bidi="ar-SA"/>
          <w:color w:val="000000"/>
          <w:rtl w:val="0"/>
        </w:rPr>
        <w:t>那位具威严者Allah，使这大地向祂叩拜、崇拜，成为祂仆人的礼拜之所、祂受造物的摇篮，并成为赞颂祂超绝、宣告祂至大的存在。因此，我们以大地微粒之数赞美祂、称颂祂超绝、宣告祂至大，又以万有之数赞美祂，因为祂使我们成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（愿Allah赐他尊荣、恩福与平安）的共同体；这位使者教导了我们这种全然奴仆意识。</w:t>
      </w:r>
    </w:p>
    <w:p>
      <w:pPr>
        <w:pStyle w:val="Heading2"/>
      </w:pPr>
      <w:r>
        <w:rPr>
          <w:rFonts w:ascii="Times New Roman" w:hAnsi="Times New Roman" w:eastAsia="Noto Serif SC" w:cs="Amiri"/>
          <w:lang w:val="zh-CN" w:eastAsia="zh-CN" w:bidi="ar-SA"/>
          <w:color w:val="000000"/>
          <w:rtl w:val="0"/>
        </w:rPr>
        <w:t>第十项注释</w:t>
      </w:r>
    </w:p>
    <w:p>
      <w:r>
        <w:rPr>
          <w:rFonts w:ascii="Times New Roman" w:hAnsi="Times New Roman" w:eastAsia="Noto Serif SC" w:cs="Amiri"/>
          <w:lang w:val="zh-CN" w:eastAsia="zh-CN" w:bidi="ar-SA"/>
          <w:color w:val="000000"/>
          <w:rtl w:val="0"/>
        </w:rPr>
        <w:t>疏忽遗忘而心绪纷乱的赛义德啊，你当知道：若要抵达至高无上的真实主宰Allah那真知之光并瞻仰它，要在种种迹象与见证者的镜中观看它的辉映，要借种种明证与证据的孔道观览它，那么，凡是从你上方掠过、来到你心中、显现于你理智的每一束光，你都不该用挑剔的手指去触碰，不该伸出犹疑之手去责难！不要伸手去捉那照耀你的光；反倒应当摆脱种种导致疏忽的因缘，转向那些光，静立其前。因为我亲眼见证了如下情形：</w:t>
      </w:r>
    </w:p>
    <w:p>
      <w:r>
        <w:rPr>
          <w:rFonts w:ascii="Times New Roman" w:hAnsi="Times New Roman" w:eastAsia="Noto Serif SC" w:cs="Amiri"/>
          <w:lang w:val="zh-CN" w:eastAsia="zh-CN" w:bidi="ar-SA"/>
          <w:color w:val="000000"/>
          <w:rtl w:val="0"/>
        </w:rPr>
        <w:t>认识Allah的见证者与明证共有三类。</w:t>
      </w:r>
    </w:p>
    <w:p>
      <w:r>
        <w:rPr>
          <w:rFonts w:ascii="Times New Roman" w:hAnsi="Times New Roman" w:eastAsia="Noto Serif SC" w:cs="Amiri"/>
          <w:lang w:val="zh-CN" w:eastAsia="zh-CN" w:bidi="ar-SA"/>
          <w:color w:val="000000"/>
          <w:rtl w:val="0"/>
        </w:rPr>
        <w:t>其中一类如同水：看得见，也能感觉到，却不能用手指捉住。面对这一类，必须摆脱种种幻想，全然沉浸于其中。不能用挑剔的手指去探查；若去探查，它便流走、逃离。那生命之水，绝不肯把手指当作自己的停驻之所。</w:t>
      </w:r>
    </w:p>
    <w:p>
      <w:r>
        <w:rPr>
          <w:rFonts w:ascii="Times New Roman" w:hAnsi="Times New Roman" w:eastAsia="Noto Serif SC" w:cs="Amiri"/>
          <w:lang w:val="zh-CN" w:eastAsia="zh-CN" w:bidi="ar-SA"/>
          <w:color w:val="000000"/>
          <w:rtl w:val="0"/>
        </w:rPr>
        <w:t>第二类如同空气：能够感觉到，却既看不见，也捉不住。面对它，你应当转过脸，以口、以灵魂，迎向那慈悯的微风，使自己正对着它。不要伸出挑剔之手，你捉不住它；要以灵魂去呼吸。若以犹疑之手去探看，以挑剔之心去触碰，它便前行离去；它不肯把你的手当作居所，也绝不容纳那只手。</w:t>
      </w:r>
    </w:p>
    <w:p>
      <w:r>
        <w:rPr>
          <w:rFonts w:ascii="Times New Roman" w:hAnsi="Times New Roman" w:eastAsia="Noto Serif SC" w:cs="Amiri"/>
          <w:lang w:val="zh-CN" w:eastAsia="zh-CN" w:bidi="ar-SA"/>
          <w:color w:val="000000"/>
          <w:rtl w:val="0"/>
        </w:rPr>
        <w:t>第三类则如同光：看得见，却既感觉不到，也捉不住。既然如此，你应当用心灵之眼、灵魂的目光正视它，把眼睛转向它，静心等待；也许它会自行到来。因为光不能用手捉住，不能用手指捕获；那光唯有凭洞察之光才能捕获。若你伸出贪婪而物质化的手，用物质的尺度去衡量，它纵然不熄灭，也会隐藏起来。因为那样的光，既不肯被囚禁于物质之中，也无法被纳入刻板的限定；它绝不承认粗重之物是自己的主人与主宰。</w:t>
      </w:r>
    </w:p>
    <w:p>
      <w:pPr>
        <w:pStyle w:val="Heading2"/>
      </w:pPr>
      <w:r>
        <w:rPr>
          <w:rFonts w:ascii="Times New Roman" w:hAnsi="Times New Roman" w:eastAsia="Noto Serif SC" w:cs="Amiri"/>
          <w:lang w:val="zh-CN" w:eastAsia="zh-CN" w:bidi="ar-SA"/>
          <w:color w:val="000000"/>
          <w:rtl w:val="0"/>
        </w:rPr>
        <w:t>第十一项注释</w:t>
      </w:r>
    </w:p>
    <w:p>
      <w:r>
        <w:rPr>
          <w:rFonts w:ascii="Times New Roman" w:hAnsi="Times New Roman" w:eastAsia="Noto Serif SC" w:cs="Amiri"/>
          <w:lang w:val="zh-CN" w:eastAsia="zh-CN" w:bidi="ar-SA"/>
          <w:color w:val="000000"/>
          <w:rtl w:val="0"/>
        </w:rPr>
        <w:t>你当知道，奇迹般阐明真理的《古兰经》，其表达之中充满深厚的怜爱与慈悯。因为听众的大多数是普通民众，他们的思想单纯；他们的目光又看不见精微之事。因此，为了抚慰他们纯朴的思想，《古兰经》以反复申说的方式，一再宣讲那些写在诸天与大地表面的迹象，使人能够轻松地诵读那些巨大的文字。</w:t>
      </w:r>
    </w:p>
    <w:p>
      <w:r>
        <w:rPr>
          <w:rFonts w:ascii="Times New Roman" w:hAnsi="Times New Roman" w:eastAsia="Noto Serif SC" w:cs="Amiri"/>
          <w:lang w:val="zh-CN" w:eastAsia="zh-CN" w:bidi="ar-SA"/>
          <w:color w:val="000000"/>
          <w:rtl w:val="0"/>
        </w:rPr>
        <w:t>例如，诸天与大地的创造、雨水从天空降下、大地复苏等迹象，都是显而易见、不必深究便能读懂的，《古兰经》便反复教导这些。至于那些巨大文字之间以小字写成的精微迹象，它只偶尔引人把目光转向它们，以免民众劳苦。</w:t>
      </w:r>
    </w:p>
    <w:p>
      <w:r>
        <w:rPr>
          <w:rFonts w:ascii="Times New Roman" w:hAnsi="Times New Roman" w:eastAsia="Noto Serif SC" w:cs="Amiri"/>
          <w:lang w:val="zh-CN" w:eastAsia="zh-CN" w:bidi="ar-SA"/>
          <w:color w:val="000000"/>
          <w:rtl w:val="0"/>
        </w:rPr>
        <w:t>而且，《古兰经》的风格具有一种雄健、流畅而契合本性的特质：仿佛《古兰经》是一位背诵者，正在诵读以权能之笔写在宇宙书页上的种种迹象；仿佛《古兰经》就是宇宙之书的诵读，是其中秩序的咏诵；它诵读无始纹饰者Allah的种种内在作为，书写祂的种种行为。你若想看见这种表达的雄健，请以警醒而细致的心灵，聆听《大事章》以及</w:t>
      </w:r>
      <w:r>
        <w:rPr>
          <w:rFonts w:ascii="Amiri" w:hAnsi="Amiri" w:eastAsia="Amiri" w:cs="Amiri"/>
          <w:lang w:val="zh-CN" w:eastAsia="zh-CN" w:bidi="ar-SA"/>
          <w:rtl w:val="1"/>
          <w:cs w:val="1"/>
          <w:color w:val="000000"/>
          <w:sz w:val="24"/>
          <w:szCs w:val="24"/>
        </w:rPr>
        <w:t>ﻗُﻞِ ﺍﻟﻠّٰﻬُﻢَّ ﻣَﺎﻟِﻚَ ﺍﻟْﻤُﻠْﻚِ</w:t>
      </w:r>
      <w:r>
        <w:rPr>
          <w:rFonts w:ascii="Times New Roman" w:hAnsi="Times New Roman" w:eastAsia="Noto Serif SC" w:cs="Amiri"/>
          <w:lang w:val="zh-CN" w:eastAsia="zh-CN" w:bidi="ar-SA"/>
          <w:color w:val="000000"/>
          <w:rtl w:val="0"/>
        </w:rPr>
        <w:t>（你说：“Allah啊，祢是执掌一切权国的主宰”）等经文般的敕令！</w:t>
      </w:r>
    </w:p>
    <w:p>
      <w:pPr>
        <w:pStyle w:val="Heading2"/>
      </w:pPr>
      <w:r>
        <w:rPr>
          <w:rFonts w:ascii="Times New Roman" w:hAnsi="Times New Roman" w:eastAsia="Noto Serif SC" w:cs="Amiri"/>
          <w:lang w:val="zh-CN" w:eastAsia="zh-CN" w:bidi="ar-SA"/>
          <w:color w:val="000000"/>
          <w:rtl w:val="0"/>
        </w:rPr>
        <w:t>第十二项注释</w:t>
      </w:r>
    </w:p>
    <w:p>
      <w:r>
        <w:rPr>
          <w:rFonts w:ascii="Times New Roman" w:hAnsi="Times New Roman" w:eastAsia="Noto Serif SC" w:cs="Amiri"/>
          <w:lang w:val="zh-CN" w:eastAsia="zh-CN" w:bidi="ar-SA"/>
          <w:color w:val="000000"/>
          <w:rtl w:val="0"/>
        </w:rPr>
        <w:t>聆听这些注释的朋友们啊！你们当知道：按照常情，我向我的养育并主宰者Allah倾吐心灵的哀求、恳求与祈祷，本应隐藏起来；我有时却把它写下来，原因在于：当死亡使我的舌头缄默之时，我祈求Allah的慈悯悦纳我的书代替舌头继续陈说。是的，短暂的一生中，我这暂时的舌头所作的一切悔改与痛悔，不足以赎尽我无数的罪愆。而稳定、又在一定程度上持久的书的语言，更能胜任这件事。</w:t>
      </w:r>
    </w:p>
    <w:p>
      <w:r>
        <w:rPr>
          <w:rFonts w:ascii="Times New Roman" w:hAnsi="Times New Roman" w:eastAsia="Noto Serif SC" w:cs="Amiri"/>
          <w:lang w:val="zh-CN" w:eastAsia="zh-CN" w:bidi="ar-SA"/>
          <w:color w:val="000000"/>
          <w:rtl w:val="0"/>
        </w:rPr>
        <w:t>就在十三年</w:t>
      </w:r>
      <w:r>
        <w:rPr>
          <w:rStyle w:val="FootnoteReference"/>
        </w:rPr>
        <w:footnoteReference w:id="14"/>
      </w:r>
      <w:r>
        <w:rPr>
          <w:rFonts w:ascii="Times New Roman" w:hAnsi="Times New Roman" w:eastAsia="Noto Serif SC" w:cs="Amiri"/>
          <w:lang w:val="zh-CN" w:eastAsia="zh-CN" w:bidi="ar-SA"/>
          <w:color w:val="000000"/>
          <w:rtl w:val="0"/>
        </w:rPr>
        <w:t>前，一场骚动的精神风暴使旧赛义德的欢笑转为新赛义德的哭泣；就在那时，我从青春的疏忽沉睡中，在老年的清晨醒来，这篇祈祷与恳求以阿拉伯文写成。其中一部分的汉语意思如下：</w:t>
      </w:r>
    </w:p>
    <w:p>
      <w:r>
        <w:rPr>
          <w:rFonts w:ascii="Times New Roman" w:hAnsi="Times New Roman" w:eastAsia="Noto Serif SC" w:cs="Amiri"/>
          <w:lang w:val="zh-CN" w:eastAsia="zh-CN" w:bidi="ar-SA"/>
          <w:color w:val="000000"/>
          <w:rtl w:val="0"/>
        </w:rPr>
        <w:t>我的至慈养育并主宰者Allah啊！我的宽宏创造者Allah啊！</w:t>
      </w:r>
    </w:p>
    <w:p>
      <w:r>
        <w:rPr>
          <w:rFonts w:ascii="Times New Roman" w:hAnsi="Times New Roman" w:eastAsia="Noto Serif SC" w:cs="Amiri"/>
          <w:lang w:val="zh-CN" w:eastAsia="zh-CN" w:bidi="ar-SA"/>
          <w:color w:val="000000"/>
          <w:rtl w:val="0"/>
        </w:rPr>
        <w:t>由于我错误的选择，我的一生与青春白白流逝了。那一生与青春的果实，留在我手中的，只有带来痛苦的罪愆、带来屈辱的悲伤，以及引人迷误的妄念。我背着这沉重的负担，怀着有病的心灵，带着羞愧的面容，渐渐走近坟墓。我亲眼看着，亲身体会着，不偏左也不偏右，不由自主地，以极快的速度，像那些已逝的友人、同辈与亲人一样，接近坟墓之门。那坟墓，是永别这座短暂居所之后，在通向永无终尽之路上设立并敞开的第一站、第一道门。而我所依恋、所迷恋的这座尘世居所，我也已确凿无疑地明白：它正在毁灭，终将逝去；它短暂易逝，终将死亡。我亲眼看见，其中的万有也一队接一队地相继迁徙而去，消失不见。尤其对像我这样怀有命人作恶之自我的人，这个世界极其残酷，极其诡诈：它若给人一分乐趣，便附上千般痛苦，让人一一承受；它若给人吃一粒葡萄，便打上一百记耳光。</w:t>
      </w:r>
    </w:p>
    <w:p>
      <w:r>
        <w:rPr>
          <w:rFonts w:ascii="Times New Roman" w:hAnsi="Times New Roman" w:eastAsia="Noto Serif SC" w:cs="Amiri"/>
          <w:lang w:val="zh-CN" w:eastAsia="zh-CN" w:bidi="ar-SA"/>
          <w:color w:val="000000"/>
          <w:rtl w:val="0"/>
        </w:rPr>
        <w:t>我的至慈养育并主宰者Allah啊！我的宽宏创造者Allah啊！</w:t>
      </w:r>
    </w:p>
    <w:p>
      <w:r>
        <w:rPr>
          <w:rFonts w:ascii="Times New Roman" w:hAnsi="Times New Roman" w:eastAsia="Noto Serif SC" w:cs="Amiri"/>
          <w:lang w:val="zh-CN" w:eastAsia="zh-CN" w:bidi="ar-SA"/>
          <w:color w:val="000000"/>
          <w:rtl w:val="0"/>
        </w:rPr>
        <w:t>凭着</w:t>
      </w:r>
      <w:r>
        <w:rPr>
          <w:rFonts w:ascii="Amiri" w:hAnsi="Amiri" w:eastAsia="Amiri" w:cs="Amiri"/>
          <w:lang w:val="zh-CN" w:eastAsia="zh-CN" w:bidi="ar-SA"/>
          <w:rtl w:val="1"/>
          <w:cs w:val="1"/>
          <w:color w:val="000000"/>
          <w:sz w:val="24"/>
          <w:szCs w:val="24"/>
        </w:rPr>
        <w:t>ﻛُﻞُّ ﺍٰﺕٍ ﻗَﺮ۪ﻳﺐٌ</w:t>
      </w:r>
      <w:r>
        <w:rPr>
          <w:rFonts w:ascii="Times New Roman" w:hAnsi="Times New Roman" w:eastAsia="Noto Serif SC" w:cs="Amiri"/>
          <w:lang w:val="zh-CN" w:eastAsia="zh-CN" w:bidi="ar-SA"/>
          <w:color w:val="000000"/>
          <w:rtl w:val="0"/>
        </w:rPr>
        <w:t>（凡将要到来的，都已临近）的奥义，我现在仿佛已经看见：不久以后，我已穿上殓衣，躺进棺木，与朋友们告别。在前往坟墓的路上，我在祢的慈悯之门，借遗体无声的存在状态、灵魂有声的言语，大声呼喊：</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（求祢赐我安宁与救渡）！</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（求祢赐我安宁与救渡）！</w:t>
      </w:r>
      <w:r>
        <w:rPr>
          <w:rFonts w:ascii="Amiri" w:hAnsi="Amiri" w:eastAsia="Amiri" w:cs="Amiri"/>
          <w:lang w:val="zh-CN" w:eastAsia="zh-CN" w:bidi="ar-SA"/>
          <w:rtl w:val="1"/>
          <w:cs w:val="1"/>
          <w:color w:val="000000"/>
          <w:sz w:val="24"/>
          <w:szCs w:val="24"/>
        </w:rPr>
        <w:t>يَا حَنَّانُ</w:t>
      </w:r>
      <w:r>
        <w:rPr>
          <w:rFonts w:ascii="Times New Roman" w:hAnsi="Times New Roman" w:eastAsia="Noto Serif SC" w:cs="Amiri"/>
          <w:lang w:val="zh-CN" w:eastAsia="zh-CN" w:bidi="ar-SA"/>
          <w:color w:val="000000"/>
          <w:rtl w:val="0"/>
        </w:rPr>
        <w:t>（满怀怜爱者Allah啊）！</w:t>
      </w:r>
      <w:r>
        <w:rPr>
          <w:rFonts w:ascii="Amiri" w:hAnsi="Amiri" w:eastAsia="Amiri" w:cs="Amiri"/>
          <w:lang w:val="zh-CN" w:eastAsia="zh-CN" w:bidi="ar-SA"/>
          <w:rtl w:val="1"/>
          <w:cs w:val="1"/>
          <w:color w:val="000000"/>
          <w:sz w:val="24"/>
          <w:szCs w:val="24"/>
        </w:rPr>
        <w:t>يَا مَنَّانُ</w:t>
      </w:r>
      <w:r>
        <w:rPr>
          <w:rFonts w:ascii="Times New Roman" w:hAnsi="Times New Roman" w:eastAsia="Noto Serif SC" w:cs="Amiri"/>
          <w:lang w:val="zh-CN" w:eastAsia="zh-CN" w:bidi="ar-SA"/>
          <w:color w:val="000000"/>
          <w:rtl w:val="0"/>
        </w:rPr>
        <w:t>（广施恩泽者Allah啊）！求祢把我从罪愆的羞耻中拯救出来！</w:t>
      </w:r>
    </w:p>
    <w:p>
      <w:r>
        <w:rPr>
          <w:rFonts w:ascii="Times New Roman" w:hAnsi="Times New Roman" w:eastAsia="Noto Serif SC" w:cs="Amiri"/>
          <w:lang w:val="zh-CN" w:eastAsia="zh-CN" w:bidi="ar-SA"/>
          <w:color w:val="000000"/>
          <w:rtl w:val="0"/>
        </w:rPr>
        <w:t>看，我已来到墓前，把殓衣围在颈上，站在横卧于墓前的躯体上方。我抬起头，仰望祢的慈悯之门，竭尽全力哀号呼喊：</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（求祢赐我安宁与救渡）！</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（求祢赐我安宁与救渡）！</w:t>
      </w:r>
      <w:r>
        <w:rPr>
          <w:rFonts w:ascii="Amiri" w:hAnsi="Amiri" w:eastAsia="Amiri" w:cs="Amiri"/>
          <w:lang w:val="zh-CN" w:eastAsia="zh-CN" w:bidi="ar-SA"/>
          <w:rtl w:val="1"/>
          <w:cs w:val="1"/>
          <w:color w:val="000000"/>
          <w:sz w:val="24"/>
          <w:szCs w:val="24"/>
        </w:rPr>
        <w:t>يَا حَنَّانُ</w:t>
      </w:r>
      <w:r>
        <w:rPr>
          <w:rFonts w:ascii="Times New Roman" w:hAnsi="Times New Roman" w:eastAsia="Noto Serif SC" w:cs="Amiri"/>
          <w:lang w:val="zh-CN" w:eastAsia="zh-CN" w:bidi="ar-SA"/>
          <w:color w:val="000000"/>
          <w:rtl w:val="0"/>
        </w:rPr>
        <w:t>（满怀怜爱者Allah啊）！</w:t>
      </w:r>
      <w:r>
        <w:rPr>
          <w:rFonts w:ascii="Amiri" w:hAnsi="Amiri" w:eastAsia="Amiri" w:cs="Amiri"/>
          <w:lang w:val="zh-CN" w:eastAsia="zh-CN" w:bidi="ar-SA"/>
          <w:rtl w:val="1"/>
          <w:cs w:val="1"/>
          <w:color w:val="000000"/>
          <w:sz w:val="24"/>
          <w:szCs w:val="24"/>
        </w:rPr>
        <w:t>يَا مَنَّانُ</w:t>
      </w:r>
      <w:r>
        <w:rPr>
          <w:rFonts w:ascii="Times New Roman" w:hAnsi="Times New Roman" w:eastAsia="Noto Serif SC" w:cs="Amiri"/>
          <w:lang w:val="zh-CN" w:eastAsia="zh-CN" w:bidi="ar-SA"/>
          <w:color w:val="000000"/>
          <w:rtl w:val="0"/>
        </w:rPr>
        <w:t>（广施恩泽者Allah啊）！求祢使我摆脱罪愆的沉重负担！</w:t>
      </w:r>
    </w:p>
    <w:p>
      <w:r>
        <w:rPr>
          <w:rFonts w:ascii="Times New Roman" w:hAnsi="Times New Roman" w:eastAsia="Noto Serif SC" w:cs="Amiri"/>
          <w:lang w:val="zh-CN" w:eastAsia="zh-CN" w:bidi="ar-SA"/>
          <w:color w:val="000000"/>
          <w:rtl w:val="0"/>
        </w:rPr>
        <w:t>看，我已进入坟墓，裹在殓衣之中。送葬的人留下我离去了。我等待着祢的赦宥与慈悯。我亲眼看见，除祢之外，再无庇护之所，亦无逃往之处。面对罪愆丑恶的面孔、悖逆可怖的形貌，以及那地方的狭窄，我竭尽全力呼喊：</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（求祢赐我安宁与救渡）！</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（求祢赐我安宁与救渡）！</w:t>
      </w:r>
      <w:r>
        <w:rPr>
          <w:rFonts w:ascii="Amiri" w:hAnsi="Amiri" w:eastAsia="Amiri" w:cs="Amiri"/>
          <w:lang w:val="zh-CN" w:eastAsia="zh-CN" w:bidi="ar-SA"/>
          <w:rtl w:val="1"/>
          <w:cs w:val="1"/>
          <w:color w:val="000000"/>
          <w:sz w:val="24"/>
          <w:szCs w:val="24"/>
        </w:rPr>
        <w:t>يَا رَحْمَٰنُ</w:t>
      </w:r>
      <w:r>
        <w:rPr>
          <w:rFonts w:ascii="Times New Roman" w:hAnsi="Times New Roman" w:eastAsia="Noto Serif SC" w:cs="Amiri"/>
          <w:lang w:val="zh-CN" w:eastAsia="zh-CN" w:bidi="ar-SA"/>
          <w:color w:val="000000"/>
          <w:rtl w:val="0"/>
        </w:rPr>
        <w:t>（慈悯普及万物者Allah啊）！</w:t>
      </w:r>
      <w:r>
        <w:rPr>
          <w:rFonts w:ascii="Amiri" w:hAnsi="Amiri" w:eastAsia="Amiri" w:cs="Amiri"/>
          <w:lang w:val="zh-CN" w:eastAsia="zh-CN" w:bidi="ar-SA"/>
          <w:rtl w:val="1"/>
          <w:cs w:val="1"/>
          <w:color w:val="000000"/>
          <w:sz w:val="24"/>
          <w:szCs w:val="24"/>
        </w:rPr>
        <w:t>يَا حَنَّانُ</w:t>
      </w:r>
      <w:r>
        <w:rPr>
          <w:rFonts w:ascii="Times New Roman" w:hAnsi="Times New Roman" w:eastAsia="Noto Serif SC" w:cs="Amiri"/>
          <w:lang w:val="zh-CN" w:eastAsia="zh-CN" w:bidi="ar-SA"/>
          <w:color w:val="000000"/>
          <w:rtl w:val="0"/>
        </w:rPr>
        <w:t>（满怀怜爱者Allah啊）！</w:t>
      </w:r>
      <w:r>
        <w:rPr>
          <w:rFonts w:ascii="Amiri" w:hAnsi="Amiri" w:eastAsia="Amiri" w:cs="Amiri"/>
          <w:lang w:val="zh-CN" w:eastAsia="zh-CN" w:bidi="ar-SA"/>
          <w:rtl w:val="1"/>
          <w:cs w:val="1"/>
          <w:color w:val="000000"/>
          <w:sz w:val="24"/>
          <w:szCs w:val="24"/>
        </w:rPr>
        <w:t>يَا مَنَّانُ</w:t>
      </w:r>
      <w:r>
        <w:rPr>
          <w:rFonts w:ascii="Times New Roman" w:hAnsi="Times New Roman" w:eastAsia="Noto Serif SC" w:cs="Amiri"/>
          <w:lang w:val="zh-CN" w:eastAsia="zh-CN" w:bidi="ar-SA"/>
          <w:color w:val="000000"/>
          <w:rtl w:val="0"/>
        </w:rPr>
        <w:t>（广施恩泽者Allah啊）！</w:t>
      </w:r>
      <w:r>
        <w:rPr>
          <w:rFonts w:ascii="Amiri" w:hAnsi="Amiri" w:eastAsia="Amiri" w:cs="Amiri"/>
          <w:lang w:val="zh-CN" w:eastAsia="zh-CN" w:bidi="ar-SA"/>
          <w:rtl w:val="1"/>
          <w:cs w:val="1"/>
          <w:color w:val="000000"/>
          <w:sz w:val="24"/>
          <w:szCs w:val="24"/>
        </w:rPr>
        <w:t>يَا دَيَّانُ</w:t>
      </w:r>
      <w:r>
        <w:rPr>
          <w:rFonts w:ascii="Times New Roman" w:hAnsi="Times New Roman" w:eastAsia="Noto Serif SC" w:cs="Amiri"/>
          <w:lang w:val="zh-CN" w:eastAsia="zh-CN" w:bidi="ar-SA"/>
          <w:color w:val="000000"/>
          <w:rtl w:val="0"/>
        </w:rPr>
        <w:t>（审判并清算万有者Allah啊）！求祢使我摆脱丑恶罪愆的陪伴，求祢拓宽我的所在！</w:t>
      </w:r>
    </w:p>
    <w:p>
      <w:r>
        <w:rPr>
          <w:rFonts w:ascii="Times New Roman" w:hAnsi="Times New Roman" w:eastAsia="Noto Serif SC" w:cs="Amiri"/>
          <w:lang w:val="zh-CN" w:eastAsia="zh-CN" w:bidi="ar-SA"/>
          <w:color w:val="000000"/>
          <w:rtl w:val="0"/>
        </w:rPr>
        <w:t>我的Allah啊！祢的慈悯是我的庇护；祢那位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（作为赐给万有的慈悯）的至爱者，是我抵达祢慈悯的媒介。我不是向他人抱怨祢，而是向祢陈诉我的自我与我的境况。</w:t>
      </w:r>
    </w:p>
    <w:p>
      <w:r>
        <w:rPr>
          <w:rFonts w:ascii="Times New Roman" w:hAnsi="Times New Roman" w:eastAsia="Noto Serif SC" w:cs="Amiri"/>
          <w:lang w:val="zh-CN" w:eastAsia="zh-CN" w:bidi="ar-SA"/>
          <w:color w:val="000000"/>
          <w:rtl w:val="0"/>
        </w:rPr>
        <w:t>我的宽宏创造者Allah啊！我的至慈养育并主宰者Allah啊！</w:t>
      </w:r>
    </w:p>
    <w:p>
      <w:r>
        <w:rPr>
          <w:rFonts w:ascii="Times New Roman" w:hAnsi="Times New Roman" w:eastAsia="Noto Serif SC" w:cs="Amiri"/>
          <w:lang w:val="zh-CN" w:eastAsia="zh-CN" w:bidi="ar-SA"/>
          <w:color w:val="000000"/>
          <w:rtl w:val="0"/>
        </w:rPr>
        <w:t>祢那名叫赛义德的受造物、技艺之作与仆人，既悖逆，又无力；既疏忽，又无知；既患病，又卑贱；既作恶，又年迈；既不幸，又是一个逃离主人的奴隶。四十年之后，他痛悔前非，想要返回祢的门庭。他投靠祢的慈悯，承认无数的罪愆与过错，已遭受种种臆想与各式疾病的侵袭，向祢哀求恳告。</w:t>
      </w:r>
    </w:p>
    <w:p>
      <w:r>
        <w:rPr>
          <w:rFonts w:ascii="Times New Roman" w:hAnsi="Times New Roman" w:eastAsia="Noto Serif SC" w:cs="Amiri"/>
          <w:lang w:val="zh-CN" w:eastAsia="zh-CN" w:bidi="ar-SA"/>
          <w:color w:val="000000"/>
          <w:rtl w:val="0"/>
        </w:rPr>
        <w:t>若祢以完满的慈悯接纳他，赦免他、怜恤他，那本是祢的圣德，因为祢是</w:t>
      </w:r>
      <w:r>
        <w:rPr>
          <w:rFonts w:ascii="Amiri" w:hAnsi="Amiri" w:eastAsia="Amiri" w:cs="Amiri"/>
          <w:lang w:val="zh-CN" w:eastAsia="zh-CN" w:bidi="ar-SA"/>
          <w:rtl w:val="1"/>
          <w:cs w:val="1"/>
          <w:color w:val="000000"/>
          <w:sz w:val="24"/>
          <w:szCs w:val="24"/>
        </w:rPr>
        <w:t>أَرْحَمُ الرَّاحِمِينَ</w:t>
      </w:r>
      <w:r>
        <w:rPr>
          <w:rFonts w:ascii="Times New Roman" w:hAnsi="Times New Roman" w:eastAsia="Noto Serif SC" w:cs="Amiri"/>
          <w:lang w:val="zh-CN" w:eastAsia="zh-CN" w:bidi="ar-SA"/>
          <w:color w:val="000000"/>
          <w:rtl w:val="0"/>
        </w:rPr>
        <w:t>（一切慈悯者之中最为慈悯的主宰Allah）。若祢不接纳，除祢的门庭之外，我还能走向哪一扇门？</w:t>
      </w:r>
    </w:p>
    <w:p>
      <w:r>
        <w:rPr>
          <w:rFonts w:ascii="Times New Roman" w:hAnsi="Times New Roman" w:eastAsia="Noto Serif SC" w:cs="Amiri"/>
          <w:lang w:val="zh-CN" w:eastAsia="zh-CN" w:bidi="ar-SA"/>
          <w:color w:val="000000"/>
          <w:rtl w:val="0"/>
        </w:rPr>
        <w:t>哪里还有别的门可去？除祢之外，别无养育并主宰者可以投奔；除祢之外，别无真正应受崇拜者可以投靠！</w:t>
      </w:r>
      <w:r>
        <w:rPr>
          <w:rFonts w:ascii="Amiri" w:hAnsi="Amiri" w:eastAsia="Amiri" w:cs="Amiri"/>
          <w:lang w:val="zh-CN" w:eastAsia="zh-CN" w:bidi="ar-SA"/>
          <w:rtl w:val="1"/>
          <w:cs w:val="1"/>
          <w:color w:val="000000"/>
          <w:sz w:val="24"/>
          <w:szCs w:val="24"/>
        </w:rPr>
        <w:t>لَا ﺍِﻟٰﻪَ اِلَّا ﺍَﻧْﺖَ ﻭَﺣْﺪَﻙَ</w:t>
      </w:r>
      <w:r>
        <w:rPr>
          <w:rFonts w:ascii="Times New Roman" w:hAnsi="Times New Roman" w:eastAsia="Noto Serif SC" w:cs="Amiri"/>
          <w:lang w:val="zh-CN" w:eastAsia="zh-CN" w:bidi="ar-SA"/>
          <w:color w:val="000000"/>
          <w:rtl w:val="0"/>
        </w:rPr>
        <w:t xml:space="preserve">（除祢之外，绝无应受崇拜者；唯独祢，独一无二） </w:t>
      </w:r>
      <w:r>
        <w:rPr>
          <w:rFonts w:ascii="Amiri" w:hAnsi="Amiri" w:eastAsia="Amiri" w:cs="Amiri"/>
          <w:lang w:val="zh-CN" w:eastAsia="zh-CN" w:bidi="ar-SA"/>
          <w:rtl w:val="1"/>
          <w:cs w:val="1"/>
          <w:color w:val="000000"/>
          <w:sz w:val="24"/>
          <w:szCs w:val="24"/>
        </w:rPr>
        <w:t>لَا ﺷَﺮ۪ﻳﻚَ ﻟَﻚَ</w:t>
      </w:r>
      <w:r>
        <w:rPr>
          <w:rFonts w:ascii="Times New Roman" w:hAnsi="Times New Roman" w:eastAsia="Noto Serif SC" w:cs="Amiri"/>
          <w:lang w:val="zh-CN" w:eastAsia="zh-CN" w:bidi="ar-SA"/>
          <w:color w:val="000000"/>
          <w:rtl w:val="0"/>
        </w:rPr>
        <w:t xml:space="preserve">（祢没有任何伙伴） </w:t>
      </w:r>
      <w:r>
        <w:rPr>
          <w:rFonts w:ascii="Amiri" w:hAnsi="Amiri" w:eastAsia="Amiri" w:cs="Amiri"/>
          <w:lang w:val="zh-CN" w:eastAsia="zh-CN" w:bidi="ar-SA"/>
          <w:rtl w:val="1"/>
          <w:cs w:val="1"/>
          <w:color w:val="000000"/>
          <w:sz w:val="24"/>
          <w:szCs w:val="24"/>
        </w:rPr>
        <w:t>ﺍٰﺧِﺮُ الْكَلَامِ ﻓِﻰ ﺍﻟﺪُّﻧْﻴَﺎ ﻭَ ﺍَﻭَّﻝُ الْكَلَامِ ﻓِﻰ الْاٰخِرَةِ ﻭَ ﻓِﻰ ﺍﻟْﻘَﺒْﺮِ ﺍَﺷْﻬَﺪُ ﺍَﻥْ لَا ﺍِﻟٰﻪَ اِلَّا ﺍﻟﻠّٰﻪُ</w:t>
      </w:r>
      <w:r>
        <w:rPr>
          <w:rFonts w:ascii="Times New Roman" w:hAnsi="Times New Roman" w:eastAsia="Noto Serif SC" w:cs="Amiri"/>
          <w:lang w:val="zh-CN" w:eastAsia="zh-CN" w:bidi="ar-SA"/>
          <w:color w:val="000000"/>
          <w:rtl w:val="0"/>
        </w:rPr>
        <w:t xml:space="preserve">（这是尘世最后的话语，也是后世与坟墓中最先的话语：我作证，除Allah之外，绝无应受崇拜者） </w:t>
      </w:r>
      <w:r>
        <w:rPr>
          <w:rFonts w:ascii="Amiri" w:hAnsi="Amiri" w:eastAsia="Amiri" w:cs="Amiri"/>
          <w:lang w:val="zh-CN" w:eastAsia="zh-CN" w:bidi="ar-SA"/>
          <w:rtl w:val="1"/>
          <w:cs w:val="1"/>
          <w:color w:val="000000"/>
          <w:sz w:val="24"/>
          <w:szCs w:val="24"/>
        </w:rPr>
        <w:t>ﻭَ ﺍَﺷْﻬَﺪُ ﺍَﻥَّ ﻣُﺤَﻤَّﺪًﺍ ﺭَﺳُﻮﻝُ ﺍﻟﻠّٰﻪِ</w:t>
      </w:r>
      <w:r>
        <w:rPr>
          <w:rFonts w:ascii="Times New Roman" w:hAnsi="Times New Roman" w:eastAsia="Noto Serif SC" w:cs="Amiri"/>
          <w:lang w:val="zh-CN" w:eastAsia="zh-CN" w:bidi="ar-SA"/>
          <w:color w:val="000000"/>
          <w:rtl w:val="0"/>
        </w:rPr>
        <w:t xml:space="preserve">（我也作证：穆罕默德是Allah的使者） </w:t>
      </w:r>
      <w:r>
        <w:rPr>
          <w:rFonts w:ascii="Amiri" w:hAnsi="Amiri" w:eastAsia="Amiri" w:cs="Amiri"/>
          <w:lang w:val="zh-CN" w:eastAsia="zh-CN" w:bidi="ar-SA"/>
          <w:rtl w:val="1"/>
          <w:cs w:val="1"/>
          <w:color w:val="000000"/>
          <w:sz w:val="24"/>
          <w:szCs w:val="24"/>
        </w:rPr>
        <w:t>ﺻَﻠَّﻰ ﺍﻟﻠّٰﻪُ ﺗَﻌَﺎﻟٰﻰ ﻋَﻠَﻴْﻪِ ﻭَ ﺳَﻠَّﻢَ</w:t>
      </w:r>
      <w:r>
        <w:rPr>
          <w:rFonts w:ascii="Times New Roman" w:hAnsi="Times New Roman" w:eastAsia="Noto Serif SC" w:cs="Amiri"/>
          <w:lang w:val="zh-CN" w:eastAsia="zh-CN" w:bidi="ar-SA"/>
          <w:color w:val="000000"/>
          <w:rtl w:val="0"/>
        </w:rPr>
        <w:t>（愿至高的Allah赐他尊荣、恩福与平安）</w:t>
      </w:r>
    </w:p>
    <w:p>
      <w:pPr>
        <w:pStyle w:val="Heading2"/>
      </w:pPr>
      <w:r>
        <w:rPr>
          <w:rFonts w:ascii="Times New Roman" w:hAnsi="Times New Roman" w:eastAsia="Noto Serif SC" w:cs="Amiri"/>
          <w:lang w:val="zh-CN" w:eastAsia="zh-CN" w:bidi="ar-SA"/>
          <w:color w:val="000000"/>
          <w:rtl w:val="0"/>
        </w:rPr>
        <w:t>第十三项注释</w:t>
      </w:r>
    </w:p>
    <w:p>
      <w:r>
        <w:rPr>
          <w:rFonts w:ascii="Times New Roman" w:hAnsi="Times New Roman" w:eastAsia="Noto Serif SC" w:cs="Amiri"/>
          <w:lang w:val="zh-CN" w:eastAsia="zh-CN" w:bidi="ar-SA"/>
          <w:color w:val="000000"/>
          <w:rtl w:val="0"/>
        </w:rPr>
        <w:t>这里论述五个曾被混淆的问题。</w:t>
      </w:r>
    </w:p>
    <w:p>
      <w:r>
        <w:rPr>
          <w:rFonts w:ascii="Times New Roman" w:hAnsi="Times New Roman" w:eastAsia="Noto Serif SC" w:cs="Amiri"/>
          <w:lang w:val="zh-CN" w:eastAsia="zh-CN" w:bidi="ar-SA"/>
          <w:color w:val="000000"/>
          <w:rtl w:val="0"/>
        </w:rPr>
        <w:t>第一：在真理之路上工作并奋斗的人，本应只想着自己的职责，却去思虑属于至高无上的真实主宰Allah的职责，并把自己的行动建立在那职责之上，因而陷入错误。</w:t>
      </w:r>
    </w:p>
    <w:p>
      <w:r>
        <w:rPr>
          <w:rFonts w:ascii="Times New Roman" w:hAnsi="Times New Roman" w:eastAsia="Noto Serif SC" w:cs="Amiri"/>
          <w:lang w:val="zh-CN" w:eastAsia="zh-CN" w:bidi="ar-SA"/>
          <w:color w:val="000000"/>
          <w:rtl w:val="0"/>
        </w:rPr>
        <w:t>《宗教与尘世礼仪论著》中记载：有一次，撒旦反对尊贵的尔萨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（愿Allah赐他平安），说：“既然死期与万事都由Allah的预知与裁定而定，那么你从这高处跳下去，看看你会怎样死去。”</w:t>
      </w:r>
    </w:p>
    <w:p>
      <w:r>
        <w:rPr>
          <w:rFonts w:ascii="Times New Roman" w:hAnsi="Times New Roman" w:eastAsia="Noto Serif SC" w:cs="Amiri"/>
          <w:lang w:val="zh-CN" w:eastAsia="zh-CN" w:bidi="ar-SA"/>
          <w:color w:val="000000"/>
          <w:rtl w:val="0"/>
        </w:rPr>
        <w:t>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（愿Allah赐他平安）说：</w:t>
      </w:r>
      <w:r>
        <w:rPr>
          <w:rFonts w:ascii="Amiri" w:hAnsi="Amiri" w:eastAsia="Amiri" w:cs="Amiri"/>
          <w:lang w:val="zh-CN" w:eastAsia="zh-CN" w:bidi="ar-SA"/>
          <w:rtl w:val="1"/>
          <w:cs w:val="1"/>
          <w:color w:val="000000"/>
          <w:sz w:val="24"/>
          <w:szCs w:val="24"/>
        </w:rPr>
        <w:t>ﺍِﻥَّ ﻟِﻠّٰﻪِ ﺍَﻥْ ﻳَﺨْﺘَﺒِﺮَ ﻋَﺒْﺪَﻩُ ﻭَ ﻟَﻴْﺲَ ﻟِﻠْﻌَﺒْﺪِ ﺍَﻥْ ﻳَﺨْﺘَﺒِﺮَ ﺭَﺑَّﻪُ</w:t>
      </w:r>
      <w:r>
        <w:rPr>
          <w:rFonts w:ascii="Times New Roman" w:hAnsi="Times New Roman" w:eastAsia="Noto Serif SC" w:cs="Amiri"/>
          <w:lang w:val="zh-CN" w:eastAsia="zh-CN" w:bidi="ar-SA"/>
          <w:color w:val="000000"/>
          <w:rtl w:val="0"/>
        </w:rPr>
        <w:t>（唯有Allah有权考验祂的仆人，仆人却绝无权考验自己的养育并主宰者）也就是说：“至高无上的真实主宰Allah考验自己的仆人，对他说：‘你若这样做，我便那样对待你；让我看看你是否做得到。’祂就这样考验他。然而，仆人没有权利，也不应越出自己的本分去考验至高无上的真实主宰Allah，说：‘我若这样做，祢会那样做吗？’以这种试探的方式考验至高无上的真实主宰Allah的养育与主宰，是失敬之举，与全然奴仆意识相悖。”</w:t>
      </w:r>
    </w:p>
    <w:p>
      <w:r>
        <w:rPr>
          <w:rFonts w:ascii="Times New Roman" w:hAnsi="Times New Roman" w:eastAsia="Noto Serif SC" w:cs="Amiri"/>
          <w:lang w:val="zh-CN" w:eastAsia="zh-CN" w:bidi="ar-SA"/>
          <w:color w:val="000000"/>
          <w:rtl w:val="0"/>
        </w:rPr>
        <w:t>既然事实如此，人就当履行自己的职责，不干预至高无上的真实主宰Allah的职责。</w:t>
      </w:r>
    </w:p>
    <w:p>
      <w:r>
        <w:rPr>
          <w:rFonts w:ascii="Times New Roman" w:hAnsi="Times New Roman" w:eastAsia="Noto Serif SC" w:cs="Amiri"/>
          <w:lang w:val="zh-CN" w:eastAsia="zh-CN" w:bidi="ar-SA"/>
          <w:color w:val="000000"/>
          <w:rtl w:val="0"/>
        </w:rPr>
        <w:t>相传，伊斯兰的英雄之一、曾多次击败成吉思汗军队的贾拉勒丁·花剌子模沙，有一次出征时，大臣与随从对他说：“你必得胜，至高无上的真实主宰Allah必使你获胜。”他说：“我奉Allah的命令，有责任在奋战之路上行动；我不干预至高无上的真实主宰Allah的职责。使人得胜或失败，是祂的职责。”这位尊者正因理解这一顺服的奥义，屡次以超乎常规的方式获得胜利。</w:t>
      </w:r>
    </w:p>
    <w:p>
      <w:r>
        <w:rPr>
          <w:rFonts w:ascii="Times New Roman" w:hAnsi="Times New Roman" w:eastAsia="Noto Serif SC" w:cs="Amiri"/>
          <w:lang w:val="zh-CN" w:eastAsia="zh-CN" w:bidi="ar-SA"/>
          <w:color w:val="000000"/>
          <w:rtl w:val="0"/>
        </w:rPr>
        <w:t>是的，人凭自己的有限选择意志行事时，不应思虑那些属于至高无上的真实主宰Allah的结果。例如，我们兄弟中的一些人，当民众加入《光明论》时，热情便增长，劲头便振奋；当民众不肯聆听时，弱者便精神受挫，热情也有所消退。然而，那位绝对导师、众人全然追随的榜样、最完善的引导者——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w:t>
      </w:r>
      <w:r>
        <w:rPr>
          <w:rFonts w:ascii="Amiri" w:hAnsi="Amiri" w:eastAsia="Amiri" w:cs="Amiri"/>
          <w:lang w:val="zh-CN" w:eastAsia="zh-CN" w:bidi="ar-SA"/>
          <w:rtl w:val="1"/>
          <w:cs w:val="1"/>
          <w:color w:val="000000"/>
          <w:sz w:val="24"/>
          <w:szCs w:val="24"/>
        </w:rPr>
        <w:t>ﻭَﻣَﺎ ﻋَﻠَﻰ ﺍﻟﺮَّﺳُﻮﻝِ اِلَّا الْبَلَاغُ</w:t>
      </w:r>
      <w:r>
        <w:rPr>
          <w:rFonts w:ascii="Times New Roman" w:hAnsi="Times New Roman" w:eastAsia="Noto Serif SC" w:cs="Amiri"/>
          <w:lang w:val="zh-CN" w:eastAsia="zh-CN" w:bidi="ar-SA"/>
          <w:color w:val="000000"/>
          <w:rtl w:val="0"/>
        </w:rPr>
        <w:t>（使者所负的职责，唯有明白传达）这道神圣敕令作为自己绝对的指南；人们疏远他、不肯聆听时，他反倒更加努力、更加勤奋、更加认真地传达。因为凭着</w:t>
      </w:r>
      <w:r>
        <w:rPr>
          <w:rFonts w:ascii="Amiri" w:hAnsi="Amiri" w:eastAsia="Amiri" w:cs="Amiri"/>
          <w:lang w:val="zh-CN" w:eastAsia="zh-CN" w:bidi="ar-SA"/>
          <w:rtl w:val="1"/>
          <w:cs w:val="1"/>
          <w:color w:val="000000"/>
          <w:sz w:val="24"/>
          <w:szCs w:val="24"/>
        </w:rPr>
        <w:t>ﺍِﻧَّﻚَ لَا ﺗَﻬْﺪ۪ﻯ ﻣَﻦْ ﺍَﺣْﺒَﺒْﺖَ ﻭَﻟٰﻜِﻦَّ ﺍﻟﻠّٰﻪَ ﻳَﻬْﺪ۪ﻯ ﻣَﻦْ ﻳَﺸَٓﺎﺀُ</w:t>
      </w:r>
      <w:r>
        <w:rPr>
          <w:rFonts w:ascii="Times New Roman" w:hAnsi="Times New Roman" w:eastAsia="Noto Serif SC" w:cs="Amiri"/>
          <w:lang w:val="zh-CN" w:eastAsia="zh-CN" w:bidi="ar-SA"/>
          <w:color w:val="000000"/>
          <w:rtl w:val="0"/>
        </w:rPr>
        <w:t>（你确实不能引导你所爱的人走上正道，但Allah引导祂所意欲的人；引导的权柄唯属于祂）的奥义，他明白：使人听从并赐人引导，是至高无上的真实主宰Allah的职责，他绝不干预至高无上的真实主宰Allah的职责。</w:t>
      </w:r>
    </w:p>
    <w:p>
      <w:r>
        <w:rPr>
          <w:rFonts w:ascii="Times New Roman" w:hAnsi="Times New Roman" w:eastAsia="Noto Serif SC" w:cs="Amiri"/>
          <w:lang w:val="zh-CN" w:eastAsia="zh-CN" w:bidi="ar-SA"/>
          <w:color w:val="000000"/>
          <w:rtl w:val="0"/>
        </w:rPr>
        <w:t>所以，兄弟们啊！你们也不要把自己的行动建立在不属于你们的职责上，从而加以干预；不要对你们的创造者Allah采取试探的姿态！</w:t>
      </w:r>
    </w:p>
    <w:p>
      <w:r>
        <w:rPr>
          <w:rFonts w:ascii="Times New Roman" w:hAnsi="Times New Roman" w:eastAsia="Noto Serif SC" w:cs="Amiri"/>
          <w:lang w:val="zh-CN" w:eastAsia="zh-CN" w:bidi="ar-SA"/>
          <w:color w:val="000000"/>
          <w:rtl w:val="0"/>
        </w:rPr>
        <w:t>第二项论题：全然奴仆意识所注视的，是Allah的命令与Allah的悦纳。它的动因是Allah的命令，它的结果是Allah的悦纳；它的果实与利益属于后世。然而，只要不把那些尘世益处当作终极目的，也不刻意企求，那么，自行随之而来、未曾索求而蒙赐的果实，并不与全然奴仆意识相悖；对于软弱者，它们反而会成为鼓舞与推动。倘若那些尘世益处成为那种全然奴仆意识、那段日常诵念或那次记念的原因，或原因的一部分，便会局部破坏它，甚至使那段具有特殊效力的诵念无果而终，不能产生结果。</w:t>
      </w:r>
    </w:p>
    <w:p>
      <w:r>
        <w:rPr>
          <w:rFonts w:ascii="Times New Roman" w:hAnsi="Times New Roman" w:eastAsia="Noto Serif SC" w:cs="Amiri"/>
          <w:lang w:val="zh-CN" w:eastAsia="zh-CN" w:bidi="ar-SA"/>
          <w:color w:val="000000"/>
          <w:rtl w:val="0"/>
        </w:rPr>
        <w:t>有些不理解这一奥义的人，例如诵读具有一百种特殊效力与益处的《纳克什班德大师神圣诵念集》，或具有一千种特殊效力的《大铠甲祷文》时，把其中某些益处直接当作目的来追求。他们看不见那些益处，将来也看不见，而且也无权看见。因为那些益处不能成为诵念的原因，人们不应借诵念刻意而直接地索求它们；它们是以额外恩典的形式，在无人索求的情况下，随那纯粹的诵念而来的。若心中以它们为目的，纯诚便会在某种程度上受损，甚至脱离全然奴仆意识，降低价值。</w:t>
      </w:r>
    </w:p>
    <w:p>
      <w:r>
        <w:rPr>
          <w:rFonts w:ascii="Times New Roman" w:hAnsi="Times New Roman" w:eastAsia="Noto Serif SC" w:cs="Amiri"/>
          <w:lang w:val="zh-CN" w:eastAsia="zh-CN" w:bidi="ar-SA"/>
          <w:color w:val="000000"/>
          <w:rtl w:val="0"/>
        </w:rPr>
        <w:t>只是有这样一点：软弱的人要诵读这种具有特殊效力的诵念，需要一种鼓舞与推动。若想到那些益处而振奋起来，随后只为Allah的悦纳、只为后世而诵读，这并无损害，而且是蒙悦纳的。</w:t>
      </w:r>
    </w:p>
    <w:p>
      <w:r>
        <w:rPr>
          <w:rFonts w:ascii="Times New Roman" w:hAnsi="Times New Roman" w:eastAsia="Noto Serif SC" w:cs="Amiri"/>
          <w:lang w:val="zh-CN" w:eastAsia="zh-CN" w:bidi="ar-SA"/>
          <w:color w:val="000000"/>
          <w:rtl w:val="0"/>
        </w:rPr>
        <w:t>许多人因为不明白这一智慧，看不见从诸精神枢纽与前代贤者传下来的那些益处，便起疑心，甚至加以否认。</w:t>
      </w:r>
    </w:p>
    <w:p>
      <w:r>
        <w:rPr>
          <w:rFonts w:ascii="Times New Roman" w:hAnsi="Times New Roman" w:eastAsia="Noto Serif SC" w:cs="Amiri"/>
          <w:lang w:val="zh-CN" w:eastAsia="zh-CN" w:bidi="ar-SA"/>
          <w:color w:val="000000"/>
          <w:rtl w:val="0"/>
        </w:rPr>
        <w:t>第三项论题：</w:t>
      </w:r>
      <w:r>
        <w:rPr>
          <w:rFonts w:ascii="Amiri" w:hAnsi="Amiri" w:eastAsia="Amiri" w:cs="Amiri"/>
          <w:lang w:val="zh-CN" w:eastAsia="zh-CN" w:bidi="ar-SA"/>
          <w:rtl w:val="1"/>
          <w:cs w:val="1"/>
          <w:color w:val="000000"/>
          <w:sz w:val="24"/>
          <w:szCs w:val="24"/>
        </w:rPr>
        <w:t>ﻃُﻮﺑٰﻰ ﻟِﻤَﻦْ ﻋَﺮَﻑَ ﺣَﺪَّﻩُ ﻭَﻟَﻢْ ﻳَﺘَﺠَﺎﻭَﺯْ ﻃَﻮْﺭَﻩُ</w:t>
      </w:r>
      <w:r>
        <w:rPr>
          <w:rFonts w:ascii="Times New Roman" w:hAnsi="Times New Roman" w:eastAsia="Noto Serif SC" w:cs="Amiri"/>
          <w:lang w:val="zh-CN" w:eastAsia="zh-CN" w:bidi="ar-SA"/>
          <w:color w:val="000000"/>
          <w:rtl w:val="0"/>
        </w:rPr>
        <w:t>（认识自己的限度而不逾越自己能力的人，何等有福）也就是说：“一个人若能认识自己，不越过自己的分寸，他是何等有福。”从一粒玻璃微屑、一小滴水、一个水池、一片海洋，直到月亮和诸行星，太阳的辉映无处不在。每一个都依自己的容量承受太阳的映像与形貌，也认识自己的限度。一小滴水依自己的容量说：“我里面有一个太阳的映像。”却不能说：“我也是一面如海洋般的镜子。”</w:t>
      </w:r>
    </w:p>
    <w:p>
      <w:r>
        <w:rPr>
          <w:rFonts w:ascii="Times New Roman" w:hAnsi="Times New Roman" w:eastAsia="Noto Serif SC" w:cs="Amiri"/>
          <w:lang w:val="zh-CN" w:eastAsia="zh-CN" w:bidi="ar-SA"/>
          <w:color w:val="000000"/>
          <w:rtl w:val="0"/>
        </w:rPr>
        <w:t>同样，随着Allah诸尊名辉映的多样变化，亲近Allah者的诸多品阶中，也有这样的层次。Allah每一个尊名都如一轮太阳，其辉映从心灵直达至高宝座。心灵也是一座至高宝座，却不能说：“我也像至高宝座一样。”</w:t>
      </w:r>
    </w:p>
    <w:p>
      <w:r>
        <w:rPr>
          <w:rFonts w:ascii="Times New Roman" w:hAnsi="Times New Roman" w:eastAsia="Noto Serif SC" w:cs="Amiri"/>
          <w:lang w:val="zh-CN" w:eastAsia="zh-CN" w:bidi="ar-SA"/>
          <w:color w:val="000000"/>
          <w:rtl w:val="0"/>
        </w:rPr>
        <w:t>全然奴仆意识的基础，是认识自己的无力、匮乏、缺陷与不足，并以恳求在应受崇拜的神圣门庭前俯首叩拜。那些不以这种方式前行、反而娇矜自夸的人，把自己微尘般的心灵等同于至高宝座，把自己小滴般的品阶与诸亲近Allah者海洋般的品阶混为一谈。为了使自己配得那些伟大品阶，并在那品阶上维持自己，他们便陷入矫饰、勉强、毫无意义的自我炫耀和许多困境。</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圣训中说：</w:t>
      </w:r>
      <w:r>
        <w:rPr>
          <w:rFonts w:ascii="Amiri" w:hAnsi="Amiri" w:eastAsia="Amiri" w:cs="Amiri"/>
          <w:lang w:val="zh-CN" w:eastAsia="zh-CN" w:bidi="ar-SA"/>
          <w:rtl w:val="1"/>
          <w:cs w:val="1"/>
          <w:color w:val="000000"/>
          <w:sz w:val="24"/>
          <w:szCs w:val="24"/>
        </w:rPr>
        <w:t>ﻫَﻠَﻚَ ﺍﻟﻨَّﺎﺱُ اِلَّا ﺍﻟْﻌَﺎﻟِﻤُﻮﻥَ</w:t>
      </w:r>
      <w:r>
        <w:rPr>
          <w:rFonts w:ascii="Times New Roman" w:hAnsi="Times New Roman" w:eastAsia="Noto Serif SC" w:cs="Amiri"/>
          <w:lang w:val="zh-CN" w:eastAsia="zh-CN" w:bidi="ar-SA"/>
          <w:color w:val="000000"/>
          <w:rtl w:val="0"/>
        </w:rPr>
        <w:t xml:space="preserve">（世人皆遭毁灭，唯有真知的学者除外） </w:t>
      </w:r>
      <w:r>
        <w:rPr>
          <w:rFonts w:ascii="Amiri" w:hAnsi="Amiri" w:eastAsia="Amiri" w:cs="Amiri"/>
          <w:lang w:val="zh-CN" w:eastAsia="zh-CN" w:bidi="ar-SA"/>
          <w:rtl w:val="1"/>
          <w:cs w:val="1"/>
          <w:color w:val="000000"/>
          <w:sz w:val="24"/>
          <w:szCs w:val="24"/>
        </w:rPr>
        <w:t>ﻭَﻫَﻠَﻚَ ﺍﻟْﻌَﺎﻟِﻤُﻮﻥَ اِلَّا ﺍﻟْﻌَﺎﻣِﻠُﻮﻥَ</w:t>
      </w:r>
      <w:r>
        <w:rPr>
          <w:rFonts w:ascii="Times New Roman" w:hAnsi="Times New Roman" w:eastAsia="Noto Serif SC" w:cs="Amiri"/>
          <w:lang w:val="zh-CN" w:eastAsia="zh-CN" w:bidi="ar-SA"/>
          <w:color w:val="000000"/>
          <w:rtl w:val="0"/>
        </w:rPr>
        <w:t xml:space="preserve">（学者亦遭毁灭，唯有将所知付诸实践者除外） </w:t>
      </w:r>
      <w:r>
        <w:rPr>
          <w:rFonts w:ascii="Amiri" w:hAnsi="Amiri" w:eastAsia="Amiri" w:cs="Amiri"/>
          <w:lang w:val="zh-CN" w:eastAsia="zh-CN" w:bidi="ar-SA"/>
          <w:rtl w:val="1"/>
          <w:cs w:val="1"/>
          <w:color w:val="000000"/>
          <w:sz w:val="24"/>
          <w:szCs w:val="24"/>
        </w:rPr>
        <w:t>ﻭَﻫَﻠَﻚَ ﺍﻟْﻌَﺎﻣِﻠُﻮﻥَ اِلَّا ﺍﻟْﻤُﺨْﻠِﺼُﻮﻥَ</w:t>
      </w:r>
      <w:r>
        <w:rPr>
          <w:rFonts w:ascii="Times New Roman" w:hAnsi="Times New Roman" w:eastAsia="Noto Serif SC" w:cs="Amiri"/>
          <w:lang w:val="zh-CN" w:eastAsia="zh-CN" w:bidi="ar-SA"/>
          <w:color w:val="000000"/>
          <w:rtl w:val="0"/>
        </w:rPr>
        <w:t xml:space="preserve">（实践者亦遭毁灭，唯有纯粹为Allah而行者除外） </w:t>
      </w:r>
      <w:r>
        <w:rPr>
          <w:rFonts w:ascii="Amiri" w:hAnsi="Amiri" w:eastAsia="Amiri" w:cs="Amiri"/>
          <w:lang w:val="zh-CN" w:eastAsia="zh-CN" w:bidi="ar-SA"/>
          <w:rtl w:val="1"/>
          <w:cs w:val="1"/>
          <w:color w:val="000000"/>
          <w:sz w:val="24"/>
          <w:szCs w:val="24"/>
        </w:rPr>
        <w:t>ﻭَﺍﻟْﻤُﺨْﻠِﺼُﻮﻥَ ﻋَﻠٰﻰ ﺧَﻄَﺮٍ ﻋَﻈ۪ﻴﻢٍ</w:t>
      </w:r>
      <w:r>
        <w:rPr>
          <w:rFonts w:ascii="Times New Roman" w:hAnsi="Times New Roman" w:eastAsia="Noto Serif SC" w:cs="Amiri"/>
          <w:lang w:val="zh-CN" w:eastAsia="zh-CN" w:bidi="ar-SA"/>
          <w:color w:val="000000"/>
          <w:rtl w:val="0"/>
        </w:rPr>
        <w:t>（而这些纯诚之人，仍身处极大的危险之中）也就是说：得救与解脱的枢纽，唯独在于纯诚。获得纯诚极其重要。一粒微尘般带着纯诚的行为，胜过许多巴特曼——一种传统重量单位——重而不纯的行为。人应当想到，使自己获得纯诚的行为，其动因只是Allah的命令，其结果是Allah的悦纳，而不应干预Allah的职责。</w:t>
      </w:r>
    </w:p>
    <w:p>
      <w:r>
        <w:rPr>
          <w:rFonts w:ascii="Times New Roman" w:hAnsi="Times New Roman" w:eastAsia="Noto Serif SC" w:cs="Amiri"/>
          <w:lang w:val="zh-CN" w:eastAsia="zh-CN" w:bidi="ar-SA"/>
          <w:color w:val="000000"/>
          <w:rtl w:val="0"/>
        </w:rPr>
        <w:t>万物之中都有一种纯诚。甚至，爱恋中一粒微尘般的纯诚，也胜过许多巴特曼重的虚礼与有偿之爱。有一位尊者曾这样描述这种纯诚的爱恋：</w:t>
      </w:r>
      <w:r>
        <w:rPr>
          <w:rFonts w:ascii="Amiri" w:hAnsi="Amiri" w:eastAsia="Amiri" w:cs="Amiri"/>
          <w:lang w:val="zh-CN" w:eastAsia="zh-CN" w:bidi="ar-SA"/>
          <w:rtl w:val="1"/>
          <w:cs w:val="1"/>
          <w:color w:val="000000"/>
          <w:sz w:val="24"/>
          <w:szCs w:val="24"/>
        </w:rPr>
        <w:t>ﻭَ ﻣَﺎ ﺍَﻧَﺎ ﺑِﺎﻟْﺒَﺎﻏ۪ﻰ ﻋَﻠَﻰ ﺍﻟْﺤُﺐِّ ﺭِﺷْﻮَﺓً</w:t>
      </w:r>
      <w:r>
        <w:rPr>
          <w:rFonts w:ascii="Times New Roman" w:hAnsi="Times New Roman" w:eastAsia="Noto Serif SC" w:cs="Amiri"/>
          <w:lang w:val="zh-CN" w:eastAsia="zh-CN" w:bidi="ar-SA"/>
          <w:color w:val="000000"/>
          <w:rtl w:val="0"/>
        </w:rPr>
        <w:t xml:space="preserve">（我并非要以爱恋换取贿赂、报偿或回礼的人） </w:t>
      </w:r>
      <w:r>
        <w:rPr>
          <w:rFonts w:ascii="Amiri" w:hAnsi="Amiri" w:eastAsia="Amiri" w:cs="Amiri"/>
          <w:lang w:val="zh-CN" w:eastAsia="zh-CN" w:bidi="ar-SA"/>
          <w:rtl w:val="1"/>
          <w:cs w:val="1"/>
          <w:color w:val="000000"/>
          <w:sz w:val="24"/>
          <w:szCs w:val="24"/>
        </w:rPr>
        <w:t>ﺿَﻌ۪ﻴﻒٌ ﻫَﻮًﻯ ﻳُﺒْﻐٰﻰ ﻋَﻠَﻴْﻪِ ﺛَﻮَﺍﺏٌ</w:t>
      </w:r>
      <w:r>
        <w:rPr>
          <w:rFonts w:ascii="Times New Roman" w:hAnsi="Times New Roman" w:eastAsia="Noto Serif SC" w:cs="Amiri"/>
          <w:lang w:val="zh-CN" w:eastAsia="zh-CN" w:bidi="ar-SA"/>
          <w:color w:val="000000"/>
          <w:rtl w:val="0"/>
        </w:rPr>
        <w:t>（那种以期求回赐为基础的爱恋，是软弱而不能持久的）也就是说：“我不求以爱恋换取贿赂、酬金、回报或奖赏。因为那种以期求奖赏与回赐为条件的爱恋，是软弱的，不能持久。”</w:t>
      </w:r>
    </w:p>
    <w:p>
      <w:r>
        <w:rPr>
          <w:rFonts w:ascii="Times New Roman" w:hAnsi="Times New Roman" w:eastAsia="Noto Serif SC" w:cs="Amiri"/>
          <w:lang w:val="zh-CN" w:eastAsia="zh-CN" w:bidi="ar-SA"/>
          <w:color w:val="000000"/>
          <w:rtl w:val="0"/>
        </w:rPr>
        <w:t>甚至，纯粹的爱恋已被安置在人类的本性与所有母亲的天性之中。母亲的怜爱，正是这种纯粹爱恋最充分的彰显之所。母亲凭着怜爱的这一奥义，不指望、也不索求对子女之爱的奖赏或酬报；她们甘愿为子女献出自己的灵魂，甚至献出来世的幸福，这便是明证。母鸡的全部所有不过是自己的生命，却为了从狗口中救出雏鸡——这是胡斯雷夫亲眼所见——把自己的头送进狗口。</w:t>
      </w:r>
    </w:p>
    <w:p>
      <w:r>
        <w:rPr>
          <w:rFonts w:ascii="Times New Roman" w:hAnsi="Times New Roman" w:eastAsia="Noto Serif SC" w:cs="Amiri"/>
          <w:lang w:val="zh-CN" w:eastAsia="zh-CN" w:bidi="ar-SA"/>
          <w:color w:val="000000"/>
          <w:rtl w:val="0"/>
        </w:rPr>
        <w:t>第四项论题：借外在原因之手到来的恩赐，不应记在那些原因的账上。若那原因没有选择意志，例如动物和树木，便直接记给至高无上的真实主宰Allah。既然它以自身的存在状态说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（奉Allah之名，依凭祂而行）而赐给你，你也当为Allah而说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（奉Allah之名，依凭祂而行），然后领受。若那原因有选择意志，它应当先说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（奉Allah之名，依凭祂而行），然后你再领受，否则不要领受。因为</w:t>
      </w:r>
      <w:r>
        <w:rPr>
          <w:rFonts w:ascii="Amiri" w:hAnsi="Amiri" w:eastAsia="Amiri" w:cs="Amiri"/>
          <w:lang w:val="zh-CN" w:eastAsia="zh-CN" w:bidi="ar-SA"/>
          <w:rtl w:val="1"/>
          <w:cs w:val="1"/>
          <w:color w:val="000000"/>
          <w:sz w:val="24"/>
          <w:szCs w:val="24"/>
        </w:rPr>
        <w:t>وَلَا ﺗَﺎْﻛُﻠُﻮﺍ ﻣِﻤَّﺎ ﻟَﻢْ ﻳُﺬْﻛَﺮِ ﺍﺳْﻢُ ﺍﻟﻠّٰﻪِ ﻋَﻠَﻴْﻪِ</w:t>
      </w:r>
      <w:r>
        <w:rPr>
          <w:rFonts w:ascii="Times New Roman" w:hAnsi="Times New Roman" w:eastAsia="Noto Serif SC" w:cs="Amiri"/>
          <w:lang w:val="zh-CN" w:eastAsia="zh-CN" w:bidi="ar-SA"/>
          <w:color w:val="000000"/>
          <w:rtl w:val="0"/>
        </w:rPr>
        <w:t>（你们不要吃那未曾奉Allah之名而宰的食物）这节经文，除了明白的含义之外，还有一层隐示的意义：“不要食用那些不能使人想起真正施恩者Allah、也并非奉祂之名而给予的恩赐！”</w:t>
      </w:r>
    </w:p>
    <w:p>
      <w:r>
        <w:rPr>
          <w:rFonts w:ascii="Times New Roman" w:hAnsi="Times New Roman" w:eastAsia="Noto Serif SC" w:cs="Amiri"/>
          <w:lang w:val="zh-CN" w:eastAsia="zh-CN" w:bidi="ar-SA"/>
          <w:color w:val="000000"/>
          <w:rtl w:val="0"/>
        </w:rPr>
        <w:t>因此，给予者和领受者都应当说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（奉Allah之名，依凭祂而行）。若对方不说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（奉Allah之名，依凭祂而行），而你又必须领受，你就说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在那人头顶看见Allah慈悯之手，怀着感恩亲吻它，然后从他手中领受。也就是说，要从恩赐看见施恩的行为，再由施恩的行为想到真正施恩者Allah。这样的思想就是一种感恩。随后，你若愿意，可以为那个表面的媒介祈福，因为那份恩赐是借他的手来到你身旁的。</w:t>
      </w:r>
    </w:p>
    <w:p>
      <w:r>
        <w:rPr>
          <w:rFonts w:ascii="Times New Roman" w:hAnsi="Times New Roman" w:eastAsia="Noto Serif SC" w:cs="Amiri"/>
          <w:lang w:val="zh-CN" w:eastAsia="zh-CN" w:bidi="ar-SA"/>
          <w:color w:val="000000"/>
          <w:rtl w:val="0"/>
        </w:rPr>
        <w:t>欺骗那些崇拜外在原因者的，是两件事同时到来或同时存在——这称为“相伴出现”——使他们把其中一件误认为另一件的原因。再者，因为一事物的无有会成为一项恩赐不存的原因，他们便妄以为：那事物的存在也是那恩赐存在的原因。于是把感恩与感激献给那事物，陷入错误。因为一项恩赐的存在，有赖于它的一切先决因素与条件；而这项恩赐的不存，只要一个条件不存便会发生。</w:t>
      </w:r>
    </w:p>
    <w:p>
      <w:r>
        <w:rPr>
          <w:rFonts w:ascii="Times New Roman" w:hAnsi="Times New Roman" w:eastAsia="Noto Serif SC" w:cs="Amiri"/>
          <w:lang w:val="zh-CN" w:eastAsia="zh-CN" w:bidi="ar-SA"/>
          <w:color w:val="000000"/>
          <w:rtl w:val="0"/>
        </w:rPr>
        <w:t>例如，一个人若不打开灌溉花园的水渠入口，便成为花园干涸、园中恩赐不存的原因。然而，园中恩赐的存在，除了那人的劳作之外，还有赖于成百条件的具备；同时，它凭真正的原因——Allah的权能与意志——而存在。你当明白，这一谬误的错误何等明显；也当知道，崇拜原因者犯了多大的错误！</w:t>
      </w:r>
    </w:p>
    <w:p>
      <w:r>
        <w:rPr>
          <w:rFonts w:ascii="Times New Roman" w:hAnsi="Times New Roman" w:eastAsia="Noto Serif SC" w:cs="Amiri"/>
          <w:lang w:val="zh-CN" w:eastAsia="zh-CN" w:bidi="ar-SA"/>
          <w:color w:val="000000"/>
          <w:rtl w:val="0"/>
        </w:rPr>
        <w:t>是的，相伴出现是一回事，原因又是另一回事。一项恩赐来到你身边，一个人向你施恩的意愿与那恩赐相伴出现，却不是它的原因；原因是Allah的慈悯。诚然，那人若无意施恩，那恩赐便不会来到你这里，他的无此意愿会成为恩赐不存的原因。然而，依照上述原则，那施恩的意愿不能成为恩赐的原因，至多是成百条件中的一个条件。</w:t>
      </w:r>
    </w:p>
    <w:p>
      <w:r>
        <w:rPr>
          <w:rFonts w:ascii="Times New Roman" w:hAnsi="Times New Roman" w:eastAsia="Noto Serif SC" w:cs="Amiri"/>
          <w:lang w:val="zh-CN" w:eastAsia="zh-CN" w:bidi="ar-SA"/>
          <w:color w:val="000000"/>
          <w:rtl w:val="0"/>
        </w:rPr>
        <w:t>例如，《光明论》的学生中，某些蒙受至高无上的真实主宰Allah恩赐的人——如胡斯雷夫、雷费特——把相伴出现与原因混淆了，因而对他们的导师表现出过度的感激。然而，至高无上的真实主宰Allah把赐给他们的《古兰经》课程中获益的恩赐，与赐给他们导师的表达的恩赐安排在一起，使二者相伴出现。</w:t>
      </w:r>
    </w:p>
    <w:p>
      <w:r>
        <w:rPr>
          <w:rFonts w:ascii="Times New Roman" w:hAnsi="Times New Roman" w:eastAsia="Noto Serif SC" w:cs="Amiri"/>
          <w:lang w:val="zh-CN" w:eastAsia="zh-CN" w:bidi="ar-SA"/>
          <w:color w:val="000000"/>
          <w:rtl w:val="0"/>
        </w:rPr>
        <w:t>他们说：“如果我们的导师没有来到这里，我们就不能得到这课程。因此，他的表达就是我们获益的原因。”</w:t>
      </w:r>
    </w:p>
    <w:p>
      <w:r>
        <w:rPr>
          <w:rFonts w:ascii="Times New Roman" w:hAnsi="Times New Roman" w:eastAsia="Noto Serif SC" w:cs="Amiri"/>
          <w:lang w:val="zh-CN" w:eastAsia="zh-CN" w:bidi="ar-SA"/>
          <w:color w:val="000000"/>
          <w:rtl w:val="0"/>
        </w:rPr>
        <w:t>我则说：“兄弟们啊！至高无上的真实主宰Allah赐给我和赐给你们的恩赐一同到来，两种恩赐的原因都是Allah的慈悯。我也曾像你们一样，把相伴出现与原因混淆，一度对《光明论》中像你们这样数以百计、笔如钻石的学生深怀感激。我说：‘若没有他们，像我这样一个近乎不识字的无助之人，怎能从事这项服务？’后来我明白：祂把借笔而行的神圣恩赐赐给你们之后，也赐给我在这项服务上取得成功的恩惠。二者彼此相伴，不能互为原因。我不是感谢你们，而是祝贺你们。你们也不必感激我，请为我祈福，并与我同庆。”</w:t>
      </w:r>
    </w:p>
    <w:p>
      <w:r>
        <w:rPr>
          <w:rFonts w:ascii="Times New Roman" w:hAnsi="Times New Roman" w:eastAsia="Noto Serif SC" w:cs="Amiri"/>
          <w:lang w:val="zh-CN" w:eastAsia="zh-CN" w:bidi="ar-SA"/>
          <w:color w:val="000000"/>
          <w:rtl w:val="0"/>
        </w:rPr>
        <w:t>从这第四项论题中，可以明白疏忽遗忘有多少层次。</w:t>
      </w:r>
    </w:p>
    <w:p>
      <w:r>
        <w:rPr>
          <w:rFonts w:ascii="Times New Roman" w:hAnsi="Times New Roman" w:eastAsia="Noto Serif SC" w:cs="Amiri"/>
          <w:lang w:val="zh-CN" w:eastAsia="zh-CN" w:bidi="ar-SA"/>
          <w:color w:val="000000"/>
          <w:rtl w:val="0"/>
        </w:rPr>
        <w:t>第五项论题：正如把一个共同体的财产交给一个人是不义，一个人侵占属于共同体的捐赠产业也是作恶；同样，把共同体努力所得的成果，或因共同体善行而随之产生的荣誉与美德，归给共同体的领袖或导师，无论对共同体还是对那位导师或领袖，都是不义。因为这样会抚慰他的自我主张，把他推向骄傲；他本是一个看门人，却使他自以为君王，同时也是对他自己自我的不义，甚至会为某种隐秘的配主行为开路。攻克一座堡垒的一个营，其战利品、胜利与荣誉，营长不能据为己有。是的，不应把导师与引导者看作源头与根源；应当知道，他们是彰显之所与反射之镜。</w:t>
      </w:r>
    </w:p>
    <w:p>
      <w:r>
        <w:rPr>
          <w:rFonts w:ascii="Times New Roman" w:hAnsi="Times New Roman" w:eastAsia="Noto Serif SC" w:cs="Amiri"/>
          <w:lang w:val="zh-CN" w:eastAsia="zh-CN" w:bidi="ar-SA"/>
          <w:color w:val="000000"/>
          <w:rtl w:val="0"/>
        </w:rPr>
        <w:t>例如，热与光借一面镜子来到你这里。你本应感谢太阳，却把镜子当作源头，忘记太阳而感谢镜子，这是疯狂。是的，镜子应当受到保护，因为它是彰显之所。引导者的灵魂与心灵也是一面镜子，它反射来自至高无上的真实主宰Allah的恩泽，并成为那恩泽映现于追随者的媒介。在恩泽这一点上，不应赋予他超越媒介身份的地位。</w:t>
      </w:r>
    </w:p>
    <w:p>
      <w:r>
        <w:rPr>
          <w:rFonts w:ascii="Times New Roman" w:hAnsi="Times New Roman" w:eastAsia="Noto Serif SC" w:cs="Amiri"/>
          <w:lang w:val="zh-CN" w:eastAsia="zh-CN" w:bidi="ar-SA"/>
          <w:color w:val="000000"/>
          <w:rtl w:val="0"/>
        </w:rPr>
        <w:t>有时甚至有这样的情形：一位被当作源头的导师，既不是彰显之所，也不是源头。追随者凭自己纯诚的精粹、牢固的联系以及专注的目光，从别的途径获得种种恩泽，却把它们看作来自导师的灵魂之镜。</w:t>
      </w:r>
    </w:p>
    <w:p>
      <w:r>
        <w:rPr>
          <w:rFonts w:ascii="Times New Roman" w:hAnsi="Times New Roman" w:eastAsia="Noto Serif SC" w:cs="Amiri"/>
          <w:lang w:val="zh-CN" w:eastAsia="zh-CN" w:bidi="ar-SA"/>
          <w:color w:val="000000"/>
          <w:rtl w:val="0"/>
        </w:rPr>
        <w:t>正如有人借助磁力，久久凝视一块玻璃，便在想象中朝形象世界打开一扇窗，在那镜中看见许多奇事。其实，他所见的并不在镜中；而是借对镜子的专注凝视，在镜外的想象中打开了一扇窗。正因如此，有时一位有欠缺的教团导师，其纯诚的追随者反而可能比导师更加完善，甚至反过来引导导师，成为导师的导师。</w:t>
      </w:r>
    </w:p>
    <w:p>
      <w:pPr>
        <w:pStyle w:val="Heading2"/>
      </w:pPr>
      <w:r>
        <w:rPr>
          <w:rFonts w:ascii="Times New Roman" w:hAnsi="Times New Roman" w:eastAsia="Noto Serif SC" w:cs="Amiri"/>
          <w:lang w:val="zh-CN" w:eastAsia="zh-CN" w:bidi="ar-SA"/>
          <w:color w:val="000000"/>
          <w:rtl w:val="0"/>
        </w:rPr>
        <w:t>第十四则注记</w:t>
      </w:r>
    </w:p>
    <w:p>
      <w:r>
        <w:rPr>
          <w:rFonts w:ascii="Times New Roman" w:hAnsi="Times New Roman" w:eastAsia="Noto Serif SC" w:cs="Amiri"/>
          <w:lang w:val="zh-CN" w:eastAsia="zh-CN" w:bidi="ar-SA"/>
          <w:color w:val="000000"/>
          <w:rtl w:val="0"/>
        </w:rPr>
        <w:t>这是关于认信Allah独一的四则简短隐示。</w:t>
      </w:r>
    </w:p>
    <w:p>
      <w:r>
        <w:rPr>
          <w:rFonts w:ascii="Times New Roman" w:hAnsi="Times New Roman" w:eastAsia="Noto Serif SC" w:cs="Amiri"/>
          <w:lang w:val="zh-CN" w:eastAsia="zh-CN" w:bidi="ar-SA"/>
          <w:color w:val="000000"/>
          <w:rtl w:val="0"/>
        </w:rPr>
        <w:t>第一项隐示：崇拜诸原因的人啊！假如你看见一座以各种奇异宝石建成、而且正在建造中的奇妙宫殿；建造它所用的宝石，有些只在中国出产，另一些在安达卢西亚，有些在也门，还有一些则只产于西伯利亚，别处都找不到。倘若你又看见，就在建造这座宫殿的同一天，那些宝石从东、北、西、南各方轻而易举地被运来，用于施工，那么，对于建造这座宫殿的匠师乃是一位统治整个地球、施行奇迹的统治者，你还会存有丝毫疑问吗？</w:t>
      </w:r>
    </w:p>
    <w:p>
      <w:r>
        <w:rPr>
          <w:rFonts w:ascii="Times New Roman" w:hAnsi="Times New Roman" w:eastAsia="Noto Serif SC" w:cs="Amiri"/>
          <w:lang w:val="zh-CN" w:eastAsia="zh-CN" w:bidi="ar-SA"/>
          <w:color w:val="000000"/>
          <w:rtl w:val="0"/>
        </w:rPr>
        <w:t>同样，每一种动物都是这样一座神圣的宫殿；尤其是人，更是那些宫殿中最美的一座，也是那些殿宇中最奇妙的一座。这座名为“人”的宫殿，它的精粹有些来自诸灵世界，有些来自形象世界和受护之板，还有一些则来自空气世界、光明世界和诸元素世界。它的需求延伸至永恒，愿望遍布诸天与大地的四方，种种联系与关联则散于尘世和后世的各个阶段；因此，它是一座奇异的宫殿，一座非凡的殿宇。</w:t>
      </w:r>
    </w:p>
    <w:p>
      <w:r>
        <w:rPr>
          <w:rFonts w:ascii="Times New Roman" w:hAnsi="Times New Roman" w:eastAsia="Noto Serif SC" w:cs="Amiri"/>
          <w:lang w:val="zh-CN" w:eastAsia="zh-CN" w:bidi="ar-SA"/>
          <w:color w:val="000000"/>
          <w:rtl w:val="0"/>
        </w:rPr>
        <w:t>所以，人啊，你这个自以为是人的人！既然你的本质如此，那么，唯有这样一位尊者才能造你：祂把尘世与后世当作两处居所，把大地与天空当作两页书卷，把无始与无终当作昨天和明天，并以此施行支配。因此，人的应受崇拜者、皈依庇护之所和拯救者，也唯有那位统治大地与天空、执掌尘世与后世之缰绳的Allah才可能是。</w:t>
      </w:r>
    </w:p>
    <w:p>
      <w:r>
        <w:rPr>
          <w:rFonts w:ascii="Times New Roman" w:hAnsi="Times New Roman" w:eastAsia="Noto Serif SC" w:cs="Amiri"/>
          <w:lang w:val="zh-CN" w:eastAsia="zh-CN" w:bidi="ar-SA"/>
          <w:color w:val="000000"/>
          <w:rtl w:val="0"/>
        </w:rPr>
        <w:t>第二项隐示：有些愚人因为不认识太阳，一旦在镜子里看见太阳，便开始爱上那面镜子，怀着强烈的情感竭力保护它，唯恐镜中的太阳消失。当这个愚人领悟到，太阳并不因镜子死去而死去，也不因镜子破碎而消亡，他便会把全部爱恋转向天上的太阳。那时他会明白：镜中显现的太阳并不隶属于镜子，它的永存也不取决于镜子；相反，正是太阳使镜子保持那种状态，并援助它发光、获得光明。太阳的永存不系于镜子；相反，镜子那富有生机的光辉能否延续，却取决于太阳的显现。</w:t>
      </w:r>
    </w:p>
    <w:p>
      <w:r>
        <w:rPr>
          <w:rFonts w:ascii="Times New Roman" w:hAnsi="Times New Roman" w:eastAsia="Noto Serif SC" w:cs="Amiri"/>
          <w:lang w:val="zh-CN" w:eastAsia="zh-CN" w:bidi="ar-SA"/>
          <w:color w:val="000000"/>
          <w:rtl w:val="0"/>
        </w:rPr>
        <w:t>人啊！你的心灵、你的身份与本质，都是一面镜子。你天性和心灵中那种对永存的强烈爱恋，并不是为了那面镜子，也不是为了你的心灵和本质本身；它本是你对具威严的永存者Allah的爱恋，因为祂依这面镜子的禀赋，在其中显现自己的荣光。只是由于愚昧，这份爱恋转向了别处。既然如此，你就说：</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（永存者啊，唯有您才是永存者；您的存在无有终尽，一切永存都唯属于您）。也就是说：既然您存在，而且永存，那么，任凭消亡与无有如何摆布我们，都无关紧要！</w:t>
      </w:r>
    </w:p>
    <w:p>
      <w:r>
        <w:rPr>
          <w:rFonts w:ascii="Times New Roman" w:hAnsi="Times New Roman" w:eastAsia="Noto Serif SC" w:cs="Amiri"/>
          <w:lang w:val="zh-CN" w:eastAsia="zh-CN" w:bidi="ar-SA"/>
          <w:color w:val="000000"/>
          <w:rtl w:val="0"/>
        </w:rPr>
        <w:t>第三项隐示：人啊！至睿的开创者Allah置于你本质中的一种最奇异的状态是这样的：有时，你在这个世界上无处安顿，像监狱里被人扼住喉咙的人一样喊着“唉，唉！”，渴望一个比世界更宽广的地方；然而，你却会钻进一件微小如尘的事情、一段回忆、一分钟里，安顿下来。无法在偌大世界中安顿的心灵与思想，却会安顿在那粒微尘里；你带着最强烈的感受，在那短短一分钟、那段小小回忆中徘徊。</w:t>
      </w:r>
    </w:p>
    <w:p>
      <w:r>
        <w:rPr>
          <w:rFonts w:ascii="Times New Roman" w:hAnsi="Times New Roman" w:eastAsia="Noto Serif SC" w:cs="Amiri"/>
          <w:lang w:val="zh-CN" w:eastAsia="zh-CN" w:bidi="ar-SA"/>
          <w:color w:val="000000"/>
          <w:rtl w:val="0"/>
        </w:rPr>
        <w:t>祂又赋予你的本质种种内在官能与精微机能：其中有些即使吞下世界也不会饱足，有些却无法在自身内容纳一粒微尘。正如头能举起一巴特曼重的石头，眼睛却连一根头发也承受不住；同样，那种精微机能连头发般轻微的重负，也就是由疏忽与迷误而生的微小状态，也无法承受，甚至有时会因此熄灭、死去。</w:t>
      </w:r>
    </w:p>
    <w:p>
      <w:r>
        <w:rPr>
          <w:rFonts w:ascii="Times New Roman" w:hAnsi="Times New Roman" w:eastAsia="Noto Serif SC" w:cs="Amiri"/>
          <w:lang w:val="zh-CN" w:eastAsia="zh-CN" w:bidi="ar-SA"/>
          <w:color w:val="000000"/>
          <w:rtl w:val="0"/>
        </w:rPr>
        <w:t>既然如此，你就当谨慎，留心下脚，谨防沉没。不要沉没于一口食物、一句话、一粒种子、一道闪光、一个示意、一次亲吻之中！不要让你那能吞下世界的宏大精微机能沉没于其中。因为有些极其微小的事物，却能在某个方面吞下极其宏大的事物。正如在一小片玻璃里，天空连同群星都会进入并沉浸于其中；又如在你那小如芥子的记忆能力中，你行为书页的大部分、生命诸页的大部分都能纳入。同样，有些极其细小、微不足道的事物，却能在某个方面吞下并容纳那样宏大的事物。</w:t>
      </w:r>
    </w:p>
    <w:p>
      <w:r>
        <w:rPr>
          <w:rFonts w:ascii="Times New Roman" w:hAnsi="Times New Roman" w:eastAsia="Noto Serif SC" w:cs="Amiri"/>
          <w:lang w:val="zh-CN" w:eastAsia="zh-CN" w:bidi="ar-SA"/>
          <w:color w:val="000000"/>
          <w:rtl w:val="0"/>
        </w:rPr>
        <w:t>第四项隐示：崇拜尘世的人啊！你以为无比宽广的你的世界，其实如同一座狭窄的坟墓。不过，由于你这坟墓般居所的墙壁是玻璃做的，它们彼此映照，层层相含，一直延展到目力所及之处。于是，它虽像坟墓一样狭窄，看起来却像一座城市那样宽广。因为，作为这个世界右墙的过去时间与左墙的未来时间，两者都已不存在、并不实有；然而，它们彼此映照，使极其短促而狭窄的当下时间展开双翼。真实与幻想相互混杂，你便把不存在的世界当作实有。</w:t>
      </w:r>
    </w:p>
    <w:p>
      <w:r>
        <w:rPr>
          <w:rFonts w:ascii="Times New Roman" w:hAnsi="Times New Roman" w:eastAsia="Noto Serif SC" w:cs="Amiri"/>
          <w:lang w:val="zh-CN" w:eastAsia="zh-CN" w:bidi="ar-SA"/>
          <w:color w:val="000000"/>
          <w:rtl w:val="0"/>
        </w:rPr>
        <w:t>正如一条线因快速运动而显得像平面一样宽广，其实它的真实本体仍是一条细线；你的世界在真实中同样狭窄，只是由于你的疏忽、臆想与幻想，它的墙壁显得扩展了许多。在那狭窄的世界里，你若因一场灾祸的触动而稍一挪动，就会把头撞上你以为十分遥远的墙壁。它会驱散你头脑中的幻想，使你失去睡意。那时你便会看见：你那宽广的世界，比坟墓更狭窄，比桥梁更不容通过。你的时间与生命流逝得比闪电还快，你的人生奔流得比山溪还急。</w:t>
      </w:r>
    </w:p>
    <w:p>
      <w:r>
        <w:rPr>
          <w:rFonts w:ascii="Times New Roman" w:hAnsi="Times New Roman" w:eastAsia="Noto Serif SC" w:cs="Amiri"/>
          <w:lang w:val="zh-CN" w:eastAsia="zh-CN" w:bidi="ar-SA"/>
          <w:color w:val="000000"/>
          <w:rtl w:val="0"/>
        </w:rPr>
        <w:t>既然尘世生命、肉体生存与动物式生命都是如此，那么，就摆脱动物性，放下肉体性，进入心灵与灵魂的生命层次吧。你会发现一个比你想象中的宽广世界更宽广的生命领域，一个光明的世界。而那世界的钥匙，就是借这表达认识Allah与认信祂独一之奥义的神圣宣言</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（除Allah之外，绝无应受崇拜者；唯有祂配受一切崇拜，万物所归依的真实主宰唯是祂），让心灵宣念，让灵魂运作。</w:t>
      </w:r>
    </w:p>
    <w:p>
      <w:pPr>
        <w:pStyle w:val="Heading2"/>
      </w:pPr>
      <w:r>
        <w:rPr>
          <w:rFonts w:ascii="Times New Roman" w:hAnsi="Times New Roman" w:eastAsia="Noto Serif SC" w:cs="Amiri"/>
          <w:lang w:val="zh-CN" w:eastAsia="zh-CN" w:bidi="ar-SA"/>
          <w:color w:val="000000"/>
          <w:rtl w:val="0"/>
        </w:rPr>
        <w:t>第十五则注记</w:t>
      </w:r>
    </w:p>
    <w:p>
      <w:r>
        <w:rPr>
          <w:rFonts w:ascii="Times New Roman" w:hAnsi="Times New Roman" w:eastAsia="Noto Serif SC" w:cs="Amiri"/>
          <w:lang w:val="zh-CN" w:eastAsia="zh-CN" w:bidi="ar-SA"/>
          <w:color w:val="000000"/>
          <w:rtl w:val="0"/>
        </w:rPr>
        <w:t>本则包含三项论题。</w:t>
      </w:r>
    </w:p>
    <w:p>
      <w:r>
        <w:rPr>
          <w:rFonts w:ascii="Times New Roman" w:hAnsi="Times New Roman" w:eastAsia="Noto Serif SC" w:cs="Amiri"/>
          <w:lang w:val="zh-CN" w:eastAsia="zh-CN" w:bidi="ar-SA"/>
          <w:color w:val="000000"/>
          <w:rtl w:val="0"/>
        </w:rPr>
        <w:t>第一项论题：这节经文指示“保全者”尊名最完满的彰显：</w:t>
      </w:r>
      <w:r>
        <w:rPr>
          <w:rFonts w:ascii="Amiri" w:hAnsi="Amiri" w:eastAsia="Amiri" w:cs="Amiri"/>
          <w:lang w:val="zh-CN" w:eastAsia="zh-CN" w:bidi="ar-SA"/>
          <w:rtl w:val="1"/>
          <w:cs w:val="1"/>
          <w:color w:val="000000"/>
          <w:sz w:val="24"/>
          <w:szCs w:val="24"/>
        </w:rPr>
        <w:t>ﻓَﻤَﻦْ ﻳَﻌْﻤَﻞْ ﻣِﺜْﻘَﺎﻝَ ﺫَﺭَّﺓٍ ﺧَﻴْﺮًﺍ ﻳَﺮَﻩُ</w:t>
      </w:r>
      <w:r>
        <w:rPr>
          <w:rFonts w:ascii="Times New Roman" w:hAnsi="Times New Roman" w:eastAsia="Noto Serif SC" w:cs="Amiri"/>
          <w:lang w:val="zh-CN" w:eastAsia="zh-CN" w:bidi="ar-SA"/>
          <w:color w:val="000000"/>
          <w:rtl w:val="0"/>
        </w:rPr>
        <w:t xml:space="preserve">（凡做下一粒微尘重量善事的人，无论它多么微小，都将看见它的结果） </w:t>
      </w:r>
      <w:r>
        <w:rPr>
          <w:rFonts w:ascii="Amiri" w:hAnsi="Amiri" w:eastAsia="Amiri" w:cs="Amiri"/>
          <w:lang w:val="zh-CN" w:eastAsia="zh-CN" w:bidi="ar-SA"/>
          <w:rtl w:val="1"/>
          <w:cs w:val="1"/>
          <w:color w:val="000000"/>
          <w:sz w:val="24"/>
          <w:szCs w:val="24"/>
        </w:rPr>
        <w:t>٭ ﻭَﻣَﻦْ ﻳَﻌْﻤَﻞْ ﻣِﺜْﻘَﺎﻝَ ﺫَﺭَّﺓٍ ﺷَﺮًّﺍ ﻳَﺮَﻩُ</w:t>
      </w:r>
      <w:r>
        <w:rPr>
          <w:rFonts w:ascii="Times New Roman" w:hAnsi="Times New Roman" w:eastAsia="Noto Serif SC" w:cs="Amiri"/>
          <w:lang w:val="zh-CN" w:eastAsia="zh-CN" w:bidi="ar-SA"/>
          <w:color w:val="000000"/>
          <w:rtl w:val="0"/>
        </w:rPr>
        <w:t>（凡做下一粒微尘重量恶事的人，无论它多么微末，也都将看见它的结果）。倘若你要为至睿《古兰经》的这一真理寻求证据，那么，只要观看这部依照“明晰经典”的尺度写成的宇宙之书的书页，就能从许多方面看见“保全者”尊名最宏大的显象，以及这节尊贵经文所含一项至大真理的对应实例。</w:t>
      </w:r>
    </w:p>
    <w:p>
      <w:r>
        <w:rPr>
          <w:rFonts w:ascii="Times New Roman" w:hAnsi="Times New Roman" w:eastAsia="Noto Serif SC" w:cs="Amiri"/>
          <w:lang w:val="zh-CN" w:eastAsia="zh-CN" w:bidi="ar-SA"/>
          <w:color w:val="000000"/>
          <w:rtl w:val="0"/>
        </w:rPr>
        <w:t>举例来说：从树木、花卉和草木的各种种子里取出一把。这一把种子，就是那些种类各异、品类不同、性质彼此相反的花卉、树木和草木的小匣子。你在黑暗中把它们埋入、撒进黑暗、单纯而无生机的土壤里，然后，用没有尺度、不能辨别万物、你把它引向哪里它就流向哪里的单纯之水浇灌。</w:t>
      </w:r>
    </w:p>
    <w:p>
      <w:r>
        <w:rPr>
          <w:rFonts w:ascii="Times New Roman" w:hAnsi="Times New Roman" w:eastAsia="Noto Serif SC" w:cs="Amiri"/>
          <w:lang w:val="zh-CN" w:eastAsia="zh-CN" w:bidi="ar-SA"/>
          <w:color w:val="000000"/>
          <w:rtl w:val="0"/>
        </w:rPr>
        <w:t>随后，在作为每年复起之场所的春季到来时，你来看！请你留意那个时刻：如伊斯拉斐勒般的雷霆天使，在春天以类似吹响号角的方式向雨水呼喊，又以吹入生命般的气息，向埋在地下的种子报喜。那些极其混杂、彼此交混而又形貌相似的微小种子，在“保全者”尊名的彰显之下，以最完满的顺服、毫无差错地遵从来自至睿开创者Allah的创造号令。它们的行动蒙受如此助成，以至可以看出，在那些行动中闪耀着意识、洞见、意图、意志、知识、完善与智慧。</w:t>
      </w:r>
    </w:p>
    <w:p>
      <w:r>
        <w:rPr>
          <w:rFonts w:ascii="Times New Roman" w:hAnsi="Times New Roman" w:eastAsia="Noto Serif SC" w:cs="Amiri"/>
          <w:lang w:val="zh-CN" w:eastAsia="zh-CN" w:bidi="ar-SA"/>
          <w:color w:val="000000"/>
          <w:rtl w:val="0"/>
        </w:rPr>
        <w:t>因为你可以看见，那些形貌相似的微小种子彼此分化，各自区别开来。比如，这粒种子长成了一棵无花果树，开始把至睿开创者Allah的恩赐展开在我们头顶，又将它们散开，用枝条的手递给我们。而这两粒在外形上与它相似的种子，却开出了名为“恋日者”的花和三色堇等花卉。它们为我们装扮自己，朝我们的脸微笑，使我们喜爱它们。而其中另一些种子，则结出了这些美好的果实，长成了穗与树。它们以美好的滋味、香气和形态唤起我们的食欲，把我们的自我召向它们自身，又把自己献给购买者，好让自己从植物生命的层次升到动物生命的层次。其余也都依此类推，加以比照。</w:t>
      </w:r>
    </w:p>
    <w:p>
      <w:r>
        <w:rPr>
          <w:rFonts w:ascii="Times New Roman" w:hAnsi="Times New Roman" w:eastAsia="Noto Serif SC" w:cs="Amiri"/>
          <w:lang w:val="zh-CN" w:eastAsia="zh-CN" w:bidi="ar-SA"/>
          <w:color w:val="000000"/>
          <w:rtl w:val="0"/>
        </w:rPr>
        <w:t>那些微小的种子如此生长展开，以至那一把种子变成了一座满是各种树木与多样花卉的园圃，其中没有任何错讹或缺陷。这正显示了</w:t>
      </w:r>
      <w:r>
        <w:rPr>
          <w:rFonts w:ascii="Amiri" w:hAnsi="Amiri" w:eastAsia="Amiri" w:cs="Amiri"/>
          <w:lang w:val="zh-CN" w:eastAsia="zh-CN" w:bidi="ar-SA"/>
          <w:rtl w:val="1"/>
          <w:cs w:val="1"/>
          <w:color w:val="000000"/>
          <w:sz w:val="24"/>
          <w:szCs w:val="24"/>
        </w:rPr>
        <w:t>ﻓَﺎﺭْﺟِﻊِ ﺍﻟْﺒَﺼَﺮَ ﻫَﻞْ ﺗَﺮٰﻯ ﻣِﻦْ ﻓُﻄُﻮﺭٍ</w:t>
      </w:r>
      <w:r>
        <w:rPr>
          <w:rFonts w:ascii="Times New Roman" w:hAnsi="Times New Roman" w:eastAsia="Noto Serif SC" w:cs="Amiri"/>
          <w:lang w:val="zh-CN" w:eastAsia="zh-CN" w:bidi="ar-SA"/>
          <w:color w:val="000000"/>
          <w:rtl w:val="0"/>
        </w:rPr>
        <w:t>（再把目光转回，反复细看：你可看见任何裂隙、破绽或不协调之处）的奥义。每一粒种子都借“保全者”尊名的显象与恩惠，把它从父体与本原的所有中领受的遗赋，毫无混淆、毫无缺失地保存并展现出来。</w:t>
      </w:r>
    </w:p>
    <w:p>
      <w:r>
        <w:rPr>
          <w:rFonts w:ascii="Times New Roman" w:hAnsi="Times New Roman" w:eastAsia="Noto Serif SC" w:cs="Amiri"/>
          <w:lang w:val="zh-CN" w:eastAsia="zh-CN" w:bidi="ar-SA"/>
          <w:color w:val="000000"/>
          <w:rtl w:val="0"/>
        </w:rPr>
        <w:t>可见，施行这无数超乎常规之保全的那位“保全者”Allah，必将在末日与复起时显示保全之德性的至大彰显；这一切对此构成了明确的指示。</w:t>
      </w:r>
    </w:p>
    <w:p>
      <w:r>
        <w:rPr>
          <w:rFonts w:ascii="Times New Roman" w:hAnsi="Times New Roman" w:eastAsia="Noto Serif SC" w:cs="Amiri"/>
          <w:lang w:val="zh-CN" w:eastAsia="zh-CN" w:bidi="ar-SA"/>
          <w:color w:val="000000"/>
          <w:rtl w:val="0"/>
        </w:rPr>
        <w:t>是的，在这些看似无关紧要、终将消逝、短暂无恒的形态中，保全之德性竟以如此完美、毫无错讹的方式显象，这确是一项确凿的证据：肩负至大信托、作为大地代理者的人类，他们具有永恒影响和重大意义的行为、作为所留的影响、言论、善行与恶行，都蒙受极其周详的保全，并将受到清算。</w:t>
      </w:r>
    </w:p>
    <w:p>
      <w:r>
        <w:rPr>
          <w:rFonts w:ascii="Times New Roman" w:hAnsi="Times New Roman" w:eastAsia="Noto Serif SC" w:cs="Amiri"/>
          <w:lang w:val="zh-CN" w:eastAsia="zh-CN" w:bidi="ar-SA"/>
          <w:color w:val="000000"/>
          <w:rtl w:val="0"/>
        </w:rPr>
        <w:t>难道人以为自己会不受约束、无人问责吗？绝不如此！相反，人是被派往永恒的，是永恒幸福或永久不幸的候选者。他的每一项行为，无论大小、多少，都将受到清算；他不是受嘉奖，就是挨责罚。</w:t>
      </w:r>
    </w:p>
    <w:p>
      <w:r>
        <w:rPr>
          <w:rFonts w:ascii="Times New Roman" w:hAnsi="Times New Roman" w:eastAsia="Noto Serif SC" w:cs="Amiri"/>
          <w:lang w:val="zh-CN" w:eastAsia="zh-CN" w:bidi="ar-SA"/>
          <w:color w:val="000000"/>
          <w:rtl w:val="0"/>
        </w:rPr>
        <w:t>同样，对于保全之德性的至大显象和上述经文的真理，见证者不计其数。我在此项论题中所举出的见证，不过是大海中的一小滴、大山中的一粒微尘。</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（除了您所教给我们的，我们没有任何知识；我们所知的一切，全凭您的教导）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（您确是全知者，洞悉万有；您确是至睿者，一切作为与教化皆充满智慧）</w:t>
      </w:r>
    </w:p>
    <w:p>
      <w:pPr>
        <w:pStyle w:val="Heading1"/>
        <w:pageBreakBefore/>
      </w:pPr>
      <w:r>
        <w:rPr>
          <w:rFonts w:ascii="Times New Roman" w:hAnsi="Times New Roman" w:eastAsia="Noto Serif SC" w:cs="Amiri"/>
          <w:lang w:val="zh-CN" w:eastAsia="zh-CN" w:bidi="ar-SA"/>
          <w:color w:val="000000"/>
          <w:rtl w:val="0"/>
        </w:rPr>
        <w:t>第十八篇闪光</w:t>
      </w:r>
    </w:p>
    <w:p>
      <w:r>
        <w:rPr>
          <w:rFonts w:ascii="Times New Roman" w:hAnsi="Times New Roman" w:eastAsia="Noto Serif SC" w:cs="Amiri"/>
          <w:lang w:val="zh-CN" w:eastAsia="zh-CN" w:bidi="ar-SA"/>
          <w:color w:val="000000"/>
          <w:rtl w:val="0"/>
        </w:rPr>
        <w:t>本篇曾以《古兰经》书法，刊载于《闪光集》与《幽隐印证之印集》中。</w:t>
      </w:r>
    </w:p>
    <w:p>
      <w:pPr>
        <w:pStyle w:val="Heading1"/>
        <w:pageBreakBefore/>
      </w:pPr>
      <w:r>
        <w:rPr>
          <w:rFonts w:ascii="Times New Roman" w:hAnsi="Times New Roman" w:eastAsia="Noto Serif SC" w:cs="Amiri"/>
          <w:lang w:val="zh-CN" w:eastAsia="zh-CN" w:bidi="ar-SA"/>
          <w:color w:val="000000"/>
          <w:rtl w:val="0"/>
        </w:rPr>
        <w:t>第十九篇闪光</w:t>
      </w:r>
    </w:p>
    <w:p>
      <w:pPr>
        <w:pStyle w:val="Heading2"/>
      </w:pPr>
      <w:r>
        <w:rPr>
          <w:rFonts w:ascii="Times New Roman" w:hAnsi="Times New Roman" w:eastAsia="Noto Serif SC" w:cs="Amiri"/>
          <w:lang w:val="zh-CN" w:eastAsia="zh-CN" w:bidi="ar-SA"/>
          <w:color w:val="000000"/>
          <w:rtl w:val="0"/>
        </w:rPr>
        <w:t>《节俭论著》</w:t>
      </w:r>
    </w:p>
    <w:p>
      <w:r>
        <w:rPr>
          <w:rFonts w:ascii="Times New Roman" w:hAnsi="Times New Roman" w:eastAsia="Noto Serif SC" w:cs="Amiri"/>
          <w:lang w:val="zh-CN" w:eastAsia="zh-CN" w:bidi="ar-SA"/>
          <w:color w:val="000000"/>
          <w:rtl w:val="0"/>
        </w:rPr>
        <w:t>本篇论述节俭与知足，以及浪费与挥霍。</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ﻛُﻠُﻮﺍ ﻭَ ﺍﺷْﺮَﺑُﻮﺍ ﻭَ لَا ﺗُﺴْﺮِﻓُﻮﺍ</w:t>
      </w:r>
      <w:r>
        <w:rPr>
          <w:rFonts w:ascii="Times New Roman" w:hAnsi="Times New Roman" w:eastAsia="Noto Serif SC" w:cs="Amiri"/>
          <w:lang w:val="zh-CN" w:eastAsia="zh-CN" w:bidi="ar-SA"/>
          <w:color w:val="000000"/>
          <w:rtl w:val="0"/>
        </w:rPr>
        <w:t>（你们吃吧，喝吧，但不要过度；饮食是赐给你们的恩典，越过合宜的限度便是对恩典的背弃）这节尊贵的经文，以断然命令节俭、明确禁止浪费的方式，讲授了一课极其重要的智慧。关于这个问题，有七项精义。</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至慈的创造者Allah，要求人类以感恩回报祂赐予人类的种种恩典。浪费却与感恩相反，是对恩典有损的轻慢。节俭则是以珍惜恩典、使其发挥价值的方式，对恩典表示敬重。</w:t>
      </w:r>
    </w:p>
    <w:p>
      <w:r>
        <w:rPr>
          <w:rFonts w:ascii="Times New Roman" w:hAnsi="Times New Roman" w:eastAsia="Noto Serif SC" w:cs="Amiri"/>
          <w:lang w:val="zh-CN" w:eastAsia="zh-CN" w:bidi="ar-SA"/>
          <w:color w:val="000000"/>
          <w:rtl w:val="0"/>
        </w:rPr>
        <w:t>是的，节俭既是内在的感恩，也是对恩典中Allah慈悯的尊重；它必定带来丰足，又像饮食有节一样，是身体健康的凭借；它使人摆脱精神乞讨的卑贱，成为尊严的缘由；它还能有力地助人感受恩典之中的乐趣，并品尝那些表面似乎没有乐趣的恩典所蕴含的乐趣。浪费则与上述种种智慧相反，因而产生严重的后果。</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至睿的开创者Allah，把人的身体创造成一座完善的宫殿，又如一座秩序井然的城市。祂使口中的味觉官能充当门卫，又使神经和血管如同电话线与电报线，成为味觉官能与身体中枢的胃之间传递消息的媒介：来到口中的物质，便由这些血管通报。若身体和胃不需要，它就说：“禁止入内！”并将其排出。有时，某物虽然对身体无益，却又苦又有害，它便立刻将其排出，吐在其脸上。</w:t>
      </w:r>
    </w:p>
    <w:p>
      <w:r>
        <w:rPr>
          <w:rFonts w:ascii="Times New Roman" w:hAnsi="Times New Roman" w:eastAsia="Noto Serif SC" w:cs="Amiri"/>
          <w:lang w:val="zh-CN" w:eastAsia="zh-CN" w:bidi="ar-SA"/>
          <w:color w:val="000000"/>
          <w:rtl w:val="0"/>
        </w:rPr>
        <w:t>既然口中的味觉官能是门卫，那么，就身体的管理而言，胃便是主人和主宰者。来到那座宫殿或城市、献给宫殿主宰者的礼物，若价值为一百度，那么作为赏钱给门卫的，至多五度才合适，不能更多。这样，门卫才不会骄傲自满、受到诱惑、忘记职责，把那些多给赏钱的作乱者放进宫殿内部。</w:t>
      </w:r>
    </w:p>
    <w:p>
      <w:r>
        <w:rPr>
          <w:rFonts w:ascii="Times New Roman" w:hAnsi="Times New Roman" w:eastAsia="Noto Serif SC" w:cs="Amiri"/>
          <w:lang w:val="zh-CN" w:eastAsia="zh-CN" w:bidi="ar-SA"/>
          <w:color w:val="000000"/>
          <w:rtl w:val="0"/>
        </w:rPr>
        <w:t>基于这一奥义，现在假设有两口食物：一口是奶酪、鸡蛋之类有营养的食物，值四十帕拉——一种旧时小额货币单位——；另一口是最上等的果仁蜜饼，值十库鲁什。就身体而言，这两口食物进入口中之前没有差别，价值相等；通过咽喉之后，在滋养身体方面仍然相等，有时四十帕拉的奶酪甚至更有营养。唯一的区别，只在于取悦口中味觉官能的半分钟。为了这半分钟，便把四十帕拉提高到十库鲁什，请衡量一下，这是何等没有意义、何等有害的浪费。现在，献给宫殿主宰者的礼物虽只值四十帕拉，却给门卫多九倍的赏钱，这会使门卫受到诱惑，声称：“主宰者是我。”谁给的赏钱和乐趣多，它就放谁进去，引发动乱，燃起大火，最终逼人喊道：“快请医生来，降下我的高热，扑灭我的火！”</w:t>
      </w:r>
    </w:p>
    <w:p>
      <w:r>
        <w:rPr>
          <w:rFonts w:ascii="Times New Roman" w:hAnsi="Times New Roman" w:eastAsia="Noto Serif SC" w:cs="Amiri"/>
          <w:lang w:val="zh-CN" w:eastAsia="zh-CN" w:bidi="ar-SA"/>
          <w:color w:val="000000"/>
          <w:rtl w:val="0"/>
        </w:rPr>
        <w:t>可见，节俭与知足，是使自己的行动符合Allah的智慧。它把味觉官能置于门卫的位置，并依照这个位置给予赏钱。浪费则违背这种智慧，因此很快就会受到责罚：它使胃失调，使人失去真正的食欲，又以食物种类繁多所产生的虚假食欲逼人进食，造成消化不良，使人患病。</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在前面的第二项精义中，我们说味觉官能是门卫。是的，对于疏忽遗忘的人、精神没有进步的人，以及没有在感恩之道上前行的人，它的确如同门卫。不可为了取悦它而浪费，把价格从一度提高到十度。</w:t>
      </w:r>
    </w:p>
    <w:p>
      <w:r>
        <w:rPr>
          <w:rFonts w:ascii="Times New Roman" w:hAnsi="Times New Roman" w:eastAsia="Noto Serif SC" w:cs="Amiri"/>
          <w:lang w:val="zh-CN" w:eastAsia="zh-CN" w:bidi="ar-SA"/>
          <w:color w:val="000000"/>
          <w:rtl w:val="0"/>
        </w:rPr>
        <w:t>然而，真正感恩者、通达真理者和心灵之士的味觉官能——正如《第六言》的比较所阐明的那样——却是Allah慈悯诸厨房的监督者与检察者。这种味觉官能，以与食物种类数目相等的小秤，称量并认识Allah恩典的各种类别，再以内在感恩的方式通报给身体和胃。如此，味觉官能便不只顾念物质的躯体；由于它也顾念心灵、灵魂和理智，它的作用与地位便高于胃。</w:t>
      </w:r>
    </w:p>
    <w:p>
      <w:r>
        <w:rPr>
          <w:rFonts w:ascii="Times New Roman" w:hAnsi="Times New Roman" w:eastAsia="Noto Serif SC" w:cs="Amiri"/>
          <w:lang w:val="zh-CN" w:eastAsia="zh-CN" w:bidi="ar-SA"/>
          <w:color w:val="000000"/>
          <w:rtl w:val="0"/>
        </w:rPr>
        <w:t>只要不浪费，只为履行感恩的职责、感受并认识Allah恩典的各类，只要合乎Allah的许可，又不成为卑贱与乞讨的媒介，人便可以追求其中的乐趣。为了运用承载这种味觉官能的舌头来感恩，他也可以优先选择美味的食物。下面这件事实与加乌斯的非凡恩迹，正指示了这一真理：</w:t>
      </w:r>
    </w:p>
    <w:p>
      <w:r>
        <w:rPr>
          <w:rFonts w:ascii="Times New Roman" w:hAnsi="Times New Roman" w:eastAsia="Noto Serif SC" w:cs="Amiri"/>
          <w:lang w:val="zh-CN" w:eastAsia="zh-CN" w:bidi="ar-SA"/>
          <w:color w:val="000000"/>
          <w:rtl w:val="0"/>
        </w:rPr>
        <w:t>从前，在尊贵的至大援助者、教团导师盖伊拉尼</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圣洁他的内在奥秘）的培育下，有一位娇弱年迈的妇人，她只有一个儿子。这位受尊敬的老妇人来到儿子的静室，看见儿子正在吃一小块干黑面包。儿子因刻苦自制而虚弱，激起了母亲的怜爱，她十分心疼。随后，她到尊贵的加乌斯那里诉苦，却看见尊贵的加乌斯正在吃一只烤鸡。</w:t>
      </w:r>
    </w:p>
    <w:p>
      <w:r>
        <w:rPr>
          <w:rFonts w:ascii="Times New Roman" w:hAnsi="Times New Roman" w:eastAsia="Noto Serif SC" w:cs="Amiri"/>
          <w:lang w:val="zh-CN" w:eastAsia="zh-CN" w:bidi="ar-SA"/>
          <w:color w:val="000000"/>
          <w:rtl w:val="0"/>
        </w:rPr>
        <w:t>她因爱子心切，说道：“导师啊！我的儿子快要饿死了，你却在吃鸡肉！”</w:t>
      </w:r>
    </w:p>
    <w:p>
      <w:r>
        <w:rPr>
          <w:rFonts w:ascii="Times New Roman" w:hAnsi="Times New Roman" w:eastAsia="Noto Serif SC" w:cs="Amiri"/>
          <w:lang w:val="zh-CN" w:eastAsia="zh-CN" w:bidi="ar-SA"/>
          <w:color w:val="000000"/>
          <w:rtl w:val="0"/>
        </w:rPr>
        <w:t>尊贵的加乌斯对鸡说道：</w:t>
      </w:r>
      <w:r>
        <w:rPr>
          <w:rFonts w:ascii="Amiri" w:hAnsi="Amiri" w:eastAsia="Amiri" w:cs="Amiri"/>
          <w:lang w:val="zh-CN" w:eastAsia="zh-CN" w:bidi="ar-SA"/>
          <w:rtl w:val="1"/>
          <w:cs w:val="1"/>
          <w:color w:val="000000"/>
          <w:sz w:val="24"/>
          <w:szCs w:val="24"/>
        </w:rPr>
        <w:t>ٔﻗُﻢْ ﺑِﺎِﺫْﻥِ ﺍﻟﻠّٰﻪ</w:t>
      </w:r>
      <w:r>
        <w:rPr>
          <w:rFonts w:ascii="Times New Roman" w:hAnsi="Times New Roman" w:eastAsia="Noto Serif SC" w:cs="Amiri"/>
          <w:lang w:val="zh-CN" w:eastAsia="zh-CN" w:bidi="ar-SA"/>
          <w:color w:val="000000"/>
          <w:rtl w:val="0"/>
        </w:rPr>
        <w:t>（凭Allah的许可，站起来！）那只熟鸡的骨头随即聚拢，重新成为一只鸡，从食盘中跳了出去。这件事由许多可信可靠的人传述，作为一种精神层面的众源连续传述，被记载为尊贵的加乌斯的一项非凡恩迹；他以超乎寻常的诸多非凡恩迹而闻名于世。</w:t>
      </w:r>
    </w:p>
    <w:p>
      <w:r>
        <w:rPr>
          <w:rFonts w:ascii="Times New Roman" w:hAnsi="Times New Roman" w:eastAsia="Noto Serif SC" w:cs="Amiri"/>
          <w:lang w:val="zh-CN" w:eastAsia="zh-CN" w:bidi="ar-SA"/>
          <w:color w:val="000000"/>
          <w:rtl w:val="0"/>
        </w:rPr>
        <w:t>尊贵的加乌斯说：“等你的儿子也到了这个境界，那时他也可以吃鸡肉。”</w:t>
      </w:r>
    </w:p>
    <w:p>
      <w:r>
        <w:rPr>
          <w:rFonts w:ascii="Times New Roman" w:hAnsi="Times New Roman" w:eastAsia="Noto Serif SC" w:cs="Amiri"/>
          <w:lang w:val="zh-CN" w:eastAsia="zh-CN" w:bidi="ar-SA"/>
          <w:color w:val="000000"/>
          <w:rtl w:val="0"/>
        </w:rPr>
        <w:t>可见，尊贵的加乌斯这道命令的意思是：等你的儿子也能让灵魂驾驭躯体、心灵驾驭自我、理智驾驭胃，并且为了感恩而欲求乐趣时，他就可以吃美味的东西了……</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“节俭度日的人，不会为家计所困。”</w:t>
      </w:r>
      <w:r>
        <w:rPr>
          <w:rFonts w:ascii="Amiri" w:hAnsi="Amiri" w:eastAsia="Amiri" w:cs="Amiri"/>
          <w:lang w:val="zh-CN" w:eastAsia="zh-CN" w:bidi="ar-SA"/>
          <w:rtl w:val="1"/>
          <w:cs w:val="1"/>
          <w:color w:val="000000"/>
          <w:sz w:val="24"/>
          <w:szCs w:val="24"/>
        </w:rPr>
        <w:t>لَا ﻳَﻌُﻮﻝُ ﻣَﻦِ ﺍﻗْﺘَﺼَﺪَ</w:t>
      </w:r>
      <w:r>
        <w:rPr>
          <w:rFonts w:ascii="Times New Roman" w:hAnsi="Times New Roman" w:eastAsia="Noto Serif SC" w:cs="Amiri"/>
          <w:lang w:val="zh-CN" w:eastAsia="zh-CN" w:bidi="ar-SA"/>
          <w:color w:val="000000"/>
          <w:rtl w:val="0"/>
        </w:rPr>
        <w:t>（持守适度、不越限度的人，不会因家计的负担而陷入困乏）这段尊贵圣训所蕴含的奥义是：节俭的人，不会过多承受家计的烦劳与艰辛。是的，有无数确凿证据证明，节俭必定带来丰足，并使人善于持家。</w:t>
      </w:r>
    </w:p>
    <w:p>
      <w:r>
        <w:rPr>
          <w:rFonts w:ascii="Times New Roman" w:hAnsi="Times New Roman" w:eastAsia="Noto Serif SC" w:cs="Amiri"/>
          <w:lang w:val="zh-CN" w:eastAsia="zh-CN" w:bidi="ar-SA"/>
          <w:color w:val="000000"/>
          <w:rtl w:val="0"/>
        </w:rPr>
        <w:t>举例来说，我凭自己的亲身经历，并凭服侍我、陪伴我之人的见证这样说：借节俭之道，我和我的朋友有时看到一份变成十份的丰足。甚至九年前——距今已三十年——一些与我一同被流放到布尔杜尔的首领，为了不让我因无钱而陷入卑贱和困苦，极力要我接受他们的天课。我对那些富有的首领说：“我的钱虽然很少，但我懂得节俭，也习惯了知足。我比你们更富有。”我拒绝了他们反复而坚决的提议。值得注意的是，两年后，那些要把天课给我的人中，有一些因不知节俭而负了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（一切赞美与称颂唯独归于Allah；祂自始至终都配得这赞美）七年后，那一点钱仍借节俭带来的丰足而足够我用；它没有使我颜面尽失，没有迫使我向人求助，也没有破坏我毕生奉行“不依赖他人”的原则。</w:t>
      </w:r>
    </w:p>
    <w:p>
      <w:r>
        <w:rPr>
          <w:rFonts w:ascii="Times New Roman" w:hAnsi="Times New Roman" w:eastAsia="Noto Serif SC" w:cs="Amiri"/>
          <w:lang w:val="zh-CN" w:eastAsia="zh-CN" w:bidi="ar-SA"/>
          <w:color w:val="000000"/>
          <w:rtl w:val="0"/>
        </w:rPr>
        <w:t>是的，不节俭的人，注定要陷入卑贱、精神乞讨和困苦。在这个时代，足以供人浪费的钱代价极其高昂。为了换取它，有时人的尊严和名誉被当作贿赂收走；有时人以宗教的神圣事物为代价，随后得到一笔不祥的钱。也就是说，人蒙受精神上百里拉的损失，换来物质上值一百帕拉的财物。</w:t>
      </w:r>
    </w:p>
    <w:p>
      <w:r>
        <w:rPr>
          <w:rFonts w:ascii="Times New Roman" w:hAnsi="Times New Roman" w:eastAsia="Noto Serif SC" w:cs="Amiri"/>
          <w:lang w:val="zh-CN" w:eastAsia="zh-CN" w:bidi="ar-SA"/>
          <w:color w:val="000000"/>
          <w:rtl w:val="0"/>
        </w:rPr>
        <w:t>如果人实行节俭，把需求限制、缩减并约束在必需品之内，那么，凭</w:t>
      </w:r>
      <w:r>
        <w:rPr>
          <w:rFonts w:ascii="Amiri" w:hAnsi="Amiri" w:eastAsia="Amiri" w:cs="Amiri"/>
          <w:lang w:val="zh-CN" w:eastAsia="zh-CN" w:bidi="ar-SA"/>
          <w:rtl w:val="1"/>
          <w:cs w:val="1"/>
          <w:color w:val="000000"/>
          <w:sz w:val="24"/>
          <w:szCs w:val="24"/>
        </w:rPr>
        <w:t>ﺍِﻥَّ ﺍﻟﻠّٰﻪَ ﻫُﻮَ ﺍﻟﺮَّﺯَّﺍﻕُ ﺫُﻭ ﺍﻟْﻘُﻮَّﺓِ ﺍﻟْﻤَﺘ۪ﻴﻦُ</w:t>
      </w:r>
      <w:r>
        <w:rPr>
          <w:rFonts w:ascii="Times New Roman" w:hAnsi="Times New Roman" w:eastAsia="Noto Serif SC" w:cs="Amiri"/>
          <w:lang w:val="zh-CN" w:eastAsia="zh-CN" w:bidi="ar-SA"/>
          <w:color w:val="000000"/>
          <w:rtl w:val="0"/>
        </w:rPr>
        <w:t>（Allah确是赐予万物给养者，祂拥有力量，祂坚定而不可动摇）的奥义，以及</w:t>
      </w:r>
      <w:r>
        <w:rPr>
          <w:rFonts w:ascii="Amiri" w:hAnsi="Amiri" w:eastAsia="Amiri" w:cs="Amiri"/>
          <w:lang w:val="zh-CN" w:eastAsia="zh-CN" w:bidi="ar-SA"/>
          <w:rtl w:val="1"/>
          <w:cs w:val="1"/>
          <w:color w:val="000000"/>
          <w:sz w:val="24"/>
          <w:szCs w:val="24"/>
        </w:rPr>
        <w:t>ﻭَﻣَﺎ ﻣِﻦْ ﺩَٓﺍﺑَّﺔٍ ﻓِﻰ الْاَرْضِ اِلَّا ﻋَﻠَﻰ ﺍﻟﻠّٰﻪِ ﺭِﺯْﻗُﻬَﺎ</w:t>
      </w:r>
      <w:r>
        <w:rPr>
          <w:rFonts w:ascii="Times New Roman" w:hAnsi="Times New Roman" w:eastAsia="Noto Serif SC" w:cs="Amiri"/>
          <w:lang w:val="zh-CN" w:eastAsia="zh-CN" w:bidi="ar-SA"/>
          <w:color w:val="000000"/>
          <w:rtl w:val="0"/>
        </w:rPr>
        <w:t>（地上没有任何一个行走的生灵，其给养不由Allah承担；每一个生命的给养都由祂负责）的明确宣示，他必会以一种意想不到的方式，获得足以维持生活的给养。因为这节经文作出了保证。</w:t>
      </w:r>
    </w:p>
    <w:p>
      <w:pPr>
        <w:pStyle w:val="Heading2"/>
      </w:pPr>
      <w:r>
        <w:rPr>
          <w:rFonts w:ascii="Times New Roman" w:hAnsi="Times New Roman" w:eastAsia="Noto Serif SC" w:cs="Amiri"/>
          <w:lang w:val="zh-CN" w:eastAsia="zh-CN" w:bidi="ar-SA"/>
          <w:color w:val="000000"/>
          <w:rtl w:val="0"/>
        </w:rPr>
        <w:t>是的，给养分为两种：</w:t>
      </w:r>
    </w:p>
    <w:p>
      <w:r>
        <w:rPr>
          <w:rFonts w:ascii="Times New Roman" w:hAnsi="Times New Roman" w:eastAsia="Noto Serif SC" w:cs="Amiri"/>
          <w:lang w:val="zh-CN" w:eastAsia="zh-CN" w:bidi="ar-SA"/>
          <w:color w:val="000000"/>
          <w:rtl w:val="0"/>
        </w:rPr>
        <w:t>第一种：真正的给养，人赖以维生。依照这节经文的判定，这种给养在养育并主宰者Allah的保证之下。只要人不错误地运用自己的选择，他无论如何都能找到这必需的给养，不必牺牲自己的宗教、名誉或尊严。</w:t>
      </w:r>
    </w:p>
    <w:p>
      <w:r>
        <w:rPr>
          <w:rFonts w:ascii="Times New Roman" w:hAnsi="Times New Roman" w:eastAsia="Noto Serif SC" w:cs="Amiri"/>
          <w:lang w:val="zh-CN" w:eastAsia="zh-CN" w:bidi="ar-SA"/>
          <w:color w:val="000000"/>
          <w:rtl w:val="0"/>
        </w:rPr>
        <w:t>第二种：非真正的给养。由于错误的使用，非必需的需求变成了必需的需求；人又受习俗之害，对它成瘾，无法舍弃。这种给养不在养育并主宰者Allah的保证之下，因此要获得它代价极高，尤其在当今时代。为了得到那毫无丰足的不祥之财，人首先要牺牲尊严，接受卑贱；有时甚至堕落到如同亲吻卑劣者双脚的精神乞讨境地；有时则牺牲自己作为永恒生命之光的宗教神圣事物。</w:t>
      </w:r>
    </w:p>
    <w:p>
      <w:r>
        <w:rPr>
          <w:rFonts w:ascii="Times New Roman" w:hAnsi="Times New Roman" w:eastAsia="Noto Serif SC" w:cs="Amiri"/>
          <w:lang w:val="zh-CN" w:eastAsia="zh-CN" w:bidi="ar-SA"/>
          <w:color w:val="000000"/>
          <w:rtl w:val="0"/>
        </w:rPr>
        <w:t>而且，在这匮乏困窘的时代，有良知者会因同类的怜惜之情，为饥饿贫困者的痛苦而悲伤；只要他有良心，这悲伤就会使他用不正当方式赚取的钱所买来的乐趣变苦。</w:t>
      </w:r>
    </w:p>
    <w:p>
      <w:r>
        <w:rPr>
          <w:rFonts w:ascii="Times New Roman" w:hAnsi="Times New Roman" w:eastAsia="Noto Serif SC" w:cs="Amiri"/>
          <w:lang w:val="zh-CN" w:eastAsia="zh-CN" w:bidi="ar-SA"/>
          <w:color w:val="000000"/>
          <w:rtl w:val="0"/>
        </w:rPr>
        <w:t>在这样奇特的时代，面对来路可疑的财物，人应当只以迫切的必需为限。因为，凭</w:t>
      </w:r>
      <w:r>
        <w:rPr>
          <w:rFonts w:ascii="Amiri" w:hAnsi="Amiri" w:eastAsia="Amiri" w:cs="Amiri"/>
          <w:lang w:val="zh-CN" w:eastAsia="zh-CN" w:bidi="ar-SA"/>
          <w:rtl w:val="1"/>
          <w:cs w:val="1"/>
          <w:color w:val="000000"/>
          <w:sz w:val="24"/>
          <w:szCs w:val="24"/>
        </w:rPr>
        <w:t>ﺍِﻥَّ ﺍﻟﻀَّﺮُﻭﺭَﺓَ ﺗُﻘَﺪَّﺭُ ﺑِﻘَﺪْﺭِﻫَﺎ</w:t>
      </w:r>
      <w:r>
        <w:rPr>
          <w:rFonts w:ascii="Times New Roman" w:hAnsi="Times New Roman" w:eastAsia="Noto Serif SC" w:cs="Amiri"/>
          <w:lang w:val="zh-CN" w:eastAsia="zh-CN" w:bidi="ar-SA"/>
          <w:color w:val="000000"/>
          <w:rtl w:val="0"/>
        </w:rPr>
        <w:t>（迫不得已之事，只按迫不得已的实际限度衡量，不得越出解除困迫所需的范围）的奥义：迫于不得已时，人可以从受Allah禁止的财物中取得迫切必需的分量，不能取得更多。是的，困迫的人吃腐肉，不能吃到饱足，只能吃到不至于死去。同样，在一百个饥饿的人面前，也不可尽情享乐地过量进食。</w:t>
      </w:r>
    </w:p>
    <w:p>
      <w:r>
        <w:rPr>
          <w:rFonts w:ascii="Times New Roman" w:hAnsi="Times New Roman" w:eastAsia="Noto Serif SC" w:cs="Amiri"/>
          <w:lang w:val="zh-CN" w:eastAsia="zh-CN" w:bidi="ar-SA"/>
          <w:color w:val="000000"/>
          <w:rtl w:val="0"/>
        </w:rPr>
        <w:t>有一件事实，证明节俭带来尊严与完善：</w:t>
      </w:r>
    </w:p>
    <w:p>
      <w:r>
        <w:rPr>
          <w:rFonts w:ascii="Times New Roman" w:hAnsi="Times New Roman" w:eastAsia="Noto Serif SC" w:cs="Amiri"/>
          <w:lang w:val="zh-CN" w:eastAsia="zh-CN" w:bidi="ar-SA"/>
          <w:color w:val="000000"/>
          <w:rtl w:val="0"/>
        </w:rPr>
        <w:t>从前，以慷慨闻名于世的哈提姆·塔伊举办了一场盛大的宴席。他给宾客们极其丰厚的礼物之后，便到沙漠中散步。他看见一位贫穷的老人，把一捆带刺的灌木和骆驼刺背在腰背上；那些刺扎进他的身体，使他流血。</w:t>
      </w:r>
    </w:p>
    <w:p>
      <w:r>
        <w:rPr>
          <w:rFonts w:ascii="Times New Roman" w:hAnsi="Times New Roman" w:eastAsia="Noto Serif SC" w:cs="Amiri"/>
          <w:lang w:val="zh-CN" w:eastAsia="zh-CN" w:bidi="ar-SA"/>
          <w:color w:val="000000"/>
          <w:rtl w:val="0"/>
        </w:rPr>
        <w:t>哈提姆对他说：“哈提姆·塔伊正在举办盛宴，还赠送礼物。你也去吧；你这捆值五库鲁什的灌木，可以换来五百库鲁什。”</w:t>
      </w:r>
    </w:p>
    <w:p>
      <w:r>
        <w:rPr>
          <w:rFonts w:ascii="Times New Roman" w:hAnsi="Times New Roman" w:eastAsia="Noto Serif SC" w:cs="Amiri"/>
          <w:lang w:val="zh-CN" w:eastAsia="zh-CN" w:bidi="ar-SA"/>
          <w:color w:val="000000"/>
          <w:rtl w:val="0"/>
        </w:rPr>
        <w:t>那位节俭的老人说：“我凭自己的尊严背负、扛起这捆带刺的重担，不接受哈提姆·塔伊的恩惠，不欠他的人情。”</w:t>
      </w:r>
    </w:p>
    <w:p>
      <w:r>
        <w:rPr>
          <w:rFonts w:ascii="Times New Roman" w:hAnsi="Times New Roman" w:eastAsia="Noto Serif SC" w:cs="Amiri"/>
          <w:lang w:val="zh-CN" w:eastAsia="zh-CN" w:bidi="ar-SA"/>
          <w:color w:val="000000"/>
          <w:rtl w:val="0"/>
        </w:rPr>
        <w:t>后来，有人问哈提姆·塔伊：“你见过谁比自己更豪迈、更尊贵？”</w:t>
      </w:r>
    </w:p>
    <w:p>
      <w:r>
        <w:rPr>
          <w:rFonts w:ascii="Times New Roman" w:hAnsi="Times New Roman" w:eastAsia="Noto Serif SC" w:cs="Amiri"/>
          <w:lang w:val="zh-CN" w:eastAsia="zh-CN" w:bidi="ar-SA"/>
          <w:color w:val="000000"/>
          <w:rtl w:val="0"/>
        </w:rPr>
        <w:t>他说：“我在那片原野遇见的那位节俭老人，比我更尊贵、更高尚、更豪迈。”</w:t>
      </w:r>
    </w:p>
    <w:p>
      <w:pPr>
        <w:pStyle w:val="Heading2"/>
      </w:pPr>
      <w:r>
        <w:rPr>
          <w:rFonts w:ascii="Times New Roman" w:hAnsi="Times New Roman" w:eastAsia="Noto Serif SC" w:cs="Amiri"/>
          <w:lang w:val="zh-CN" w:eastAsia="zh-CN" w:bidi="ar-SA"/>
          <w:color w:val="000000"/>
          <w:rtl w:val="0"/>
        </w:rPr>
        <w:t>第五项精义</w:t>
      </w:r>
    </w:p>
    <w:p>
      <w:r>
        <w:rPr>
          <w:rFonts w:ascii="Times New Roman" w:hAnsi="Times New Roman" w:eastAsia="Noto Serif SC" w:cs="Amiri"/>
          <w:lang w:val="zh-CN" w:eastAsia="zh-CN" w:bidi="ar-SA"/>
          <w:color w:val="000000"/>
          <w:rtl w:val="0"/>
        </w:rPr>
        <w:t>至高无上的真实主宰Allah，出于祂至极的慷慨，使最贫穷的人如同最富有的人一样，也使乞丐——也就是穷人——如同君王一样，感受到恩典的乐趣。是的，一个穷人借饥饿与节俭，从一小块干黑面包中得到的乐趣，比君王或富人因浪费而生厌、毫无食欲时吃最上等果仁蜜饼所得的乐趣更大。令人惊奇的是，有些浪费挥霍的人，竟指责这样的节俭者“吝啬”。绝不如此……节俭是尊严与慷慨。吝啬与卑贱，则是浪费挥霍者表面豪迈气概的内在真相。有一件发生在这部论著撰写当年、发生在伊斯帕尔塔我的静室里的事实，证实了这一真理。事情是这样的：</w:t>
      </w:r>
    </w:p>
    <w:p>
      <w:r>
        <w:rPr>
          <w:rFonts w:ascii="Times New Roman" w:hAnsi="Times New Roman" w:eastAsia="Noto Serif SC" w:cs="Amiri"/>
          <w:lang w:val="zh-CN" w:eastAsia="zh-CN" w:bidi="ar-SA"/>
          <w:color w:val="000000"/>
          <w:rtl w:val="0"/>
        </w:rPr>
        <w:t>我的一名学生执意要我收下将近两奥卡半的蜂蜜——奥卡是一种传统重量单位——，这违背了我的准则和人生原则。我无论怎样申明自己的准则，他都不肯作罢。我迫不得已，想到可以让身边的三位兄弟吃，也可以让三个人在尊贵的舍尔巴月与斋月里，借节俭吃这蜂蜜三四十天；送来的人也能获得回赐，他们自己也不至于没有甜食，便说：“收下吧！”我自己也有一奥卡蜂蜜。那三位同伴虽然为人正直，也赞赏节俭，可是不知怎的，出于一种高尚品性——彼此相赠，各自抚慰对方的自我，把对方置于自己的自我之上——竟忘记了节俭，三夜就吃完了两奥卡半蜂蜜。我笑着说：“我本想让你们借这蜂蜜甜美三四十天，你们却把三十天缩成了三天。愿它有益于你们。”但我自己的那一奥卡蜂蜜，却节俭地使用。整个舍尔巴月和斋月，不仅我自己吃了，而且</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（一切赞美与称颂唯独归于Allah；祂自始至终都配得这赞美）还在开斋时给那几位兄弟每人一勺</w:t>
      </w:r>
      <w:r>
        <w:rPr>
          <w:rStyle w:val="FootnoteReference"/>
        </w:rPr>
        <w:footnoteReference w:id="15"/>
      </w:r>
      <w:r>
        <w:rPr>
          <w:rFonts w:ascii="Times New Roman" w:hAnsi="Times New Roman" w:eastAsia="Noto Serif SC" w:cs="Amiri"/>
          <w:lang w:val="zh-CN" w:eastAsia="zh-CN" w:bidi="ar-SA"/>
          <w:color w:val="000000"/>
          <w:rtl w:val="0"/>
        </w:rPr>
        <w:t>，使它成为重要回赐的凭借。</w:t>
      </w:r>
    </w:p>
    <w:p>
      <w:r>
        <w:rPr>
          <w:rFonts w:ascii="Times New Roman" w:hAnsi="Times New Roman" w:eastAsia="Noto Serif SC" w:cs="Amiri"/>
          <w:lang w:val="zh-CN" w:eastAsia="zh-CN" w:bidi="ar-SA"/>
          <w:color w:val="000000"/>
          <w:rtl w:val="0"/>
        </w:rPr>
        <w:t>看到我境况的人，也许把我的那种做法看成吝啬；他们也可能把其他兄弟三夜之间的做法看成豪迈。但从真理的角度看，我们已经看见：那表面的吝啬之下，隐藏着崇高的尊严、巨大的丰足和高尚的回赐。而那豪迈与浪费之下，如果不加改变，就会产生一种远比吝啬更低下的状态：乞讨，以及贪婪地、期待地盯着别人的手。</w:t>
      </w:r>
    </w:p>
    <w:p>
      <w:pPr>
        <w:pStyle w:val="Heading2"/>
      </w:pPr>
      <w:r>
        <w:rPr>
          <w:rFonts w:ascii="Times New Roman" w:hAnsi="Times New Roman" w:eastAsia="Noto Serif SC" w:cs="Amiri"/>
          <w:lang w:val="zh-CN" w:eastAsia="zh-CN" w:bidi="ar-SA"/>
          <w:color w:val="000000"/>
          <w:rtl w:val="0"/>
        </w:rPr>
        <w:t>第六项精义</w:t>
      </w:r>
    </w:p>
    <w:p>
      <w:r>
        <w:rPr>
          <w:rFonts w:ascii="Times New Roman" w:hAnsi="Times New Roman" w:eastAsia="Noto Serif SC" w:cs="Amiri"/>
          <w:lang w:val="zh-CN" w:eastAsia="zh-CN" w:bidi="ar-SA"/>
          <w:color w:val="000000"/>
          <w:rtl w:val="0"/>
        </w:rPr>
        <w:t>节俭与吝啬有很大的区别。正如谦逊在本质上不同于卑躬屈节这种恶劣品德，却在外形上相似，是一种值得赞美的品性；庄重也在本质上不同于狂妄自大这种恶劣品性，却在外形上相似，是一种值得赞美的品性。</w:t>
      </w:r>
    </w:p>
    <w:p>
      <w:r>
        <w:rPr>
          <w:rFonts w:ascii="Times New Roman" w:hAnsi="Times New Roman" w:eastAsia="Noto Serif SC" w:cs="Amiri"/>
          <w:lang w:val="zh-CN" w:eastAsia="zh-CN" w:bidi="ar-SA"/>
          <w:color w:val="000000"/>
          <w:rtl w:val="0"/>
        </w:rPr>
        <w:t>同样，节俭属于先知的高尚品德，甚至是宇宙中Allah智慧秩序的枢纽之一；它与吝啬毫无关系。吝啬则是卑贱、鄙吝、贪婪和贪欲的混合物。二者只是外形上有些相似。下面这件事实证实了这一真理：</w:t>
      </w:r>
    </w:p>
    <w:p>
      <w:r>
        <w:rPr>
          <w:rFonts w:ascii="Times New Roman" w:hAnsi="Times New Roman" w:eastAsia="Noto Serif SC" w:cs="Amiri"/>
          <w:lang w:val="zh-CN" w:eastAsia="zh-CN" w:bidi="ar-SA"/>
          <w:color w:val="000000"/>
          <w:rtl w:val="0"/>
        </w:rPr>
        <w:t>圣门弟子中著名七位敬拜者之一的阿卜杜拉·伊本·欧麦尔，是使者继任者、至伟的法鲁克、尊贵的欧麦尔</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最重要而伟大的儿子，也是圣门弟子学者中最卓越者之一。这位受祝福的人，曾在集市买卖时，为了节俭，也为了维护作为贸易枢纽的诚信与正直，为四十帕拉的事情激烈争论。一位圣门弟子看见了。他觉得，大地上尊贵继任者欧麦尔的儿子竟为四十帕拉争论，是一种奇怪的吝啬，便跟随那位先导者，想了解他的情况。他看见尊贵的阿卜杜拉走进受祝福的家。他在门口看见一个穷人，停留了一会儿，随后离开。后来，他从家中的另一扇门出来，又在那里看见另一个穷人，也在他身旁停留了一会儿，随后离开。远远观看的那位圣门弟子十分好奇。</w:t>
      </w:r>
    </w:p>
    <w:p>
      <w:r>
        <w:rPr>
          <w:rFonts w:ascii="Times New Roman" w:hAnsi="Times New Roman" w:eastAsia="Noto Serif SC" w:cs="Amiri"/>
          <w:lang w:val="zh-CN" w:eastAsia="zh-CN" w:bidi="ar-SA"/>
          <w:color w:val="000000"/>
          <w:rtl w:val="0"/>
        </w:rPr>
        <w:t>他走过去问那些穷人：“先导者在你们身边停下，做了什么？”</w:t>
      </w:r>
    </w:p>
    <w:p>
      <w:pPr>
        <w:pStyle w:val="Heading2"/>
      </w:pPr>
      <w:r>
        <w:rPr>
          <w:rFonts w:ascii="Times New Roman" w:hAnsi="Times New Roman" w:eastAsia="Noto Serif SC" w:cs="Amiri"/>
          <w:lang w:val="zh-CN" w:eastAsia="zh-CN" w:bidi="ar-SA"/>
          <w:color w:val="000000"/>
          <w:rtl w:val="0"/>
        </w:rPr>
        <w:t>每个人都说：“他给了我一枚金币。”</w:t>
      </w:r>
    </w:p>
    <w:p>
      <w:r>
        <w:rPr>
          <w:rFonts w:ascii="Times New Roman" w:hAnsi="Times New Roman" w:eastAsia="Noto Serif SC" w:cs="Amiri"/>
          <w:lang w:val="zh-CN" w:eastAsia="zh-CN" w:bidi="ar-SA"/>
          <w:color w:val="000000"/>
          <w:rtl w:val="0"/>
        </w:rPr>
        <w:t>那位圣门弟子心想：</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（于是，赞颂Allah超绝一切缺欠）他在集市里为四十帕拉如此争论，随后却在家中把两百库鲁什心甘情愿地给人，不让任何人察觉！他想着便离去，见到了尊贵的阿卜杜拉·伊本·欧麦尔。</w:t>
      </w:r>
    </w:p>
    <w:p>
      <w:r>
        <w:rPr>
          <w:rFonts w:ascii="Times New Roman" w:hAnsi="Times New Roman" w:eastAsia="Noto Serif SC" w:cs="Amiri"/>
          <w:lang w:val="zh-CN" w:eastAsia="zh-CN" w:bidi="ar-SA"/>
          <w:color w:val="000000"/>
          <w:rtl w:val="0"/>
        </w:rPr>
        <w:t>他说：“先导者啊！请为我解开这个疑惑。你在集市上那样做，在家中却又这样做。”</w:t>
      </w:r>
    </w:p>
    <w:p>
      <w:r>
        <w:rPr>
          <w:rFonts w:ascii="Times New Roman" w:hAnsi="Times New Roman" w:eastAsia="Noto Serif SC" w:cs="Amiri"/>
          <w:lang w:val="zh-CN" w:eastAsia="zh-CN" w:bidi="ar-SA"/>
          <w:color w:val="000000"/>
          <w:rtl w:val="0"/>
        </w:rPr>
        <w:t>他回答说：“我在集市上的做法，来自节俭、完善的理智，以及对买卖根本与精髓——诚信和忠实——的维护，不是吝啬。我在家中的做法，则来自心灵的怜爱与灵魂的完善。前者不是吝啬，后者也不是浪费。”</w:t>
      </w:r>
    </w:p>
    <w:p>
      <w:r>
        <w:rPr>
          <w:rFonts w:ascii="Times New Roman" w:hAnsi="Times New Roman" w:eastAsia="Noto Serif SC" w:cs="Amiri"/>
          <w:lang w:val="zh-CN" w:eastAsia="zh-CN" w:bidi="ar-SA"/>
          <w:color w:val="000000"/>
          <w:rtl w:val="0"/>
        </w:rPr>
        <w:t>至大的先导者为指示这一奥义说道：</w:t>
      </w:r>
      <w:r>
        <w:rPr>
          <w:rFonts w:ascii="Amiri" w:hAnsi="Amiri" w:eastAsia="Amiri" w:cs="Amiri"/>
          <w:lang w:val="zh-CN" w:eastAsia="zh-CN" w:bidi="ar-SA"/>
          <w:rtl w:val="1"/>
          <w:cs w:val="1"/>
          <w:color w:val="000000"/>
          <w:sz w:val="24"/>
          <w:szCs w:val="24"/>
        </w:rPr>
        <w:t>لَا ﺍِﺳْﺮَﺍﻑَ ﻓِﻰ ﺍﻟْﺨَﻴْﺮِ ﻛَﻤَﺎ لَا ﺧَﻴْﺮَ ﻓِﻰ الْاِسْرَافِ</w:t>
      </w:r>
      <w:r>
        <w:rPr>
          <w:rFonts w:ascii="Times New Roman" w:hAnsi="Times New Roman" w:eastAsia="Noto Serif SC" w:cs="Amiri"/>
          <w:lang w:val="zh-CN" w:eastAsia="zh-CN" w:bidi="ar-SA"/>
          <w:color w:val="000000"/>
          <w:rtl w:val="0"/>
        </w:rPr>
        <w:t>（善行之中没有过度，正如过度之中没有善行）也就是说：“行善与施恩时——但要给予真正值得接受的人——没有浪费；同样，浪费之中也没有任何善。”</w:t>
      </w:r>
    </w:p>
    <w:p>
      <w:pPr>
        <w:pStyle w:val="Heading2"/>
      </w:pPr>
      <w:r>
        <w:rPr>
          <w:rFonts w:ascii="Times New Roman" w:hAnsi="Times New Roman" w:eastAsia="Noto Serif SC" w:cs="Amiri"/>
          <w:lang w:val="zh-CN" w:eastAsia="zh-CN" w:bidi="ar-SA"/>
          <w:color w:val="000000"/>
          <w:rtl w:val="0"/>
        </w:rPr>
        <w:t>第七项精义</w:t>
      </w:r>
    </w:p>
    <w:p>
      <w:r>
        <w:rPr>
          <w:rFonts w:ascii="Times New Roman" w:hAnsi="Times New Roman" w:eastAsia="Noto Serif SC" w:cs="Amiri"/>
          <w:lang w:val="zh-CN" w:eastAsia="zh-CN" w:bidi="ar-SA"/>
          <w:color w:val="000000"/>
          <w:rtl w:val="0"/>
        </w:rPr>
        <w:t>浪费产生贪婪。贪婪带来三种结果。</w:t>
      </w:r>
    </w:p>
    <w:p>
      <w:r>
        <w:rPr>
          <w:rFonts w:ascii="Times New Roman" w:hAnsi="Times New Roman" w:eastAsia="Noto Serif SC" w:cs="Amiri"/>
          <w:lang w:val="zh-CN" w:eastAsia="zh-CN" w:bidi="ar-SA"/>
          <w:color w:val="000000"/>
          <w:rtl w:val="0"/>
        </w:rPr>
        <w:t>第一：不知足。不知足会挫伤努力劳作的热情，使人以抱怨代替感恩，堕入懒惰；还会舍弃合乎Allah许可、为数虽少的正当财物</w:t>
      </w:r>
      <w:r>
        <w:rPr>
          <w:rStyle w:val="FootnoteReference"/>
        </w:rPr>
        <w:footnoteReference w:id="16"/>
      </w:r>
      <w:r>
        <w:rPr>
          <w:rFonts w:ascii="Times New Roman" w:hAnsi="Times New Roman" w:eastAsia="Noto Serif SC" w:cs="Amiri"/>
          <w:lang w:val="zh-CN" w:eastAsia="zh-CN" w:bidi="ar-SA"/>
          <w:color w:val="000000"/>
          <w:rtl w:val="0"/>
        </w:rPr>
        <w:t>，去寻求不正当、不劳而获的财物。在这条路上，他会牺牲尊严，甚至牺牲荣誉。</w:t>
      </w:r>
    </w:p>
    <w:p>
      <w:r>
        <w:rPr>
          <w:rFonts w:ascii="Times New Roman" w:hAnsi="Times New Roman" w:eastAsia="Noto Serif SC" w:cs="Amiri"/>
          <w:lang w:val="zh-CN" w:eastAsia="zh-CN" w:bidi="ar-SA"/>
          <w:color w:val="000000"/>
          <w:rtl w:val="0"/>
        </w:rPr>
        <w:t>贪婪的第二个结果：失望与损失。也就是错失所求，遭人厌弃，失去便利与帮助。甚至，这正应验了</w:t>
      </w:r>
      <w:r>
        <w:rPr>
          <w:rFonts w:ascii="Amiri" w:hAnsi="Amiri" w:eastAsia="Amiri" w:cs="Amiri"/>
          <w:lang w:val="zh-CN" w:eastAsia="zh-CN" w:bidi="ar-SA"/>
          <w:rtl w:val="1"/>
          <w:cs w:val="1"/>
          <w:color w:val="000000"/>
          <w:sz w:val="24"/>
          <w:szCs w:val="24"/>
        </w:rPr>
        <w:t>ﺍَﻟْﺤَﺮ۪ﻳﺺُ ﺧَﺎﺋِﺐٌ ﺧَﺎﺳِﺮٌ</w:t>
      </w:r>
      <w:r>
        <w:rPr>
          <w:rFonts w:ascii="Times New Roman" w:hAnsi="Times New Roman" w:eastAsia="Noto Serif SC" w:cs="Amiri"/>
          <w:lang w:val="zh-CN" w:eastAsia="zh-CN" w:bidi="ar-SA"/>
          <w:color w:val="000000"/>
          <w:rtl w:val="0"/>
        </w:rPr>
        <w:t>（贪婪者已经失望，也已亏损；他的贪欲不能使他获得所求，反而使他失去本可得到的益处）这句格言，也就是说：“贪婪是损失与不得成功的原因。”</w:t>
      </w:r>
    </w:p>
    <w:p>
      <w:r>
        <w:rPr>
          <w:rFonts w:ascii="Times New Roman" w:hAnsi="Times New Roman" w:eastAsia="Noto Serif SC" w:cs="Amiri"/>
          <w:lang w:val="zh-CN" w:eastAsia="zh-CN" w:bidi="ar-SA"/>
          <w:color w:val="000000"/>
          <w:rtl w:val="0"/>
        </w:rPr>
        <w:t>贪婪与知足的影响，在有生命的世界里，依一条极其普遍的法则运行。</w:t>
      </w:r>
    </w:p>
    <w:p>
      <w:r>
        <w:rPr>
          <w:rFonts w:ascii="Times New Roman" w:hAnsi="Times New Roman" w:eastAsia="Noto Serif SC" w:cs="Amiri"/>
          <w:lang w:val="zh-CN" w:eastAsia="zh-CN" w:bidi="ar-SA"/>
          <w:color w:val="000000"/>
          <w:rtl w:val="0"/>
        </w:rPr>
        <w:t>例如，需要给养的树木凭其天性中的知足，使给养奔向自己；动物却因贪婪，在艰辛与匮乏中奔逐给养。这显示了贪婪的巨大危害与知足的重大益处。</w:t>
      </w:r>
    </w:p>
    <w:p>
      <w:r>
        <w:rPr>
          <w:rFonts w:ascii="Times New Roman" w:hAnsi="Times New Roman" w:eastAsia="Noto Serif SC" w:cs="Amiri"/>
          <w:lang w:val="zh-CN" w:eastAsia="zh-CN" w:bidi="ar-SA"/>
          <w:color w:val="000000"/>
          <w:rtl w:val="0"/>
        </w:rPr>
        <w:t>同样，所有幼弱的后代以自身存在状态表达的知足，使乳汁这种柔美的食物从意想不到之处流向它们；猛兽却因贪婪，扑向匮乏而污秽的给养。这些都鲜明地证明了我们的论点。</w:t>
      </w:r>
    </w:p>
    <w:p>
      <w:r>
        <w:rPr>
          <w:rFonts w:ascii="Times New Roman" w:hAnsi="Times New Roman" w:eastAsia="Noto Serif SC" w:cs="Amiri"/>
          <w:lang w:val="zh-CN" w:eastAsia="zh-CN" w:bidi="ar-SA"/>
          <w:color w:val="000000"/>
          <w:rtl w:val="0"/>
        </w:rPr>
        <w:t>同样，肥美鱼类那种知足的状态，成为它们获得完善给养的凭借；狐狸、猴子等机灵动物却因贪婪，虽四处追逐给养，仍不能足量获得，因而瘦弱。这也显示，贪婪何等导致艰辛，知足又何等带来安适。</w:t>
      </w:r>
    </w:p>
    <w:p>
      <w:r>
        <w:rPr>
          <w:rFonts w:ascii="Times New Roman" w:hAnsi="Times New Roman" w:eastAsia="Noto Serif SC" w:cs="Amiri"/>
          <w:lang w:val="zh-CN" w:eastAsia="zh-CN" w:bidi="ar-SA"/>
          <w:color w:val="000000"/>
          <w:rtl w:val="0"/>
        </w:rPr>
        <w:t>同样，犹太民族因贪婪、高利贷和欺诈机巧，只能在卑贱困苦中以不正当方式找到仅够维生的给养；而沙漠居民——也就是贝都因人——知足的状态，使他们有尊严地生活，并获得足够的给养。这再次确凿证明了上述论点。</w:t>
      </w:r>
    </w:p>
    <w:p>
      <w:r>
        <w:rPr>
          <w:rFonts w:ascii="Times New Roman" w:hAnsi="Times New Roman" w:eastAsia="Noto Serif SC" w:cs="Amiri"/>
          <w:lang w:val="zh-CN" w:eastAsia="zh-CN" w:bidi="ar-SA"/>
          <w:color w:val="000000"/>
          <w:rtl w:val="0"/>
        </w:rPr>
        <w:t>同样，许多学者</w:t>
      </w:r>
      <w:r>
        <w:rPr>
          <w:rStyle w:val="FootnoteReference"/>
        </w:rPr>
        <w:footnoteReference w:id="17"/>
      </w:r>
      <w:r>
        <w:rPr>
          <w:rFonts w:ascii="Times New Roman" w:hAnsi="Times New Roman" w:eastAsia="Noto Serif SC" w:cs="Amiri"/>
          <w:lang w:val="zh-CN" w:eastAsia="zh-CN" w:bidi="ar-SA"/>
          <w:color w:val="000000"/>
          <w:rtl w:val="0"/>
        </w:rPr>
        <w:t>与文人</w:t>
      </w:r>
      <w:r>
        <w:rPr>
          <w:rStyle w:val="FootnoteReference"/>
        </w:rPr>
        <w:footnoteReference w:id="18"/>
      </w:r>
      <w:r>
        <w:rPr>
          <w:rFonts w:ascii="Times New Roman" w:hAnsi="Times New Roman" w:eastAsia="Noto Serif SC" w:cs="Amiri"/>
          <w:lang w:val="zh-CN" w:eastAsia="zh-CN" w:bidi="ar-SA"/>
          <w:color w:val="000000"/>
          <w:rtl w:val="0"/>
        </w:rPr>
        <w:t>因聪明所产生的贪婪而陷入贫困，许多愚笨无能者却凭天性知足的状态富裕起来。这确凿证明：合乎Allah许可的给养，随无力与需要而来，并不随能力与选择而来。相反，这种正当给养与能力和选择成反比。因为，儿童的能力与选择越增长，给养就越减少、越遥远、越沉重。凭</w:t>
      </w:r>
      <w:r>
        <w:rPr>
          <w:rFonts w:ascii="Amiri" w:hAnsi="Amiri" w:eastAsia="Amiri" w:cs="Amiri"/>
          <w:lang w:val="zh-CN" w:eastAsia="zh-CN" w:bidi="ar-SA"/>
          <w:rtl w:val="1"/>
          <w:cs w:val="1"/>
          <w:color w:val="000000"/>
          <w:sz w:val="24"/>
          <w:szCs w:val="24"/>
        </w:rPr>
        <w:t>ﺍَﻟْﻘَﻨَﺎﻋَﺔُ ﻛَﻨْﺰٌ لَا ﻳَﻔْﻨٰﻰ</w:t>
      </w:r>
      <w:r>
        <w:rPr>
          <w:rFonts w:ascii="Times New Roman" w:hAnsi="Times New Roman" w:eastAsia="Noto Serif SC" w:cs="Amiri"/>
          <w:lang w:val="zh-CN" w:eastAsia="zh-CN" w:bidi="ar-SA"/>
          <w:color w:val="000000"/>
          <w:rtl w:val="0"/>
        </w:rPr>
        <w:t>（知足是一座不会耗尽的宝库；它不像有尽之财，而是持续不竭的富足之源）这段圣训的奥义，知足是善于持家与生活安适的宝藏，贪婪则是损失与困苦的矿藏。</w:t>
      </w:r>
    </w:p>
    <w:p>
      <w:r>
        <w:rPr>
          <w:rFonts w:ascii="Times New Roman" w:hAnsi="Times New Roman" w:eastAsia="Noto Serif SC" w:cs="Amiri"/>
          <w:lang w:val="zh-CN" w:eastAsia="zh-CN" w:bidi="ar-SA"/>
          <w:color w:val="000000"/>
          <w:rtl w:val="0"/>
        </w:rPr>
        <w:t>第三个结果：贪婪破坏忠诚纯粹，损伤为后世而行的善功。因为，一个敬畏Allah的人若有贪婪，就会希望获得人们的关注。顾及人们关注的人，不可能拥有完全的忠诚纯粹。这一结果极其重要，极值得注意。</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浪费产生不知足。不知足挫伤劳作的热情，使人堕入懒惰；它为人生打开抱怨之门，使人不断抱怨</w:t>
      </w:r>
      <w:r>
        <w:rPr>
          <w:rStyle w:val="FootnoteReference"/>
        </w:rPr>
        <w:footnoteReference w:id="19"/>
      </w:r>
      <w:r>
        <w:rPr>
          <w:rFonts w:ascii="Times New Roman" w:hAnsi="Times New Roman" w:eastAsia="Noto Serif SC" w:cs="Amiri"/>
          <w:lang w:val="zh-CN" w:eastAsia="zh-CN" w:bidi="ar-SA"/>
          <w:color w:val="000000"/>
          <w:rtl w:val="0"/>
        </w:rPr>
        <w:t>。它还破坏忠诚纯粹，打开沽名之门；又折断人的尊严，指出乞讨之路。节俭则产生知足。凭</w:t>
      </w:r>
      <w:r>
        <w:rPr>
          <w:rFonts w:ascii="Amiri" w:hAnsi="Amiri" w:eastAsia="Amiri" w:cs="Amiri"/>
          <w:lang w:val="zh-CN" w:eastAsia="zh-CN" w:bidi="ar-SA"/>
          <w:rtl w:val="1"/>
          <w:cs w:val="1"/>
          <w:color w:val="000000"/>
          <w:sz w:val="24"/>
          <w:szCs w:val="24"/>
        </w:rPr>
        <w:t>ﻋَﺰَّ ﻣَﻦْ ﻗَﻨَﻊَ ﺫَﻝَّ ﻣَﻦْ ﻃَﻤَﻊَ</w:t>
      </w:r>
      <w:r>
        <w:rPr>
          <w:rFonts w:ascii="Times New Roman" w:hAnsi="Times New Roman" w:eastAsia="Noto Serif SC" w:cs="Amiri"/>
          <w:lang w:val="zh-CN" w:eastAsia="zh-CN" w:bidi="ar-SA"/>
          <w:color w:val="000000"/>
          <w:rtl w:val="0"/>
        </w:rPr>
        <w:t>（知足者获得尊严，贪婪者陷入卑贱）这段圣训的奥义，知足产生尊严。节俭还激励人努力劳作，增强热情，使人勤勉。</w:t>
      </w:r>
    </w:p>
    <w:p>
      <w:r>
        <w:rPr>
          <w:rFonts w:ascii="Times New Roman" w:hAnsi="Times New Roman" w:eastAsia="Noto Serif SC" w:cs="Amiri"/>
          <w:lang w:val="zh-CN" w:eastAsia="zh-CN" w:bidi="ar-SA"/>
          <w:color w:val="000000"/>
          <w:rtl w:val="0"/>
        </w:rPr>
        <w:t>比如，一个人劳作了一天，傍晚得到微薄的报酬；由于知足的奥义，第二天他仍会劳作。浪费者却因不知足，第二天不再劳作；即使劳作，也毫无热情。由节俭而来的知足，还会打开感恩之门，关闭抱怨之门，使人在一生中始终心怀感恩。同时，人借知足而不依赖他人，不再寻求人们的关注。于是，忠诚纯粹之门打开，沽名之门关闭。</w:t>
      </w:r>
    </w:p>
    <w:p>
      <w:r>
        <w:rPr>
          <w:rFonts w:ascii="Times New Roman" w:hAnsi="Times New Roman" w:eastAsia="Noto Serif SC" w:cs="Amiri"/>
          <w:lang w:val="zh-CN" w:eastAsia="zh-CN" w:bidi="ar-SA"/>
          <w:color w:val="000000"/>
          <w:rtl w:val="0"/>
        </w:rPr>
        <w:t>我在很大的范围内观察到，不知节俭与浪费有可怕的损害。事情是这样的：九年前，我来到一座受祝福的城市。因为是冬天，我未能看见那座城市的财富源泉。那里的教法判释官——</w:t>
      </w:r>
      <w:r>
        <w:rPr>
          <w:rFonts w:ascii="Amiri" w:hAnsi="Amiri" w:eastAsia="Amiri" w:cs="Amiri"/>
          <w:lang w:val="zh-CN" w:eastAsia="zh-CN" w:bidi="ar-SA"/>
          <w:rtl w:val="1"/>
          <w:cs w:val="1"/>
          <w:color w:val="000000"/>
          <w:sz w:val="24"/>
          <w:szCs w:val="24"/>
        </w:rPr>
        <w:t>رَحِمَهُ اللَّهُ</w:t>
      </w:r>
      <w:r>
        <w:rPr>
          <w:rFonts w:ascii="Times New Roman" w:hAnsi="Times New Roman" w:eastAsia="Noto Serif SC" w:cs="Amiri"/>
          <w:lang w:val="zh-CN" w:eastAsia="zh-CN" w:bidi="ar-SA"/>
          <w:color w:val="000000"/>
          <w:rtl w:val="0"/>
        </w:rPr>
        <w:t>（愿Allah慈悯他）——几次对我说：“我们的居民很贫穷。”这句话触动了我的怜惜之情。此后五六年，我一直怜悯那座城市的居民。八年后夏天，我再次来到那座城市，看了他们的果园。想起已故教法判释官的话，我说：</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于是，赞颂Allah超绝一切缺欠）这些果园的产出远远超过城市的需要，城中居民本应十分富有。我很惊讶。后来，凭一段从未欺骗我、始终引导我领悟真理的真实回忆，我明白了：由于不知节俭与浪费，丰足已经消失；所以，尽管拥有那么多财富源泉，那位已故教法判释官仍说：“我们的居民很贫穷。”</w:t>
      </w:r>
    </w:p>
    <w:p>
      <w:r>
        <w:rPr>
          <w:rFonts w:ascii="Times New Roman" w:hAnsi="Times New Roman" w:eastAsia="Noto Serif SC" w:cs="Amiri"/>
          <w:lang w:val="zh-CN" w:eastAsia="zh-CN" w:bidi="ar-SA"/>
          <w:color w:val="000000"/>
          <w:rtl w:val="0"/>
        </w:rPr>
        <w:t>是的，缴纳天课与实行节俭，经验证明都是财物丰足的原因；同样，无数事实证明，浪费与不纳天课，是丰足被撤去的原因。</w:t>
      </w:r>
    </w:p>
    <w:p>
      <w:r>
        <w:rPr>
          <w:rFonts w:ascii="Times New Roman" w:hAnsi="Times New Roman" w:eastAsia="Noto Serif SC" w:cs="Amiri"/>
          <w:lang w:val="zh-CN" w:eastAsia="zh-CN" w:bidi="ar-SA"/>
          <w:color w:val="000000"/>
          <w:rtl w:val="0"/>
        </w:rPr>
        <w:t>伊斯兰智者中的柏拉图、医师之师、哲学家之导师、著名天才艾布·阿里·伊本·西那，仅从医学的角度，这样解释</w:t>
      </w:r>
      <w:r>
        <w:rPr>
          <w:rFonts w:ascii="Amiri" w:hAnsi="Amiri" w:eastAsia="Amiri" w:cs="Amiri"/>
          <w:lang w:val="zh-CN" w:eastAsia="zh-CN" w:bidi="ar-SA"/>
          <w:rtl w:val="1"/>
          <w:cs w:val="1"/>
          <w:color w:val="000000"/>
          <w:sz w:val="24"/>
          <w:szCs w:val="24"/>
        </w:rPr>
        <w:t>ﻛُﻠُﻮﺍ ﻭَ ﺍﺷْﺮَﺑُﻮﺍ ﻭَ لَا ﺗُﺴْﺮِﻓُﻮﺍ</w:t>
      </w:r>
      <w:r>
        <w:rPr>
          <w:rFonts w:ascii="Times New Roman" w:hAnsi="Times New Roman" w:eastAsia="Noto Serif SC" w:cs="Amiri"/>
          <w:lang w:val="zh-CN" w:eastAsia="zh-CN" w:bidi="ar-SA"/>
          <w:color w:val="000000"/>
          <w:rtl w:val="0"/>
        </w:rPr>
        <w:t>（你们吃吧，喝吧，但不要过度）这节经文。他说：</w:t>
      </w:r>
      <w:r>
        <w:rPr>
          <w:rFonts w:ascii="Amiri" w:hAnsi="Amiri" w:eastAsia="Amiri" w:cs="Amiri"/>
          <w:lang w:val="zh-CN" w:eastAsia="zh-CN" w:bidi="ar-SA"/>
          <w:rtl w:val="1"/>
          <w:cs w:val="1"/>
          <w:color w:val="000000"/>
          <w:sz w:val="24"/>
          <w:szCs w:val="24"/>
        </w:rPr>
        <w:t>ﺟَﻤَﻌْﺖُ ﺍﻟﻄِّﺐَّ ﻓِﻰ ﺍﻟْﺒَﻴْﺘَﻴْﻦِ ﺟَﻤْﻌًﺎ</w:t>
      </w:r>
      <w:r>
        <w:rPr>
          <w:rFonts w:ascii="Times New Roman" w:hAnsi="Times New Roman" w:eastAsia="Noto Serif SC" w:cs="Amiri"/>
          <w:lang w:val="zh-CN" w:eastAsia="zh-CN" w:bidi="ar-SA"/>
          <w:color w:val="000000"/>
          <w:rtl w:val="0"/>
        </w:rPr>
        <w:t xml:space="preserve">（我已把医学尽数概括在两句诗中，囊括它的要领） </w:t>
      </w:r>
      <w:r>
        <w:rPr>
          <w:rFonts w:ascii="Amiri" w:hAnsi="Amiri" w:eastAsia="Amiri" w:cs="Amiri"/>
          <w:lang w:val="zh-CN" w:eastAsia="zh-CN" w:bidi="ar-SA"/>
          <w:rtl w:val="1"/>
          <w:cs w:val="1"/>
          <w:color w:val="000000"/>
          <w:sz w:val="24"/>
          <w:szCs w:val="24"/>
        </w:rPr>
        <w:t>ﻭَ ﺣُﺴْﻦُ ﺍﻟْﻘَﻮْﻝِ ﻓ۪ﻰ ﻗَﺼْﺮِ الْكَلَامِ</w:t>
      </w:r>
      <w:r>
        <w:rPr>
          <w:rFonts w:ascii="Times New Roman" w:hAnsi="Times New Roman" w:eastAsia="Noto Serif SC" w:cs="Amiri"/>
          <w:lang w:val="zh-CN" w:eastAsia="zh-CN" w:bidi="ar-SA"/>
          <w:color w:val="000000"/>
          <w:rtl w:val="0"/>
        </w:rPr>
        <w:t xml:space="preserve">（言辞之美在于简练） </w:t>
      </w:r>
      <w:r>
        <w:rPr>
          <w:rFonts w:ascii="Amiri" w:hAnsi="Amiri" w:eastAsia="Amiri" w:cs="Amiri"/>
          <w:lang w:val="zh-CN" w:eastAsia="zh-CN" w:bidi="ar-SA"/>
          <w:rtl w:val="1"/>
          <w:cs w:val="1"/>
          <w:color w:val="000000"/>
          <w:sz w:val="24"/>
          <w:szCs w:val="24"/>
        </w:rPr>
        <w:t>ﻓَﻘَﻠِّﻞْ ﺍِﻥْ ﺍَﻛَﻠْﺖَ</w:t>
      </w:r>
      <w:r>
        <w:rPr>
          <w:rFonts w:ascii="Times New Roman" w:hAnsi="Times New Roman" w:eastAsia="Noto Serif SC" w:cs="Amiri"/>
          <w:lang w:val="zh-CN" w:eastAsia="zh-CN" w:bidi="ar-SA"/>
          <w:color w:val="000000"/>
          <w:rtl w:val="0"/>
        </w:rPr>
        <w:t xml:space="preserve">（进食时要少吃） </w:t>
      </w:r>
      <w:r>
        <w:rPr>
          <w:rFonts w:ascii="Amiri" w:hAnsi="Amiri" w:eastAsia="Amiri" w:cs="Amiri"/>
          <w:lang w:val="zh-CN" w:eastAsia="zh-CN" w:bidi="ar-SA"/>
          <w:rtl w:val="1"/>
          <w:cs w:val="1"/>
          <w:color w:val="000000"/>
          <w:sz w:val="24"/>
          <w:szCs w:val="24"/>
        </w:rPr>
        <w:t>ﻭَ ﺑَﻌْﺪَ ﺍَﻛْﻞٍ ﺗَﺠَﻨَّﺐْ</w:t>
      </w:r>
      <w:r>
        <w:rPr>
          <w:rFonts w:ascii="Times New Roman" w:hAnsi="Times New Roman" w:eastAsia="Noto Serif SC" w:cs="Amiri"/>
          <w:lang w:val="zh-CN" w:eastAsia="zh-CN" w:bidi="ar-SA"/>
          <w:color w:val="000000"/>
          <w:rtl w:val="0"/>
        </w:rPr>
        <w:t xml:space="preserve">（吃过之后，要暂避再食） </w:t>
      </w:r>
      <w:r>
        <w:rPr>
          <w:rFonts w:ascii="Amiri" w:hAnsi="Amiri" w:eastAsia="Amiri" w:cs="Amiri"/>
          <w:lang w:val="zh-CN" w:eastAsia="zh-CN" w:bidi="ar-SA"/>
          <w:rtl w:val="1"/>
          <w:cs w:val="1"/>
          <w:color w:val="000000"/>
          <w:sz w:val="24"/>
          <w:szCs w:val="24"/>
        </w:rPr>
        <w:t>ﻭَ ﺍﻟﺸِّﻔَﺎﺀُ ﻓِﻰ الْاِنْهِضَامِ</w:t>
      </w:r>
      <w:r>
        <w:rPr>
          <w:rFonts w:ascii="Times New Roman" w:hAnsi="Times New Roman" w:eastAsia="Noto Serif SC" w:cs="Amiri"/>
          <w:lang w:val="zh-CN" w:eastAsia="zh-CN" w:bidi="ar-SA"/>
          <w:color w:val="000000"/>
          <w:rtl w:val="0"/>
        </w:rPr>
        <w:t xml:space="preserve">（康复在于消化，身体能否受益取决于食物能否妥善消化） </w:t>
      </w:r>
      <w:r>
        <w:rPr>
          <w:rFonts w:ascii="Amiri" w:hAnsi="Amiri" w:eastAsia="Amiri" w:cs="Amiri"/>
          <w:lang w:val="zh-CN" w:eastAsia="zh-CN" w:bidi="ar-SA"/>
          <w:rtl w:val="1"/>
          <w:cs w:val="1"/>
          <w:color w:val="000000"/>
          <w:sz w:val="24"/>
          <w:szCs w:val="24"/>
        </w:rPr>
        <w:t>ﻭَ ﻟَﻴْﺲَ ﻋَﻠَﻰ ﺍﻟﻨُّﻔُﻮﺱِ ﺍَﺷَﺪُّ حَالًا ﻣِﻦْ ﺍِﺩْﺧَﺎﻝِ ﺍﻟﻄَّﻌَﺎﻡِ ﻋَﻠَﻰ ﺍﻟﻄَّﻌَﺎﻡِ</w:t>
      </w:r>
      <w:r>
        <w:rPr>
          <w:rFonts w:ascii="Times New Roman" w:hAnsi="Times New Roman" w:eastAsia="Noto Serif SC" w:cs="Amiri"/>
          <w:lang w:val="zh-CN" w:eastAsia="zh-CN" w:bidi="ar-SA"/>
          <w:color w:val="000000"/>
          <w:rtl w:val="0"/>
        </w:rPr>
        <w:t>（对自我与胃而言，没有什么状态比把食物接二连三地填进尚未消化的食物之上更沉重、更难承受）也就是说：“我用两行诗概括医学。言辞之美在于简练：吃饭时少吃。饭后四五个小时内不要再吃。康复在于消化，也就是说，吃你能够轻松消化的分量。对自我和胃而言，最沉重、最劳累的状态，就是不停地一餐接一餐地吃。”</w:t>
      </w:r>
      <w:r>
        <w:rPr>
          <w:rStyle w:val="FootnoteReference"/>
        </w:rPr>
        <w:footnoteReference w:id="20"/>
      </w:r>
    </w:p>
    <w:p>
      <w:pPr>
        <w:pStyle w:val="Heading2"/>
      </w:pPr>
      <w:r>
        <w:rPr>
          <w:rFonts w:ascii="Times New Roman" w:hAnsi="Times New Roman" w:eastAsia="Noto Serif SC" w:cs="Amiri"/>
          <w:lang w:val="zh-CN" w:eastAsia="zh-CN" w:bidi="ar-SA"/>
          <w:color w:val="000000"/>
          <w:rtl w:val="0"/>
        </w:rPr>
        <w:t>令人惊叹而引人鉴戒的一项吻合：</w:t>
      </w:r>
    </w:p>
    <w:p>
      <w:r>
        <w:rPr>
          <w:rFonts w:ascii="Times New Roman" w:hAnsi="Times New Roman" w:eastAsia="Noto Serif SC" w:cs="Amiri"/>
          <w:lang w:val="zh-CN" w:eastAsia="zh-CN" w:bidi="ar-SA"/>
          <w:color w:val="000000"/>
          <w:rtl w:val="0"/>
        </w:rPr>
        <w:t>五六位各不相同的抄写者，其中三位是新手，分别在不同地点，根据不同抄本抄写《节俭论著》。他们彼此相隔遥远，笔迹各不相同，写时也完全没有想到艾利弗字母。然而，每部抄本中的艾利弗字母数目，不计祷词均为五十一，连同祷词均为五十三，彼此吻合。它们又与《节俭论著》撰写和抄写的年份——鲁米历五十一年、阿拉伯历五十三年——相吻合。这绝不可能是偶然，而是节俭中的丰足升至非凡恩迹之境的一项指示。这一年也配得上称为“节俭之年”。</w:t>
      </w:r>
    </w:p>
    <w:p>
      <w:r>
        <w:rPr>
          <w:rFonts w:ascii="Times New Roman" w:hAnsi="Times New Roman" w:eastAsia="Noto Serif SC" w:cs="Amiri"/>
          <w:lang w:val="zh-CN" w:eastAsia="zh-CN" w:bidi="ar-SA"/>
          <w:color w:val="000000"/>
          <w:rtl w:val="0"/>
        </w:rPr>
        <w:t>是的，两年后，时代借第二次世界大战中各地的饥饿、破坏和浪费，借全人类和每个人都被迫节俭，证明了这项节俭的非凡恩迹。</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1"/>
        <w:pageBreakBefore/>
      </w:pPr>
      <w:r>
        <w:rPr>
          <w:rFonts w:ascii="Times New Roman" w:hAnsi="Times New Roman" w:eastAsia="Noto Serif SC" w:cs="Amiri"/>
          <w:lang w:val="zh-CN" w:eastAsia="zh-CN" w:bidi="ar-SA"/>
          <w:color w:val="000000"/>
          <w:rtl w:val="0"/>
        </w:rPr>
        <w:t>第二十篇闪光</w:t>
      </w:r>
    </w:p>
    <w:p>
      <w:pPr>
        <w:pStyle w:val="Heading2"/>
      </w:pPr>
      <w:r>
        <w:rPr>
          <w:rFonts w:ascii="Times New Roman" w:hAnsi="Times New Roman" w:eastAsia="Noto Serif SC" w:cs="Amiri"/>
          <w:lang w:val="zh-CN" w:eastAsia="zh-CN" w:bidi="ar-SA"/>
          <w:color w:val="000000"/>
          <w:rtl w:val="0"/>
        </w:rPr>
        <w:t>关于纯诚</w:t>
      </w:r>
    </w:p>
    <w:p>
      <w:r>
        <w:rPr>
          <w:rFonts w:ascii="Times New Roman" w:hAnsi="Times New Roman" w:eastAsia="Noto Serif SC" w:cs="Amiri"/>
          <w:lang w:val="zh-CN" w:eastAsia="zh-CN" w:bidi="ar-SA"/>
          <w:color w:val="000000"/>
          <w:rtl w:val="0"/>
        </w:rPr>
        <w:t>本篇原是《第十七篇闪光》第十七项附注七项论题中的第二项论题，即由五点组成的第一点；因其重要性，后来成为《第二十篇闪光》。</w:t>
      </w:r>
    </w:p>
    <w:p>
      <w:r>
        <w:rPr>
          <w:rFonts w:ascii="Amiri" w:hAnsi="Amiri" w:eastAsia="Amiri" w:cs="Amiri"/>
          <w:lang w:val="zh-CN" w:eastAsia="zh-CN" w:bidi="ar-SA"/>
          <w:rtl w:val="1"/>
          <w:cs w:val="1"/>
          <w:color w:val="000000"/>
          <w:sz w:val="24"/>
          <w:szCs w:val="24"/>
        </w:rPr>
        <w:t>ﺑِﺴْﻢِ ﺍﻟﻠّٰﻪِ ﺍﻟﺮَّﺣْﻤٰﻦِ ﺍﻟﺮَّﺣ۪ﻴﻢِ ﺍِﻧَّٓﺎ ﺍَﻧْﺰَﻟْﻨَٓﺎ ﺍِﻟَﻴْﻚَ ﺍﻟْﻜِﺘَﺎﺏَ ﺑِﺎﻟْﺤَﻖِّ ﻓَﺎﻋْﺒُﺪِ ﺍﻟﻠّٰﻪَ ﻣُﺨْﻠِﺼًﺎ ﻟَﻪُ ﺍﻟﺪّ۪ﻳﻦَ</w:t>
      </w:r>
      <w:r>
        <w:rPr>
          <w:rFonts w:ascii="Times New Roman" w:hAnsi="Times New Roman" w:eastAsia="Noto Serif SC" w:cs="Amiri"/>
          <w:lang w:val="zh-CN" w:eastAsia="zh-CN" w:bidi="ar-SA"/>
          <w:color w:val="000000"/>
          <w:rtl w:val="0"/>
        </w:rPr>
        <w:t xml:space="preserve">（奉Allah——慈悯普及万物者、至慈者——之名，依凭祂而行。我确已凭真理把经典降示给你；因此，你当崇拜Allah，把宗教完全献给祂，使你的忠诚与敬拜不掺杂任何他者） </w:t>
      </w:r>
      <w:r>
        <w:rPr>
          <w:rFonts w:ascii="Amiri" w:hAnsi="Amiri" w:eastAsia="Amiri" w:cs="Amiri"/>
          <w:lang w:val="zh-CN" w:eastAsia="zh-CN" w:bidi="ar-SA"/>
          <w:rtl w:val="1"/>
          <w:cs w:val="1"/>
          <w:color w:val="000000"/>
          <w:sz w:val="24"/>
          <w:szCs w:val="24"/>
        </w:rPr>
        <w:t>٭ اَلَا ﻟِﻠّٰﻪِ ﺍﻟﺪّ۪ﻳﻦُ ﺍﻟْﺨَﺎﻟِﺺُ</w:t>
      </w:r>
      <w:r>
        <w:rPr>
          <w:rFonts w:ascii="Times New Roman" w:hAnsi="Times New Roman" w:eastAsia="Noto Serif SC" w:cs="Amiri"/>
          <w:lang w:val="zh-CN" w:eastAsia="zh-CN" w:bidi="ar-SA"/>
          <w:color w:val="000000"/>
          <w:rtl w:val="0"/>
        </w:rPr>
        <w:t>（须知，纯净无染、毫无掺杂的宗教与忠诚，唯独属于Allah；一切敬拜与忠贞都只当归于祂）这节经文，以及</w:t>
      </w:r>
      <w:r>
        <w:rPr>
          <w:rFonts w:ascii="Amiri" w:hAnsi="Amiri" w:eastAsia="Amiri" w:cs="Amiri"/>
          <w:lang w:val="zh-CN" w:eastAsia="zh-CN" w:bidi="ar-SA"/>
          <w:rtl w:val="1"/>
          <w:cs w:val="1"/>
          <w:color w:val="000000"/>
          <w:sz w:val="24"/>
          <w:szCs w:val="24"/>
        </w:rPr>
        <w:t>ﻫَﻠَﻚَ ﺍﻟﻨَّﺎﺱُ اِلَّا ﺍﻟْﻌَﺎﻟِﻤُﻮﻥَ ﻭَﻫَﻠَﻚَ ﺍﻟْﻌَﺎﻟِﻤُﻮﻥَ اِلَّا ﺍﻟْﻌَﺎﻣِﻠُﻮﻥَ ﻭَﻫَﻠَﻚَ ﺍﻟْﻌَﺎﻣِﻠُﻮﻥَ اِلَّا ﺍﻟْﻤُﺨْﻠِﺼُﻮﻥَ ﻭَﺍﻟْﻤُﺨْﻠِﺼُﻮﻥَ ﻋَﻠٰﻰ ﺧَﻄَﺮٍ ﻋَﻈ۪ﻴﻢٍ</w:t>
      </w:r>
      <w:r>
        <w:rPr>
          <w:rFonts w:ascii="Times New Roman" w:hAnsi="Times New Roman" w:eastAsia="Noto Serif SC" w:cs="Amiri"/>
          <w:lang w:val="zh-CN" w:eastAsia="zh-CN" w:bidi="ar-SA"/>
          <w:color w:val="000000"/>
          <w:rtl w:val="0"/>
        </w:rPr>
        <w:t>（众人陷于毁灭，唯有具真知者得免；具真知者仍陷于毁灭，唯有把所知付诸实践者得免；实践者仍陷于毁灭，唯有纯诚无伪者得免；而纯诚无伪者，也依然面临巨大的危险）——</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（或者，正如他所说的那样）——这段尊贵圣训，两者都表明：纯诚在伊斯兰中是一项何等重要的根本原则。关于纯诚这一论题，虽有无数精义，我们只简要阐明其中五点。</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这座蒙福的伊斯帕尔塔，有一件值得感恩的美事：与其他地方相比，这里虔敬畏惧者、内在修持之路的人和学者之间，看不到竞争性的分歧。虽然这里尚缺乏应有的真实友爱与团结，但与其他地方相比，也不存在有害的敌对与竞争。</w:t>
      </w:r>
    </w:p>
    <w:p>
      <w:pPr>
        <w:pStyle w:val="Heading2"/>
      </w:pPr>
      <w:r>
        <w:rPr>
          <w:rFonts w:ascii="Times New Roman" w:hAnsi="Times New Roman" w:eastAsia="Noto Serif SC" w:cs="Amiri"/>
          <w:lang w:val="zh-CN" w:eastAsia="zh-CN" w:bidi="ar-SA"/>
          <w:color w:val="000000"/>
          <w:rtl w:val="0"/>
        </w:rPr>
        <w:t>第一点</w:t>
      </w:r>
    </w:p>
    <w:p>
      <w:pPr>
        <w:pStyle w:val="Heading2"/>
      </w:pPr>
      <w:r>
        <w:rPr>
          <w:rFonts w:ascii="Times New Roman" w:hAnsi="Times New Roman" w:eastAsia="Noto Serif SC" w:cs="Amiri"/>
          <w:lang w:val="zh-CN" w:eastAsia="zh-CN" w:bidi="ar-SA"/>
          <w:color w:val="000000"/>
          <w:rtl w:val="0"/>
        </w:rPr>
        <w:t>一个重大而骇人的问题：</w:t>
      </w:r>
    </w:p>
    <w:p>
      <w:r>
        <w:rPr>
          <w:rFonts w:ascii="Times New Roman" w:hAnsi="Times New Roman" w:eastAsia="Noto Serif SC" w:cs="Amiri"/>
          <w:lang w:val="zh-CN" w:eastAsia="zh-CN" w:bidi="ar-SA"/>
          <w:color w:val="000000"/>
          <w:rtl w:val="0"/>
        </w:rPr>
        <w:t>为什么逐世者、疏忽遗忘者，甚至迷误者和心怀伪信者，都能毫无竞争地团结一致；而持守正道、彼此和睦的虔敬者、学者和内在修持之路的人，却彼此竞争、发生分歧？团结本是和睦者应有的权利，分裂本是伪信者必有的状态；为什么这项权利落到了那一边，这种不义却来到了这一边？</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这桩痛苦而悲惨、足以令有热忱者落泪的骇人事件，有极多原因；我们将说明其中七个。</w:t>
      </w:r>
    </w:p>
    <w:p>
      <w:pPr>
        <w:pStyle w:val="Heading2"/>
      </w:pPr>
      <w:r>
        <w:rPr>
          <w:rFonts w:ascii="Times New Roman" w:hAnsi="Times New Roman" w:eastAsia="Noto Serif SC" w:cs="Amiri"/>
          <w:lang w:val="zh-CN" w:eastAsia="zh-CN" w:bidi="ar-SA"/>
          <w:color w:val="000000"/>
          <w:rtl w:val="0"/>
        </w:rPr>
        <w:t>其一</w:t>
      </w:r>
    </w:p>
    <w:p>
      <w:r>
        <w:rPr>
          <w:rFonts w:ascii="Times New Roman" w:hAnsi="Times New Roman" w:eastAsia="Noto Serif SC" w:cs="Amiri"/>
          <w:lang w:val="zh-CN" w:eastAsia="zh-CN" w:bidi="ar-SA"/>
          <w:color w:val="000000"/>
          <w:rtl w:val="0"/>
        </w:rPr>
        <w:t>正道之人的分歧，并非源于他们缺乏真理；同样，疏忽遗忘者的团结，也不是因为他们忠于真理。</w:t>
      </w:r>
    </w:p>
    <w:p>
      <w:r>
        <w:rPr>
          <w:rFonts w:ascii="Times New Roman" w:hAnsi="Times New Roman" w:eastAsia="Noto Serif SC" w:cs="Amiri"/>
          <w:lang w:val="zh-CN" w:eastAsia="zh-CN" w:bidi="ar-SA"/>
          <w:color w:val="000000"/>
          <w:rtl w:val="0"/>
        </w:rPr>
        <w:t>实际上，逐世者、从政者，以及如受教育者那样，在社会生活各阶层中各自从事特定职务和专门服务的群体、会众与社团，他们的职务已经确定，并彼此划分清楚。作为这些职务的回报，他们在生计方面所得的物质报酬，以及在恋慕地位、声名和尊荣方面所得的精神报酬——即从人们的青睐中获得的那份——</w:t>
      </w:r>
      <w:r>
        <w:rPr>
          <w:rStyle w:val="FootnoteReference"/>
        </w:rPr>
        <w:footnoteReference w:id="21"/>
      </w:r>
      <w:r>
        <w:rPr>
          <w:rFonts w:ascii="Times New Roman" w:hAnsi="Times New Roman" w:eastAsia="Noto Serif SC" w:cs="Amiri"/>
          <w:lang w:val="zh-CN" w:eastAsia="zh-CN" w:bidi="ar-SA"/>
          <w:color w:val="000000"/>
          <w:rtl w:val="0"/>
        </w:rPr>
        <w:t>也已经确定，并各自有所归属。职务与报酬之间，没有达到足以引起冲突、争执和竞争的重叠。因此，无论他们走上多么恶劣的道路，仍能够彼此团结。</w:t>
      </w:r>
    </w:p>
    <w:p>
      <w:r>
        <w:rPr>
          <w:rFonts w:ascii="Times New Roman" w:hAnsi="Times New Roman" w:eastAsia="Noto Serif SC" w:cs="Amiri"/>
          <w:lang w:val="zh-CN" w:eastAsia="zh-CN" w:bidi="ar-SA"/>
          <w:color w:val="000000"/>
          <w:rtl w:val="0"/>
        </w:rPr>
        <w:t>然而，宗教之人、学者和内在修持之路的人，他们每一个人的职务都关乎全体；他们今生的报酬既未确定，也未专属某人。每个人在社会地位、人们青睐和受人嘉纳中的份额，也没有固定归属。同一个地位，会有许多人成为候选者；每一项物质和精神报酬，都可能有许多只手伸向它。由此便产生冲突与竞争，使和睦变成伪信，使团结变成分歧。</w:t>
      </w:r>
    </w:p>
    <w:p>
      <w:r>
        <w:rPr>
          <w:rFonts w:ascii="Times New Roman" w:hAnsi="Times New Roman" w:eastAsia="Noto Serif SC" w:cs="Amiri"/>
          <w:lang w:val="zh-CN" w:eastAsia="zh-CN" w:bidi="ar-SA"/>
          <w:color w:val="000000"/>
          <w:rtl w:val="0"/>
        </w:rPr>
        <w:t>可见，这种可怕病症的膏药与良药，就是纯诚。</w:t>
      </w:r>
    </w:p>
    <w:p>
      <w:r>
        <w:rPr>
          <w:rFonts w:ascii="Times New Roman" w:hAnsi="Times New Roman" w:eastAsia="Noto Serif SC" w:cs="Amiri"/>
          <w:lang w:val="zh-CN" w:eastAsia="zh-CN" w:bidi="ar-SA"/>
          <w:color w:val="000000"/>
          <w:rtl w:val="0"/>
        </w:rPr>
        <w:t>也就是说，要把热爱正道置于宠爱自我之上，使正道的顾念胜过自我与自我主张的顾念；领悟</w:t>
      </w:r>
      <w:r>
        <w:rPr>
          <w:rFonts w:ascii="Amiri" w:hAnsi="Amiri" w:eastAsia="Amiri" w:cs="Amiri"/>
          <w:lang w:val="zh-CN" w:eastAsia="zh-CN" w:bidi="ar-SA"/>
          <w:rtl w:val="1"/>
          <w:cs w:val="1"/>
          <w:color w:val="000000"/>
          <w:sz w:val="24"/>
          <w:szCs w:val="24"/>
        </w:rPr>
        <w:t>ﺍِﻥْ ﺍَﺟْﺮِﻯَ اِلَّا ﻋَﻠَﻰ ﺍﻟﻠّٰﻪِ</w:t>
      </w:r>
      <w:r>
        <w:rPr>
          <w:rFonts w:ascii="Times New Roman" w:hAnsi="Times New Roman" w:eastAsia="Noto Serif SC" w:cs="Amiri"/>
          <w:lang w:val="zh-CN" w:eastAsia="zh-CN" w:bidi="ar-SA"/>
          <w:color w:val="000000"/>
          <w:rtl w:val="0"/>
        </w:rPr>
        <w:t>（我的报偿唯独由Allah承当，我只向祂求取，不向他人寄托求报之心）的奥义，不贪图来自人们的物质和精神报酬，并以</w:t>
      </w:r>
      <w:r>
        <w:rPr>
          <w:rFonts w:ascii="Amiri" w:hAnsi="Amiri" w:eastAsia="Amiri" w:cs="Amiri"/>
          <w:lang w:val="zh-CN" w:eastAsia="zh-CN" w:bidi="ar-SA"/>
          <w:rtl w:val="1"/>
          <w:cs w:val="1"/>
          <w:color w:val="000000"/>
          <w:sz w:val="24"/>
          <w:szCs w:val="24"/>
        </w:rPr>
        <w:t>ﻭَ ﻳُﺆْﺛِﺮُﻭﻥَ ﻋَﻠٰﻰ ﺍَﻧْﻔُﺴِﻬِﻢْ ﻭَﻟَﻮْ ﻛَﺎﻥَ ﺑِﻬِﻢْ ﺧَﺼَﺎﺻَﺔٌ</w:t>
      </w:r>
      <w:r>
        <w:rPr>
          <w:rFonts w:ascii="Times New Roman" w:hAnsi="Times New Roman" w:eastAsia="Noto Serif SC" w:cs="Amiri"/>
          <w:lang w:val="zh-CN" w:eastAsia="zh-CN" w:bidi="ar-SA"/>
          <w:color w:val="000000"/>
          <w:rtl w:val="0"/>
        </w:rPr>
        <w:t>（他们宁愿让别人优先于自己，即使自身正处匮乏，也仍把别人的需要放在前面）这一奥义为准则</w:t>
      </w:r>
      <w:r>
        <w:rPr>
          <w:rStyle w:val="FootnoteReference"/>
        </w:rPr>
        <w:footnoteReference w:id="22"/>
      </w:r>
      <w:r>
        <w:rPr>
          <w:rFonts w:ascii="Times New Roman" w:hAnsi="Times New Roman" w:eastAsia="Noto Serif SC" w:cs="Amiri"/>
          <w:lang w:val="zh-CN" w:eastAsia="zh-CN" w:bidi="ar-SA"/>
          <w:color w:val="000000"/>
          <w:rtl w:val="0"/>
        </w:rPr>
        <w:t>；领悟</w:t>
      </w:r>
      <w:r>
        <w:rPr>
          <w:rFonts w:ascii="Amiri" w:hAnsi="Amiri" w:eastAsia="Amiri" w:cs="Amiri"/>
          <w:lang w:val="zh-CN" w:eastAsia="zh-CN" w:bidi="ar-SA"/>
          <w:rtl w:val="1"/>
          <w:cs w:val="1"/>
          <w:color w:val="000000"/>
          <w:sz w:val="24"/>
          <w:szCs w:val="24"/>
        </w:rPr>
        <w:t>ﻭَﻣَﺎ ﻋَﻠَﻰ ﺍﻟﺮَّﺳُﻮﻝِ اِلَّا الْبَلَاغُ</w:t>
      </w:r>
      <w:r>
        <w:rPr>
          <w:rFonts w:ascii="Times New Roman" w:hAnsi="Times New Roman" w:eastAsia="Noto Serif SC" w:cs="Amiri"/>
          <w:lang w:val="zh-CN" w:eastAsia="zh-CN" w:bidi="ar-SA"/>
          <w:color w:val="000000"/>
          <w:rtl w:val="0"/>
        </w:rPr>
        <w:t>（使者的职责只是清楚传达；使人接受、使引导生效，并不属于他必须承担的事）的奥义，明白赢得嘉纳、产生良好影响、获得人们青睐，属于至高无上的真实主宰Allah的职责与施恩，并不包含在自己所负的传达职责之内，既无必要，自己也未受命承担这些。如此，他便能获得纯诚；否则，就会失去纯诚。</w:t>
      </w:r>
    </w:p>
    <w:p>
      <w:pPr>
        <w:pStyle w:val="Heading2"/>
      </w:pPr>
      <w:r>
        <w:rPr>
          <w:rFonts w:ascii="Times New Roman" w:hAnsi="Times New Roman" w:eastAsia="Noto Serif SC" w:cs="Amiri"/>
          <w:lang w:val="zh-CN" w:eastAsia="zh-CN" w:bidi="ar-SA"/>
          <w:color w:val="000000"/>
          <w:rtl w:val="0"/>
        </w:rPr>
        <w:t>第二原因</w:t>
      </w:r>
    </w:p>
    <w:p>
      <w:r>
        <w:rPr>
          <w:rFonts w:ascii="Times New Roman" w:hAnsi="Times New Roman" w:eastAsia="Noto Serif SC" w:cs="Amiri"/>
          <w:lang w:val="zh-CN" w:eastAsia="zh-CN" w:bidi="ar-SA"/>
          <w:color w:val="000000"/>
          <w:rtl w:val="0"/>
        </w:rPr>
        <w:t>迷误者的团结，出于他们的卑贱；得正道者的分歧，则出于他们的尊严。</w:t>
      </w:r>
    </w:p>
    <w:p>
      <w:r>
        <w:rPr>
          <w:rFonts w:ascii="Times New Roman" w:hAnsi="Times New Roman" w:eastAsia="Noto Serif SC" w:cs="Amiri"/>
          <w:lang w:val="zh-CN" w:eastAsia="zh-CN" w:bidi="ar-SA"/>
          <w:color w:val="000000"/>
          <w:rtl w:val="0"/>
        </w:rPr>
        <w:t>也就是说，疏忽遗忘的逐世者与迷误者，因为不依靠真理与真实，所以软弱而卑贱。他们为了忍受卑屈，需要获取力量；出于这种需要，便真诚地紧紧依附别人的援助与团结。即使他们的道路是迷误，仍然维护团结。仿佛他们在那种不义中表现出对正义的热爱，在那种迷误中表现出一种纯诚，在那种无宗教中表现出无宗教式的偏执，在那种伪信中表现出一种和睦，并因此获得成功。因为，真诚的纯诚，即使用在恶事上，也不会没有结果。的确，一个人以纯诚求什么，Allah就会赐给他什么。</w:t>
      </w:r>
      <w:r>
        <w:rPr>
          <w:rStyle w:val="FootnoteReference"/>
        </w:rPr>
        <w:footnoteReference w:id="23"/>
      </w:r>
      <w:r>
        <w:rPr>
          <w:rFonts w:ascii="Times New Roman" w:hAnsi="Times New Roman" w:eastAsia="Noto Serif SC" w:cs="Amiri"/>
          <w:lang w:val="zh-CN" w:eastAsia="zh-CN" w:bidi="ar-SA"/>
          <w:color w:val="000000"/>
          <w:rtl w:val="0"/>
        </w:rPr>
        <w:t>然而，得正道者、虔敬者、学者和内在修持之路的人，因为依靠真理与真实，又因为每个人在正道上都只念及自己的养育并主宰者，信赖祂的扶助而前行，所以具有从那道路而来的精神尊严。感到软弱时，他不求助于人，而求告自己的养育并主宰者，向祂请求援助。由于各人的志趣不同，他不能充分感到需要援助志趣表面相异者，也看不到团结的必要。倘若还有自私与自我主张，便会自以为正确、以为对手错误，于是分歧与竞争便取代团结与友爱。他失去纯诚，职责也被颠覆败坏。</w:t>
      </w:r>
    </w:p>
    <w:p>
      <w:r>
        <w:rPr>
          <w:rFonts w:ascii="Times New Roman" w:hAnsi="Times New Roman" w:eastAsia="Noto Serif SC" w:cs="Amiri"/>
          <w:lang w:val="zh-CN" w:eastAsia="zh-CN" w:bidi="ar-SA"/>
          <w:color w:val="000000"/>
          <w:rtl w:val="0"/>
        </w:rPr>
        <w:t>要避免看不见这一可怕原因所造成的严重后果，唯一的办法就是以下九条训诫。</w:t>
      </w:r>
    </w:p>
    <w:p>
      <w:r>
        <w:rPr>
          <w:rFonts w:ascii="Times New Roman" w:hAnsi="Times New Roman" w:eastAsia="Noto Serif SC" w:cs="Amiri"/>
          <w:lang w:val="zh-CN" w:eastAsia="zh-CN" w:bidi="ar-SA"/>
          <w:color w:val="000000"/>
          <w:rtl w:val="0"/>
        </w:rPr>
        <w:t>一、以正面的方式行动，也就是出于对自己道路的热爱而行动。不要因对其他道路的敌意、对别人的批评，而让这些东西干预自己的思想与学问，也不要忙于它们。</w:t>
      </w:r>
    </w:p>
    <w:p>
      <w:r>
        <w:rPr>
          <w:rFonts w:ascii="Times New Roman" w:hAnsi="Times New Roman" w:eastAsia="Noto Serif SC" w:cs="Amiri"/>
          <w:lang w:val="zh-CN" w:eastAsia="zh-CN" w:bidi="ar-SA"/>
          <w:color w:val="000000"/>
          <w:rtl w:val="0"/>
        </w:rPr>
        <w:t>二、要想到：在伊斯兰的范围内，无论属于哪一种志趣，都有许多能够促成友爱、兄弟情谊与团结的共同纽带；应当念及这些纽带而团结起来……</w:t>
      </w:r>
    </w:p>
    <w:p>
      <w:r>
        <w:rPr>
          <w:rFonts w:ascii="Times New Roman" w:hAnsi="Times New Roman" w:eastAsia="Noto Serif SC" w:cs="Amiri"/>
          <w:lang w:val="zh-CN" w:eastAsia="zh-CN" w:bidi="ar-SA"/>
          <w:color w:val="000000"/>
          <w:rtl w:val="0"/>
        </w:rPr>
        <w:t>三、每一位持守正道的人，都有不干涉别人道路的权利；他可以说：“我的道路是正确的，或者更为美好。”却不能说暗示别人的道路错误或丑陋的话，例如“唯有我的道路才是真理”，或者“唯有我的志趣才是美好”。要把这条公正的准则作为准绳。</w:t>
      </w:r>
    </w:p>
    <w:p>
      <w:r>
        <w:rPr>
          <w:rFonts w:ascii="Times New Roman" w:hAnsi="Times New Roman" w:eastAsia="Noto Serif SC" w:cs="Amiri"/>
          <w:lang w:val="zh-CN" w:eastAsia="zh-CN" w:bidi="ar-SA"/>
          <w:color w:val="000000"/>
          <w:rtl w:val="0"/>
        </w:rPr>
        <w:t>四、要想到：与正道之人团结，是获得Allah扶助的一个途径，也是虔敬中尊严的凭借……</w:t>
      </w:r>
    </w:p>
    <w:p>
      <w:r>
        <w:rPr>
          <w:rFonts w:ascii="Times New Roman" w:hAnsi="Times New Roman" w:eastAsia="Noto Serif SC" w:cs="Amiri"/>
          <w:lang w:val="zh-CN" w:eastAsia="zh-CN" w:bidi="ar-SA"/>
          <w:color w:val="000000"/>
          <w:rtl w:val="0"/>
        </w:rPr>
        <w:t>五、当迷误与不义者凭借互相支持，以集体形式形成强大的精神集体人格，并以它的卓越能力发动攻击时，要明白：即使最坚强的个人抵抗，也会在这精神集体人格面前败下阵来。因此，要通过正道一方的团结，形成一个精神集体人格，以维护真理与公正，抵御那个可怕的迷误的精神集体人格。</w:t>
      </w:r>
    </w:p>
    <w:p>
      <w:r>
        <w:rPr>
          <w:rFonts w:ascii="Times New Roman" w:hAnsi="Times New Roman" w:eastAsia="Noto Serif SC" w:cs="Amiri"/>
          <w:lang w:val="zh-CN" w:eastAsia="zh-CN" w:bidi="ar-SA"/>
          <w:color w:val="000000"/>
          <w:rtl w:val="0"/>
        </w:rPr>
        <w:t>六、为了使真理摆脱谬误的侵袭……</w:t>
      </w:r>
    </w:p>
    <w:p>
      <w:r>
        <w:rPr>
          <w:rFonts w:ascii="Times New Roman" w:hAnsi="Times New Roman" w:eastAsia="Noto Serif SC" w:cs="Amiri"/>
          <w:lang w:val="zh-CN" w:eastAsia="zh-CN" w:bidi="ar-SA"/>
          <w:color w:val="000000"/>
          <w:rtl w:val="0"/>
        </w:rPr>
        <w:t>七、舍弃自己的自我与自我主张；八、舍弃自己误认的尊严；九、舍弃那些无关紧要的竞争性情绪。如此，他便能获得纯诚，完满地履行职责。</w:t>
      </w:r>
      <w:r>
        <w:rPr>
          <w:rStyle w:val="FootnoteReference"/>
        </w:rPr>
        <w:footnoteReference w:id="24"/>
      </w:r>
    </w:p>
    <w:p>
      <w:pPr>
        <w:pStyle w:val="Heading2"/>
      </w:pPr>
      <w:r>
        <w:rPr>
          <w:rFonts w:ascii="Times New Roman" w:hAnsi="Times New Roman" w:eastAsia="Noto Serif SC" w:cs="Amiri"/>
          <w:lang w:val="zh-CN" w:eastAsia="zh-CN" w:bidi="ar-SA"/>
          <w:color w:val="000000"/>
          <w:rtl w:val="0"/>
        </w:rPr>
        <w:t>第三原因</w:t>
      </w:r>
    </w:p>
    <w:p>
      <w:r>
        <w:rPr>
          <w:rFonts w:ascii="Times New Roman" w:hAnsi="Times New Roman" w:eastAsia="Noto Serif SC" w:cs="Amiri"/>
          <w:lang w:val="zh-CN" w:eastAsia="zh-CN" w:bidi="ar-SA"/>
          <w:color w:val="000000"/>
          <w:rtl w:val="0"/>
        </w:rPr>
        <w:t>正道之人的分歧，并非源于志向卑微和低劣；迷误者的团结，也并非源于志向高远。</w:t>
      </w:r>
    </w:p>
    <w:p>
      <w:r>
        <w:rPr>
          <w:rFonts w:ascii="Times New Roman" w:hAnsi="Times New Roman" w:eastAsia="Noto Serif SC" w:cs="Amiri"/>
          <w:lang w:val="zh-CN" w:eastAsia="zh-CN" w:bidi="ar-SA"/>
          <w:color w:val="000000"/>
          <w:rtl w:val="0"/>
        </w:rPr>
        <w:t>实际上，得正道者的分歧，源于对高远志向的误用；迷误者的团结，则源于因志向卑微而来的软弱与无力。促使得正道者误用高远志向，进而陷入分歧与竞争的，是对回赐的渴求，以及对后世职责不知满足；从后世的角度看，这些本是值得赞美的品性。也就是说，他心想：“愿这份回赐由我获得，愿这些人由我引导，愿他们听从我的话。”于是，面对自己真正的兄弟——一个确实极需他的友爱、援助、兄弟情谊与帮助的人——却采取竞争的姿态。他又想：“我的学生为什么到他那里去？为什么我的学生不如他的多？”自我主张便由此得到机会，使他倾向应受谴责的恋慕地位，使他失去纯诚，打开邀名显扬之门。</w:t>
      </w:r>
    </w:p>
    <w:p>
      <w:r>
        <w:rPr>
          <w:rFonts w:ascii="Times New Roman" w:hAnsi="Times New Roman" w:eastAsia="Noto Serif SC" w:cs="Amiri"/>
          <w:lang w:val="zh-CN" w:eastAsia="zh-CN" w:bidi="ar-SA"/>
          <w:color w:val="000000"/>
          <w:rtl w:val="0"/>
        </w:rPr>
        <w:t>这种错误、这道伤口、这种可怕精神病症的良药如下：</w:t>
      </w:r>
    </w:p>
    <w:p>
      <w:r>
        <w:rPr>
          <w:rFonts w:ascii="Times New Roman" w:hAnsi="Times New Roman" w:eastAsia="Noto Serif SC" w:cs="Amiri"/>
          <w:lang w:val="zh-CN" w:eastAsia="zh-CN" w:bidi="ar-SA"/>
          <w:color w:val="000000"/>
          <w:rtl w:val="0"/>
        </w:rPr>
        <w:t>至高无上的真实主宰Allah的悦纳，要凭纯诚获得，而不是凭追随者众多或成就巨大。因为那些属于Allah的职责，不可主动索求，只是有时会蒙祂赐予。的确，有时仅仅一句话，就会成为得救的缘由，成为获得悦纳的凭借。数量的重要性，不应受到如此大的看重。因为，有时引导一个人与引导一千个人，同样能成为获得Allah悦纳的凭借。而纯诚与热爱正道，就是赞成穆斯林获得益处，无论这益处来自哪里、来自谁。否则，“让他们听我讲课，好使我获得回赐”的想法，就是自我与自我主张的一种诡计。</w:t>
      </w:r>
    </w:p>
    <w:p>
      <w:r>
        <w:rPr>
          <w:rFonts w:ascii="Times New Roman" w:hAnsi="Times New Roman" w:eastAsia="Noto Serif SC" w:cs="Amiri"/>
          <w:lang w:val="zh-CN" w:eastAsia="zh-CN" w:bidi="ar-SA"/>
          <w:color w:val="000000"/>
          <w:rtl w:val="0"/>
        </w:rPr>
        <w:t>贪求回赐、对后世功修不知满足的人啊！有些先知曾来到世上，除了有限的寥寥数人以外，再无人追随他们；然而，他们仍然获得了那神圣先知职责的无限报酬。可见，可贵之处不在于追随者众多，而在于获得Allah的悦纳。你算什么人，竟如此贪婪地说“人人都当听从我”，忘记自己的职责，反而干预Allah的职责？使人接受，把众人聚集到你周围，是至高无上的真实主宰Allah的职责。你履行自己的职责，不要干预Allah的职责。</w:t>
      </w:r>
    </w:p>
    <w:p>
      <w:r>
        <w:rPr>
          <w:rFonts w:ascii="Times New Roman" w:hAnsi="Times New Roman" w:eastAsia="Noto Serif SC" w:cs="Amiri"/>
          <w:lang w:val="zh-CN" w:eastAsia="zh-CN" w:bidi="ar-SA"/>
          <w:color w:val="000000"/>
          <w:rtl w:val="0"/>
        </w:rPr>
        <w:t>而且，聆听真理与真实、使讲述者获得回赐的，并不只有人类。至高无上的真实主宰Allah那些有意识的受造物、灵性存在和天使充满宇宙，使各处都充满生机。既然你想获得更多回赐，就应以纯诚为根本，只念及Allah的悦纳。这样，你口中说出的蒙福言辞，其在空气中的一个个微粒，就会凭纯诚与真诚意念获得生命、活起来，传到无数有意识者的耳中，使它们蒙受光明，也使你获得回赐。比如，你说了</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（一切赞美与称颂全归Allah；万有从祂领受一切美善，唯有祂自始至终配受一切赞美）这句话；这句言辞，就会依Allah的许可，在空气中写成数以百万计、大大小小的</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（一切赞美与称颂全归Allah；万有从祂领受一切美善，唯有祂自始至终配受一切赞美）字样。至睿的纹饰者Allah不作无意义之事，也不浪费，因此祂创造了无数耳朵，足以聆听这些众多的蒙福言辞。</w:t>
      </w:r>
    </w:p>
    <w:p>
      <w:r>
        <w:rPr>
          <w:rFonts w:ascii="Times New Roman" w:hAnsi="Times New Roman" w:eastAsia="Noto Serif SC" w:cs="Amiri"/>
          <w:lang w:val="zh-CN" w:eastAsia="zh-CN" w:bidi="ar-SA"/>
          <w:color w:val="000000"/>
          <w:rtl w:val="0"/>
        </w:rPr>
        <w:t>如果空气中的那些言辞凭纯诚与真诚意念获得生命，它们就会像甘美的果实一样，进入灵性存在的耳中。</w:t>
      </w:r>
    </w:p>
    <w:p>
      <w:r>
        <w:rPr>
          <w:rFonts w:ascii="Times New Roman" w:hAnsi="Times New Roman" w:eastAsia="Noto Serif SC" w:cs="Amiri"/>
          <w:lang w:val="zh-CN" w:eastAsia="zh-CN" w:bidi="ar-SA"/>
          <w:color w:val="000000"/>
          <w:rtl w:val="0"/>
        </w:rPr>
        <w:t>如果Allah的悦纳与纯诚没有赋予空气中那些言辞生命，它们就得不到聆听，回赐也仅限于口中说出的那句话。那些因自己的声音不够优美、聆听者太少而苦恼的全本《古兰经》背诵者，应当由此警醒！</w:t>
      </w:r>
    </w:p>
    <w:p>
      <w:pPr>
        <w:pStyle w:val="Heading2"/>
      </w:pPr>
      <w:r>
        <w:rPr>
          <w:rFonts w:ascii="Times New Roman" w:hAnsi="Times New Roman" w:eastAsia="Noto Serif SC" w:cs="Amiri"/>
          <w:lang w:val="zh-CN" w:eastAsia="zh-CN" w:bidi="ar-SA"/>
          <w:color w:val="000000"/>
          <w:rtl w:val="0"/>
        </w:rPr>
        <w:t>第四原因</w:t>
      </w:r>
    </w:p>
    <w:p>
      <w:r>
        <w:rPr>
          <w:rFonts w:ascii="Times New Roman" w:hAnsi="Times New Roman" w:eastAsia="Noto Serif SC" w:cs="Amiri"/>
          <w:lang w:val="zh-CN" w:eastAsia="zh-CN" w:bidi="ar-SA"/>
          <w:color w:val="000000"/>
          <w:rtl w:val="0"/>
        </w:rPr>
        <w:t>得正道者竞争性的分歧，并非源于不思结局和目光短浅；同样，迷误者真诚的团结，也并非源于顾念结局和见识高远。</w:t>
      </w:r>
    </w:p>
    <w:p>
      <w:r>
        <w:rPr>
          <w:rFonts w:ascii="Times New Roman" w:hAnsi="Times New Roman" w:eastAsia="Noto Serif SC" w:cs="Amiri"/>
          <w:lang w:val="zh-CN" w:eastAsia="zh-CN" w:bidi="ar-SA"/>
          <w:color w:val="000000"/>
          <w:rtl w:val="0"/>
        </w:rPr>
        <w:t>实际上，得正道者受真理与真实的影响，不随自我盲目的情感而转，而依从心灵与理智远谋深思的倾向；然而，由于不能保持端正与纯诚，便无法守住那崇高的境界，陷入分歧。</w:t>
      </w:r>
    </w:p>
    <w:p>
      <w:r>
        <w:rPr>
          <w:rFonts w:ascii="Times New Roman" w:hAnsi="Times New Roman" w:eastAsia="Noto Serif SC" w:cs="Amiri"/>
          <w:lang w:val="zh-CN" w:eastAsia="zh-CN" w:bidi="ar-SA"/>
          <w:color w:val="000000"/>
          <w:rtl w:val="0"/>
        </w:rPr>
        <w:t>迷误者则受自我与私欲的影响，顺从那些盲目、看不见结局、把眼前一迪尔汗的乐趣看得胜过将来一巴特曼乐趣的情感；他们为了眼前的利益和现成的乐趣，极其强烈而真诚地彼此团结。的确，那些低下、无心、宠爱自我的人，围绕着尘世的、现成的乐趣与利益，真诚地团结联合在一起。</w:t>
      </w:r>
    </w:p>
    <w:p>
      <w:r>
        <w:rPr>
          <w:rFonts w:ascii="Times New Roman" w:hAnsi="Times New Roman" w:eastAsia="Noto Serif SC" w:cs="Amiri"/>
          <w:lang w:val="zh-CN" w:eastAsia="zh-CN" w:bidi="ar-SA"/>
          <w:color w:val="000000"/>
          <w:rtl w:val="0"/>
        </w:rPr>
        <w:t>得正道者以心灵与理智的崇高准则，朝向属于后世、关乎将来的后世果实与诸般完善；他们本可以有坚实的端正、完全的纯诚和极其自我牺牲的联合与团结。可是，由于不能摆脱自我主张，又因过度与不及，他们失去了作为崇高力量源泉的团结，纯诚也随之破裂，后世职责也受到损伤，Allah的悦纳也不易获得。</w:t>
      </w:r>
    </w:p>
    <w:p>
      <w:r>
        <w:rPr>
          <w:rFonts w:ascii="Times New Roman" w:hAnsi="Times New Roman" w:eastAsia="Noto Serif SC" w:cs="Amiri"/>
          <w:lang w:val="zh-CN" w:eastAsia="zh-CN" w:bidi="ar-SA"/>
          <w:color w:val="000000"/>
          <w:rtl w:val="0"/>
        </w:rPr>
        <w:t>这一重要病症的膏药与良药是：凭</w:t>
      </w:r>
      <w:r>
        <w:rPr>
          <w:rFonts w:ascii="Amiri" w:hAnsi="Amiri" w:eastAsia="Amiri" w:cs="Amiri"/>
          <w:lang w:val="zh-CN" w:eastAsia="zh-CN" w:bidi="ar-SA"/>
          <w:rtl w:val="1"/>
          <w:cs w:val="1"/>
          <w:color w:val="000000"/>
          <w:sz w:val="24"/>
          <w:szCs w:val="24"/>
        </w:rPr>
        <w:t>ﺍَﻟْﺤُﺐُّ ﻓِﻰ ﺍﻟﻠّٰﻪِ</w:t>
      </w:r>
      <w:r>
        <w:rPr>
          <w:rFonts w:ascii="Times New Roman" w:hAnsi="Times New Roman" w:eastAsia="Noto Serif SC" w:cs="Amiri"/>
          <w:lang w:val="zh-CN" w:eastAsia="zh-CN" w:bidi="ar-SA"/>
          <w:color w:val="000000"/>
          <w:rtl w:val="0"/>
        </w:rPr>
        <w:t>（为Allah而爱，使一切亲爱都以祂的悦纳为归宿，而不以私欲为准）的奥义，以陪伴行走正道者为荣，跟随他们前行，把领拜的尊荣让给他们；想到那条真理之路上无论谁都可能比自己更好，便舍弃自我主张，获得纯诚；明白凭纯诚所做的一迪尔汗功修，胜过缺乏纯诚时以许多巴特曼衡量的功修；并且宁愿处在跟随者的位置，也不做被跟随者，因为后者会带来责任与危险。如此，他便能脱离这种病症，获得纯诚，完满地履行自己的后世职责。</w:t>
      </w:r>
    </w:p>
    <w:p>
      <w:pPr>
        <w:pStyle w:val="Heading2"/>
      </w:pPr>
      <w:r>
        <w:rPr>
          <w:rFonts w:ascii="Times New Roman" w:hAnsi="Times New Roman" w:eastAsia="Noto Serif SC" w:cs="Amiri"/>
          <w:lang w:val="zh-CN" w:eastAsia="zh-CN" w:bidi="ar-SA"/>
          <w:color w:val="000000"/>
          <w:rtl w:val="0"/>
        </w:rPr>
        <w:t>第五原因</w:t>
      </w:r>
    </w:p>
    <w:p>
      <w:r>
        <w:rPr>
          <w:rFonts w:ascii="Times New Roman" w:hAnsi="Times New Roman" w:eastAsia="Noto Serif SC" w:cs="Amiri"/>
          <w:lang w:val="zh-CN" w:eastAsia="zh-CN" w:bidi="ar-SA"/>
          <w:color w:val="000000"/>
          <w:rtl w:val="0"/>
        </w:rPr>
        <w:t>得正道者的分歧与不团结，并非源于他们的软弱；同样，迷误者强有力的团结，也不是源于他们的强大。</w:t>
      </w:r>
    </w:p>
    <w:p>
      <w:r>
        <w:rPr>
          <w:rFonts w:ascii="Times New Roman" w:hAnsi="Times New Roman" w:eastAsia="Noto Serif SC" w:cs="Amiri"/>
          <w:lang w:val="zh-CN" w:eastAsia="zh-CN" w:bidi="ar-SA"/>
          <w:color w:val="000000"/>
          <w:rtl w:val="0"/>
        </w:rPr>
        <w:t>实际上，得正道者的不团结，源于完善信仰所带来的依靠支点，以及由这依靠支点产生的力量；同样，疏忽遗忘者与迷误者的团结，则源于他们在心中找不到依靠支点而产生的软弱与无力。因为弱者需要团结，所以能强有力地团结；强者不能充分感到这种需要，所以他们的团结软弱。狮子不像狐狸那样需要团结，所以独自生活；野山羊为了抵御狼群，便结成群队。</w:t>
      </w:r>
    </w:p>
    <w:p>
      <w:r>
        <w:rPr>
          <w:rFonts w:ascii="Times New Roman" w:hAnsi="Times New Roman" w:eastAsia="Noto Serif SC" w:cs="Amiri"/>
          <w:lang w:val="zh-CN" w:eastAsia="zh-CN" w:bidi="ar-SA"/>
          <w:color w:val="000000"/>
          <w:rtl w:val="0"/>
        </w:rPr>
        <w:t>可见，弱者的社团及其精神集体人格强大，</w:t>
      </w:r>
      <w:r>
        <w:rPr>
          <w:rStyle w:val="FootnoteReference"/>
        </w:rPr>
        <w:footnoteReference w:id="25"/>
      </w:r>
      <w:r>
        <w:rPr>
          <w:rFonts w:ascii="Times New Roman" w:hAnsi="Times New Roman" w:eastAsia="Noto Serif SC" w:cs="Amiri"/>
          <w:lang w:val="zh-CN" w:eastAsia="zh-CN" w:bidi="ar-SA"/>
          <w:color w:val="000000"/>
          <w:rtl w:val="0"/>
        </w:rPr>
        <w:t>而强者的社团及其精神集体人格却软弱。对此，《古兰经》有一项精妙而优美的指示和精义：经中宣说</w:t>
      </w:r>
      <w:r>
        <w:rPr>
          <w:rFonts w:ascii="Amiri" w:hAnsi="Amiri" w:eastAsia="Amiri" w:cs="Amiri"/>
          <w:lang w:val="zh-CN" w:eastAsia="zh-CN" w:bidi="ar-SA"/>
          <w:rtl w:val="1"/>
          <w:cs w:val="1"/>
          <w:color w:val="000000"/>
          <w:sz w:val="24"/>
          <w:szCs w:val="24"/>
        </w:rPr>
        <w:t>ﻭَ ﻗَﺎﻝَ ﻧِﺴْﻮَﺓٌ ﻓِﻰ ﺍﻟْﻤَﺪ۪ﻳﻨَﺔِ</w:t>
      </w:r>
      <w:r>
        <w:rPr>
          <w:rFonts w:ascii="Times New Roman" w:hAnsi="Times New Roman" w:eastAsia="Noto Serif SC" w:cs="Amiri"/>
          <w:lang w:val="zh-CN" w:eastAsia="zh-CN" w:bidi="ar-SA"/>
          <w:color w:val="000000"/>
          <w:rtl w:val="0"/>
        </w:rPr>
        <w:t>（城里的一群妇女说）时，对妇女的集体，虽然用了双重阴性形式，却使用阳性动词</w:t>
      </w:r>
      <w:r>
        <w:rPr>
          <w:rFonts w:ascii="Amiri" w:hAnsi="Amiri" w:eastAsia="Amiri" w:cs="Amiri"/>
          <w:lang w:val="zh-CN" w:eastAsia="zh-CN" w:bidi="ar-SA"/>
          <w:rtl w:val="1"/>
          <w:cs w:val="1"/>
          <w:color w:val="000000"/>
          <w:sz w:val="24"/>
          <w:szCs w:val="24"/>
        </w:rPr>
        <w:t>ﻗَﺎﻝَ</w:t>
      </w:r>
      <w:r>
        <w:rPr>
          <w:rFonts w:ascii="Times New Roman" w:hAnsi="Times New Roman" w:eastAsia="Noto Serif SC" w:cs="Amiri"/>
          <w:lang w:val="zh-CN" w:eastAsia="zh-CN" w:bidi="ar-SA"/>
          <w:color w:val="000000"/>
          <w:rtl w:val="0"/>
        </w:rPr>
        <w:t>（他说）；又宣说</w:t>
      </w:r>
      <w:r>
        <w:rPr>
          <w:rFonts w:ascii="Amiri" w:hAnsi="Amiri" w:eastAsia="Amiri" w:cs="Amiri"/>
          <w:lang w:val="zh-CN" w:eastAsia="zh-CN" w:bidi="ar-SA"/>
          <w:rtl w:val="1"/>
          <w:cs w:val="1"/>
          <w:color w:val="000000"/>
          <w:sz w:val="24"/>
          <w:szCs w:val="24"/>
        </w:rPr>
        <w:t>ﻗَﺎﻟَﺖِ الْاَعْرَابُ</w:t>
      </w:r>
      <w:r>
        <w:rPr>
          <w:rFonts w:ascii="Times New Roman" w:hAnsi="Times New Roman" w:eastAsia="Noto Serif SC" w:cs="Amiri"/>
          <w:lang w:val="zh-CN" w:eastAsia="zh-CN" w:bidi="ar-SA"/>
          <w:color w:val="000000"/>
          <w:rtl w:val="0"/>
        </w:rPr>
        <w:t>（那些游牧的阿拉伯人说）时，对男子的集体，却使用阴性动词</w:t>
      </w:r>
      <w:r>
        <w:rPr>
          <w:rFonts w:ascii="Amiri" w:hAnsi="Amiri" w:eastAsia="Amiri" w:cs="Amiri"/>
          <w:lang w:val="zh-CN" w:eastAsia="zh-CN" w:bidi="ar-SA"/>
          <w:rtl w:val="1"/>
          <w:cs w:val="1"/>
          <w:color w:val="000000"/>
          <w:sz w:val="24"/>
          <w:szCs w:val="24"/>
        </w:rPr>
        <w:t>ﻗَﺎﻟَﺖْ</w:t>
      </w:r>
      <w:r>
        <w:rPr>
          <w:rFonts w:ascii="Times New Roman" w:hAnsi="Times New Roman" w:eastAsia="Noto Serif SC" w:cs="Amiri"/>
          <w:lang w:val="zh-CN" w:eastAsia="zh-CN" w:bidi="ar-SA"/>
          <w:color w:val="000000"/>
          <w:rtl w:val="0"/>
        </w:rPr>
        <w:t>（她说）。这便优美地暗示：</w:t>
      </w:r>
    </w:p>
    <w:p>
      <w:r>
        <w:rPr>
          <w:rFonts w:ascii="Times New Roman" w:hAnsi="Times New Roman" w:eastAsia="Noto Serif SC" w:cs="Amiri"/>
          <w:lang w:val="zh-CN" w:eastAsia="zh-CN" w:bidi="ar-SA"/>
          <w:color w:val="000000"/>
          <w:rtl w:val="0"/>
        </w:rPr>
        <w:t>柔弱、温和、温顺的妇女结成社团后，力量会增强，获得刚强与猛烈，取得某种男性气质；因此需要阳性动词，用</w:t>
      </w:r>
      <w:r>
        <w:rPr>
          <w:rFonts w:ascii="Amiri" w:hAnsi="Amiri" w:eastAsia="Amiri" w:cs="Amiri"/>
          <w:lang w:val="zh-CN" w:eastAsia="zh-CN" w:bidi="ar-SA"/>
          <w:rtl w:val="1"/>
          <w:cs w:val="1"/>
          <w:color w:val="000000"/>
          <w:sz w:val="24"/>
          <w:szCs w:val="24"/>
        </w:rPr>
        <w:t>ﻭَ ﻗَﺎﻝَ ﻧِﺴْﻮَﺓٌ</w:t>
      </w:r>
      <w:r>
        <w:rPr>
          <w:rFonts w:ascii="Times New Roman" w:hAnsi="Times New Roman" w:eastAsia="Noto Serif SC" w:cs="Amiri"/>
          <w:lang w:val="zh-CN" w:eastAsia="zh-CN" w:bidi="ar-SA"/>
          <w:color w:val="000000"/>
          <w:rtl w:val="0"/>
        </w:rPr>
        <w:t>（城里的一群妇女说）这一表述极为恰当。强大的男子，尤其是游牧的阿拉伯人，因信赖自己的力量，他们的社团较为软弱，同时采取谨慎和温和的姿态，具有某种女性特质，所以需要阴性动词；用</w:t>
      </w:r>
      <w:r>
        <w:rPr>
          <w:rFonts w:ascii="Amiri" w:hAnsi="Amiri" w:eastAsia="Amiri" w:cs="Amiri"/>
          <w:lang w:val="zh-CN" w:eastAsia="zh-CN" w:bidi="ar-SA"/>
          <w:rtl w:val="1"/>
          <w:cs w:val="1"/>
          <w:color w:val="000000"/>
          <w:sz w:val="24"/>
          <w:szCs w:val="24"/>
        </w:rPr>
        <w:t>ﻗَﺎﻟَﺖِ الْاَعْرَابُ</w:t>
      </w:r>
      <w:r>
        <w:rPr>
          <w:rFonts w:ascii="Times New Roman" w:hAnsi="Times New Roman" w:eastAsia="Noto Serif SC" w:cs="Amiri"/>
          <w:lang w:val="zh-CN" w:eastAsia="zh-CN" w:bidi="ar-SA"/>
          <w:color w:val="000000"/>
          <w:rtl w:val="0"/>
        </w:rPr>
        <w:t>（那些游牧的阿拉伯人说）中的阴性动词来表达，完全切合其义。</w:t>
      </w:r>
    </w:p>
    <w:p>
      <w:r>
        <w:rPr>
          <w:rFonts w:ascii="Times New Roman" w:hAnsi="Times New Roman" w:eastAsia="Noto Serif SC" w:cs="Amiri"/>
          <w:lang w:val="zh-CN" w:eastAsia="zh-CN" w:bidi="ar-SA"/>
          <w:color w:val="000000"/>
          <w:rtl w:val="0"/>
        </w:rPr>
        <w:t>的确，正道之人凭信仰Allah获得极其坚强的依靠支点，以托付与顺从安住其中，因此不会向别人表露需要，请求他们的援助与帮助；即使提出请求，也不会极其自我牺牲地紧抓不放。</w:t>
      </w:r>
    </w:p>
    <w:p>
      <w:r>
        <w:rPr>
          <w:rFonts w:ascii="Times New Roman" w:hAnsi="Times New Roman" w:eastAsia="Noto Serif SC" w:cs="Amiri"/>
          <w:lang w:val="zh-CN" w:eastAsia="zh-CN" w:bidi="ar-SA"/>
          <w:color w:val="000000"/>
          <w:rtl w:val="0"/>
        </w:rPr>
        <w:t>逐世者在尘世事务中，因疏忽了自己真正的依靠支点，陷入软弱与无力，强烈地感到需要援助者，于是真诚地，甚至自我牺牲地团结起来。</w:t>
      </w:r>
    </w:p>
    <w:p>
      <w:r>
        <w:rPr>
          <w:rFonts w:ascii="Times New Roman" w:hAnsi="Times New Roman" w:eastAsia="Noto Serif SC" w:cs="Amiri"/>
          <w:lang w:val="zh-CN" w:eastAsia="zh-CN" w:bidi="ar-SA"/>
          <w:color w:val="000000"/>
          <w:rtl w:val="0"/>
        </w:rPr>
        <w:t>因此，正道之人由于不思量也不寻求团结所含的真实力量，便陷入了不义和有害的分歧。</w:t>
      </w:r>
    </w:p>
    <w:p>
      <w:r>
        <w:rPr>
          <w:rFonts w:ascii="Times New Roman" w:hAnsi="Times New Roman" w:eastAsia="Noto Serif SC" w:cs="Amiri"/>
          <w:lang w:val="zh-CN" w:eastAsia="zh-CN" w:bidi="ar-SA"/>
          <w:color w:val="000000"/>
          <w:rtl w:val="0"/>
        </w:rPr>
        <w:t>不义的迷误者，则借自己的无力感受到团结中的力量，因而获得了团结这一实现目的极为重要的凭借。</w:t>
      </w:r>
    </w:p>
    <w:p>
      <w:r>
        <w:rPr>
          <w:rFonts w:ascii="Times New Roman" w:hAnsi="Times New Roman" w:eastAsia="Noto Serif SC" w:cs="Amiri"/>
          <w:lang w:val="zh-CN" w:eastAsia="zh-CN" w:bidi="ar-SA"/>
          <w:color w:val="000000"/>
          <w:rtl w:val="0"/>
        </w:rPr>
        <w:t>正道之人这种不义分歧病症的膏药与良药是：把</w:t>
      </w:r>
      <w:r>
        <w:rPr>
          <w:rFonts w:ascii="Amiri" w:hAnsi="Amiri" w:eastAsia="Amiri" w:cs="Amiri"/>
          <w:lang w:val="zh-CN" w:eastAsia="zh-CN" w:bidi="ar-SA"/>
          <w:rtl w:val="1"/>
          <w:cs w:val="1"/>
          <w:color w:val="000000"/>
          <w:sz w:val="24"/>
          <w:szCs w:val="24"/>
        </w:rPr>
        <w:t>وَلَا ﺗَﻨَﺎﺯَﻋُﻮﺍ ﻓَﺘَﻔْﺸَﻠُﻮﺍ ﻭَﺗَﺬْﻫَﺐَ ﺭ۪ﻳﺤُﻜُﻢْ</w:t>
      </w:r>
      <w:r>
        <w:rPr>
          <w:rFonts w:ascii="Times New Roman" w:hAnsi="Times New Roman" w:eastAsia="Noto Serif SC" w:cs="Amiri"/>
          <w:lang w:val="zh-CN" w:eastAsia="zh-CN" w:bidi="ar-SA"/>
          <w:color w:val="000000"/>
          <w:rtl w:val="0"/>
        </w:rPr>
        <w:t>（你们不要互相纷争，以免你们灰心气馁、力量涣散，你们的气势与优势也随之消逝）经文中Allah严厉的禁令，以及</w:t>
      </w:r>
      <w:r>
        <w:rPr>
          <w:rFonts w:ascii="Amiri" w:hAnsi="Amiri" w:eastAsia="Amiri" w:cs="Amiri"/>
          <w:lang w:val="zh-CN" w:eastAsia="zh-CN" w:bidi="ar-SA"/>
          <w:rtl w:val="1"/>
          <w:cs w:val="1"/>
          <w:color w:val="000000"/>
          <w:sz w:val="24"/>
          <w:szCs w:val="24"/>
        </w:rPr>
        <w:t>ﻭَﺗَﻌَﺎﻭَﻧُﻮﺍ ﻋَﻠَﻰ ﺍﻟْﺒِﺮِّ ﻭَﺍﻟﺘَّﻘْﻮٰﻯ</w:t>
      </w:r>
      <w:r>
        <w:rPr>
          <w:rFonts w:ascii="Times New Roman" w:hAnsi="Times New Roman" w:eastAsia="Noto Serif SC" w:cs="Amiri"/>
          <w:lang w:val="zh-CN" w:eastAsia="zh-CN" w:bidi="ar-SA"/>
          <w:color w:val="000000"/>
          <w:rtl w:val="0"/>
        </w:rPr>
        <w:t>（你们当为善行与敬畏而彼此合作，以正义和审慎敬畏相互援助）经文中对社会生活极富智慧的命令，作为行动准则；要想一想，分歧对伊斯兰有多么大的危害，又在多大程度上使迷误者易于战胜正道之人；然后怀着极度的软弱与无力意识，自我牺牲地、真诚地加入正道之人的队伍，忘却自我，摆脱邀名显扬与矫饰，获得纯诚。</w:t>
      </w:r>
    </w:p>
    <w:p>
      <w:pPr>
        <w:pStyle w:val="Heading2"/>
      </w:pPr>
      <w:r>
        <w:rPr>
          <w:rFonts w:ascii="Times New Roman" w:hAnsi="Times New Roman" w:eastAsia="Noto Serif SC" w:cs="Amiri"/>
          <w:lang w:val="zh-CN" w:eastAsia="zh-CN" w:bidi="ar-SA"/>
          <w:color w:val="000000"/>
          <w:rtl w:val="0"/>
        </w:rPr>
        <w:t>第六原因</w:t>
      </w:r>
    </w:p>
    <w:p>
      <w:r>
        <w:rPr>
          <w:rFonts w:ascii="Times New Roman" w:hAnsi="Times New Roman" w:eastAsia="Noto Serif SC" w:cs="Amiri"/>
          <w:lang w:val="zh-CN" w:eastAsia="zh-CN" w:bidi="ar-SA"/>
          <w:color w:val="000000"/>
          <w:rtl w:val="0"/>
        </w:rPr>
        <w:t>正道之人的分歧，并非源于他们卑怯、志向卑微和缺乏热忱；同样，疏忽的逐世者与迷误者在尘世生活事务中的真诚团结，也不是源于高尚、热忱与志向。</w:t>
      </w:r>
    </w:p>
    <w:p>
      <w:r>
        <w:rPr>
          <w:rFonts w:ascii="Times New Roman" w:hAnsi="Times New Roman" w:eastAsia="Noto Serif SC" w:cs="Amiri"/>
          <w:lang w:val="zh-CN" w:eastAsia="zh-CN" w:bidi="ar-SA"/>
          <w:color w:val="000000"/>
          <w:rtl w:val="0"/>
        </w:rPr>
        <w:t>实际上，正道之人多数时候思考的是属于后世的益处，因此他们的热忱、志向与高尚会分散到那些重要而众多的事务上。由于不把真正资本般的时间用在一件事上，他们与同道者的团结便不能坚固。因为事务繁多，范围也很宽广。</w:t>
      </w:r>
    </w:p>
    <w:p>
      <w:r>
        <w:rPr>
          <w:rFonts w:ascii="Times New Roman" w:hAnsi="Times New Roman" w:eastAsia="Noto Serif SC" w:cs="Amiri"/>
          <w:lang w:val="zh-CN" w:eastAsia="zh-CN" w:bidi="ar-SA"/>
          <w:color w:val="000000"/>
          <w:rtl w:val="0"/>
        </w:rPr>
        <w:t>疏忽的逐世者则只思考尘世生活，因此会以全部情感、灵魂与心灵，强烈地抓住尘世生活中的事务，并紧紧依附在这件事上帮助他的人。有些事务，从真理的角度看连五分钱也不值，正道之人也不会给它十分钱的价值；他却像痴迷的犹太珠宝商给一片值五分钱的玻璃开出五里拉一样，把自己价值五百里拉的时间专门用在那件事上。既然付出如此高的代价，又以强烈情感紧紧抓住，那么即使走在谬误之路上，这也是一种真诚的纯诚，所以他在那件事上获得成功，并战胜正道之人。这种胜利的结果是，正道之人陷入卑贱、受制、矫饰与邀名显扬，失去纯诚，不得不向那些卑怯、志向卑微、毫无热忱的逐世者阿谀奉承。</w:t>
      </w:r>
    </w:p>
    <w:p>
      <w:r>
        <w:rPr>
          <w:rFonts w:ascii="Times New Roman" w:hAnsi="Times New Roman" w:eastAsia="Noto Serif SC" w:cs="Amiri"/>
          <w:lang w:val="zh-CN" w:eastAsia="zh-CN" w:bidi="ar-SA"/>
          <w:color w:val="000000"/>
          <w:rtl w:val="0"/>
        </w:rPr>
        <w:t>正道之人啊！热爱正道的神圣律法之人、真理实相之人和内在修持之路的人啊！面对这种可怕的分歧病症，不要看彼此的过失，对彼此的缺点闭眼包容吧！要以</w:t>
      </w:r>
      <w:r>
        <w:rPr>
          <w:rFonts w:ascii="Amiri" w:hAnsi="Amiri" w:eastAsia="Amiri" w:cs="Amiri"/>
          <w:lang w:val="zh-CN" w:eastAsia="zh-CN" w:bidi="ar-SA"/>
          <w:rtl w:val="1"/>
          <w:cs w:val="1"/>
          <w:color w:val="000000"/>
          <w:sz w:val="24"/>
          <w:szCs w:val="24"/>
        </w:rPr>
        <w:t>ﻭَﺍِﺫَﺍ ﻣَﺮُّﻭﺍ ﺑِﺎﻟﻠَّﻐْﻮِ ﻣَﺮُّﻭﺍ ﻛِﺮَﺍﻣًﺎ</w:t>
      </w:r>
      <w:r>
        <w:rPr>
          <w:rFonts w:ascii="Times New Roman" w:hAnsi="Times New Roman" w:eastAsia="Noto Serif SC" w:cs="Amiri"/>
          <w:lang w:val="zh-CN" w:eastAsia="zh-CN" w:bidi="ar-SA"/>
          <w:color w:val="000000"/>
          <w:rtl w:val="0"/>
        </w:rPr>
        <w:t>（当他们遇到虚妄无义的言行时，便以尊严与高尚从旁经过，不与之同流，也不自降人格）这一《古兰经》的礼节修养自己！当外部敌人进攻时，要放弃内部争论，把使正道之人免于跌倒和卑贱视为首要而最重要的后世职责；要践行数以百计的经文与先知圣训所严厉命令的兄弟情谊、友爱与互助；要以全部情感，比逐世者更强烈地与同道者、同信仰者团结，也就是说，不要陷入分歧。</w:t>
      </w:r>
    </w:p>
    <w:p>
      <w:r>
        <w:rPr>
          <w:rFonts w:ascii="Times New Roman" w:hAnsi="Times New Roman" w:eastAsia="Noto Serif SC" w:cs="Amiri"/>
          <w:lang w:val="zh-CN" w:eastAsia="zh-CN" w:bidi="ar-SA"/>
          <w:color w:val="000000"/>
          <w:rtl w:val="0"/>
        </w:rPr>
        <w:t>不要以“与其为这样的小事耗费宝贵时间，不如把这极宝贵的时间用在记念Allah与思悟等珍贵之事上”为借口退避，从而削弱团结。因为，在这场精神奋战中，你以为是小事的事，可能非常重大。正如一名士兵在重要而特殊的条件下站岗一小时，有时可抵一年的崇拜功修；同样，在正道之人遭受挫败之时，在精神奋斗的诸项事务中，你把宝贵的一天用在一件小事上，也可能像那士兵的那一小时一样，获得千倍的价值，你的一天可以成为一千天。</w:t>
      </w:r>
    </w:p>
    <w:p>
      <w:r>
        <w:rPr>
          <w:rFonts w:ascii="Times New Roman" w:hAnsi="Times New Roman" w:eastAsia="Noto Serif SC" w:cs="Amiri"/>
          <w:lang w:val="zh-CN" w:eastAsia="zh-CN" w:bidi="ar-SA"/>
          <w:color w:val="000000"/>
          <w:rtl w:val="0"/>
        </w:rPr>
        <w:t>既然这是</w:t>
      </w:r>
      <w:r>
        <w:rPr>
          <w:rFonts w:ascii="Amiri" w:hAnsi="Amiri" w:eastAsia="Amiri" w:cs="Amiri"/>
          <w:lang w:val="zh-CN" w:eastAsia="zh-CN" w:bidi="ar-SA"/>
          <w:rtl w:val="1"/>
          <w:cs w:val="1"/>
          <w:color w:val="000000"/>
          <w:sz w:val="24"/>
          <w:szCs w:val="24"/>
        </w:rPr>
        <w:t>لِوَجْهِ اللهِ</w:t>
      </w:r>
      <w:r>
        <w:rPr>
          <w:rFonts w:ascii="Times New Roman" w:hAnsi="Times New Roman" w:eastAsia="Noto Serif SC" w:cs="Amiri"/>
          <w:lang w:val="zh-CN" w:eastAsia="zh-CN" w:bidi="ar-SA"/>
          <w:color w:val="000000"/>
          <w:rtl w:val="0"/>
        </w:rPr>
        <w:t>（纯粹为Allah，唯求祂的悦纳），就不应看那件事的大小，也不应看它有价值或无价值。在纯诚与求Allah悦纳的道路上，一粒微尘也会像一颗星辰。不看媒介本身的性质，而看它的结果。既然结果是Allah的悦纳，本质是纯诚，那么它就不小，而是重大。</w:t>
      </w:r>
    </w:p>
    <w:p>
      <w:pPr>
        <w:pStyle w:val="Heading2"/>
      </w:pPr>
      <w:r>
        <w:rPr>
          <w:rFonts w:ascii="Times New Roman" w:hAnsi="Times New Roman" w:eastAsia="Noto Serif SC" w:cs="Amiri"/>
          <w:lang w:val="zh-CN" w:eastAsia="zh-CN" w:bidi="ar-SA"/>
          <w:color w:val="000000"/>
          <w:rtl w:val="0"/>
        </w:rPr>
        <w:t>第七项原因</w:t>
      </w:r>
    </w:p>
    <w:p>
      <w:r>
        <w:rPr>
          <w:rFonts w:ascii="Times New Roman" w:hAnsi="Times New Roman" w:eastAsia="Noto Serif SC" w:cs="Amiri"/>
          <w:lang w:val="zh-CN" w:eastAsia="zh-CN" w:bidi="ar-SA"/>
          <w:color w:val="000000"/>
          <w:rtl w:val="0"/>
        </w:rPr>
        <w:t>持守真理与真实者的分歧与竞争，并非源于嫉妒和对尘世的贪婪；同样，逐世者与疏忽遗忘者的团结，也不是出于豪迈磊落与品格崇高。</w:t>
      </w:r>
    </w:p>
    <w:p>
      <w:r>
        <w:rPr>
          <w:rFonts w:ascii="Times New Roman" w:hAnsi="Times New Roman" w:eastAsia="Noto Serif SC" w:cs="Amiri"/>
          <w:lang w:val="zh-CN" w:eastAsia="zh-CN" w:bidi="ar-SA"/>
          <w:color w:val="000000"/>
          <w:rtl w:val="0"/>
        </w:rPr>
        <w:t>相反，真理的持守者未能完全保持源自真理的崇高品格与高远志向，也未能完全保持真理之路上值得称许的竞争；又因不合格者混入，他们在一定程度上滥用了这些品质，遂陷入彼此争胜的分歧，给自己和伊斯兰共同体都造成了重大损害。</w:t>
      </w:r>
    </w:p>
    <w:p>
      <w:r>
        <w:rPr>
          <w:rFonts w:ascii="Times New Roman" w:hAnsi="Times New Roman" w:eastAsia="Noto Serif SC" w:cs="Amiri"/>
          <w:lang w:val="zh-CN" w:eastAsia="zh-CN" w:bidi="ar-SA"/>
          <w:color w:val="000000"/>
          <w:rtl w:val="0"/>
        </w:rPr>
        <w:t>至于疏忽遗忘者与迷误者，他们为了不失去自己沉迷其中的利益，也不惹恼自己为利益而崇拜的首领和同伴，便自甘卑贱、不讲义气、毫无担当，与自己的亲密伙伴纯粹地联合起来——即使那些人卑鄙、叛卖且有害——也与一切为利益而聚集的同伙，无论他们是何种人，都真诚地团结一致。正因真诚，他们便获得了利益。</w:t>
      </w:r>
    </w:p>
    <w:p>
      <w:r>
        <w:rPr>
          <w:rFonts w:ascii="Times New Roman" w:hAnsi="Times New Roman" w:eastAsia="Noto Serif SC" w:cs="Amiri"/>
          <w:lang w:val="zh-CN" w:eastAsia="zh-CN" w:bidi="ar-SA"/>
          <w:color w:val="000000"/>
          <w:rtl w:val="0"/>
        </w:rPr>
        <w:t>遭受灾祸、陷入分歧的持守真理者与追求真理的人们啊！在这灾祸之时，你们因为丧失了纯诚，又没有把Allah的悦纳唯独作为终极目标，便导致了持守真理者遭受这种屈辱与挫败。在宗教与后世事务中，不应有竞争、欣羡、嫉恨和嫉妒；从真理的角度看，也不可能有。</w:t>
      </w:r>
    </w:p>
    <w:p>
      <w:r>
        <w:rPr>
          <w:rFonts w:ascii="Times New Roman" w:hAnsi="Times New Roman" w:eastAsia="Noto Serif SC" w:cs="Amiri"/>
          <w:lang w:val="zh-CN" w:eastAsia="zh-CN" w:bidi="ar-SA"/>
          <w:color w:val="000000"/>
          <w:rtl w:val="0"/>
        </w:rPr>
        <w:t>因为，嫉妒与嫉恨的起因是：许多只手伸向同一样东西，许多双眼睛盯住同一个位置，许多个胃想要同一块面包；于是他们因竞相争夺、彼此争执和相互竞赛而陷入欣羡，随后又陷入嫉妒。在尘世，许多人追求同一样东西；而尘世狭窄又短暂，无法满足人无穷的欲望，因此他们便陷入竞争。</w:t>
      </w:r>
    </w:p>
    <w:p>
      <w:r>
        <w:rPr>
          <w:rFonts w:ascii="Times New Roman" w:hAnsi="Times New Roman" w:eastAsia="Noto Serif SC" w:cs="Amiri"/>
          <w:lang w:val="zh-CN" w:eastAsia="zh-CN" w:bidi="ar-SA"/>
          <w:color w:val="000000"/>
          <w:rtl w:val="0"/>
        </w:rPr>
        <w:t>然而，在后世，赐给一个人一片方圆五百年的乐园</w:t>
      </w:r>
      <w:r>
        <w:rPr>
          <w:rStyle w:val="FootnoteReference"/>
        </w:rPr>
        <w:footnoteReference w:id="26"/>
      </w:r>
      <w:r>
        <w:rPr>
          <w:rFonts w:ascii="Times New Roman" w:hAnsi="Times New Roman" w:eastAsia="Noto Serif SC" w:cs="Amiri"/>
          <w:lang w:val="zh-CN" w:eastAsia="zh-CN" w:bidi="ar-SA"/>
          <w:color w:val="000000"/>
          <w:rtl w:val="0"/>
        </w:rPr>
        <w:t>，又赐给他七万座宫殿和七万名乐园仙女，而且乐园中的每个人都对自己的份额全然悦足、心满意足；这些迹象表明，后世没有可以引起竞争的事物，也不可能有竞争。因此，在属于后世的善行中，也不可能有竞争，那里不是嫉妒的所在。</w:t>
      </w:r>
    </w:p>
    <w:p>
      <w:r>
        <w:rPr>
          <w:rFonts w:ascii="Times New Roman" w:hAnsi="Times New Roman" w:eastAsia="Noto Serif SC" w:cs="Amiri"/>
          <w:lang w:val="zh-CN" w:eastAsia="zh-CN" w:bidi="ar-SA"/>
          <w:color w:val="000000"/>
          <w:rtl w:val="0"/>
        </w:rPr>
        <w:t>嫉妒的人，或者是伪善者，借善行的外表追求尘世的结果；或者是真诚却无知的人，不知道善行朝向何处，也没有领悟善行的精神与根本在于纯诚。他怀着竞争之心，对Allah的亲近者抱有某种敌意，就是在指责Allah慈悯的宽广。有一件真实的事例可以证实这一真理：</w:t>
      </w:r>
    </w:p>
    <w:p>
      <w:r>
        <w:rPr>
          <w:rFonts w:ascii="Times New Roman" w:hAnsi="Times New Roman" w:eastAsia="Noto Serif SC" w:cs="Amiri"/>
          <w:lang w:val="zh-CN" w:eastAsia="zh-CN" w:bidi="ar-SA"/>
          <w:color w:val="000000"/>
          <w:rtl w:val="0"/>
        </w:rPr>
        <w:t>我们的故交中有一个人，对另一个人怀有敌意。当着他的面，有人以称颂的口吻，说他的敌人有善行，甚至具有亲近Allah之位。那人没有嫉妒，也没有不快。</w:t>
      </w:r>
    </w:p>
    <w:p>
      <w:r>
        <w:rPr>
          <w:rFonts w:ascii="Times New Roman" w:hAnsi="Times New Roman" w:eastAsia="Noto Serif SC" w:cs="Amiri"/>
          <w:lang w:val="zh-CN" w:eastAsia="zh-CN" w:bidi="ar-SA"/>
          <w:color w:val="000000"/>
          <w:rtl w:val="0"/>
        </w:rPr>
        <w:t>后来有人说：“你的那个敌人勇敢而有力量。”我们看到，那人心中强烈的嫉妒与竞争之性被激起了。</w:t>
      </w:r>
    </w:p>
    <w:p>
      <w:r>
        <w:rPr>
          <w:rFonts w:ascii="Times New Roman" w:hAnsi="Times New Roman" w:eastAsia="Noto Serif SC" w:cs="Amiri"/>
          <w:lang w:val="zh-CN" w:eastAsia="zh-CN" w:bidi="ar-SA"/>
          <w:color w:val="000000"/>
          <w:rtl w:val="0"/>
        </w:rPr>
        <w:t>我们对他说：“亲近Allah之位与正直善德，宛如无尽永恒生命的钻石，是一种力量和崇高。你在这方面却没有嫉妒。尘世的力量也存在于公牛身上，勇气也存在于猛兽身上；与亲近Allah之位和正直善德相比，它们就如一块普通玻璃之于钻石。”</w:t>
      </w:r>
    </w:p>
    <w:p>
      <w:r>
        <w:rPr>
          <w:rFonts w:ascii="Times New Roman" w:hAnsi="Times New Roman" w:eastAsia="Noto Serif SC" w:cs="Amiri"/>
          <w:lang w:val="zh-CN" w:eastAsia="zh-CN" w:bidi="ar-SA"/>
          <w:color w:val="000000"/>
          <w:rtl w:val="0"/>
        </w:rPr>
        <w:t>那人说：“我二人在世上都盯着同一个点、同一个位置。登上那里的阶梯，也是力量和勇气之类的东西。所以我嫉妒了。后世的品阶无穷无尽。他在这里虽是我的敌人，在那里却可能成为我真诚而亲爱的兄弟。”</w:t>
      </w:r>
    </w:p>
    <w:p>
      <w:r>
        <w:rPr>
          <w:rFonts w:ascii="Times New Roman" w:hAnsi="Times New Roman" w:eastAsia="Noto Serif SC" w:cs="Amiri"/>
          <w:lang w:val="zh-CN" w:eastAsia="zh-CN" w:bidi="ar-SA"/>
          <w:color w:val="000000"/>
          <w:rtl w:val="0"/>
        </w:rPr>
        <w:t>持守真理与内在修持之路的人们啊！为真理服务，犹如搬运并守护一件巨大而沉重的宝藏。前来相助的手越有力，那些肩上扛着宝藏的人就越喜悦、越满意。他们非但不嫉妒，反而本应以极其真诚的爱，自豪地赞赏那些后来者比自己更大的力量、更大的影响和更多的帮助；可为什么却以争胜之心看待那些真正的兄弟与自我牺牲的助手，并因此而丧失了纯诚？你们的职责因此受到怀疑；在迷误者眼中，你们遭受着极其可怕的指控：认为你们借宗教赚取尘世，借真理之学谋求生计，在贪图与贪婪之路上彼此竞争；而这些指控，比你们和你们的道路低下百倍。</w:t>
      </w:r>
    </w:p>
    <w:p>
      <w:r>
        <w:rPr>
          <w:rFonts w:ascii="Times New Roman" w:hAnsi="Times New Roman" w:eastAsia="Noto Serif SC" w:cs="Amiri"/>
          <w:lang w:val="zh-CN" w:eastAsia="zh-CN" w:bidi="ar-SA"/>
          <w:color w:val="000000"/>
          <w:rtl w:val="0"/>
        </w:rPr>
        <w:t>这种病症的唯一疗法是：责备自己的自我，不站在自我一边，而始终站在对面的同道一边。礼仪之学与辩论学的学者之间，尊崇真理与公正的原则是这样：“如果在一场问题的辩论中，一个人支持自己的话胜出，为自己的正确而高兴，又因对手无理且错误而满意，他就不公正。”他还会受损。因为当他胜出时，他在那场辩论中没有学到自己不知道的东西，反而可能因骄傲的可能而受损。如果真理从对手手中显现，他不但无损，还能学到自己不知道的问题而获益，并摆脱自我的骄傲。</w:t>
      </w:r>
    </w:p>
    <w:p>
      <w:r>
        <w:rPr>
          <w:rFonts w:ascii="Times New Roman" w:hAnsi="Times New Roman" w:eastAsia="Noto Serif SC" w:cs="Amiri"/>
          <w:lang w:val="zh-CN" w:eastAsia="zh-CN" w:bidi="ar-SA"/>
          <w:color w:val="000000"/>
          <w:rtl w:val="0"/>
        </w:rPr>
        <w:t>可见，公正而尊崇真理的人，为了顾全真理，不惜挫伤自我的颜面。他若在对手手中看见真理，仍会欣然接受，站出来支持，并为此感到满意。</w:t>
      </w:r>
    </w:p>
    <w:p>
      <w:r>
        <w:rPr>
          <w:rFonts w:ascii="Times New Roman" w:hAnsi="Times New Roman" w:eastAsia="Noto Serif SC" w:cs="Amiri"/>
          <w:lang w:val="zh-CN" w:eastAsia="zh-CN" w:bidi="ar-SA"/>
          <w:color w:val="000000"/>
          <w:rtl w:val="0"/>
        </w:rPr>
        <w:t>如果宗教人士、真理追求者、内在修持之路的人与学者，都以这一原则为自己的指南，他们就会获得纯诚，在后世职责上取得成功，并借Allah的慈悯，摆脱这场悲惨的坠落与当前的灾祸。</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（赞颂您超绝一切缺欠；除了您所教给我们的，我们没有任何知识，我们所知的一切都来自您的教导；您确是全知者，知晓一切；您确是至睿者，一切作为皆充满智慧）</w:t>
      </w:r>
    </w:p>
    <w:p>
      <w:pPr>
        <w:pStyle w:val="Heading1"/>
        <w:pageBreakBefore/>
      </w:pPr>
      <w:r>
        <w:rPr>
          <w:rFonts w:ascii="Times New Roman" w:hAnsi="Times New Roman" w:eastAsia="Noto Serif SC" w:cs="Amiri"/>
          <w:lang w:val="zh-CN" w:eastAsia="zh-CN" w:bidi="ar-SA"/>
          <w:color w:val="000000"/>
          <w:rtl w:val="0"/>
        </w:rPr>
        <w:t>第二十一篇闪光</w:t>
      </w:r>
    </w:p>
    <w:p>
      <w:pPr>
        <w:pStyle w:val="Heading2"/>
      </w:pPr>
      <w:r>
        <w:rPr>
          <w:rFonts w:ascii="Times New Roman" w:hAnsi="Times New Roman" w:eastAsia="Noto Serif SC" w:cs="Amiri"/>
          <w:lang w:val="zh-CN" w:eastAsia="zh-CN" w:bidi="ar-SA"/>
          <w:color w:val="000000"/>
          <w:rtl w:val="0"/>
        </w:rPr>
        <w:t>论纯一忠诚</w:t>
      </w:r>
    </w:p>
    <w:p>
      <w:r>
        <w:rPr>
          <w:rFonts w:ascii="Times New Roman" w:hAnsi="Times New Roman" w:eastAsia="Noto Serif SC" w:cs="Amiri"/>
          <w:lang w:val="zh-CN" w:eastAsia="zh-CN" w:bidi="ar-SA"/>
          <w:color w:val="000000"/>
          <w:rtl w:val="0"/>
        </w:rPr>
        <w:t>本篇原是《第十七闪光》第十七项附记的七项论题中的第四项论题，后因纯一忠诚的主题而成为《第二十闪光》的第二点。又因其光明性质，作为《第二十一闪光》收入《闪光汇集》。</w:t>
      </w:r>
    </w:p>
    <w:p>
      <w:r>
        <w:rPr>
          <w:rFonts w:ascii="Times New Roman" w:hAnsi="Times New Roman" w:eastAsia="Noto Serif SC" w:cs="Amiri"/>
          <w:lang w:val="zh-CN" w:eastAsia="zh-CN" w:bidi="ar-SA"/>
          <w:color w:val="000000"/>
          <w:rtl w:val="0"/>
        </w:rPr>
        <w:t>这篇《闪光》，至少应当每十五天诵读一次。</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وَلَا ﺗَﻨَﺎﺯَﻋُﻮﺍ ﻓَﺘَﻔْﺸَﻠُﻮﺍ ﻭَﺗَﺬْﻫَﺐَ ﺭ۪ﻳﺤُﻜُﻢْ</w:t>
      </w:r>
      <w:r>
        <w:rPr>
          <w:rFonts w:ascii="Times New Roman" w:hAnsi="Times New Roman" w:eastAsia="Noto Serif SC" w:cs="Amiri"/>
          <w:lang w:val="zh-CN" w:eastAsia="zh-CN" w:bidi="ar-SA"/>
          <w:color w:val="000000"/>
          <w:rtl w:val="0"/>
        </w:rPr>
        <w:t xml:space="preserve">（你们不要互相争执，以致软弱失败，你们的锐气与优势也随之消散） </w:t>
      </w:r>
      <w:r>
        <w:rPr>
          <w:rFonts w:ascii="Amiri" w:hAnsi="Amiri" w:eastAsia="Amiri" w:cs="Amiri"/>
          <w:lang w:val="zh-CN" w:eastAsia="zh-CN" w:bidi="ar-SA"/>
          <w:rtl w:val="1"/>
          <w:cs w:val="1"/>
          <w:color w:val="000000"/>
          <w:sz w:val="24"/>
          <w:szCs w:val="24"/>
        </w:rPr>
        <w:t>٭ ﻭَ ﻗُﻮﻣُﻮﺍ ﻟِﻠّٰﻪِ ﻗَﺎﻧِﺘ۪ﻴﻦَ</w:t>
      </w:r>
      <w:r>
        <w:rPr>
          <w:rFonts w:ascii="Times New Roman" w:hAnsi="Times New Roman" w:eastAsia="Noto Serif SC" w:cs="Amiri"/>
          <w:lang w:val="zh-CN" w:eastAsia="zh-CN" w:bidi="ar-SA"/>
          <w:color w:val="000000"/>
          <w:rtl w:val="0"/>
        </w:rPr>
        <w:t xml:space="preserve">（你们当为Allah肃立，恭顺虔诚地侍奉祂） </w:t>
      </w:r>
      <w:r>
        <w:rPr>
          <w:rFonts w:ascii="Amiri" w:hAnsi="Amiri" w:eastAsia="Amiri" w:cs="Amiri"/>
          <w:lang w:val="zh-CN" w:eastAsia="zh-CN" w:bidi="ar-SA"/>
          <w:rtl w:val="1"/>
          <w:cs w:val="1"/>
          <w:color w:val="000000"/>
          <w:sz w:val="24"/>
          <w:szCs w:val="24"/>
        </w:rPr>
        <w:t>٭ ﻗَﺪْ ﺍَﻓْﻠَﺢَ ﻣَﻦْ ﺯَﻛّٰﻴﻬَﺎ</w:t>
      </w:r>
      <w:r>
        <w:rPr>
          <w:rFonts w:ascii="Times New Roman" w:hAnsi="Times New Roman" w:eastAsia="Noto Serif SC" w:cs="Amiri"/>
          <w:lang w:val="zh-CN" w:eastAsia="zh-CN" w:bidi="ar-SA"/>
          <w:color w:val="000000"/>
          <w:rtl w:val="0"/>
        </w:rPr>
        <w:t xml:space="preserve">（凡净化并提升自我的人，确已获得成功） </w:t>
      </w:r>
      <w:r>
        <w:rPr>
          <w:rFonts w:ascii="Amiri" w:hAnsi="Amiri" w:eastAsia="Amiri" w:cs="Amiri"/>
          <w:lang w:val="zh-CN" w:eastAsia="zh-CN" w:bidi="ar-SA"/>
          <w:rtl w:val="1"/>
          <w:cs w:val="1"/>
          <w:color w:val="000000"/>
          <w:sz w:val="24"/>
          <w:szCs w:val="24"/>
        </w:rPr>
        <w:t>ﻭَ ﻗَﺪْ ﺧَﺎﺏَ ﻣَﻦْ ﺩَﺳّٰﻴﻬَﺎ</w:t>
      </w:r>
      <w:r>
        <w:rPr>
          <w:rFonts w:ascii="Times New Roman" w:hAnsi="Times New Roman" w:eastAsia="Noto Serif SC" w:cs="Amiri"/>
          <w:lang w:val="zh-CN" w:eastAsia="zh-CN" w:bidi="ar-SA"/>
          <w:color w:val="000000"/>
          <w:rtl w:val="0"/>
        </w:rPr>
        <w:t xml:space="preserve">（凡蒙蔽并贬抑自我的人，确已失败落空） </w:t>
      </w:r>
      <w:r>
        <w:rPr>
          <w:rFonts w:ascii="Amiri" w:hAnsi="Amiri" w:eastAsia="Amiri" w:cs="Amiri"/>
          <w:lang w:val="zh-CN" w:eastAsia="zh-CN" w:bidi="ar-SA"/>
          <w:rtl w:val="1"/>
          <w:cs w:val="1"/>
          <w:color w:val="000000"/>
          <w:sz w:val="24"/>
          <w:szCs w:val="24"/>
        </w:rPr>
        <w:t>٭ وَلَا ﺗَﺸْﺘَﺮُﻭﺍ ﺑِﺎٰﻳَﺎﺗ۪ﻰ ﺛَﻤَﻨًﺎ قَل۪يلًا</w:t>
      </w:r>
      <w:r>
        <w:rPr>
          <w:rFonts w:ascii="Times New Roman" w:hAnsi="Times New Roman" w:eastAsia="Noto Serif SC" w:cs="Amiri"/>
          <w:lang w:val="zh-CN" w:eastAsia="zh-CN" w:bidi="ar-SA"/>
          <w:color w:val="000000"/>
          <w:rtl w:val="0"/>
        </w:rPr>
        <w:t>（你们不要以我的种种迹象换取微薄的代价）</w:t>
      </w:r>
      <w:r>
        <w:br/>
      </w:r>
      <w:r>
        <w:br/>
      </w:r>
      <w:r>
        <w:rPr>
          <w:rFonts w:ascii="Times New Roman" w:hAnsi="Times New Roman" w:eastAsia="Noto Serif SC" w:cs="Amiri"/>
          <w:lang w:val="zh-CN" w:eastAsia="zh-CN" w:bidi="ar-SA"/>
          <w:color w:val="000000"/>
          <w:rtl w:val="0"/>
        </w:rPr>
        <w:t>我的后世兄弟们，我在《古兰经》服务中的同伴们啊！你们知道，也应当知道：在这个世界上，尤其在属后世的服务中，有一项最重要的原则、一种最大的力量、一位最蒙悦纳的代求者、一个最坚实的依靠支点、一条最短的真理之路、一种最蒙悦纳的精神祈求、一种最具非凡恩迹的达成目的之媒介、一种最高尚的品性、一种最纯粹的全然奴仆意识，那就是纯一忠诚。</w:t>
      </w:r>
    </w:p>
    <w:p>
      <w:r>
        <w:rPr>
          <w:rFonts w:ascii="Times New Roman" w:hAnsi="Times New Roman" w:eastAsia="Noto Serif SC" w:cs="Amiri"/>
          <w:lang w:val="zh-CN" w:eastAsia="zh-CN" w:bidi="ar-SA"/>
          <w:color w:val="000000"/>
          <w:rtl w:val="0"/>
        </w:rPr>
        <w:t>既然纯一忠诚之中具有上述种种品性，蕴含着许多光明与许多力量；既然在这可怕的时代，面对恐怖的敌人、猛烈的压迫，以及来势凶猛的种种异端与迷误，我们人数极少、软弱、匮乏而毫无力量，Allah的恩赐却把一项极其沉重、伟大、普遍而神圣的信仰职责和《古兰经》服务置于我们肩上，那么，我们当然比任何人都更有责任、更有义务，竭尽全力获得纯一忠诚，并且极其需要把纯一忠诚的奥义深植于自身。</w:t>
      </w:r>
    </w:p>
    <w:p>
      <w:r>
        <w:rPr>
          <w:rFonts w:ascii="Times New Roman" w:hAnsi="Times New Roman" w:eastAsia="Noto Serif SC" w:cs="Amiri"/>
          <w:lang w:val="zh-CN" w:eastAsia="zh-CN" w:bidi="ar-SA"/>
          <w:color w:val="000000"/>
          <w:rtl w:val="0"/>
        </w:rPr>
        <w:t>否则，我们迄今所取得的神圣服务成果，一部分将会丧失，也无法持续；同时，我们还会承担沉重的责任。我们将会面临</w:t>
      </w:r>
      <w:r>
        <w:rPr>
          <w:rFonts w:ascii="Amiri" w:hAnsi="Amiri" w:eastAsia="Amiri" w:cs="Amiri"/>
          <w:lang w:val="zh-CN" w:eastAsia="zh-CN" w:bidi="ar-SA"/>
          <w:rtl w:val="1"/>
          <w:cs w:val="1"/>
          <w:color w:val="000000"/>
          <w:sz w:val="24"/>
          <w:szCs w:val="24"/>
        </w:rPr>
        <w:t>وَلَا ﺗَﺸْﺘَﺮُﻭﺍ ﺑِﺎٰﻳَﺎﺗ۪ﻰ ﺛَﻤَﻨًﺎ قَل۪يلًا</w:t>
      </w:r>
      <w:r>
        <w:rPr>
          <w:rFonts w:ascii="Times New Roman" w:hAnsi="Times New Roman" w:eastAsia="Noto Serif SC" w:cs="Amiri"/>
          <w:lang w:val="zh-CN" w:eastAsia="zh-CN" w:bidi="ar-SA"/>
          <w:color w:val="000000"/>
          <w:rtl w:val="0"/>
        </w:rPr>
        <w:t>（你们不要以我的种种迹象换取微薄的代价）这节经文中严厉而带有警戒的Allah禁令；为了一些毫无意义、毫无必要、有害而令人忧愁、自我炫耀、令人生厌、虚饰伪善的低劣情感和微不足道的利益，破坏纯一忠诚，损害永恒幸福。这样，我们既侵犯这项服务中全体兄弟们的权利，又侵害《古兰经》服务本身，也亵渎了信仰诸真理的神圣性。</w:t>
      </w:r>
    </w:p>
    <w:p>
      <w:r>
        <w:rPr>
          <w:rFonts w:ascii="Times New Roman" w:hAnsi="Times New Roman" w:eastAsia="Noto Serif SC" w:cs="Amiri"/>
          <w:lang w:val="zh-CN" w:eastAsia="zh-CN" w:bidi="ar-SA"/>
          <w:color w:val="000000"/>
          <w:rtl w:val="0"/>
        </w:rPr>
        <w:t>我的兄弟们啊！一项重要而重大的善事，必有许多造成损害的障碍。恶魔会竭力纠缠那项服务的仆役。面对这些障碍与恶魔，必须依靠纯一忠诚的力量。对于会破坏纯一忠诚的种种原因，你们要像躲避蛇蝎一样躲避。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（愿Allah赐他平安）说</w:t>
      </w:r>
      <w:r>
        <w:rPr>
          <w:rFonts w:ascii="Amiri" w:hAnsi="Amiri" w:eastAsia="Amiri" w:cs="Amiri"/>
          <w:lang w:val="zh-CN" w:eastAsia="zh-CN" w:bidi="ar-SA"/>
          <w:rtl w:val="1"/>
          <w:cs w:val="1"/>
          <w:color w:val="000000"/>
          <w:sz w:val="24"/>
          <w:szCs w:val="24"/>
        </w:rPr>
        <w:t>ﺍِﻥَّ ﺍﻟﻨَّﻔْﺲَ لَاَمَّارَةٌ ﺑِﺎﻟﺴُّٓﻮﺀِ اِلَّا ﻣَﺎ ﺭَﺣِﻢَ ﺭَﺑّ۪ﻰ</w:t>
      </w:r>
      <w:r>
        <w:rPr>
          <w:rFonts w:ascii="Times New Roman" w:hAnsi="Times New Roman" w:eastAsia="Noto Serif SC" w:cs="Amiri"/>
          <w:lang w:val="zh-CN" w:eastAsia="zh-CN" w:bidi="ar-SA"/>
          <w:color w:val="000000"/>
          <w:rtl w:val="0"/>
        </w:rPr>
        <w:t>（人的自我确实不断命人作恶，只有我的养育并主宰者Allah施以慈悯的人例外），由此可知，命恶自我——即不断唆使人作恶的利己自我——不可信赖。不要让自我主张与命恶自我欺骗你们。</w:t>
      </w:r>
    </w:p>
    <w:p>
      <w:r>
        <w:rPr>
          <w:rFonts w:ascii="Times New Roman" w:hAnsi="Times New Roman" w:eastAsia="Noto Serif SC" w:cs="Amiri"/>
          <w:lang w:val="zh-CN" w:eastAsia="zh-CN" w:bidi="ar-SA"/>
          <w:color w:val="000000"/>
          <w:rtl w:val="0"/>
        </w:rPr>
        <w:t>愿以下各项原则成为你们的向导，使你们获得并保持纯一忠诚，驱除种种障碍。</w:t>
      </w:r>
    </w:p>
    <w:p>
      <w:pPr>
        <w:pStyle w:val="Heading2"/>
      </w:pPr>
      <w:r>
        <w:rPr>
          <w:rFonts w:ascii="Times New Roman" w:hAnsi="Times New Roman" w:eastAsia="Noto Serif SC" w:cs="Amiri"/>
          <w:lang w:val="zh-CN" w:eastAsia="zh-CN" w:bidi="ar-SA"/>
          <w:color w:val="000000"/>
          <w:rtl w:val="0"/>
        </w:rPr>
        <w:t>你们的第一项原则</w:t>
      </w:r>
    </w:p>
    <w:p>
      <w:r>
        <w:rPr>
          <w:rFonts w:ascii="Times New Roman" w:hAnsi="Times New Roman" w:eastAsia="Noto Serif SC" w:cs="Amiri"/>
          <w:lang w:val="zh-CN" w:eastAsia="zh-CN" w:bidi="ar-SA"/>
          <w:color w:val="000000"/>
          <w:rtl w:val="0"/>
        </w:rPr>
        <w:t>你们的行为，必须以Allah的悦纳为目的。</w:t>
      </w:r>
    </w:p>
    <w:p>
      <w:r>
        <w:rPr>
          <w:rFonts w:ascii="Times New Roman" w:hAnsi="Times New Roman" w:eastAsia="Noto Serif SC" w:cs="Amiri"/>
          <w:lang w:val="zh-CN" w:eastAsia="zh-CN" w:bidi="ar-SA"/>
          <w:color w:val="000000"/>
          <w:rtl w:val="0"/>
        </w:rPr>
        <w:t>只要祂悦纳，即使全世界都恼怒，也无关紧要。只要祂接受，即使众人都拒绝，也毫无影响。祂悦纳并接受之后，若祂愿意，且祂的智慧如此要求，即使你们并未提出这样的请求，祂也会使众人接受，使他们也心悦诚服。</w:t>
      </w:r>
    </w:p>
    <w:p>
      <w:r>
        <w:rPr>
          <w:rFonts w:ascii="Times New Roman" w:hAnsi="Times New Roman" w:eastAsia="Noto Serif SC" w:cs="Amiri"/>
          <w:lang w:val="zh-CN" w:eastAsia="zh-CN" w:bidi="ar-SA"/>
          <w:color w:val="000000"/>
          <w:rtl w:val="0"/>
        </w:rPr>
        <w:t>因此，在这项服务中，必须直接而唯一地把至高无上的真实主宰Allah的悦纳作为根本目的。</w:t>
      </w:r>
    </w:p>
    <w:p>
      <w:pPr>
        <w:pStyle w:val="Heading2"/>
      </w:pPr>
      <w:r>
        <w:rPr>
          <w:rFonts w:ascii="Times New Roman" w:hAnsi="Times New Roman" w:eastAsia="Noto Serif SC" w:cs="Amiri"/>
          <w:lang w:val="zh-CN" w:eastAsia="zh-CN" w:bidi="ar-SA"/>
          <w:color w:val="000000"/>
          <w:rtl w:val="0"/>
        </w:rPr>
        <w:t>你们的第二项原则</w:t>
      </w:r>
    </w:p>
    <w:p>
      <w:r>
        <w:rPr>
          <w:rFonts w:ascii="Times New Roman" w:hAnsi="Times New Roman" w:eastAsia="Noto Serif SC" w:cs="Amiri"/>
          <w:lang w:val="zh-CN" w:eastAsia="zh-CN" w:bidi="ar-SA"/>
          <w:color w:val="000000"/>
          <w:rtl w:val="0"/>
        </w:rPr>
        <w:t>不要批评在这项《古兰经》服务中的兄弟们，也不要以在他们面前炫耀美德的方式，激起他们的羡妒之心。</w:t>
      </w:r>
    </w:p>
    <w:p>
      <w:r>
        <w:rPr>
          <w:rFonts w:ascii="Times New Roman" w:hAnsi="Times New Roman" w:eastAsia="Noto Serif SC" w:cs="Amiri"/>
          <w:lang w:val="zh-CN" w:eastAsia="zh-CN" w:bidi="ar-SA"/>
          <w:color w:val="000000"/>
          <w:rtl w:val="0"/>
        </w:rPr>
        <w:t>因为，正如人的一只手不与另一只手竞争，一只眼睛不批评另一只眼睛，舌头不反对耳朵，心灵看不见灵魂的缺陷；相反，它们彼此补足缺欠，遮盖过失，帮助满足需要，协助完成职责。否则，人体的生命便会熄灭，灵魂便会离去，躯体也会散解。</w:t>
      </w:r>
    </w:p>
    <w:p>
      <w:r>
        <w:rPr>
          <w:rFonts w:ascii="Times New Roman" w:hAnsi="Times New Roman" w:eastAsia="Noto Serif SC" w:cs="Amiri"/>
          <w:lang w:val="zh-CN" w:eastAsia="zh-CN" w:bidi="ar-SA"/>
          <w:color w:val="000000"/>
          <w:rtl w:val="0"/>
        </w:rPr>
        <w:t>又如，一座工厂的各个机轮不会彼此争斗竞争，不会争先压倒并支配对方，也不会因为看见彼此的缺点便加以批评，挫败工作的热忱，使对方陷入停滞。相反，它们竭尽各自的全部禀赋，相互协助，把彼此的运动导向共同的目的，以真正的相互支撑和团结一致，奔向自身被创造的目标。只要混入一丝攻击或支配，那座工厂就会陷入混乱，无法产生成果。工厂的主人也会把整座工厂彻底拆毁。</w:t>
      </w:r>
    </w:p>
    <w:p>
      <w:r>
        <w:rPr>
          <w:rFonts w:ascii="Times New Roman" w:hAnsi="Times New Roman" w:eastAsia="Noto Serif SC" w:cs="Amiri"/>
          <w:lang w:val="zh-CN" w:eastAsia="zh-CN" w:bidi="ar-SA"/>
          <w:color w:val="000000"/>
          <w:rtl w:val="0"/>
        </w:rPr>
        <w:t>《光明论》的学生们，《古兰经》的仆人们啊！你们和我，都是一个配得“完善之人”之名的精神集体人格的肢体；都如同一座在永恒生命中结出永恒幸福之果的工厂的机轮；又都是在一艘神圣之船上劳作的仆役，这艘船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带往平安之岸，即平安之居。因此，我们必须、也必然需要获得纯一忠诚的奥义——它能使四个人产生一千一百一十一人的精神力量——并由此实现真正的相互支撑与团结。</w:t>
      </w:r>
    </w:p>
    <w:p>
      <w:r>
        <w:rPr>
          <w:rFonts w:ascii="Times New Roman" w:hAnsi="Times New Roman" w:eastAsia="Noto Serif SC" w:cs="Amiri"/>
          <w:lang w:val="zh-CN" w:eastAsia="zh-CN" w:bidi="ar-SA"/>
          <w:color w:val="000000"/>
          <w:rtl w:val="0"/>
        </w:rPr>
        <w:t>是的，三个艾利弗若不联合，数值只是三；若凭数字组合的奥义联合起来，便获得一百一十一的数值。四个四若各自分立，数值只是十六；若凭兄弟情谊的奥义、目标的联合与职责的协同而彼此吻合，在一条线上肩并着肩，就会具有四千四百四十四的力量与价值。同样，许多历史事实都证明：十六位舍己的兄弟，凭借真实的纯一忠诚奥义，其价值与精神力量超过四千。</w:t>
      </w:r>
    </w:p>
    <w:p>
      <w:r>
        <w:rPr>
          <w:rFonts w:ascii="Times New Roman" w:hAnsi="Times New Roman" w:eastAsia="Noto Serif SC" w:cs="Amiri"/>
          <w:lang w:val="zh-CN" w:eastAsia="zh-CN" w:bidi="ar-SA"/>
          <w:color w:val="000000"/>
          <w:rtl w:val="0"/>
        </w:rPr>
        <w:t>这一奥义的深层奥义在于：在真实而诚挚的联合中，每一个人也能借其他兄弟的眼睛观看，借他们的耳朵听闻。仿佛十个真正联合的人，每个人都以二十只眼睛观看，以十个理智思考，以二十只耳朵听闻，以二十只手工作；他们便具有这样的精神价值与力量。</w:t>
      </w:r>
      <w:r>
        <w:rPr>
          <w:rStyle w:val="FootnoteReference"/>
        </w:rPr>
        <w:footnoteReference w:id="27"/>
      </w:r>
    </w:p>
    <w:p>
      <w:pPr>
        <w:pStyle w:val="Heading2"/>
      </w:pPr>
      <w:r>
        <w:rPr>
          <w:rFonts w:ascii="Times New Roman" w:hAnsi="Times New Roman" w:eastAsia="Noto Serif SC" w:cs="Amiri"/>
          <w:lang w:val="zh-CN" w:eastAsia="zh-CN" w:bidi="ar-SA"/>
          <w:color w:val="000000"/>
          <w:rtl w:val="0"/>
        </w:rPr>
        <w:t>你们的第三项原则</w:t>
      </w:r>
    </w:p>
    <w:p>
      <w:r>
        <w:rPr>
          <w:rFonts w:ascii="Times New Roman" w:hAnsi="Times New Roman" w:eastAsia="Noto Serif SC" w:cs="Amiri"/>
          <w:lang w:val="zh-CN" w:eastAsia="zh-CN" w:bidi="ar-SA"/>
          <w:color w:val="000000"/>
          <w:rtl w:val="0"/>
        </w:rPr>
        <w:t>你们应当知道，你们的全部力量都在纯一忠诚与真理之中。</w:t>
      </w:r>
    </w:p>
    <w:p>
      <w:r>
        <w:rPr>
          <w:rFonts w:ascii="Times New Roman" w:hAnsi="Times New Roman" w:eastAsia="Noto Serif SC" w:cs="Amiri"/>
          <w:lang w:val="zh-CN" w:eastAsia="zh-CN" w:bidi="ar-SA"/>
          <w:color w:val="000000"/>
          <w:rtl w:val="0"/>
        </w:rPr>
        <w:t>是的，力量在真理与纯一忠诚之中。即使不义之人，也会因他们在不义之中表现出的纯一与诚挚而获得力量。</w:t>
      </w:r>
    </w:p>
    <w:p>
      <w:r>
        <w:rPr>
          <w:rFonts w:ascii="Times New Roman" w:hAnsi="Times New Roman" w:eastAsia="Noto Serif SC" w:cs="Amiri"/>
          <w:lang w:val="zh-CN" w:eastAsia="zh-CN" w:bidi="ar-SA"/>
          <w:color w:val="000000"/>
          <w:rtl w:val="0"/>
        </w:rPr>
        <w:t>是的，力量在于真理与纯一忠诚，我们这项服务就是一个明证。我们服务中的这一点纯一忠诚，既证明这项事业，又自成证据。</w:t>
      </w:r>
    </w:p>
    <w:p>
      <w:r>
        <w:rPr>
          <w:rFonts w:ascii="Times New Roman" w:hAnsi="Times New Roman" w:eastAsia="Noto Serif SC" w:cs="Amiri"/>
          <w:lang w:val="zh-CN" w:eastAsia="zh-CN" w:bidi="ar-SA"/>
          <w:color w:val="000000"/>
          <w:rtl w:val="0"/>
        </w:rPr>
        <w:t>因为，相比我在自己的家乡和伊斯坦布尔二十多年里所做的学术与宗教服务，在这里与你们共同工作的七八年间，所完成的服务多了一百倍。然而，在自己的家乡和伊斯坦布尔，我的助手比如今在这里与我共同工作的兄弟们多一百倍，或许甚至多一千倍；在这里，我却孤独无依，身处异乡，半识字，又受到不公正官员的监视与压迫。尽管如此，我在这七八年里与你们共同完成的服务，竟取得百倍于以往服务的成功。对于显示这一成就的精神力量来自你们的纯一忠诚，我已毫无疑虑。</w:t>
      </w:r>
    </w:p>
    <w:p>
      <w:r>
        <w:rPr>
          <w:rFonts w:ascii="Times New Roman" w:hAnsi="Times New Roman" w:eastAsia="Noto Serif SC" w:cs="Amiri"/>
          <w:lang w:val="zh-CN" w:eastAsia="zh-CN" w:bidi="ar-SA"/>
          <w:color w:val="000000"/>
          <w:rtl w:val="0"/>
        </w:rPr>
        <w:t>我也承认，你们以诚挚的纯一忠诚，在一定程度上把我从虚饰中拯救出来；那种虚饰，是在名声与尊荣的帷幕下取悦自我的。</w:t>
      </w:r>
    </w:p>
    <w:p>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（若Allah意欲，事便如此成就），愿你们获得完满的纯一忠诚，也愿你们把我带入完满的纯一忠诚。</w:t>
      </w:r>
    </w:p>
    <w:p>
      <w:r>
        <w:rPr>
          <w:rFonts w:ascii="Times New Roman" w:hAnsi="Times New Roman" w:eastAsia="Noto Serif SC" w:cs="Amiri"/>
          <w:lang w:val="zh-CN" w:eastAsia="zh-CN" w:bidi="ar-SA"/>
          <w:color w:val="000000"/>
          <w:rtl w:val="0"/>
        </w:rPr>
        <w:t>你们知道，尊贵的先导者阿里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（愿Allah喜悦他），以他那奇迹般的非凡恩迹；尊贵的至大援助者</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他隐微的精神境界圣洁尊荣），以他那超乎常规、通达幽隐的非凡恩迹，都因你们的这种纯一忠诚奥义而垂顾你们，以护佑者的姿态安慰你们，并在精神上赞赏你们的服务。是的，绝不要怀疑，他们的这种眷顾是凭着纯一忠诚而来的。如果你们明知故犯地破坏这种纯一忠诚，就会受到他们的责罚。请回想《第十闪光》中怜爱的责罚。</w:t>
      </w:r>
    </w:p>
    <w:p>
      <w:r>
        <w:rPr>
          <w:rFonts w:ascii="Times New Roman" w:hAnsi="Times New Roman" w:eastAsia="Noto Serif SC" w:cs="Amiri"/>
          <w:lang w:val="zh-CN" w:eastAsia="zh-CN" w:bidi="ar-SA"/>
          <w:color w:val="000000"/>
          <w:rtl w:val="0"/>
        </w:rPr>
        <w:t>如果你们希望这些精神英雄在身后支持你们、在头上作为你们的导师，就凭</w:t>
      </w:r>
      <w:r>
        <w:rPr>
          <w:rFonts w:ascii="Amiri" w:hAnsi="Amiri" w:eastAsia="Amiri" w:cs="Amiri"/>
          <w:lang w:val="zh-CN" w:eastAsia="zh-CN" w:bidi="ar-SA"/>
          <w:rtl w:val="1"/>
          <w:cs w:val="1"/>
          <w:color w:val="000000"/>
          <w:sz w:val="24"/>
          <w:szCs w:val="24"/>
        </w:rPr>
        <w:t>ﻭَ ﻳُﺆْﺛِﺮُﻭﻥَ ﻋَﻠٰٓﻰ ﺍَﻧْﻔُﺴِﻬِﻢْ</w:t>
      </w:r>
      <w:r>
        <w:rPr>
          <w:rFonts w:ascii="Times New Roman" w:hAnsi="Times New Roman" w:eastAsia="Noto Serif SC" w:cs="Amiri"/>
          <w:lang w:val="zh-CN" w:eastAsia="zh-CN" w:bidi="ar-SA"/>
          <w:color w:val="000000"/>
          <w:rtl w:val="0"/>
        </w:rPr>
        <w:t>（他们宁愿把他人置于自身之上）的奥义，获得完满的纯一忠诚。在尊荣、地位、受人眷顾，乃至物质利益等自我所喜爱的事情上，要把兄弟们的自我置于自己的自我之上。</w:t>
      </w:r>
    </w:p>
    <w:p>
      <w:r>
        <w:rPr>
          <w:rFonts w:ascii="Times New Roman" w:hAnsi="Times New Roman" w:eastAsia="Noto Serif SC" w:cs="Amiri"/>
          <w:lang w:val="zh-CN" w:eastAsia="zh-CN" w:bidi="ar-SA"/>
          <w:color w:val="000000"/>
          <w:rtl w:val="0"/>
        </w:rPr>
        <w:t>甚至，把一项极精妙而美好的信仰真理告诉一位有需要的信仰者，本是最纯真、毫无害处的益处。为了不让自己的自我沾染自私，若有可能，你应当乐于让一位无意争功的同伴去讲述。如果你怀有“让我赢得回赐，让我来讲这项美好的论题”的愿望，虽则其中没有罪过和损害，却可能伤害你们之间纯一忠诚的奥义。</w:t>
      </w:r>
    </w:p>
    <w:p>
      <w:pPr>
        <w:pStyle w:val="Heading2"/>
      </w:pPr>
      <w:r>
        <w:rPr>
          <w:rFonts w:ascii="Times New Roman" w:hAnsi="Times New Roman" w:eastAsia="Noto Serif SC" w:cs="Amiri"/>
          <w:lang w:val="zh-CN" w:eastAsia="zh-CN" w:bidi="ar-SA"/>
          <w:color w:val="000000"/>
          <w:rtl w:val="0"/>
        </w:rPr>
        <w:t>你们的第四项原则</w:t>
      </w:r>
    </w:p>
    <w:p>
      <w:r>
        <w:rPr>
          <w:rFonts w:ascii="Times New Roman" w:hAnsi="Times New Roman" w:eastAsia="Noto Serif SC" w:cs="Amiri"/>
          <w:lang w:val="zh-CN" w:eastAsia="zh-CN" w:bidi="ar-SA"/>
          <w:color w:val="000000"/>
          <w:rtl w:val="0"/>
        </w:rPr>
        <w:t>要把兄弟们的优点想象为就在你们自身，把他们的美德视为自己的美德，并以感恩之心，为他们的尊荣而自豪。</w:t>
      </w:r>
    </w:p>
    <w:p>
      <w:r>
        <w:rPr>
          <w:rFonts w:ascii="Times New Roman" w:hAnsi="Times New Roman" w:eastAsia="Noto Serif SC" w:cs="Amiri"/>
          <w:lang w:val="zh-CN" w:eastAsia="zh-CN" w:bidi="ar-SA"/>
          <w:color w:val="000000"/>
          <w:rtl w:val="0"/>
        </w:rPr>
        <w:t>内在修持者之间有</w:t>
      </w:r>
      <w:r>
        <w:rPr>
          <w:rFonts w:ascii="Amiri" w:hAnsi="Amiri" w:eastAsia="Amiri" w:cs="Amiri"/>
          <w:lang w:val="zh-CN" w:eastAsia="zh-CN" w:bidi="ar-SA"/>
          <w:rtl w:val="1"/>
          <w:cs w:val="1"/>
          <w:color w:val="000000"/>
          <w:sz w:val="24"/>
          <w:szCs w:val="24"/>
        </w:rPr>
        <w:t>فَنَاءٌ فِي الشَّيْخِ</w:t>
      </w:r>
      <w:r>
        <w:rPr>
          <w:rFonts w:ascii="Times New Roman" w:hAnsi="Times New Roman" w:eastAsia="Noto Serif SC" w:cs="Amiri"/>
          <w:lang w:val="zh-CN" w:eastAsia="zh-CN" w:bidi="ar-SA"/>
          <w:color w:val="000000"/>
          <w:rtl w:val="0"/>
        </w:rPr>
        <w:t>（消融于教团导师之中）、</w:t>
      </w:r>
      <w:r>
        <w:rPr>
          <w:rFonts w:ascii="Amiri" w:hAnsi="Amiri" w:eastAsia="Amiri" w:cs="Amiri"/>
          <w:lang w:val="zh-CN" w:eastAsia="zh-CN" w:bidi="ar-SA"/>
          <w:rtl w:val="1"/>
          <w:cs w:val="1"/>
          <w:color w:val="000000"/>
          <w:sz w:val="24"/>
          <w:szCs w:val="24"/>
        </w:rPr>
        <w:t>فَنَاءٌ فِي الرَّسُولِ</w:t>
      </w:r>
      <w:r>
        <w:rPr>
          <w:rFonts w:ascii="Times New Roman" w:hAnsi="Times New Roman" w:eastAsia="Noto Serif SC" w:cs="Amiri"/>
          <w:lang w:val="zh-CN" w:eastAsia="zh-CN" w:bidi="ar-SA"/>
          <w:color w:val="000000"/>
          <w:rtl w:val="0"/>
        </w:rPr>
        <w:t>（消融于使者之中）这样的术语。我不是苏菲行者。然而，他们的这项原则，在我们的道路上以</w:t>
      </w:r>
      <w:r>
        <w:rPr>
          <w:rFonts w:ascii="Amiri" w:hAnsi="Amiri" w:eastAsia="Amiri" w:cs="Amiri"/>
          <w:lang w:val="zh-CN" w:eastAsia="zh-CN" w:bidi="ar-SA"/>
          <w:rtl w:val="1"/>
          <w:cs w:val="1"/>
          <w:color w:val="000000"/>
          <w:sz w:val="24"/>
          <w:szCs w:val="24"/>
        </w:rPr>
        <w:t>فَنَاءٌ فِي الْإِخْوَانِ</w:t>
      </w:r>
      <w:r>
        <w:rPr>
          <w:rFonts w:ascii="Times New Roman" w:hAnsi="Times New Roman" w:eastAsia="Noto Serif SC" w:cs="Amiri"/>
          <w:lang w:val="zh-CN" w:eastAsia="zh-CN" w:bidi="ar-SA"/>
          <w:color w:val="000000"/>
          <w:rtl w:val="0"/>
        </w:rPr>
        <w:t>（消融于众兄弟之中）的形式，成为一项美好的原则。兄弟们之间，把这称为</w:t>
      </w:r>
      <w:r>
        <w:rPr>
          <w:rFonts w:ascii="Amiri" w:hAnsi="Amiri" w:eastAsia="Amiri" w:cs="Amiri"/>
          <w:lang w:val="zh-CN" w:eastAsia="zh-CN" w:bidi="ar-SA"/>
          <w:rtl w:val="1"/>
          <w:cs w:val="1"/>
          <w:color w:val="000000"/>
          <w:sz w:val="24"/>
          <w:szCs w:val="24"/>
        </w:rPr>
        <w:t>تَفَانٍ</w:t>
      </w:r>
      <w:r>
        <w:rPr>
          <w:rFonts w:ascii="Times New Roman" w:hAnsi="Times New Roman" w:eastAsia="Noto Serif SC" w:cs="Amiri"/>
          <w:lang w:val="zh-CN" w:eastAsia="zh-CN" w:bidi="ar-SA"/>
          <w:color w:val="000000"/>
          <w:rtl w:val="0"/>
        </w:rPr>
        <w:t>（彼此消融），也就是消融于彼此之中；也就是忘却自己的私欲与自我感受，在思想上活在自己兄弟们的优点与感受之中。</w:t>
      </w:r>
    </w:p>
    <w:p>
      <w:r>
        <w:rPr>
          <w:rFonts w:ascii="Times New Roman" w:hAnsi="Times New Roman" w:eastAsia="Noto Serif SC" w:cs="Amiri"/>
          <w:lang w:val="zh-CN" w:eastAsia="zh-CN" w:bidi="ar-SA"/>
          <w:color w:val="000000"/>
          <w:rtl w:val="0"/>
        </w:rPr>
        <w:t>本来，我们道路的根本就是兄弟情谊；它不是父亲与子女、教团导师与追随者之间的媒介，而是真实兄弟情谊的诸种媒介。至多只会出现一层导师身份。我们的道路是“挚友之道”，</w:t>
      </w:r>
    </w:p>
    <w:p>
      <w:r>
        <w:rPr>
          <w:rFonts w:ascii="Times New Roman" w:hAnsi="Times New Roman" w:eastAsia="Noto Serif SC" w:cs="Amiri"/>
          <w:lang w:val="zh-CN" w:eastAsia="zh-CN" w:bidi="ar-SA"/>
          <w:color w:val="000000"/>
          <w:rtl w:val="0"/>
        </w:rPr>
        <w:t>因此，我们的精神趋向是“挚友之情”。挚友之情所要求的，是成为最亲近的朋友、最舍己的同伴、最善于赏识的同路人、最慷慨高义的兄弟。这种挚友之情的根本基础，就是诚挚的纯一忠诚。破坏诚挚纯一忠诚的人，会从这种挚友之情的高塔顶端坠落，很可能跌入极深的坑穴，在中途找不到任何攀附之处。</w:t>
      </w:r>
    </w:p>
    <w:p>
      <w:r>
        <w:rPr>
          <w:rFonts w:ascii="Times New Roman" w:hAnsi="Times New Roman" w:eastAsia="Noto Serif SC" w:cs="Amiri"/>
          <w:lang w:val="zh-CN" w:eastAsia="zh-CN" w:bidi="ar-SA"/>
          <w:color w:val="000000"/>
          <w:rtl w:val="0"/>
        </w:rPr>
        <w:t>是的，眼前显出两条道路。如今离开我们这条道路——《古兰经》的康庄大路——的人，很可能在不知不觉中援助敌视我们的无宗教势力。</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（若Allah意欲，事便如此成就），凡沿着《光明论》的道路，进入以非凡阐明显示奇迹的《古兰经》之神圣领域的人，都将始终增强光明、纯一忠诚与信仰，绝不会跌入那样的坑穴。</w:t>
      </w:r>
    </w:p>
    <w:p>
      <w:r>
        <w:rPr>
          <w:rFonts w:ascii="Times New Roman" w:hAnsi="Times New Roman" w:eastAsia="Noto Serif SC" w:cs="Amiri"/>
          <w:lang w:val="zh-CN" w:eastAsia="zh-CN" w:bidi="ar-SA"/>
          <w:color w:val="000000"/>
          <w:rtl w:val="0"/>
        </w:rPr>
        <w:t>我在《古兰经》服务中的同伴们啊！</w:t>
      </w:r>
    </w:p>
    <w:p>
      <w:r>
        <w:rPr>
          <w:rFonts w:ascii="Times New Roman" w:hAnsi="Times New Roman" w:eastAsia="Noto Serif SC" w:cs="Amiri"/>
          <w:lang w:val="zh-CN" w:eastAsia="zh-CN" w:bidi="ar-SA"/>
          <w:color w:val="000000"/>
          <w:rtl w:val="0"/>
        </w:rPr>
        <w:t>获得并保持纯一忠诚最有效的一种途径，是念系死亡——即把心思持续系于死亡——。</w:t>
      </w:r>
    </w:p>
    <w:p>
      <w:r>
        <w:rPr>
          <w:rFonts w:ascii="Times New Roman" w:hAnsi="Times New Roman" w:eastAsia="Noto Serif SC" w:cs="Amiri"/>
          <w:lang w:val="zh-CN" w:eastAsia="zh-CN" w:bidi="ar-SA"/>
          <w:color w:val="000000"/>
          <w:rtl w:val="0"/>
        </w:rPr>
        <w:t>是的，正如漫长的奢望会伤害纯一忠诚，把人推向虚饰与尘世；念系死亡则使人憎恶虚饰，获得纯一忠诚。也就是说，想到自己的死亡，思量尘世终将消逝，从而摆脱自我的种种诡计。</w:t>
      </w:r>
    </w:p>
    <w:p>
      <w:r>
        <w:rPr>
          <w:rFonts w:ascii="Times New Roman" w:hAnsi="Times New Roman" w:eastAsia="Noto Serif SC" w:cs="Amiri"/>
          <w:lang w:val="zh-CN" w:eastAsia="zh-CN" w:bidi="ar-SA"/>
          <w:color w:val="000000"/>
          <w:rtl w:val="0"/>
        </w:rPr>
        <w:t>是的，内在修持者与探求真理者，从至睿《古兰经》的</w:t>
      </w:r>
      <w:r>
        <w:rPr>
          <w:rFonts w:ascii="Amiri" w:hAnsi="Amiri" w:eastAsia="Amiri" w:cs="Amiri"/>
          <w:lang w:val="zh-CN" w:eastAsia="zh-CN" w:bidi="ar-SA"/>
          <w:rtl w:val="1"/>
          <w:cs w:val="1"/>
          <w:color w:val="000000"/>
          <w:sz w:val="24"/>
          <w:szCs w:val="24"/>
        </w:rPr>
        <w:t>ﻛُﻞُّ ﻧَﻔْﺲٍ ﺫَٓﺍﺋِﻘَﺔُ ﺍﻟْﻤَﻮْﺕِ</w:t>
      </w:r>
      <w:r>
        <w:rPr>
          <w:rFonts w:ascii="Times New Roman" w:hAnsi="Times New Roman" w:eastAsia="Noto Serif SC" w:cs="Amiri"/>
          <w:lang w:val="zh-CN" w:eastAsia="zh-CN" w:bidi="ar-SA"/>
          <w:color w:val="000000"/>
          <w:rtl w:val="0"/>
        </w:rPr>
        <w:t xml:space="preserve">（每一个自我都必将尝到死亡的滋味） </w:t>
      </w:r>
      <w:r>
        <w:rPr>
          <w:rFonts w:ascii="Amiri" w:hAnsi="Amiri" w:eastAsia="Amiri" w:cs="Amiri"/>
          <w:lang w:val="zh-CN" w:eastAsia="zh-CN" w:bidi="ar-SA"/>
          <w:rtl w:val="1"/>
          <w:cs w:val="1"/>
          <w:color w:val="000000"/>
          <w:sz w:val="24"/>
          <w:szCs w:val="24"/>
        </w:rPr>
        <w:t>٭ ﺍِﻧَّﻚَ ﻣَﻴِّﺖٌ ﻭَﺍِﻧَّﻬُﻢْ ﻣَﻴِّﺘُﻮﻥَ</w:t>
      </w:r>
      <w:r>
        <w:rPr>
          <w:rFonts w:ascii="Times New Roman" w:hAnsi="Times New Roman" w:eastAsia="Noto Serif SC" w:cs="Amiri"/>
          <w:lang w:val="zh-CN" w:eastAsia="zh-CN" w:bidi="ar-SA"/>
          <w:color w:val="000000"/>
          <w:rtl w:val="0"/>
        </w:rPr>
        <w:t>（你确将死去，他们也确将死去）等经文获得教诲，把念系死亡作为内在修持的根本，并借此消除漫长奢望的根源——以为自己会永远活着的幻觉。他们以设想和想象的方式，把自己想象为已经死去，又设想自己正被清洗、被放入坟墓；如此反复思悟，命恶自我便受到这种想象与设想的触动，在一定程度上放弃长远的奢望。这种念系的益处极多。圣训中说</w:t>
      </w:r>
      <w:r>
        <w:rPr>
          <w:rFonts w:ascii="Amiri" w:hAnsi="Amiri" w:eastAsia="Amiri" w:cs="Amiri"/>
          <w:lang w:val="zh-CN" w:eastAsia="zh-CN" w:bidi="ar-SA"/>
          <w:rtl w:val="1"/>
          <w:cs w:val="1"/>
          <w:color w:val="000000"/>
          <w:sz w:val="24"/>
          <w:szCs w:val="24"/>
        </w:rPr>
        <w:t>ﺍَﻛْﺜِﺮُﻭﺍ ﺫِﻛْﺮَ ﻫَﺎﺩِﻡِ ﺍﻟﻠَّﺬَّﺍﺕِ</w:t>
      </w:r>
      <w:r>
        <w:rPr>
          <w:rFonts w:ascii="Times New Roman" w:hAnsi="Times New Roman" w:eastAsia="Noto Serif SC" w:cs="Amiri"/>
          <w:lang w:val="zh-CN" w:eastAsia="zh-CN" w:bidi="ar-SA"/>
          <w:color w:val="000000"/>
          <w:rtl w:val="0"/>
        </w:rPr>
        <w:t>（你们要多多记念那摧毁乐趣、使其转为苦涩的死亡）——</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（或以上述大意传述）——，也就是以“你们要多多记念那摧毁乐趣、使其转为苦涩的死亡！”这句话教导这种念系。</w:t>
      </w:r>
    </w:p>
    <w:p>
      <w:r>
        <w:rPr>
          <w:rFonts w:ascii="Times New Roman" w:hAnsi="Times New Roman" w:eastAsia="Noto Serif SC" w:cs="Amiri"/>
          <w:lang w:val="zh-CN" w:eastAsia="zh-CN" w:bidi="ar-SA"/>
          <w:color w:val="000000"/>
          <w:rtl w:val="0"/>
        </w:rPr>
        <w:t>然而，我们的道路不是内在修持之路，而是真理之路，因此我们不必像内在修持者那样，以设想和想象的方式进行这种念系；那也不符合真理之道。相反，应当思量最终的结局；不是把未来拉到当下，而是从真理的角度，由当下在思想上走向未来，注目观看。</w:t>
      </w:r>
    </w:p>
    <w:p>
      <w:r>
        <w:rPr>
          <w:rFonts w:ascii="Times New Roman" w:hAnsi="Times New Roman" w:eastAsia="Noto Serif SC" w:cs="Amiri"/>
          <w:lang w:val="zh-CN" w:eastAsia="zh-CN" w:bidi="ar-SA"/>
          <w:color w:val="000000"/>
          <w:rtl w:val="0"/>
        </w:rPr>
        <w:t>是的，无须任何想象或假设，人就能看见自己这具遗体——短暂生命之树顶端唯一的果实。借此，他不仅能看见自己个人的死亡；只要再向远处走一步，也能看见自己时代的死亡；再向远处走一步，还能目睹世界的死亡，从而为最完满的纯一忠诚开辟道路。</w:t>
      </w:r>
    </w:p>
    <w:p>
      <w:r>
        <w:rPr>
          <w:rFonts w:ascii="Times New Roman" w:hAnsi="Times New Roman" w:eastAsia="Noto Serif SC" w:cs="Amiri"/>
          <w:lang w:val="zh-CN" w:eastAsia="zh-CN" w:bidi="ar-SA"/>
          <w:color w:val="000000"/>
          <w:rtl w:val="0"/>
        </w:rPr>
        <w:t>第二个途径：人凭穷究确证之信仰的力量，凭对受造之作进行信仰性思悟所发出的闪光——这种思悟带来对创造者的真知——获得一种临在之感；想到至慈的创造者Allah当下临在并观照着自己，便不再寻求祂以外任何人的眷顾。他又想到，在祂面前顾盼他人、向他人求助，有违这种临在的礼节。这样，他便摆脱虚饰，获得纯一忠诚。无论如何，这其中有许多等级与层次。每个人能依照自己的份额获得多少益处，就是多少收获。</w:t>
      </w:r>
    </w:p>
    <w:p>
      <w:r>
        <w:rPr>
          <w:rFonts w:ascii="Times New Roman" w:hAnsi="Times New Roman" w:eastAsia="Noto Serif SC" w:cs="Amiri"/>
          <w:lang w:val="zh-CN" w:eastAsia="zh-CN" w:bidi="ar-SA"/>
          <w:color w:val="000000"/>
          <w:rtl w:val="0"/>
        </w:rPr>
        <w:t>《光明论》中已经记述了许多使人摆脱虚饰、获得纯一忠诚的真理，因此我们把它交由那部书阐明，在此从略。</w:t>
      </w:r>
    </w:p>
    <w:p>
      <w:r>
        <w:rPr>
          <w:rFonts w:ascii="Times New Roman" w:hAnsi="Times New Roman" w:eastAsia="Noto Serif SC" w:cs="Amiri"/>
          <w:lang w:val="zh-CN" w:eastAsia="zh-CN" w:bidi="ar-SA"/>
          <w:color w:val="000000"/>
          <w:rtl w:val="0"/>
        </w:rPr>
        <w:t>破坏纯一忠诚、把人推向虚饰的原因很多，我们将简要说明其中两三个。第一：由物质利益而来的竞争，会逐渐破坏纯一忠诚，既损害服务的成果，也使那物质利益失之交臂。</w:t>
      </w:r>
    </w:p>
    <w:p>
      <w:r>
        <w:rPr>
          <w:rFonts w:ascii="Times New Roman" w:hAnsi="Times New Roman" w:eastAsia="Noto Serif SC" w:cs="Amiri"/>
          <w:lang w:val="zh-CN" w:eastAsia="zh-CN" w:bidi="ar-SA"/>
          <w:color w:val="000000"/>
          <w:rtl w:val="0"/>
        </w:rPr>
        <w:t>是的，这个民族始终怀有一种尊敬并帮助为真理和后世而工作之人的心意。他们为了在某种意义上分享那些人纯一忠诚的实质与诚挚的服务，便致力于供给他们的物质需要，使他们不致浪费时间，并以施舍、赠礼等物质利益帮助他们、尊敬他们。然而，这种帮助与利益不可索取，只能由他人给予；甚至不可心中渴望、翘首期待，或以自身状态流露出渴求，只能在自己未曾期待的情形下领受。否则，纯一忠诚就会受损，也会接近</w:t>
      </w:r>
      <w:r>
        <w:rPr>
          <w:rFonts w:ascii="Amiri" w:hAnsi="Amiri" w:eastAsia="Amiri" w:cs="Amiri"/>
          <w:lang w:val="zh-CN" w:eastAsia="zh-CN" w:bidi="ar-SA"/>
          <w:rtl w:val="1"/>
          <w:cs w:val="1"/>
          <w:color w:val="000000"/>
          <w:sz w:val="24"/>
          <w:szCs w:val="24"/>
        </w:rPr>
        <w:t>وَلَا ﺗَﺸْﺘَﺮُﻭﺍ ﺑِﺎٰﻳَﺎﺗ۪ﻰ ﺛَﻤَﻨًﺎ قَل۪يلًا</w:t>
      </w:r>
      <w:r>
        <w:rPr>
          <w:rFonts w:ascii="Times New Roman" w:hAnsi="Times New Roman" w:eastAsia="Noto Serif SC" w:cs="Amiri"/>
          <w:lang w:val="zh-CN" w:eastAsia="zh-CN" w:bidi="ar-SA"/>
          <w:color w:val="000000"/>
          <w:rtl w:val="0"/>
        </w:rPr>
        <w:t>（你们不要以我的种种迹象换取微薄的代价）这节经文的禁令，部分功修便会焚毁。</w:t>
      </w:r>
    </w:p>
    <w:p>
      <w:r>
        <w:rPr>
          <w:rFonts w:ascii="Times New Roman" w:hAnsi="Times New Roman" w:eastAsia="Noto Serif SC" w:cs="Amiri"/>
          <w:lang w:val="zh-CN" w:eastAsia="zh-CN" w:bidi="ar-SA"/>
          <w:color w:val="000000"/>
          <w:rtl w:val="0"/>
        </w:rPr>
        <w:t>于是，渴望并期待这种物质利益之后，命恶自我出于自私，为了不让那份利益落入他人之手，就会对一位真实的兄弟、对那项专门服务中的同伴激起竞争之心。这样，他的纯一忠诚受到损害，服务中的神圣性随之丧失，在探求真理者眼中也变得令人生厌，并且还会失去那份物质利益。凡此种种，暂且如此。</w:t>
      </w:r>
    </w:p>
    <w:p>
      <w:r>
        <w:rPr>
          <w:rFonts w:ascii="Times New Roman" w:hAnsi="Times New Roman" w:eastAsia="Noto Serif SC" w:cs="Amiri"/>
          <w:lang w:val="zh-CN" w:eastAsia="zh-CN" w:bidi="ar-SA"/>
          <w:color w:val="000000"/>
          <w:rtl w:val="0"/>
        </w:rPr>
        <w:t>这个问题牵涉极广，说来话长；我就此打住，只举两个例子，以加强我真实兄弟们之间纯一忠诚的奥义与诚挚的联合。</w:t>
      </w:r>
    </w:p>
    <w:p>
      <w:r>
        <w:rPr>
          <w:rFonts w:ascii="Times New Roman" w:hAnsi="Times New Roman" w:eastAsia="Noto Serif SC" w:cs="Amiri"/>
          <w:lang w:val="zh-CN" w:eastAsia="zh-CN" w:bidi="ar-SA"/>
          <w:color w:val="000000"/>
          <w:rtl w:val="0"/>
        </w:rPr>
        <w:t>第一个例子：逐世者为了获得巨额财富和强大力量，甚至一些从政者以及人类社会生活中的重要行动者和团体，都把财物共有原则作为自己的向导。尽管伴随种种滥用与损害，他们仍获得了超乎常规的力量和利益。然而，财物共有虽有许多害处，其共有性质并不因此改变。每个人在某一层面和管理上，都相当于整体的所有者，却无法随意享用。凡此种种，暂且如此。</w:t>
      </w:r>
    </w:p>
    <w:p>
      <w:r>
        <w:rPr>
          <w:rFonts w:ascii="Times New Roman" w:hAnsi="Times New Roman" w:eastAsia="Noto Serif SC" w:cs="Amiri"/>
          <w:lang w:val="zh-CN" w:eastAsia="zh-CN" w:bidi="ar-SA"/>
          <w:color w:val="000000"/>
          <w:rtl w:val="0"/>
        </w:rPr>
        <w:t>如果这种财物共有原则进入属后世的行为，便无害而能带来极大的利益。因为它含有这样一种奥义：全部财富都完整地交到每一位参与者手中。比如，四五个人怀着共有的意愿，一人带来煤油，一人带来灯芯，一人带来灯，一人带来玻璃罩，一人带来火柴，共同把灯点亮。于是，每个人都拥有一盏完整的灯。如果这些参与者各自在一面墙上都有一面大镜子，那么，一盏完整无缺、未经分割的灯，连同房间一起，映入每个人的镜中。</w:t>
      </w:r>
    </w:p>
    <w:p>
      <w:r>
        <w:rPr>
          <w:rFonts w:ascii="Times New Roman" w:hAnsi="Times New Roman" w:eastAsia="Noto Serif SC" w:cs="Amiri"/>
          <w:lang w:val="zh-CN" w:eastAsia="zh-CN" w:bidi="ar-SA"/>
          <w:color w:val="000000"/>
          <w:rtl w:val="0"/>
        </w:rPr>
        <w:t>同样，在属后世的财富中，以纯一忠诚的奥义共同参与，以兄弟情谊的奥义相互支撑，以团结的奥义协同劳作；那么，由这种共同参与行为所产生的全部总和与全部光明，将完整地进入每个人的行为簿册。这是探求真理者所共同见证并亲身经历的事实，也是Allah慈悯的广阔与慷慨的必然要求。</w:t>
      </w:r>
    </w:p>
    <w:p>
      <w:r>
        <w:rPr>
          <w:rFonts w:ascii="Times New Roman" w:hAnsi="Times New Roman" w:eastAsia="Noto Serif SC" w:cs="Amiri"/>
          <w:lang w:val="zh-CN" w:eastAsia="zh-CN" w:bidi="ar-SA"/>
          <w:color w:val="000000"/>
          <w:rtl w:val="0"/>
        </w:rPr>
        <w:t>我的兄弟们啊！</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如此成就），物质利益不会诱使你们竞争。但在属后世的利益方面，正如一些内在修持者受到欺骗，你们也可能受骗。个人而零散的回赐，怎能与在上述例子那样的共同参与行为中显现的回赐与光明相比？</w:t>
      </w:r>
    </w:p>
    <w:p>
      <w:r>
        <w:rPr>
          <w:rFonts w:ascii="Times New Roman" w:hAnsi="Times New Roman" w:eastAsia="Noto Serif SC" w:cs="Amiri"/>
          <w:lang w:val="zh-CN" w:eastAsia="zh-CN" w:bidi="ar-SA"/>
          <w:color w:val="000000"/>
          <w:rtl w:val="0"/>
        </w:rPr>
        <w:t>第二个例子：匠人为了获得更多技艺成果，通过技艺协作获得了巨额财富。甚至，制造缝衣针的十个人，起初各自独立制作。那种个人劳作，每天只产出三根针，成为个人技艺的成果。</w:t>
      </w:r>
    </w:p>
    <w:p>
      <w:r>
        <w:rPr>
          <w:rFonts w:ascii="Times New Roman" w:hAnsi="Times New Roman" w:eastAsia="Noto Serif SC" w:cs="Amiri"/>
          <w:lang w:val="zh-CN" w:eastAsia="zh-CN" w:bidi="ar-SA"/>
          <w:color w:val="000000"/>
          <w:rtl w:val="0"/>
        </w:rPr>
        <w:t>后来，十个人按照协同劳作的原则联合起来。一人取来铁料，一人点燃炉火，一人钻孔，一人把它送入炉中，一人削尖针端，依此类推；每个人在制针技艺中只从事一项局部工作。由于所做的事务简单，时间不再浪费；他又在那种工作中练成娴熟技巧，于是极其迅速地完成自己的工序。随后，他们分配了凭协同劳作与分工原则所取得的技艺成果，发现每人每天所得不再是三根针，而是三百根。这件事在逐世匠人之间口口相传，成为引导他们协同劳作的佳话。</w:t>
      </w:r>
    </w:p>
    <w:p>
      <w:r>
        <w:rPr>
          <w:rFonts w:ascii="Times New Roman" w:hAnsi="Times New Roman" w:eastAsia="Noto Serif SC" w:cs="Amiri"/>
          <w:lang w:val="zh-CN" w:eastAsia="zh-CN" w:bidi="ar-SA"/>
          <w:color w:val="000000"/>
          <w:rtl w:val="0"/>
        </w:rPr>
        <w:t>我的兄弟们啊！既然在尘世事务和粗密物质中，这样的联合与同心协力尚且产生如此成果、如此巨大的总体收益，那么，对于属后世而充满光明、无须分割与分配的事物，凭Allah的恩泽，全部光明映现在每个人的镜中，每个人都拥有众人共同赢得的同等回赐；你们可以衡量，这是何等巨大的收获。如此巨大的收获，绝不能因竞争与缺乏纯一忠诚而丧失。</w:t>
      </w:r>
      <w:r>
        <w:br/>
      </w:r>
      <w:r>
        <w:br/>
      </w:r>
      <w:r>
        <w:rPr>
          <w:rFonts w:ascii="Times New Roman" w:hAnsi="Times New Roman" w:eastAsia="Noto Serif SC" w:cs="Amiri"/>
          <w:lang w:val="zh-CN" w:eastAsia="zh-CN" w:bidi="ar-SA"/>
          <w:color w:val="000000"/>
          <w:rtl w:val="0"/>
        </w:rPr>
        <w:t>破坏纯一忠诚的第二重障碍：由贪恋地位而来的崇名心理，驱使人以名声与尊荣为帷幕，赢得大众的眷顾，吸引众人的目光，以此取悦自我主张，并给命恶自我一个地位。这不仅是最重要的精神疾病，也为所谓</w:t>
      </w:r>
      <w:r>
        <w:rPr>
          <w:rFonts w:ascii="Amiri" w:hAnsi="Amiri" w:eastAsia="Amiri" w:cs="Amiri"/>
          <w:lang w:val="zh-CN" w:eastAsia="zh-CN" w:bidi="ar-SA"/>
          <w:rtl w:val="1"/>
          <w:cs w:val="1"/>
          <w:color w:val="000000"/>
          <w:sz w:val="24"/>
          <w:szCs w:val="24"/>
        </w:rPr>
        <w:t>شِرْكٌ خَفِيٌّ</w:t>
      </w:r>
      <w:r>
        <w:rPr>
          <w:rFonts w:ascii="Times New Roman" w:hAnsi="Times New Roman" w:eastAsia="Noto Serif SC" w:cs="Amiri"/>
          <w:lang w:val="zh-CN" w:eastAsia="zh-CN" w:bidi="ar-SA"/>
          <w:color w:val="000000"/>
          <w:rtl w:val="0"/>
        </w:rPr>
        <w:t>（隐微的配主——即把唯独Allah应得的专一崇拜与敬意，在隐秘心中分给他者——）的虚饰伪善与自我炫耀打开大门，损害纯一忠诚。</w:t>
      </w:r>
    </w:p>
    <w:p>
      <w:r>
        <w:rPr>
          <w:rFonts w:ascii="Times New Roman" w:hAnsi="Times New Roman" w:eastAsia="Noto Serif SC" w:cs="Amiri"/>
          <w:lang w:val="zh-CN" w:eastAsia="zh-CN" w:bidi="ar-SA"/>
          <w:color w:val="000000"/>
          <w:rtl w:val="0"/>
        </w:rPr>
        <w:t>我的兄弟们啊！我们在至睿《古兰经》服务中的道路，是真理与兄弟情谊。兄弟情谊的奥义，是使自身的人格消融于兄弟们之中</w:t>
      </w:r>
      <w:r>
        <w:rPr>
          <w:rStyle w:val="FootnoteReference"/>
        </w:rPr>
        <w:footnoteReference w:id="28"/>
      </w:r>
      <w:r>
        <w:rPr>
          <w:rFonts w:ascii="Times New Roman" w:hAnsi="Times New Roman" w:eastAsia="Noto Serif SC" w:cs="Amiri"/>
          <w:lang w:val="zh-CN" w:eastAsia="zh-CN" w:bidi="ar-SA"/>
          <w:color w:val="000000"/>
          <w:rtl w:val="0"/>
        </w:rPr>
        <w:t>，并把他们的自我置于自己的自我之上。因此，这类由贪恋地位产生的竞争，不应当在我们之间发挥作用，因为它与我们的道路完全相反。既然兄弟们的尊荣整体上可以属于每一个人，那么，把那份伟大的精神尊荣，牺牲给个人的、自我炫耀的、竞争性的、零星的尊荣与名声，我相信《光明论》的学生们必会百倍远离这种做法。</w:t>
      </w:r>
    </w:p>
    <w:p>
      <w:r>
        <w:rPr>
          <w:rFonts w:ascii="Times New Roman" w:hAnsi="Times New Roman" w:eastAsia="Noto Serif SC" w:cs="Amiri"/>
          <w:lang w:val="zh-CN" w:eastAsia="zh-CN" w:bidi="ar-SA"/>
          <w:color w:val="000000"/>
          <w:rtl w:val="0"/>
        </w:rPr>
        <w:t>是的，《光明论》学生们的心灵、理智与灵魂，不会屈就于如此低下、有害而卑劣的事物。然而，每个人都有命恶自我，有些人的自我情感也会触及这些心弦，并在一定程度上违背心灵、理智与灵魂的意愿，施行自己的支配。我不指责你们的心灵、灵魂与理智；我信赖《光明论》所产生的影响。但是，自我、私欲、情感与臆想有时会欺骗人，因此你们有时会受到严厉的警告。这种严厉针对的是自我、私欲、情感与臆想；你们要谨慎行事。</w:t>
      </w:r>
    </w:p>
    <w:p>
      <w:r>
        <w:rPr>
          <w:rFonts w:ascii="Times New Roman" w:hAnsi="Times New Roman" w:eastAsia="Noto Serif SC" w:cs="Amiri"/>
          <w:lang w:val="zh-CN" w:eastAsia="zh-CN" w:bidi="ar-SA"/>
          <w:color w:val="000000"/>
          <w:rtl w:val="0"/>
        </w:rPr>
        <w:t>是的，倘若我们的道路是教团导师之路，地位便只有一个，或者只有有限的几个地位。许多有禀赋的人都会成为那个地位的候选者，便可能产生带羡妒色彩的自私。然而，我们的道路是兄弟情谊。兄弟不能成为兄弟的父亲，也不能摆出引导导师的姿态。兄弟情谊中的地位是宽广的，不会造成带羡妒色彩的拥塞争竞。至多，兄弟会成为兄弟的协助者与后盾，补足他的服务。</w:t>
      </w:r>
    </w:p>
    <w:p>
      <w:r>
        <w:rPr>
          <w:rFonts w:ascii="Times New Roman" w:hAnsi="Times New Roman" w:eastAsia="Noto Serif SC" w:cs="Amiri"/>
          <w:lang w:val="zh-CN" w:eastAsia="zh-CN" w:bidi="ar-SA"/>
          <w:color w:val="000000"/>
          <w:rtl w:val="0"/>
        </w:rPr>
        <w:t>在父爱式与引导导师式的道路上，带有羡妒色彩的回赐贪求和心志高远，产生了许多有害而危险的后果。其明证，就是内在修持者在极其重要而伟大的完善与利益之中，因分歧与竞争而遭受的严重恶果；以致他们那伟大而神圣的力量，竟无法抵挡异端的风暴。第三重障碍：恐惧与贪婪。这一障碍已与其他一些障碍一起，在《六次袭击》中得到完整说明，因此我们交由那部书阐明。我们祈求最为慈悯者Allah，将祂一切最美的尊名都作为我们的代求者：愿祂使我们成就完满的纯一忠诚，</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rPr>
          <w:rFonts w:ascii="Amiri" w:hAnsi="Amiri" w:eastAsia="Amiri" w:cs="Amiri"/>
          <w:lang w:val="zh-CN" w:eastAsia="zh-CN" w:bidi="ar-SA"/>
          <w:rtl w:val="1"/>
          <w:cs w:val="1"/>
          <w:color w:val="000000"/>
          <w:sz w:val="24"/>
          <w:szCs w:val="24"/>
        </w:rPr>
        <w:t>ﺍَﻟﻠّٰﻬُﻢَّ ﺑِﺤَﻖِّ ﺳُﻮﺭَﺓِ الْاِخْلَاصِ ﺍِﺟْﻌَﻠْﻨَﺎ ﻣِﻦْ ﻋِﺒَﺎﺩِﻙَ ﺍﻟْﻤُﺨْﻠِﺼ۪ﻴﻦَ ﺍﻟْﻤُﺨْﻠَﺼ۪ﻴﻦَ</w:t>
      </w:r>
      <w:r>
        <w:rPr>
          <w:rFonts w:ascii="Times New Roman" w:hAnsi="Times New Roman" w:eastAsia="Noto Serif SC" w:cs="Amiri"/>
          <w:lang w:val="zh-CN" w:eastAsia="zh-CN" w:bidi="ar-SA"/>
          <w:color w:val="000000"/>
          <w:rtl w:val="0"/>
        </w:rPr>
        <w:t xml:space="preserve">（Allah啊，凭《忠诚章》的尊贵与真实权分，求祢使我们成为祢的仆人中忠诚纯一、蒙祢净化与拯救的人）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（祢确是全知者，知晓一切；祢确是至睿者，一切作为皆充满智慧）</w:t>
      </w:r>
    </w:p>
    <w:p>
      <w:pPr>
        <w:pStyle w:val="Heading2"/>
      </w:pPr>
      <w:r>
        <w:rPr>
          <w:rFonts w:ascii="Times New Roman" w:hAnsi="Times New Roman" w:eastAsia="Noto Serif SC" w:cs="Amiri"/>
          <w:lang w:val="zh-CN" w:eastAsia="zh-CN" w:bidi="ar-SA"/>
          <w:color w:val="000000"/>
          <w:rtl w:val="0"/>
        </w:rPr>
        <w:t>写给我一些兄弟的一封私人书信</w:t>
      </w:r>
    </w:p>
    <w:p>
      <w:r>
        <w:rPr>
          <w:rFonts w:ascii="Times New Roman" w:hAnsi="Times New Roman" w:eastAsia="Noto Serif SC" w:cs="Amiri"/>
          <w:lang w:val="zh-CN" w:eastAsia="zh-CN" w:bidi="ar-SA"/>
          <w:color w:val="000000"/>
          <w:rtl w:val="0"/>
        </w:rPr>
        <w:t>那些厌倦书写、在作为崇拜功修月份的三个月里，宁愿从事《光明论》书写——这种书写从五个方面也被视为崇拜功修</w:t>
      </w:r>
      <w:r>
        <w:rPr>
          <w:rStyle w:val="FootnoteReference"/>
        </w:rPr>
        <w:footnoteReference w:id="29"/>
      </w:r>
      <w:r>
        <w:rPr>
          <w:rFonts w:ascii="Times New Roman" w:hAnsi="Times New Roman" w:eastAsia="Noto Serif SC" w:cs="Amiri"/>
          <w:lang w:val="zh-CN" w:eastAsia="zh-CN" w:bidi="ar-SA"/>
          <w:color w:val="000000"/>
          <w:rtl w:val="0"/>
        </w:rPr>
        <w:t>——而不做其他常诵功课的兄弟们，我要给你们讲述两段尊贵圣训中的一项精义。</w:t>
      </w:r>
    </w:p>
    <w:p>
      <w:r>
        <w:rPr>
          <w:rFonts w:ascii="Times New Roman" w:hAnsi="Times New Roman" w:eastAsia="Noto Serif SC" w:cs="Amiri"/>
          <w:lang w:val="zh-CN" w:eastAsia="zh-CN" w:bidi="ar-SA"/>
          <w:color w:val="000000"/>
          <w:rtl w:val="0"/>
        </w:rPr>
        <w:t>其一：</w:t>
      </w:r>
      <w:r>
        <w:rPr>
          <w:rFonts w:ascii="Amiri" w:hAnsi="Amiri" w:eastAsia="Amiri" w:cs="Amiri"/>
          <w:lang w:val="zh-CN" w:eastAsia="zh-CN" w:bidi="ar-SA"/>
          <w:rtl w:val="1"/>
          <w:cs w:val="1"/>
          <w:color w:val="000000"/>
          <w:sz w:val="24"/>
          <w:szCs w:val="24"/>
        </w:rPr>
        <w:t>ﻳُﻮﺯَﻥُ ﻣِﺪَﺍﺩُ ﺍﻟْﻌُﻠَﻤَﺎﺀِ ﺑِﺪِﻣَﺎﺀِ ﺍﻟﺸُّﻬَﺪَﺍﺀِ</w:t>
      </w:r>
      <w:r>
        <w:rPr>
          <w:rFonts w:ascii="Times New Roman" w:hAnsi="Times New Roman" w:eastAsia="Noto Serif SC" w:cs="Amiri"/>
          <w:lang w:val="zh-CN" w:eastAsia="zh-CN" w:bidi="ar-SA"/>
          <w:color w:val="000000"/>
          <w:rtl w:val="0"/>
        </w:rPr>
        <w:t>（学者们的墨水，将与殉道者们的鲜血一同称量，具有同等的分量与价值）—</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（或者正如他所说的那样；传述者以此表明对原话措辞所持的审慎）—也就是说：“在复起聚集之日，真正学者们所耗用的墨水，将与殉道者的鲜血相互衡量，具有同等的价值。”</w:t>
      </w:r>
    </w:p>
    <w:p>
      <w:r>
        <w:rPr>
          <w:rFonts w:ascii="Times New Roman" w:hAnsi="Times New Roman" w:eastAsia="Noto Serif SC" w:cs="Amiri"/>
          <w:lang w:val="zh-CN" w:eastAsia="zh-CN" w:bidi="ar-SA"/>
          <w:color w:val="000000"/>
          <w:rtl w:val="0"/>
        </w:rPr>
        <w:t>其二：</w:t>
      </w:r>
      <w:r>
        <w:rPr>
          <w:rFonts w:ascii="Amiri" w:hAnsi="Amiri" w:eastAsia="Amiri" w:cs="Amiri"/>
          <w:lang w:val="zh-CN" w:eastAsia="zh-CN" w:bidi="ar-SA"/>
          <w:rtl w:val="1"/>
          <w:cs w:val="1"/>
          <w:color w:val="000000"/>
          <w:sz w:val="24"/>
          <w:szCs w:val="24"/>
        </w:rPr>
        <w:t>ﻣَﻦْ ﺗَﻤَﺴَّﻚَ ﺑِﺴُﻨَّﺘ۪ﻰ ﻋِﻨْﺪَ ﻓَﺴَﺎﺩِ ﺍُﻣَّﺘ۪ﻰ ﻓَﻠَﻪُ ﺍَﺟْﺮُ ﻣِﺎَﺓِ ﺷَﻬ۪ﻴﺪٍ</w:t>
      </w:r>
      <w:r>
        <w:rPr>
          <w:rFonts w:ascii="Times New Roman" w:hAnsi="Times New Roman" w:eastAsia="Noto Serif SC" w:cs="Amiri"/>
          <w:lang w:val="zh-CN" w:eastAsia="zh-CN" w:bidi="ar-SA"/>
          <w:color w:val="000000"/>
          <w:rtl w:val="0"/>
        </w:rPr>
        <w:t>（当我的共同体陷于腐败之时，凡坚守我的圣行者，必得一百名殉道者的回赐）—</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（或者正如他所说的那样；传述者以此表明对原话措辞所持的审慎）—也就是说：“在异端与迷误蔓延的时代，凡是坚守尊贵圣行和《古兰经》真理并为之服务的人，都能获得一百名殉道者的回赐。”</w:t>
      </w:r>
    </w:p>
    <w:p>
      <w:r>
        <w:rPr>
          <w:rFonts w:ascii="Times New Roman" w:hAnsi="Times New Roman" w:eastAsia="Noto Serif SC" w:cs="Amiri"/>
          <w:lang w:val="zh-CN" w:eastAsia="zh-CN" w:bidi="ar-SA"/>
          <w:color w:val="000000"/>
          <w:rtl w:val="0"/>
        </w:rPr>
        <w:t>因懒惰习性而厌倦书写的、具有苏菲倾向的兄弟们啊！这两段圣训合起来表明：在这样的时代，那些为信仰诸真理、神圣律法诸奥义和尊贵圣行服务的、蒙受祝福而精纯的笔中流出的墨水，如同黑色的光明或生命之水；在复起聚集之日，其一迪尔汗，可当殉道者一百迪尔汗的血，为你们带来益处。所以，努力获取它吧。</w:t>
      </w:r>
    </w:p>
    <w:p>
      <w:pPr>
        <w:pStyle w:val="Heading2"/>
      </w:pPr>
      <w:r>
        <w:rPr>
          <w:rFonts w:ascii="Times New Roman" w:hAnsi="Times New Roman" w:eastAsia="Noto Serif SC" w:cs="Amiri"/>
          <w:lang w:val="zh-CN" w:eastAsia="zh-CN" w:bidi="ar-SA"/>
          <w:color w:val="000000"/>
          <w:rtl w:val="0"/>
        </w:rPr>
        <w:t>若你们说：</w:t>
      </w:r>
    </w:p>
    <w:p>
      <w:r>
        <w:rPr>
          <w:rFonts w:ascii="Times New Roman" w:hAnsi="Times New Roman" w:eastAsia="Noto Serif SC" w:cs="Amiri"/>
          <w:lang w:val="zh-CN" w:eastAsia="zh-CN" w:bidi="ar-SA"/>
          <w:color w:val="000000"/>
          <w:rtl w:val="0"/>
        </w:rPr>
        <w:t>圣训中有“学者”一词，而我们有些人只是抄写员。</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一个人若用一年时间，理解并接受地阅读这些论著和这些课程，就能成为这个时代一位重要而真正有学识的学者。即使他不理解，既然《光明论》的学生们有一个精神集体人格，那么毫无疑问，这个精神集体人格就是这个时代的一位学者。你们的笔，则是这个精神集体人格的手指。尽管在我自己看来并不配得，然而，基于你们对我的善意评价，你们把这个匮乏者置于导师的地位，并在从师求学方面给了他学者的位置，因而与他相连。由于我未受过读写教育，又没有自己的书记，你们的笔就算作我的笔；你们也会获得圣训所示的回赐。</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第二十二篇闪光</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（赞颂祂超绝一切缺欠） 谨将我这篇极为保密的短论，呈给伊斯帕尔塔公正的省长、司法部门和治安部门；它专属于我最亲密、最特别、最精纯的兄弟们，是二十二年前我在伊斯帕尔塔的巴尔拉乡写成的。它表明了自己与伊斯帕尔塔人民和政府的相关性，因此我将它呈上。如果认为合适，请用新字母或旧字母打字机打几份，好让那些二十五、三十年来一直探查我的秘密、监视我的人也明白：我们没有任何隐藏的秘密。而我们最隐秘的秘密，就是这篇论著；让他们知道吧！</w:t>
      </w:r>
    </w:p>
    <w:p>
      <w:pPr>
        <w:pStyle w:val="Heading3"/>
        <w:jc w:val="right"/>
      </w:pPr>
      <w:r>
        <w:rPr>
          <w:rFonts w:ascii="Times New Roman" w:hAnsi="Times New Roman" w:eastAsia="Noto Serif SC" w:cs="Amiri"/>
          <w:lang w:val="zh-CN" w:eastAsia="zh-CN" w:bidi="ar-SA"/>
          <w:color w:val="000000"/>
          <w:rtl w:val="0"/>
        </w:rPr>
        <w:t>赛义德·努尔西</w:t>
      </w:r>
    </w:p>
    <w:p>
      <w:pPr>
        <w:pStyle w:val="Heading2"/>
      </w:pPr>
      <w:r>
        <w:rPr>
          <w:rFonts w:ascii="Times New Roman" w:hAnsi="Times New Roman" w:eastAsia="Noto Serif SC" w:cs="Amiri"/>
          <w:lang w:val="zh-CN" w:eastAsia="zh-CN" w:bidi="ar-SA"/>
          <w:color w:val="000000"/>
          <w:rtl w:val="0"/>
        </w:rPr>
        <w:t>三项指示</w:t>
      </w:r>
    </w:p>
    <w:p>
      <w:r>
        <w:rPr>
          <w:rFonts w:ascii="Times New Roman" w:hAnsi="Times New Roman" w:eastAsia="Noto Serif SC" w:cs="Amiri"/>
          <w:lang w:val="zh-CN" w:eastAsia="zh-CN" w:bidi="ar-SA"/>
          <w:color w:val="000000"/>
          <w:rtl w:val="0"/>
        </w:rPr>
        <w:t>本篇原是《第十七闪光》第十七则附注的第三项论题，因其问题严峻而广泛、回答有力而精彩，遂成为《第三十一封书信》的第二十二闪光，编入《闪光辑》。《闪光集》应当收入这一闪光。本篇保密，专属于我们最特别、最精纯、最忠实的兄弟们。</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（奉Allah之名，依凭祂而行；祂是慈悯普及万物者，是至慈者） </w:t>
      </w:r>
      <w:r>
        <w:rPr>
          <w:rFonts w:ascii="Amiri" w:hAnsi="Amiri" w:eastAsia="Amiri" w:cs="Amiri"/>
          <w:lang w:val="zh-CN" w:eastAsia="zh-CN" w:bidi="ar-SA"/>
          <w:rtl w:val="1"/>
          <w:cs w:val="1"/>
          <w:color w:val="000000"/>
          <w:sz w:val="24"/>
          <w:szCs w:val="24"/>
        </w:rPr>
        <w:t>ﻭَﻣَﻦْ ﻳَﺘَﻮَﻛَّﻞْ ﻋَﻠَﻰ ﺍﻟﻠّٰﻪِ ﻓَﻬُﻮَ ﺣَﺴْﺒُﻪُ</w:t>
      </w:r>
      <w:r>
        <w:rPr>
          <w:rFonts w:ascii="Times New Roman" w:hAnsi="Times New Roman" w:eastAsia="Noto Serif SC" w:cs="Amiri"/>
          <w:lang w:val="zh-CN" w:eastAsia="zh-CN" w:bidi="ar-SA"/>
          <w:color w:val="000000"/>
          <w:rtl w:val="0"/>
        </w:rPr>
        <w:t xml:space="preserve">（谁托靠Allah，祂便足以成为他的依靠，满足他的一切需要） </w:t>
      </w:r>
      <w:r>
        <w:rPr>
          <w:rFonts w:ascii="Amiri" w:hAnsi="Amiri" w:eastAsia="Amiri" w:cs="Amiri"/>
          <w:lang w:val="zh-CN" w:eastAsia="zh-CN" w:bidi="ar-SA"/>
          <w:rtl w:val="1"/>
          <w:cs w:val="1"/>
          <w:color w:val="000000"/>
          <w:sz w:val="24"/>
          <w:szCs w:val="24"/>
        </w:rPr>
        <w:t>ﺍِﻥَّ ﺍﻟﻠّٰﻪَ ﺑَﺎﻟِﻎُ ﺍَﻣْﺮِﻩ۪</w:t>
      </w:r>
      <w:r>
        <w:rPr>
          <w:rFonts w:ascii="Times New Roman" w:hAnsi="Times New Roman" w:eastAsia="Noto Serif SC" w:cs="Amiri"/>
          <w:lang w:val="zh-CN" w:eastAsia="zh-CN" w:bidi="ar-SA"/>
          <w:color w:val="000000"/>
          <w:rtl w:val="0"/>
        </w:rPr>
        <w:t xml:space="preserve">（Allah必定实现自己的旨意，完成祂所决定的事） </w:t>
      </w:r>
      <w:r>
        <w:rPr>
          <w:rFonts w:ascii="Amiri" w:hAnsi="Amiri" w:eastAsia="Amiri" w:cs="Amiri"/>
          <w:lang w:val="zh-CN" w:eastAsia="zh-CN" w:bidi="ar-SA"/>
          <w:rtl w:val="1"/>
          <w:cs w:val="1"/>
          <w:color w:val="000000"/>
          <w:sz w:val="24"/>
          <w:szCs w:val="24"/>
        </w:rPr>
        <w:t>ﻗَﺪْ ﺟَﻌَﻞَ ﺍﻟﻠّٰﻪُ ﻟِﻜُﻞِّ ﺷَﻰْﺀٍ ﻗَﺪْﺭًﺍ</w:t>
      </w:r>
      <w:r>
        <w:rPr>
          <w:rFonts w:ascii="Times New Roman" w:hAnsi="Times New Roman" w:eastAsia="Noto Serif SC" w:cs="Amiri"/>
          <w:lang w:val="zh-CN" w:eastAsia="zh-CN" w:bidi="ar-SA"/>
          <w:color w:val="000000"/>
          <w:rtl w:val="0"/>
        </w:rPr>
        <w:t>（Allah确已为万物设定了度量、时限与分际） 本论题包含三项指示。</w:t>
      </w:r>
    </w:p>
    <w:p>
      <w:pPr>
        <w:pStyle w:val="Heading2"/>
      </w:pPr>
      <w:r>
        <w:rPr>
          <w:rFonts w:ascii="Times New Roman" w:hAnsi="Times New Roman" w:eastAsia="Noto Serif SC" w:cs="Amiri"/>
          <w:lang w:val="zh-CN" w:eastAsia="zh-CN" w:bidi="ar-SA"/>
          <w:color w:val="000000"/>
          <w:rtl w:val="0"/>
        </w:rPr>
        <w:t>第一项指示</w:t>
      </w:r>
    </w:p>
    <w:p>
      <w:r>
        <w:rPr>
          <w:rFonts w:ascii="Times New Roman" w:hAnsi="Times New Roman" w:eastAsia="Noto Serif SC" w:cs="Amiri"/>
          <w:lang w:val="zh-CN" w:eastAsia="zh-CN" w:bidi="ar-SA"/>
          <w:color w:val="000000"/>
          <w:rtl w:val="0"/>
        </w:rPr>
        <w:t>一个关于我本人和《光明论》的重要问题。</w:t>
      </w:r>
    </w:p>
    <w:p>
      <w:pPr>
        <w:pStyle w:val="Heading2"/>
      </w:pPr>
      <w:r>
        <w:rPr>
          <w:rFonts w:ascii="Times New Roman" w:hAnsi="Times New Roman" w:eastAsia="Noto Serif SC" w:cs="Amiri"/>
          <w:lang w:val="zh-CN" w:eastAsia="zh-CN" w:bidi="ar-SA"/>
          <w:color w:val="000000"/>
          <w:rtl w:val="0"/>
        </w:rPr>
        <w:t>许多人说：</w:t>
      </w:r>
    </w:p>
    <w:p>
      <w:r>
        <w:rPr>
          <w:rFonts w:ascii="Times New Roman" w:hAnsi="Times New Roman" w:eastAsia="Noto Serif SC" w:cs="Amiri"/>
          <w:lang w:val="zh-CN" w:eastAsia="zh-CN" w:bidi="ar-SA"/>
          <w:color w:val="000000"/>
          <w:rtl w:val="0"/>
        </w:rPr>
        <w:t>你并不介入逐世者的尘世事务，为什么他们却一有机会就干涉你的后世呢？何况任何国家的法律，都不会干涉弃绝尘世者和隐居者？</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新赛义德对这个问题的回答是沉默。新赛义德说：“让我的回答由Allah的预知与裁定来作出吧。”尽管如此，迫于无奈，他暂借的旧赛义德的头脑说道：回答这个问题的，应当是伊斯帕尔塔省的政府和这个省的人民。因为这个政府和这些人民，与这个问题底下含义的关系远比我更深。既然一个拥有数千成员的政府和一个拥有数十万成员的人民，必须替我思考并替我辩护，我为什么还要无谓地与指控者争辩、为自己辩护呢？因为我在这个省已经九年了，而且日益背向他们的尘世。我的任何状况都不再隐而不显；即使我最隐秘、最私密的论著，也已经到了政府和某些议员手中。</w:t>
      </w:r>
    </w:p>
    <w:p>
      <w:r>
        <w:rPr>
          <w:rFonts w:ascii="Times New Roman" w:hAnsi="Times New Roman" w:eastAsia="Noto Serif SC" w:cs="Amiri"/>
          <w:lang w:val="zh-CN" w:eastAsia="zh-CN" w:bidi="ar-SA"/>
          <w:color w:val="000000"/>
          <w:rtl w:val="0"/>
        </w:rPr>
        <w:t>假如我有任何会令逐世者惊惶忧虑的尘世介入行为，或是有任何插手搅扰的企图和念头，那么，这个省及各县的政府九年来一直密切关注、探查我，而我也毫不避讳地向来我身边的人说明我的种种秘密；在这种情况下，政府就不会对我保持沉默、不加干涉了。</w:t>
      </w:r>
    </w:p>
    <w:p>
      <w:r>
        <w:rPr>
          <w:rFonts w:ascii="Times New Roman" w:hAnsi="Times New Roman" w:eastAsia="Noto Serif SC" w:cs="Amiri"/>
          <w:lang w:val="zh-CN" w:eastAsia="zh-CN" w:bidi="ar-SA"/>
          <w:color w:val="000000"/>
          <w:rtl w:val="0"/>
        </w:rPr>
        <w:t>如果我有任何会损害人民和祖国的幸福与前途的罪责，那么九年来，从省长直到乡村派出所的指挥官，他们都要为此负责。他们为了使自己摆脱责任，面对那些把我的事小题大做的人，就必须大事化小，替我辩护。因此，我把这个问题的答复交给他们。</w:t>
      </w:r>
    </w:p>
    <w:p>
      <w:r>
        <w:rPr>
          <w:rFonts w:ascii="Times New Roman" w:hAnsi="Times New Roman" w:eastAsia="Noto Serif SC" w:cs="Amiri"/>
          <w:lang w:val="zh-CN" w:eastAsia="zh-CN" w:bidi="ar-SA"/>
          <w:color w:val="000000"/>
          <w:rtl w:val="0"/>
        </w:rPr>
        <w:t>至于这个省的人民，他们之所以总的来说比我更有义务为我辩护，原因在于：九年来，我们写成数以百计的论著，为这个既如兄弟又如朋友、且蒙受祝福的人民的永恒生命、信仰力量和人生幸福而工作，这些论著已实际地、具体地显示出影响；任何人都没有因这些论著而遭遇任何纷扰或损害，也没有从中看到任何出于私利的政治或尘世收益。</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（一切赞美与称颂都唯独归于Allah；万有自始至终都仰赖祂，而祂无求于任何事物） 这个伊斯帕尔塔省，借《光明论》，在信仰力量和宗教坚定性方面，获得了一种蒙福的地位，如同古代尊贵大马士革的蒙福，以及作为伊斯兰世界公共学府的埃及爱资哈尔清真寺的蒙福；在这个省，《光明论》使信仰的力量战胜冷漠，使对崇拜的热切战胜放荡，并赋予这个省一种超越所有其他省的敬虔美德。因此，这个省的所有人，当然都有义务为我和《光明论》辩护，即便假设其中某个无宗教信仰者也不例外。在他们极为重要的辩护权之中，我这一点微不足道的个人权利并不能促使我为自己辩护；因为像我这样已经完成任务的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（一切赞美与称颂都唯独归于Allah；万有自始至终都仰赖祂，而祂无求于任何事物） 已有数以千计的学生代替我这个无能者工作，而且正在工作。一个拥有如此数以千计诉讼代理人的人，不会亲自为自己的案件辩护。</w:t>
      </w:r>
    </w:p>
    <w:p>
      <w:pPr>
        <w:pStyle w:val="Heading2"/>
      </w:pPr>
      <w:r>
        <w:rPr>
          <w:rFonts w:ascii="Times New Roman" w:hAnsi="Times New Roman" w:eastAsia="Noto Serif SC" w:cs="Amiri"/>
          <w:lang w:val="zh-CN" w:eastAsia="zh-CN" w:bidi="ar-SA"/>
          <w:color w:val="000000"/>
          <w:rtl w:val="0"/>
        </w:rPr>
        <w:t>第二项指示</w:t>
      </w:r>
    </w:p>
    <w:p>
      <w:r>
        <w:rPr>
          <w:rFonts w:ascii="Times New Roman" w:hAnsi="Times New Roman" w:eastAsia="Noto Serif SC" w:cs="Amiri"/>
          <w:lang w:val="zh-CN" w:eastAsia="zh-CN" w:bidi="ar-SA"/>
          <w:color w:val="000000"/>
          <w:rtl w:val="0"/>
        </w:rPr>
        <w:t>对一个批评性问题的回答。</w:t>
      </w:r>
    </w:p>
    <w:p>
      <w:pPr>
        <w:pStyle w:val="Heading2"/>
      </w:pPr>
      <w:r>
        <w:rPr>
          <w:rFonts w:ascii="Times New Roman" w:hAnsi="Times New Roman" w:eastAsia="Noto Serif SC" w:cs="Amiri"/>
          <w:lang w:val="zh-CN" w:eastAsia="zh-CN" w:bidi="ar-SA"/>
          <w:color w:val="000000"/>
          <w:rtl w:val="0"/>
        </w:rPr>
        <w:t>逐世者说：</w:t>
      </w:r>
    </w:p>
    <w:p>
      <w:r>
        <w:rPr>
          <w:rFonts w:ascii="Times New Roman" w:hAnsi="Times New Roman" w:eastAsia="Noto Serif SC" w:cs="Amiri"/>
          <w:lang w:val="zh-CN" w:eastAsia="zh-CN" w:bidi="ar-SA"/>
          <w:color w:val="000000"/>
          <w:rtl w:val="0"/>
        </w:rPr>
        <w:t>你为什么对我们心怀怨怼？为什么从未向我们提出过一次申请，始终沉默？你又强烈抱怨我们，说：“你们在迫害我！”然而，我们有一项原则，也有作为这个时代要求的若干专门准则。你不肯让自己接受它们的实施。执行法律的人不算暴虐，不接受的人才是反叛。</w:t>
      </w:r>
    </w:p>
    <w:p>
      <w:r>
        <w:rPr>
          <w:rFonts w:ascii="Times New Roman" w:hAnsi="Times New Roman" w:eastAsia="Noto Serif SC" w:cs="Amiri"/>
          <w:lang w:val="zh-CN" w:eastAsia="zh-CN" w:bidi="ar-SA"/>
          <w:color w:val="000000"/>
          <w:rtl w:val="0"/>
        </w:rPr>
        <w:t>例如：在这个自由的时代，在我们刚刚进入的共和时期，以平等为原则、废除支配与强占的准则，已经成为我们的一部根本法；可是，你时而以教书先生的身份，时而以苦行者的姿态，赢得大众的瞩目，把人们的注意力吸引到自己身上，试图在政府影响之外取得一种力量、一种社会地位。这一点，从你的外在状况和旧日人生经历的种种迹象便可明白。这种情形——用现在的说法——在资产阶级专横的统治之下，也许显得可取。然而，我们接受了社会主义的各项原则，因为由平民阶层的觉醒和占优势而显现的彻底社会主义与布尔什维主义的原则，对我们更为有用；而你的姿态令我们难以容忍，违背我们的原则。所以，你无权抱怨或怨怪我们给你造成的这些困扰，不是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一个人在人类社会生活中开辟一条新路，如果其行为不符合宇宙中的创造定律，就不可能在善事和进步上获得成功。他的一切活动都会归入恶与破坏。既然必须使行为符合创造定律，那么，只有改变人类的禀赋，并消除人类被造时所具的根本智慧，才能实行绝对平等的法则。</w:t>
      </w:r>
    </w:p>
    <w:p>
      <w:r>
        <w:rPr>
          <w:rFonts w:ascii="Times New Roman" w:hAnsi="Times New Roman" w:eastAsia="Noto Serif SC" w:cs="Amiri"/>
          <w:lang w:val="zh-CN" w:eastAsia="zh-CN" w:bidi="ar-SA"/>
          <w:color w:val="000000"/>
          <w:rtl w:val="0"/>
        </w:rPr>
        <w:t>是的，论血统和人生境遇，我属于平民阶层。论性情和思想，我属于接受“法律上的平等”这条道路的人。出于怜爱，以及源自伊斯兰的公正奥义，我也属于自古以来一直反对所谓资产阶级的特权阶层之专制与支配的人。因此，我全力支持完全的公正，反对压迫、强占、支配与专制。</w:t>
      </w:r>
    </w:p>
    <w:p>
      <w:r>
        <w:rPr>
          <w:rFonts w:ascii="Times New Roman" w:hAnsi="Times New Roman" w:eastAsia="Noto Serif SC" w:cs="Amiri"/>
          <w:lang w:val="zh-CN" w:eastAsia="zh-CN" w:bidi="ar-SA"/>
          <w:color w:val="000000"/>
          <w:rtl w:val="0"/>
        </w:rPr>
        <w:t>然而，人类的天性和其中蕴含的智慧奥义，与绝对平等的法则相反。因为至睿的开创者Allah为了彰显祂权能与智慧的完善，从极少的事物中创造出众多产物，在一页之中写下众多书籍，又使一种事物承担众多职责；同样，祂也使人类这一族承担成千上万族类的职责。</w:t>
      </w:r>
    </w:p>
    <w:p>
      <w:r>
        <w:rPr>
          <w:rFonts w:ascii="Times New Roman" w:hAnsi="Times New Roman" w:eastAsia="Noto Serif SC" w:cs="Amiri"/>
          <w:lang w:val="zh-CN" w:eastAsia="zh-CN" w:bidi="ar-SA"/>
          <w:color w:val="000000"/>
          <w:rtl w:val="0"/>
        </w:rPr>
        <w:t>正是出于那至为宏大的奥义，至高无上的真实主宰Allah把人类创造成这样一种禀赋：它能结出成千上万族类的穗实，能显出与其他成千上万种动物一样众多的层次。不像其他动物，人的力量、精微官能和情感没有被设定界限；Allah放任它们自由，赋予人游历无数位阶的禀赋。因此，人虽本是一族，却具有成千上万族的地位，并因而成为大地的继任者、宇宙的成果和有生命者的君王。</w:t>
      </w:r>
    </w:p>
    <w:p>
      <w:r>
        <w:rPr>
          <w:rFonts w:ascii="Times New Roman" w:hAnsi="Times New Roman" w:eastAsia="Noto Serif SC" w:cs="Amiri"/>
          <w:lang w:val="zh-CN" w:eastAsia="zh-CN" w:bidi="ar-SA"/>
          <w:color w:val="000000"/>
          <w:rtl w:val="0"/>
        </w:rPr>
        <w:t>可见，人类多样性的最重要源泉和动力，是通过竞争而具有真实信仰的德行。要取消德行，只有改变人的本质、熄灭理智、杀死心灵并毁灭灵魂，才有可能。</w:t>
      </w:r>
    </w:p>
    <w:p>
      <w:r>
        <w:rPr>
          <w:rFonts w:ascii="Times New Roman" w:hAnsi="Times New Roman" w:eastAsia="Noto Serif SC" w:cs="Amiri"/>
          <w:lang w:val="zh-CN" w:eastAsia="zh-CN" w:bidi="ar-SA"/>
          <w:color w:val="000000"/>
          <w:rtl w:val="0"/>
        </w:rPr>
        <w:t>的确，这句成熟完善的话，本应击向这个时代残忍的面孔——它在自由的帷幕下带着可怕的专制；然而，它却被错误地掷向一位极重要、却绝不配受这记耳光的人物的脸上：</w:t>
      </w:r>
    </w:p>
    <w:p>
      <w:pPr>
        <w:pStyle w:val="Heading2"/>
      </w:pPr>
      <w:r>
        <w:rPr>
          <w:rFonts w:ascii="Times New Roman" w:hAnsi="Times New Roman" w:eastAsia="Noto Serif SC" w:cs="Amiri"/>
          <w:lang w:val="zh-CN" w:eastAsia="zh-CN" w:bidi="ar-SA"/>
          <w:color w:val="000000"/>
          <w:rtl w:val="0"/>
        </w:rPr>
        <w:t>凭压迫与不公，怎能消灭自由</w:t>
      </w:r>
    </w:p>
    <w:p>
      <w:r>
        <w:rPr>
          <w:rFonts w:ascii="Times New Roman" w:hAnsi="Times New Roman" w:eastAsia="Noto Serif SC" w:cs="Amiri"/>
          <w:lang w:val="zh-CN" w:eastAsia="zh-CN" w:bidi="ar-SA"/>
          <w:color w:val="000000"/>
          <w:rtl w:val="0"/>
        </w:rPr>
        <w:t>若有能力，你就尽力从人性中除去理智吧。</w:t>
      </w:r>
    </w:p>
    <w:p>
      <w:r>
        <w:rPr>
          <w:rFonts w:ascii="Times New Roman" w:hAnsi="Times New Roman" w:eastAsia="Noto Serif SC" w:cs="Amiri"/>
          <w:lang w:val="zh-CN" w:eastAsia="zh-CN" w:bidi="ar-SA"/>
          <w:color w:val="000000"/>
          <w:rtl w:val="0"/>
        </w:rPr>
        <w:t>为了把这句话换成击向这个时代面孔的话，我也说：</w:t>
      </w:r>
    </w:p>
    <w:p>
      <w:pPr>
        <w:pStyle w:val="Heading2"/>
      </w:pPr>
      <w:r>
        <w:rPr>
          <w:rFonts w:ascii="Times New Roman" w:hAnsi="Times New Roman" w:eastAsia="Noto Serif SC" w:cs="Amiri"/>
          <w:lang w:val="zh-CN" w:eastAsia="zh-CN" w:bidi="ar-SA"/>
          <w:color w:val="000000"/>
          <w:rtl w:val="0"/>
        </w:rPr>
        <w:t>凭压迫与不公，怎能消灭真理</w:t>
      </w:r>
    </w:p>
    <w:p>
      <w:r>
        <w:rPr>
          <w:rFonts w:ascii="Times New Roman" w:hAnsi="Times New Roman" w:eastAsia="Noto Serif SC" w:cs="Amiri"/>
          <w:lang w:val="zh-CN" w:eastAsia="zh-CN" w:bidi="ar-SA"/>
          <w:color w:val="000000"/>
          <w:rtl w:val="0"/>
        </w:rPr>
        <w:t>若有能力，你就尽力从人性中除去心灵吧。</w:t>
      </w:r>
    </w:p>
    <w:p>
      <w:pPr>
        <w:pStyle w:val="Heading2"/>
      </w:pPr>
      <w:r>
        <w:rPr>
          <w:rFonts w:ascii="Times New Roman" w:hAnsi="Times New Roman" w:eastAsia="Noto Serif SC" w:cs="Amiri"/>
          <w:lang w:val="zh-CN" w:eastAsia="zh-CN" w:bidi="ar-SA"/>
          <w:color w:val="000000"/>
          <w:rtl w:val="0"/>
        </w:rPr>
        <w:t>或者：</w:t>
      </w:r>
    </w:p>
    <w:p>
      <w:pPr>
        <w:pStyle w:val="Heading2"/>
      </w:pPr>
      <w:r>
        <w:rPr>
          <w:rFonts w:ascii="Times New Roman" w:hAnsi="Times New Roman" w:eastAsia="Noto Serif SC" w:cs="Amiri"/>
          <w:lang w:val="zh-CN" w:eastAsia="zh-CN" w:bidi="ar-SA"/>
          <w:color w:val="000000"/>
          <w:rtl w:val="0"/>
        </w:rPr>
        <w:t>凭压迫与不公，怎能消灭德行</w:t>
      </w:r>
    </w:p>
    <w:p>
      <w:r>
        <w:rPr>
          <w:rFonts w:ascii="Times New Roman" w:hAnsi="Times New Roman" w:eastAsia="Noto Serif SC" w:cs="Amiri"/>
          <w:lang w:val="zh-CN" w:eastAsia="zh-CN" w:bidi="ar-SA"/>
          <w:color w:val="000000"/>
          <w:rtl w:val="0"/>
        </w:rPr>
        <w:t>若有能力，你就尽力从人性中除去良知吧。</w:t>
      </w:r>
    </w:p>
    <w:p>
      <w:r>
        <w:rPr>
          <w:rFonts w:ascii="Times New Roman" w:hAnsi="Times New Roman" w:eastAsia="Noto Serif SC" w:cs="Amiri"/>
          <w:lang w:val="zh-CN" w:eastAsia="zh-CN" w:bidi="ar-SA"/>
          <w:color w:val="000000"/>
          <w:rtl w:val="0"/>
        </w:rPr>
        <w:t>的确，有信仰的德行不会成为支配的工具，也不可能成为专制的缘由。施行支配与强占，正是无德。尤其是有德者最重要的道路，是带着无力、匮乏与谦逊，参与人类社会生活。</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（一切赞美与称颂都唯独归于Allah；万有自始至终都仰赖祂，而祂无求于任何事物） 我们的生命一直在这条道路上延续，如今仍在延续。我并不以夸耀的姿态声称自己有德。但为了述说Allah的恩赐，怀着感恩的意图，我要说：</w:t>
      </w:r>
    </w:p>
    <w:p>
      <w:r>
        <w:rPr>
          <w:rFonts w:ascii="Times New Roman" w:hAnsi="Times New Roman" w:eastAsia="Noto Serif SC" w:cs="Amiri"/>
          <w:lang w:val="zh-CN" w:eastAsia="zh-CN" w:bidi="ar-SA"/>
          <w:color w:val="000000"/>
          <w:rtl w:val="0"/>
        </w:rPr>
        <w:t>至高无上的真实主宰Allah以祂的恩泽与慷慨，赐予我研习并理解信仰与《古兰经》诸学问的德行。</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（一切赞美与称颂都唯独归于Allah；万有自始至终都仰赖祂，而祂无求于任何事物） 在我整个一生中，借Allah的襄助，我把这份神圣恩赐用于这个伊斯兰共同体的利益和幸福；它从未成为支配与强占的工具。甚至，许多疏忽遗忘者所追求的大众瞩目和人们的嘉许接纳，也因一项重要奥义而为我所憎恶；我躲避它们。因为它们耗费了我二十年的昔日生活，我把它们视为对自己有害。不过，我把人们对《光明论》的赞赏看作它们的一种迹象，所以并不使他们对我心生怨怼。</w:t>
      </w:r>
    </w:p>
    <w:p>
      <w:r>
        <w:rPr>
          <w:rFonts w:ascii="Times New Roman" w:hAnsi="Times New Roman" w:eastAsia="Noto Serif SC" w:cs="Amiri"/>
          <w:lang w:val="zh-CN" w:eastAsia="zh-CN" w:bidi="ar-SA"/>
          <w:color w:val="000000"/>
          <w:rtl w:val="0"/>
        </w:rPr>
        <w:t>逐世者啊，请看！我完全没有介入你们的尘世，与你们的原则没有任何接触，并且，以我在拘禁中度过的这九年生活为证，我毫无重新介入尘世的意图和愿望；在这种情况下，你们把我当作一个旧日的强占者、一个总在等待机会、怀有专制和支配念头的人，对我进行如此多的监视和压迫，依据的是哪条法律？为的是何种利益？世上没有任何政府允许这种超越法律、且任何个人都不会赞同的行为；然而，面对你们对我施加的这么多恶劣待遇，不仅我会怨怪，倘若人类知道，连人类也会怨怪，甚至宇宙也正在怨怪！……</w:t>
      </w:r>
    </w:p>
    <w:p>
      <w:pPr>
        <w:pStyle w:val="Heading2"/>
      </w:pPr>
      <w:r>
        <w:rPr>
          <w:rFonts w:ascii="Times New Roman" w:hAnsi="Times New Roman" w:eastAsia="Noto Serif SC" w:cs="Amiri"/>
          <w:lang w:val="zh-CN" w:eastAsia="zh-CN" w:bidi="ar-SA"/>
          <w:color w:val="000000"/>
          <w:rtl w:val="0"/>
        </w:rPr>
        <w:t>第三项指示</w:t>
      </w:r>
    </w:p>
    <w:p>
      <w:r>
        <w:rPr>
          <w:rFonts w:ascii="Times New Roman" w:hAnsi="Times New Roman" w:eastAsia="Noto Serif SC" w:cs="Amiri"/>
          <w:lang w:val="zh-CN" w:eastAsia="zh-CN" w:bidi="ar-SA"/>
          <w:color w:val="000000"/>
          <w:rtl w:val="0"/>
        </w:rPr>
        <w:t>一个诡辩得近乎疯言疯语的问题。</w:t>
      </w:r>
    </w:p>
    <w:p>
      <w:pPr>
        <w:pStyle w:val="Heading2"/>
      </w:pPr>
      <w:r>
        <w:rPr>
          <w:rFonts w:ascii="Times New Roman" w:hAnsi="Times New Roman" w:eastAsia="Noto Serif SC" w:cs="Amiri"/>
          <w:lang w:val="zh-CN" w:eastAsia="zh-CN" w:bidi="ar-SA"/>
          <w:color w:val="000000"/>
          <w:rtl w:val="0"/>
        </w:rPr>
        <w:t>一些执政者说：</w:t>
      </w:r>
    </w:p>
    <w:p>
      <w:r>
        <w:rPr>
          <w:rFonts w:ascii="Times New Roman" w:hAnsi="Times New Roman" w:eastAsia="Noto Serif SC" w:cs="Amiri"/>
          <w:lang w:val="zh-CN" w:eastAsia="zh-CN" w:bidi="ar-SA"/>
          <w:color w:val="000000"/>
          <w:rtl w:val="0"/>
        </w:rPr>
        <w:t>既然你留在这个国家，就应当服从这个国家的共和法律；你为什么却借隐居的帷幕，使自己置身于那些法律之外？例如：按照现政府的法律，一个人在职责之外，把某种优越、某种德行加在自己身上，借以支配一部分民众并施展自己的影响，这与以平等原则为依据的共和国的一项准则是相悖的。你没有公职，为什么却让别人吻你的手？你为什么摆出自我炫耀的姿态，好让民众听你的？</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执行法律的人，必须先把法律应用于自己，然后才能应用于别人。你们把自己都不施行的准则拿来施行于别人，首先就是你们在破坏并违背自己的准则和法律。因为你们要求把这条绝对平等的法律实施于我，而我要说：</w:t>
      </w:r>
    </w:p>
    <w:p>
      <w:r>
        <w:rPr>
          <w:rFonts w:ascii="Times New Roman" w:hAnsi="Times New Roman" w:eastAsia="Noto Serif SC" w:cs="Amiri"/>
          <w:lang w:val="zh-CN" w:eastAsia="zh-CN" w:bidi="ar-SA"/>
          <w:color w:val="000000"/>
          <w:rtl w:val="0"/>
        </w:rPr>
        <w:t>什么时候，一个士兵能够登上元帅的社会地位，分享民众对那位元帅所表示的尊敬和瞩目，并像他一样受到这种瞩目和尊敬；或者，那位元帅变得像那个士兵一样平凡，处于那个士兵不起眼的境地，除了职务之外再无任何重要性；并且，如果一位最聪明、能为一支军队带来胜利的总参谋长，在大众瞩目、尊敬和爱戴上，与一个最愚笨的士兵完全平等；到那个时候，你们才可以依照你们这条平等法律的规定，对我说：“不要自称教书先生！不要接受尊敬！否认你的德行！服侍你的仆人！与乞丐为伍！”</w:t>
      </w:r>
    </w:p>
    <w:p>
      <w:pPr>
        <w:pStyle w:val="Heading2"/>
      </w:pPr>
      <w:r>
        <w:rPr>
          <w:rFonts w:ascii="Times New Roman" w:hAnsi="Times New Roman" w:eastAsia="Noto Serif SC" w:cs="Amiri"/>
          <w:lang w:val="zh-CN" w:eastAsia="zh-CN" w:bidi="ar-SA"/>
          <w:color w:val="000000"/>
          <w:rtl w:val="0"/>
        </w:rPr>
        <w:t>若你们说：</w:t>
      </w:r>
    </w:p>
    <w:p>
      <w:r>
        <w:rPr>
          <w:rFonts w:ascii="Times New Roman" w:hAnsi="Times New Roman" w:eastAsia="Noto Serif SC" w:cs="Amiri"/>
          <w:lang w:val="zh-CN" w:eastAsia="zh-CN" w:bidi="ar-SA"/>
          <w:color w:val="000000"/>
          <w:rtl w:val="0"/>
        </w:rPr>
        <w:t>这种尊敬、地位和瞩目，只属于在职之时，是在职者专有的。你是个无职之人，不能像在职者一样接受民众的尊敬！</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如果人只是一具躯体，如果人能不死而永远留在世上，如果坟墓之门关闭，如果死亡被消灭，如果职责只剩下军人和行政官员专有，那么你们的话才有几分意义。然而，既然人并非仅仅由躯体组成，那么，为了喂养躯体，就不能把心灵、舌头、理智和头脑割下，喂给那具躯体，也不能把它们消灭。它们也需要治理。</w:t>
      </w:r>
    </w:p>
    <w:p>
      <w:r>
        <w:rPr>
          <w:rFonts w:ascii="Times New Roman" w:hAnsi="Times New Roman" w:eastAsia="Noto Serif SC" w:cs="Amiri"/>
          <w:lang w:val="zh-CN" w:eastAsia="zh-CN" w:bidi="ar-SA"/>
          <w:color w:val="000000"/>
          <w:rtl w:val="0"/>
        </w:rPr>
        <w:t>既然坟墓之门不会关闭，既然对坟墓另一边前途的忧虑，是每个人最重大的问题，那么，依靠民众服从与尊敬的职责，当然就不只限于有关民众尘世生活的社会、政治和军事职责。</w:t>
      </w:r>
    </w:p>
    <w:p>
      <w:r>
        <w:rPr>
          <w:rFonts w:ascii="Times New Roman" w:hAnsi="Times New Roman" w:eastAsia="Noto Serif SC" w:cs="Amiri"/>
          <w:lang w:val="zh-CN" w:eastAsia="zh-CN" w:bidi="ar-SA"/>
          <w:color w:val="000000"/>
          <w:rtl w:val="0"/>
        </w:rPr>
        <w:t xml:space="preserve">的确，正如给旅行者签发旅行证件是一项职责，为走向永恒一方的旅行者既提供证件，又在那条黑暗道路上给予光明，也是这样一项职责；没有任何职责像它那样重要。否认这样一种职责，就等于否认死亡，等于否认每天三万名见证者的证言——他们以自身葬礼的印记，签署并证实 </w:t>
      </w:r>
      <w:r>
        <w:rPr>
          <w:rFonts w:ascii="Amiri" w:hAnsi="Amiri" w:eastAsia="Amiri" w:cs="Amiri"/>
          <w:lang w:val="zh-CN" w:eastAsia="zh-CN" w:bidi="ar-SA"/>
          <w:rtl w:val="1"/>
          <w:cs w:val="1"/>
          <w:color w:val="000000"/>
          <w:sz w:val="24"/>
          <w:szCs w:val="24"/>
        </w:rPr>
        <w:t>ﺍَﻟْﻤَﻮْﺕُ ﺣَﻖٌّ</w:t>
      </w:r>
      <w:r>
        <w:rPr>
          <w:rFonts w:ascii="Times New Roman" w:hAnsi="Times New Roman" w:eastAsia="Noto Serif SC" w:cs="Amiri"/>
          <w:lang w:val="zh-CN" w:eastAsia="zh-CN" w:bidi="ar-SA"/>
          <w:color w:val="000000"/>
          <w:rtl w:val="0"/>
        </w:rPr>
        <w:t>（死亡确是真实无疑的真理） 这一宣言。</w:t>
      </w:r>
    </w:p>
    <w:p>
      <w:r>
        <w:rPr>
          <w:rFonts w:ascii="Times New Roman" w:hAnsi="Times New Roman" w:eastAsia="Noto Serif SC" w:cs="Amiri"/>
          <w:lang w:val="zh-CN" w:eastAsia="zh-CN" w:bidi="ar-SA"/>
          <w:color w:val="000000"/>
          <w:rtl w:val="0"/>
        </w:rPr>
        <w:t>既然存在以种种必需的精神需求为依据的精神职责，而这些职责中最重要的，便是信仰以及对信仰的教导和加固——信仰是通往永恒之路上的护照纸页，是中间世界黑暗中心灵的袖珍灯，是永恒幸福的钥匙——那么，履行这职责的有真知者，绝不会以忘恩负义的方式，把Allah赐给自己的恩赐和信仰德行视作无物，从而堕落到轻浮者和悖逆者的地位；他也不会让低下者的异端和放荡玷污自己！你们所不喜欢、并误以为不平等的隐居，正是为此。</w:t>
      </w:r>
    </w:p>
    <w:p>
      <w:r>
        <w:rPr>
          <w:rFonts w:ascii="Times New Roman" w:hAnsi="Times New Roman" w:eastAsia="Noto Serif SC" w:cs="Amiri"/>
          <w:lang w:val="zh-CN" w:eastAsia="zh-CN" w:bidi="ar-SA"/>
          <w:color w:val="000000"/>
          <w:rtl w:val="0"/>
        </w:rPr>
        <w:t>正是本着这一真理，我不是对你们这些人说话——你们用酷刑折磨我，在自我主张和破坏这条平等法律上，已走到法老般的狂妄程度。因为对狂妄者谦逊，会被看作卑躬屈节，所以不应当谦逊。我要说的，是其中公正、谦逊而公平的那一部分人：</w:t>
      </w:r>
    </w:p>
    <w:p>
      <w:r>
        <w:rPr>
          <w:rFonts w:ascii="Times New Roman" w:hAnsi="Times New Roman" w:eastAsia="Noto Serif SC" w:cs="Amiri"/>
          <w:lang w:val="zh-CN" w:eastAsia="zh-CN" w:bidi="ar-SA"/>
          <w:color w:val="000000"/>
          <w:rtl w:val="0"/>
        </w:rPr>
        <w:t>我，</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（一切赞美与称颂都唯独归于Allah；万有自始至终都仰赖祂，而祂无求于任何事物） 知道自己的过错和无力。我从不企求在穆斯林之上获得一个狂妄的受尊敬地位；相反，我时刻看见自己无尽的过错和微不足道，在恳求Allah宽恕中得到慰藉；我请求人们的不是尊敬，而是祈祷。我想，我的所有朋友都知道我的这条道路。</w:t>
      </w:r>
    </w:p>
    <w:p>
      <w:r>
        <w:rPr>
          <w:rFonts w:ascii="Times New Roman" w:hAnsi="Times New Roman" w:eastAsia="Noto Serif SC" w:cs="Amiri"/>
          <w:lang w:val="zh-CN" w:eastAsia="zh-CN" w:bidi="ar-SA"/>
          <w:color w:val="000000"/>
          <w:rtl w:val="0"/>
        </w:rPr>
        <w:t>只有这样一点：在服务至睿《古兰经》的过程中，在讲授信仰诸真理之时，为了那些真理和《古兰经》的尊严，我在授课时维护那地位所要求的尊严与学问的庄重；为了不向迷误者低头，我暂时采取那种有尊严的姿态。我想，逐世者的法律绝不可能有权反对这些要点！</w:t>
      </w:r>
    </w:p>
    <w:p>
      <w:pPr>
        <w:pStyle w:val="Heading2"/>
      </w:pPr>
      <w:r>
        <w:rPr>
          <w:rFonts w:ascii="Times New Roman" w:hAnsi="Times New Roman" w:eastAsia="Noto Serif SC" w:cs="Amiri"/>
          <w:lang w:val="zh-CN" w:eastAsia="zh-CN" w:bidi="ar-SA"/>
          <w:color w:val="000000"/>
          <w:rtl w:val="0"/>
        </w:rPr>
        <w:t>一种令人惊奇的对待方式：</w:t>
      </w:r>
    </w:p>
    <w:p>
      <w:r>
        <w:rPr>
          <w:rFonts w:ascii="Times New Roman" w:hAnsi="Times New Roman" w:eastAsia="Noto Serif SC" w:cs="Amiri"/>
          <w:lang w:val="zh-CN" w:eastAsia="zh-CN" w:bidi="ar-SA"/>
          <w:color w:val="000000"/>
          <w:rtl w:val="0"/>
        </w:rPr>
        <w:t>众所周知，无论何处，有教养的人都从真知与学问的角度作判断。他们在哪里、在谁身上看见真知与学问，就会出于自己的道路，对其怀有友谊和尊敬。甚至，如果敌国的一位教授来到这个国家，有教养的人也会为尊重他的学问和真知而拜访他、尊敬他。</w:t>
      </w:r>
    </w:p>
    <w:p>
      <w:r>
        <w:rPr>
          <w:rFonts w:ascii="Times New Roman" w:hAnsi="Times New Roman" w:eastAsia="Noto Serif SC" w:cs="Amiri"/>
          <w:lang w:val="zh-CN" w:eastAsia="zh-CN" w:bidi="ar-SA"/>
          <w:color w:val="000000"/>
          <w:rtl w:val="0"/>
        </w:rPr>
        <w:t>然而，英国人最高学术机构曾向伊斯兰宗教事务总署请教六个问题，并要求以六百个词作答；当时，一位有真知者遭受此地知识界的不敬，却用六个词回答了那六问，并获得赞赏。他以真正的学问和真知，反驳外国最重要的思想以及智者们最根本的原则，并战胜它们；他凭从《古兰经》获得的真知与学问之力，向欧洲哲学家挑战；自由颁布前六个月，他在伊斯坦布尔同时邀请宗教学者和新式学校师生参加辩论，自己不发一问，却完整而正确地回答了他们的问题</w:t>
      </w:r>
      <w:r>
        <w:rPr>
          <w:rStyle w:val="FootnoteReference"/>
        </w:rPr>
        <w:footnoteReference w:id="30"/>
      </w:r>
      <w:r>
        <w:rPr>
          <w:rFonts w:ascii="Times New Roman" w:hAnsi="Times New Roman" w:eastAsia="Noto Serif SC" w:cs="Amiri"/>
          <w:lang w:val="zh-CN" w:eastAsia="zh-CN" w:bidi="ar-SA"/>
          <w:color w:val="000000"/>
          <w:rtl w:val="0"/>
        </w:rPr>
        <w:t>。他把自己的整个一生奉献给这个民族的幸福，用民族所用的土耳其语发表了数以百计的论著，启迪这个民族。对于这样一位既是同胞、又是教友、既是朋友、又是兄弟的有真知者，最加以烦扰、对他心怀敌意甚至不敬的，却是某些隶属于教育部门的人和少数官方教书先生。</w:t>
      </w:r>
    </w:p>
    <w:p>
      <w:r>
        <w:rPr>
          <w:rFonts w:ascii="Times New Roman" w:hAnsi="Times New Roman" w:eastAsia="Noto Serif SC" w:cs="Amiri"/>
          <w:lang w:val="zh-CN" w:eastAsia="zh-CN" w:bidi="ar-SA"/>
          <w:color w:val="000000"/>
          <w:rtl w:val="0"/>
        </w:rPr>
        <w:t>那么，你说说，这种情形算什么？这是文明吗？是崇尚知识吗？是热爱祖国吗？是热爱民族吗？是热爱共和吗？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（绝不如此）！什么都不是，完全不是。毋宁说，这是Allah的一项预知与裁定：那预知与裁定使这位有真知者从他期待友谊的地方遭遇了敌意，好让他的学问不因尊敬而流入虚伪，并使他获得精纯之境。</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在我看来，这是一场令人惊异、也值得感恩的攻击：</w:t>
      </w:r>
    </w:p>
    <w:p>
      <w:r>
        <w:rPr>
          <w:rFonts w:ascii="Times New Roman" w:hAnsi="Times New Roman" w:eastAsia="Noto Serif SC" w:cs="Amiri"/>
          <w:lang w:val="zh-CN" w:eastAsia="zh-CN" w:bidi="ar-SA"/>
          <w:color w:val="000000"/>
          <w:rtl w:val="0"/>
        </w:rPr>
        <w:t>这些逐世者有着异常强烈的自我主张，在涉及自我主张的事情上，他们竟敏感到这种程度：倘若那是有意识的，便堪称一种非凡恩迹，或是一种伟大天才之举。那情形是这样的：</w:t>
      </w:r>
    </w:p>
    <w:p>
      <w:r>
        <w:rPr>
          <w:rFonts w:ascii="Times New Roman" w:hAnsi="Times New Roman" w:eastAsia="Noto Serif SC" w:cs="Amiri"/>
          <w:lang w:val="zh-CN" w:eastAsia="zh-CN" w:bidi="ar-SA"/>
          <w:color w:val="000000"/>
          <w:rtl w:val="0"/>
        </w:rPr>
        <w:t>我的自我和理智都未察觉的一丝沽名钓誉的自我主张，他们却仿佛凭自我主张的敏锐天秤察觉到了，并以极其猛烈的方式，迎击连我自己都未曾感觉的自我主张。在这八九年间，我有八九次这样的经验：每次他们残暴地对待我之后，我都会思索Allah的预知与裁定，追问“祂为什么让这些人来侵扰我”，并搜寻自我的种种诡计。每一次我都明白：或是我的自我在无意识中依本性倾向了自我主张，或是它明知如此而欺骗了我。那时我便说：“Allah的预知与裁定，已在那些暴虐者的迫害之中，对我施行了公正。”</w:t>
      </w:r>
    </w:p>
    <w:p>
      <w:r>
        <w:rPr>
          <w:rFonts w:ascii="Times New Roman" w:hAnsi="Times New Roman" w:eastAsia="Noto Serif SC" w:cs="Amiri"/>
          <w:lang w:val="zh-CN" w:eastAsia="zh-CN" w:bidi="ar-SA"/>
          <w:color w:val="000000"/>
          <w:rtl w:val="0"/>
        </w:rPr>
        <w:t>例如，今年夏天，朋友们让我骑上一匹骏马，我前往一处游赏之地。我的自我在无意识中萌生出一种自我炫耀的享乐欲望，逐世者便极为猛烈地迎击这个愿望，不仅斩断了那个隐秘的愿望，也使我的许多其他欲望都消沉殆尽。</w:t>
      </w:r>
    </w:p>
    <w:p>
      <w:r>
        <w:rPr>
          <w:rFonts w:ascii="Times New Roman" w:hAnsi="Times New Roman" w:eastAsia="Noto Serif SC" w:cs="Amiri"/>
          <w:lang w:val="zh-CN" w:eastAsia="zh-CN" w:bidi="ar-SA"/>
          <w:color w:val="000000"/>
          <w:rtl w:val="0"/>
        </w:rPr>
        <w:t>甚至，再如这一次斋月之后，古代一位极其伟大而神圣的领头学者以来自幽隐的非凡恩迹向我表示眷顾；此后，在兄弟们的敬虔与真诚，以及来访者的尊敬和善意看待之中，我的自我竟在我毫不知情时，想要摆出一种自负的姿态，仿佛怀着感恩，实则在这帷幕下沽名钓誉、主张自我。突然，这些逐世者以无比敏锐的感觉，甚至连沽名钓誉的微粒也能察觉一般，骤然向我发起攻击。我感恩至高无上的真实主宰Allah，因为他们的迫害成了我获得真诚的凭借。</w:t>
      </w:r>
      <w:r>
        <w:rPr>
          <w:rFonts w:ascii="Amiri" w:hAnsi="Amiri" w:eastAsia="Amiri" w:cs="Amiri"/>
          <w:lang w:val="zh-CN" w:eastAsia="zh-CN" w:bidi="ar-SA"/>
          <w:rtl w:val="1"/>
          <w:cs w:val="1"/>
          <w:color w:val="000000"/>
          <w:sz w:val="24"/>
          <w:szCs w:val="24"/>
        </w:rPr>
        <w:t>ﺭَﺏِّ ﺍَﻋُﻮﺫُ ﺑِﻚَ ﻣِﻦْ ﻫَﻤَﺰَﺍﺕِ ﺍﻟﺸَّﻴَﺎﻃ۪ﻴﻦِ</w:t>
      </w:r>
      <w:r>
        <w:rPr>
          <w:rFonts w:ascii="Times New Roman" w:hAnsi="Times New Roman" w:eastAsia="Noto Serif SC" w:cs="Amiri"/>
          <w:lang w:val="zh-CN" w:eastAsia="zh-CN" w:bidi="ar-SA"/>
          <w:color w:val="000000"/>
          <w:rtl w:val="0"/>
        </w:rPr>
        <w:t xml:space="preserve">（我的养育并主宰者啊，我求您庇护，使我免遭众恶魔的挑唆与侵扰） </w:t>
      </w:r>
      <w:r>
        <w:rPr>
          <w:rFonts w:ascii="Amiri" w:hAnsi="Amiri" w:eastAsia="Amiri" w:cs="Amiri"/>
          <w:lang w:val="zh-CN" w:eastAsia="zh-CN" w:bidi="ar-SA"/>
          <w:rtl w:val="1"/>
          <w:cs w:val="1"/>
          <w:color w:val="000000"/>
          <w:sz w:val="24"/>
          <w:szCs w:val="24"/>
        </w:rPr>
        <w:t>٭ ﻭَﺍَﻋُﻮﺫُ ﺑِﻚَ ﺭَﺏِّ ﺍَﻥْ ﻳَﺤْﻀُﺮُﻭﻥِ</w:t>
      </w:r>
      <w:r>
        <w:rPr>
          <w:rFonts w:ascii="Times New Roman" w:hAnsi="Times New Roman" w:eastAsia="Noto Serif SC" w:cs="Amiri"/>
          <w:lang w:val="zh-CN" w:eastAsia="zh-CN" w:bidi="ar-SA"/>
          <w:color w:val="000000"/>
          <w:rtl w:val="0"/>
        </w:rPr>
        <w:t xml:space="preserve">（我也求您庇护，我的养育并主宰者啊，莫让它们来到我的身旁） </w:t>
      </w:r>
      <w:r>
        <w:rPr>
          <w:rFonts w:ascii="Amiri" w:hAnsi="Amiri" w:eastAsia="Amiri" w:cs="Amiri"/>
          <w:lang w:val="zh-CN" w:eastAsia="zh-CN" w:bidi="ar-SA"/>
          <w:rtl w:val="1"/>
          <w:cs w:val="1"/>
          <w:color w:val="000000"/>
          <w:sz w:val="24"/>
          <w:szCs w:val="24"/>
        </w:rPr>
        <w:t>ﺍَﻟﻠّٰﻬُﻢَّ ﻳَﺎ ﺣَﺎﻓِﻆُ ﻳَﺎ ﺣَﻔ۪ﻴﻆُ ﻳَﺎ ﺧَﻴْﺮَ ﺍﻟْﺤَﺎﻓِﻈ۪ﻴﻦَ</w:t>
      </w:r>
      <w:r>
        <w:rPr>
          <w:rFonts w:ascii="Times New Roman" w:hAnsi="Times New Roman" w:eastAsia="Noto Serif SC" w:cs="Amiri"/>
          <w:lang w:val="zh-CN" w:eastAsia="zh-CN" w:bidi="ar-SA"/>
          <w:color w:val="000000"/>
          <w:rtl w:val="0"/>
        </w:rPr>
        <w:t xml:space="preserve">（Allah啊，护佑者啊，至为看护者啊，一切护佑者中最善者啊） </w:t>
      </w:r>
      <w:r>
        <w:rPr>
          <w:rFonts w:ascii="Amiri" w:hAnsi="Amiri" w:eastAsia="Amiri" w:cs="Amiri"/>
          <w:lang w:val="zh-CN" w:eastAsia="zh-CN" w:bidi="ar-SA"/>
          <w:rtl w:val="1"/>
          <w:cs w:val="1"/>
          <w:color w:val="000000"/>
          <w:sz w:val="24"/>
          <w:szCs w:val="24"/>
        </w:rPr>
        <w:t>ﺍِﺣْﻔَﻈْﻨ۪ﻰ ﻭَ ﺍﺣْﻔَﻆْ ﺭُﻓَﻘَﺎﺋ۪ﻰ ﻣِﻦْ ﺷَﺮِّ ﺍﻟﻨَّﻔْﺲِ ﻭَ ﺍﻟﺸَّﻴْﻄَﺎﻥِ</w:t>
      </w:r>
      <w:r>
        <w:rPr>
          <w:rFonts w:ascii="Times New Roman" w:hAnsi="Times New Roman" w:eastAsia="Noto Serif SC" w:cs="Amiri"/>
          <w:lang w:val="zh-CN" w:eastAsia="zh-CN" w:bidi="ar-SA"/>
          <w:color w:val="000000"/>
          <w:rtl w:val="0"/>
        </w:rPr>
        <w:t xml:space="preserve">（求您护佑我，也护佑我的同伴们，使我们免受自我与恶魔的邪恶侵害） </w:t>
      </w:r>
      <w:r>
        <w:rPr>
          <w:rFonts w:ascii="Amiri" w:hAnsi="Amiri" w:eastAsia="Amiri" w:cs="Amiri"/>
          <w:lang w:val="zh-CN" w:eastAsia="zh-CN" w:bidi="ar-SA"/>
          <w:rtl w:val="1"/>
          <w:cs w:val="1"/>
          <w:color w:val="000000"/>
          <w:sz w:val="24"/>
          <w:szCs w:val="24"/>
        </w:rPr>
        <w:t>ﻭَ ﻣِﻦْ ﺷَﺮِّ ﺍﻟْﺠِﻦِّ ﻭَ الْاِنْسَانِ</w:t>
      </w:r>
      <w:r>
        <w:rPr>
          <w:rFonts w:ascii="Times New Roman" w:hAnsi="Times New Roman" w:eastAsia="Noto Serif SC" w:cs="Amiri"/>
          <w:lang w:val="zh-CN" w:eastAsia="zh-CN" w:bidi="ar-SA"/>
          <w:color w:val="000000"/>
          <w:rtl w:val="0"/>
        </w:rPr>
        <w:t xml:space="preserve">（也免受精灵与人类的邪恶侵害） </w:t>
      </w:r>
      <w:r>
        <w:rPr>
          <w:rFonts w:ascii="Amiri" w:hAnsi="Amiri" w:eastAsia="Amiri" w:cs="Amiri"/>
          <w:lang w:val="zh-CN" w:eastAsia="zh-CN" w:bidi="ar-SA"/>
          <w:rtl w:val="1"/>
          <w:cs w:val="1"/>
          <w:color w:val="000000"/>
          <w:sz w:val="24"/>
          <w:szCs w:val="24"/>
        </w:rPr>
        <w:t>ﻭَ ﻣِﻦْ ﺷَﺮِّ ﺍَﻫْﻞِ الضَّلَالَةِ ﻭَ ﺍَﻫْﻞِ ﺍﻟﻄُّﻐْﻴَﺎﻥِ</w:t>
      </w:r>
      <w:r>
        <w:rPr>
          <w:rFonts w:ascii="Times New Roman" w:hAnsi="Times New Roman" w:eastAsia="Noto Serif SC" w:cs="Amiri"/>
          <w:lang w:val="zh-CN" w:eastAsia="zh-CN" w:bidi="ar-SA"/>
          <w:color w:val="000000"/>
          <w:rtl w:val="0"/>
        </w:rPr>
        <w:t xml:space="preserve">（也免受迷误者与横暴者的邪恶侵害）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1"/>
        <w:pageBreakBefore/>
      </w:pPr>
      <w:r>
        <w:rPr>
          <w:rFonts w:ascii="Times New Roman" w:hAnsi="Times New Roman" w:eastAsia="Noto Serif SC" w:cs="Amiri"/>
          <w:lang w:val="zh-CN" w:eastAsia="zh-CN" w:bidi="ar-SA"/>
          <w:color w:val="000000"/>
          <w:rtl w:val="0"/>
        </w:rPr>
        <w:t>第二十三篇闪光</w:t>
      </w:r>
    </w:p>
    <w:p>
      <w:pPr>
        <w:pStyle w:val="Heading2"/>
      </w:pPr>
      <w:r>
        <w:rPr>
          <w:rFonts w:ascii="Times New Roman" w:hAnsi="Times New Roman" w:eastAsia="Noto Serif SC" w:cs="Amiri"/>
          <w:lang w:val="zh-CN" w:eastAsia="zh-CN" w:bidi="ar-SA"/>
          <w:color w:val="000000"/>
          <w:rtl w:val="0"/>
        </w:rPr>
        <w:t>《自然论著》</w:t>
      </w:r>
    </w:p>
    <w:p>
      <w:r>
        <w:rPr>
          <w:rFonts w:ascii="Times New Roman" w:hAnsi="Times New Roman" w:eastAsia="Noto Serif SC" w:cs="Amiri"/>
          <w:lang w:val="zh-CN" w:eastAsia="zh-CN" w:bidi="ar-SA"/>
          <w:color w:val="000000"/>
          <w:rtl w:val="0"/>
        </w:rPr>
        <w:t>本篇原是《第十七道闪光》的第十六则附注，因其重要性而成为第二十三道闪光。它彻底杀灭来自自然的否认思想，使其再无复起之日，并将不信的基石掀翻、彻底摧毁。</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这篇附注以九项不可能，阐明了自然主义者中否认者所走道路的内情：它何等背离理智、何等丑恶，又是何等程度的荒诞迷信；这九项不可能至少包含九十种不可能。那些不可能已在其他论著中部分得到解释，因此这里力求极为简明，省略了若干论证层次。于是，人不禁会想：如此明显、如此昭彰的荒诞迷信，这些著名的理智哲学家怎么会接受，又怎么会在那条道路上行走？</w:t>
      </w:r>
    </w:p>
    <w:p>
      <w:r>
        <w:rPr>
          <w:rFonts w:ascii="Times New Roman" w:hAnsi="Times New Roman" w:eastAsia="Noto Serif SC" w:cs="Amiri"/>
          <w:lang w:val="zh-CN" w:eastAsia="zh-CN" w:bidi="ar-SA"/>
          <w:color w:val="000000"/>
          <w:rtl w:val="0"/>
        </w:rPr>
        <w:t>的确，他们没有看清自己道路的内情。而且，他们道路的真相及其必然要求与逻辑结果，正是那丑恶、令人厌恶而不合理的</w:t>
      </w:r>
      <w:r>
        <w:rPr>
          <w:rStyle w:val="FootnoteReference"/>
        </w:rPr>
        <w:footnoteReference w:id="31"/>
      </w:r>
      <w:r>
        <w:rPr>
          <w:rFonts w:ascii="Times New Roman" w:hAnsi="Times New Roman" w:eastAsia="Noto Serif SC" w:cs="Amiri"/>
          <w:lang w:val="zh-CN" w:eastAsia="zh-CN" w:bidi="ar-SA"/>
          <w:color w:val="000000"/>
          <w:rtl w:val="0"/>
        </w:rPr>
        <w:t>教义与道路之归结，是他们道路的必要组成部分和不可避免的结果。对于那些仍有怀疑的人，我准备以极其明显而确凿的证据，详细说明并证明这一点。</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（奉Allah之名，依凭祂而行；祂是慈悯普及万物者，是至慈者） </w:t>
      </w:r>
      <w:r>
        <w:rPr>
          <w:rFonts w:ascii="Amiri" w:hAnsi="Amiri" w:eastAsia="Amiri" w:cs="Amiri"/>
          <w:lang w:val="zh-CN" w:eastAsia="zh-CN" w:bidi="ar-SA"/>
          <w:rtl w:val="1"/>
          <w:cs w:val="1"/>
          <w:color w:val="000000"/>
          <w:sz w:val="24"/>
          <w:szCs w:val="24"/>
        </w:rPr>
        <w:t>ﻗَﺎﻟَﺖْ ﺭُﺳُﻠُﻬُﻢْ ﺍَﻓِﻰ ﺍﻟﻠّٰﻪِ ﺷَﻚٌّ ﻓَﺎﻃِﺮِ ﺍﻟﺴَّﻤٰﻮَﺍﺕِ وَالْاَرْضِ</w:t>
      </w:r>
      <w:r>
        <w:rPr>
          <w:rFonts w:ascii="Times New Roman" w:hAnsi="Times New Roman" w:eastAsia="Noto Serif SC" w:cs="Amiri"/>
          <w:lang w:val="zh-CN" w:eastAsia="zh-CN" w:bidi="ar-SA"/>
          <w:color w:val="000000"/>
          <w:rtl w:val="0"/>
        </w:rPr>
        <w:t>（他们的使者说：“难道对于Allah——诸天与大地的开创者——还会有怀疑吗？”）这节尊贵经文以否定性反问说：“对于至高无上的真实主宰Allah，不可能有怀疑，也不应当有怀疑。”以此表明，Allah的存在与独一，已明显到不证自明的程度。</w:t>
      </w:r>
    </w:p>
    <w:p>
      <w:pPr>
        <w:pStyle w:val="Heading2"/>
      </w:pPr>
      <w:r>
        <w:rPr>
          <w:rFonts w:ascii="Times New Roman" w:hAnsi="Times New Roman" w:eastAsia="Noto Serif SC" w:cs="Amiri"/>
          <w:lang w:val="zh-CN" w:eastAsia="zh-CN" w:bidi="ar-SA"/>
          <w:color w:val="000000"/>
          <w:rtl w:val="0"/>
        </w:rPr>
        <w:t>在阐明这一奥义之前，先作一项提醒</w:t>
      </w:r>
    </w:p>
    <w:p>
      <w:r>
        <w:rPr>
          <w:rFonts w:ascii="Times New Roman" w:hAnsi="Times New Roman" w:eastAsia="Noto Serif SC" w:cs="Amiri"/>
          <w:lang w:val="zh-CN" w:eastAsia="zh-CN" w:bidi="ar-SA"/>
          <w:color w:val="000000"/>
          <w:rtl w:val="0"/>
        </w:rPr>
        <w:t>一三三八年，我前往安卡拉。信仰者们因伊斯兰军队战胜希腊而欢欣，在他们强劲的思想氛围中，我看到一种极其可怕的无神否认思想正阴险地活动，企图渗入其中，加以破坏并毒害。我说：“唉！这条毒龙竟要侵害信仰的支柱！”这节尊贵经文以最明显的方式使人理解Allah的存在与独一，因此我便向它求助；又从至睿的《古兰经》中取得一项有力确证，足以粉碎那无神否认者的头颅，写在《光明论》中。我曾让它在安卡拉的新日印刷厂付印。遗憾的是，懂阿拉伯语的人很少，重视它的人也很罕见，而那项有力确证又写得极为简略概括，因而未能显示其效力。不幸的是，那种无宗教思想既得到发展，也获得了力量。我不得不以土耳其语在一定程度上阐明那项确证。它的某些部分已在另一些论著中得到完整解释，所以这里只作概述。分散在其他论著中的多项确证，在这项确证中部分地会合；其中每一项都成为它的一个组成部分。</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人啊！你要知道，有些从人们口中说出的可怕话语暗含无宗教之意。信仰者也在不知不觉中使用它们。我要说明其中最重要的三句：</w:t>
      </w:r>
    </w:p>
    <w:p>
      <w:r>
        <w:rPr>
          <w:rFonts w:ascii="Times New Roman" w:hAnsi="Times New Roman" w:eastAsia="Noto Serif SC" w:cs="Amiri"/>
          <w:lang w:val="zh-CN" w:eastAsia="zh-CN" w:bidi="ar-SA"/>
          <w:color w:val="000000"/>
          <w:rtl w:val="0"/>
        </w:rPr>
        <w:t>其一：</w:t>
      </w:r>
      <w:r>
        <w:rPr>
          <w:rFonts w:ascii="Amiri" w:hAnsi="Amiri" w:eastAsia="Amiri" w:cs="Amiri"/>
          <w:lang w:val="zh-CN" w:eastAsia="zh-CN" w:bidi="ar-SA"/>
          <w:rtl w:val="1"/>
          <w:cs w:val="1"/>
          <w:color w:val="000000"/>
          <w:sz w:val="24"/>
          <w:szCs w:val="24"/>
        </w:rPr>
        <w:t>ﺍَﻭْﺟَﺪَﺗْﻪُ الْاَسْبَابُ</w:t>
      </w:r>
      <w:r>
        <w:rPr>
          <w:rFonts w:ascii="Times New Roman" w:hAnsi="Times New Roman" w:eastAsia="Noto Serif SC" w:cs="Amiri"/>
          <w:lang w:val="zh-CN" w:eastAsia="zh-CN" w:bidi="ar-SA"/>
          <w:color w:val="000000"/>
          <w:rtl w:val="0"/>
        </w:rPr>
        <w:t>（诸种原由使它存在，把它创造了出来）也就是说，是种种原由创造了这个东西。</w:t>
      </w:r>
    </w:p>
    <w:p>
      <w:r>
        <w:rPr>
          <w:rFonts w:ascii="Times New Roman" w:hAnsi="Times New Roman" w:eastAsia="Noto Serif SC" w:cs="Amiri"/>
          <w:lang w:val="zh-CN" w:eastAsia="zh-CN" w:bidi="ar-SA"/>
          <w:color w:val="000000"/>
          <w:rtl w:val="0"/>
        </w:rPr>
        <w:t>其二：</w:t>
      </w:r>
      <w:r>
        <w:rPr>
          <w:rFonts w:ascii="Amiri" w:hAnsi="Amiri" w:eastAsia="Amiri" w:cs="Amiri"/>
          <w:lang w:val="zh-CN" w:eastAsia="zh-CN" w:bidi="ar-SA"/>
          <w:rtl w:val="1"/>
          <w:cs w:val="1"/>
          <w:color w:val="000000"/>
          <w:sz w:val="24"/>
          <w:szCs w:val="24"/>
        </w:rPr>
        <w:t>ﺗَﺸَﻜَّﻞَ ﺑِﻨَﻔْﺴِﻪ۪</w:t>
      </w:r>
      <w:r>
        <w:rPr>
          <w:rFonts w:ascii="Times New Roman" w:hAnsi="Times New Roman" w:eastAsia="Noto Serif SC" w:cs="Amiri"/>
          <w:lang w:val="zh-CN" w:eastAsia="zh-CN" w:bidi="ar-SA"/>
          <w:color w:val="000000"/>
          <w:rtl w:val="0"/>
        </w:rPr>
        <w:t>（它凭自身而自行成形、自行生成）也就是说，它自行形成、发生、完成。</w:t>
      </w:r>
    </w:p>
    <w:p>
      <w:r>
        <w:rPr>
          <w:rFonts w:ascii="Times New Roman" w:hAnsi="Times New Roman" w:eastAsia="Noto Serif SC" w:cs="Amiri"/>
          <w:lang w:val="zh-CN" w:eastAsia="zh-CN" w:bidi="ar-SA"/>
          <w:color w:val="000000"/>
          <w:rtl w:val="0"/>
        </w:rPr>
        <w:t>其三：</w:t>
      </w:r>
      <w:r>
        <w:rPr>
          <w:rFonts w:ascii="Amiri" w:hAnsi="Amiri" w:eastAsia="Amiri" w:cs="Amiri"/>
          <w:lang w:val="zh-CN" w:eastAsia="zh-CN" w:bidi="ar-SA"/>
          <w:rtl w:val="1"/>
          <w:cs w:val="1"/>
          <w:color w:val="000000"/>
          <w:sz w:val="24"/>
          <w:szCs w:val="24"/>
        </w:rPr>
        <w:t>ﺍِﻗْﺘَﻀَﺘْﻪُ ﺍﻟﻄَّﺒ۪ﻴﻌَﺔُ</w:t>
      </w:r>
      <w:r>
        <w:rPr>
          <w:rFonts w:ascii="Times New Roman" w:hAnsi="Times New Roman" w:eastAsia="Noto Serif SC" w:cs="Amiri"/>
          <w:lang w:val="zh-CN" w:eastAsia="zh-CN" w:bidi="ar-SA"/>
          <w:color w:val="000000"/>
          <w:rtl w:val="0"/>
        </w:rPr>
        <w:t>（自然要求它如此，并以自身的要求使它产生）也就是说，这是自然而然的；自然要求它，并把它创造出来。</w:t>
      </w:r>
    </w:p>
    <w:p>
      <w:r>
        <w:rPr>
          <w:rFonts w:ascii="Times New Roman" w:hAnsi="Times New Roman" w:eastAsia="Noto Serif SC" w:cs="Amiri"/>
          <w:lang w:val="zh-CN" w:eastAsia="zh-CN" w:bidi="ar-SA"/>
          <w:color w:val="000000"/>
          <w:rtl w:val="0"/>
        </w:rPr>
        <w:t>是的，既然万有存在且不可否认，每一个存在又都带有技艺、怀着智慧而形成；既然它们并非无始的古老存在，而是重新产生，那么，否认Allah的人啊，对于这个存在，譬如这个动物，你必定只能作出以下四种回答之一：或是世间的种种原由创造了它，即它在诸原由的聚合中产生；或是它自行形成；或是它作为自然的要求，在自然的影响下形成；或是由一位具威严的全能者Allah的权能创造出来。</w:t>
      </w:r>
    </w:p>
    <w:p>
      <w:r>
        <w:rPr>
          <w:rFonts w:ascii="Times New Roman" w:hAnsi="Times New Roman" w:eastAsia="Noto Serif SC" w:cs="Amiri"/>
          <w:lang w:val="zh-CN" w:eastAsia="zh-CN" w:bidi="ar-SA"/>
          <w:color w:val="000000"/>
          <w:rtl w:val="0"/>
        </w:rPr>
        <w:t>既然理智上除此四条道路别无他路，而前三条道路又被确凿证明为不可能、虚妄、绝无实现之可能且无法接受，那么，第四条道路——认信Allah独一之道——便必然且不证自明地确立，毫无疑惑。</w:t>
      </w:r>
    </w:p>
    <w:p>
      <w:pPr>
        <w:pStyle w:val="Heading2"/>
      </w:pPr>
      <w:r>
        <w:rPr>
          <w:rFonts w:ascii="Times New Roman" w:hAnsi="Times New Roman" w:eastAsia="Noto Serif SC" w:cs="Amiri"/>
          <w:lang w:val="zh-CN" w:eastAsia="zh-CN" w:bidi="ar-SA"/>
          <w:color w:val="000000"/>
          <w:rtl w:val="0"/>
        </w:rPr>
        <w:t>而第一条道路，就是：</w:t>
      </w:r>
    </w:p>
    <w:p>
      <w:r>
        <w:rPr>
          <w:rFonts w:ascii="Times New Roman" w:hAnsi="Times New Roman" w:eastAsia="Noto Serif SC" w:cs="Amiri"/>
          <w:lang w:val="zh-CN" w:eastAsia="zh-CN" w:bidi="ar-SA"/>
          <w:color w:val="000000"/>
          <w:rtl w:val="0"/>
        </w:rPr>
        <w:t>即借世间诸原由的聚合构成万物，使受造物得以存在。它有极多不可能之处，我们只提其中三项。</w:t>
      </w:r>
    </w:p>
    <w:p>
      <w:r>
        <w:rPr>
          <w:rFonts w:ascii="Times New Roman" w:hAnsi="Times New Roman" w:eastAsia="Noto Serif SC" w:cs="Amiri"/>
          <w:lang w:val="zh-CN" w:eastAsia="zh-CN" w:bidi="ar-SA"/>
          <w:color w:val="000000"/>
          <w:rtl w:val="0"/>
        </w:rPr>
        <w:t>其一：一家药房里有数以百计的罐瓶，装满各不相同的物质。需要从这些药物中制出一种有生命的膏剂，还必须用它们制成一种赋予生命、超乎寻常的解毒良药。我们来到那家药房，看见大量这种有生命的膏剂和赋予生命的解毒良药。我们逐一查验那些膏剂，发现：每个罐瓶都按一种特殊的称量标准取药——从这瓶取一两迪尔汗，从那瓶取三四迪尔汗，从另一瓶取六七迪尔汗，如此各取不同分量。</w:t>
      </w:r>
    </w:p>
    <w:p>
      <w:r>
        <w:rPr>
          <w:rFonts w:ascii="Times New Roman" w:hAnsi="Times New Roman" w:eastAsia="Noto Serif SC" w:cs="Amiri"/>
          <w:lang w:val="zh-CN" w:eastAsia="zh-CN" w:bidi="ar-SA"/>
          <w:color w:val="000000"/>
          <w:rtl w:val="0"/>
        </w:rPr>
        <w:t>只要从某一瓶中少取或多取一迪尔汗，那膏剂就不可能有生命，也不能显示它的特性。我们又查验那赋予生命的解毒良药，发现每个罐瓶也都按一种特殊的称量标准取出一味药；哪怕增减微粒般的一点，解毒良药也会失去它的特性。那些罐瓶超过五十个，而其中的药物却仿佛分别按各自的称量标准，以互不相同的分量被取出。</w:t>
      </w:r>
    </w:p>
    <w:p>
      <w:r>
        <w:rPr>
          <w:rFonts w:ascii="Times New Roman" w:hAnsi="Times New Roman" w:eastAsia="Noto Serif SC" w:cs="Amiri"/>
          <w:lang w:val="zh-CN" w:eastAsia="zh-CN" w:bidi="ar-SA"/>
          <w:color w:val="000000"/>
          <w:rtl w:val="0"/>
        </w:rPr>
        <w:t>难道在任何方面有一丝可能与或然，那些从瓶中取出的不同分量，竟会由于瓶子离奇的偶然翻倒，或暴风雨的撞击翻倒，使每一瓶恰好只流出应取的分量，汇流到一起，集合并构成那种膏剂吗？难道还有比这更荒诞、更不可能、更虚妄的事吗？一头驴即使先变得加倍愚蠢，随后变成人，也会转身避开，说：“我绝不接受这种想法！”</w:t>
      </w:r>
    </w:p>
    <w:p>
      <w:r>
        <w:rPr>
          <w:rFonts w:ascii="Times New Roman" w:hAnsi="Times New Roman" w:eastAsia="Noto Serif SC" w:cs="Amiri"/>
          <w:lang w:val="zh-CN" w:eastAsia="zh-CN" w:bidi="ar-SA"/>
          <w:color w:val="000000"/>
          <w:rtl w:val="0"/>
        </w:rPr>
        <w:t>正如这个比喻，每一个有生命者都必然是一剂有生命的膏剂，每一种植物都如赋予生命的解毒良药；它们由许多不同药物、许多不同物质，以极其精密的度量取材组合而成。若把这归于原由和元素，说“原由创造了它”，那就恰如药房里的膏剂由罐瓶翻倒而产生一样，是百倍背离理智的不可能与虚妄。</w:t>
      </w:r>
    </w:p>
    <w:p>
      <w:r>
        <w:rPr>
          <w:rFonts w:ascii="Times New Roman" w:hAnsi="Times New Roman" w:eastAsia="Noto Serif SC" w:cs="Amiri"/>
          <w:lang w:val="zh-CN" w:eastAsia="zh-CN" w:bidi="ar-SA"/>
          <w:color w:val="000000"/>
          <w:rtl w:val="0"/>
        </w:rPr>
        <w:t>总而言之，在这个世界的大药房中，生命的种种物质，只有凭无始的至睿者Allah以裁定施行与预知裁定的尺度所取，并借无边智慧、无尽知识和包罗万物的意志，才能得以存在。那不幸的人说：“这是盲目、耳聋、无边无际、如洪流般奔涌的普遍元素、自然本性与原由所为。”他比那个疯癫胡言、醉意昏沉的愚人更加愚蠢；那愚人竟说：“那奇异的解毒良药，是罐瓶自行翻倒后流出来形成的。”是的，那种不信，就是愚蠢、醉狂、疯癫的胡言乱语。</w:t>
      </w:r>
    </w:p>
    <w:p>
      <w:r>
        <w:rPr>
          <w:rFonts w:ascii="Times New Roman" w:hAnsi="Times New Roman" w:eastAsia="Noto Serif SC" w:cs="Amiri"/>
          <w:lang w:val="zh-CN" w:eastAsia="zh-CN" w:bidi="ar-SA"/>
          <w:color w:val="000000"/>
          <w:rtl w:val="0"/>
        </w:rPr>
        <w:t>第二种不可能：如果万有不归于那位独一无二、具威严的全能者Allah，而归诸原由，那么就必须承认，世间极多元素和原由都要介入每一个有生命者的形成。然而，在苍蝇这样微小受造物的身体中，各不相同、彼此对立、相互冲突的原由，要以最完善的秩序、极精密的尺度和完全的一致聚合起来，这是极其明显的不可能；只要有一点苍蝇翅膀般微少的意识，也会说：“这是不可能的，绝不可能发生！”</w:t>
      </w:r>
    </w:p>
    <w:p>
      <w:r>
        <w:rPr>
          <w:rFonts w:ascii="Times New Roman" w:hAnsi="Times New Roman" w:eastAsia="Noto Serif SC" w:cs="Amiri"/>
          <w:lang w:val="zh-CN" w:eastAsia="zh-CN" w:bidi="ar-SA"/>
          <w:color w:val="000000"/>
          <w:rtl w:val="0"/>
        </w:rPr>
        <w:t>的确，一只苍蝇的小小身体与宇宙的大多数元素和原由相互关联，甚至可以说是它们的精华。若把它归于无始的全能者Allah倒也罢了；否则，那些物质原由就必须亲自出现在它的身体旁，甚至进入它小小的躯体，还必须进入作为其躯体微小样本的眼睛中的一个细胞。因为，原由若是物质的，就必须处在结果的旁边和内部。那么，就必须承认：在连两只苍蝇针尖般的脚爪都无法安放的小小细胞里，世界的诸支柱、元素与自然本性竟以物质方式处于其中，并像工匠一样在其中工作。</w:t>
      </w:r>
    </w:p>
    <w:p>
      <w:r>
        <w:rPr>
          <w:rFonts w:ascii="Times New Roman" w:hAnsi="Times New Roman" w:eastAsia="Noto Serif SC" w:cs="Amiri"/>
          <w:lang w:val="zh-CN" w:eastAsia="zh-CN" w:bidi="ar-SA"/>
          <w:color w:val="000000"/>
          <w:rtl w:val="0"/>
        </w:rPr>
        <w:t>看，就连诡辩家中最愚笨的人，也会为这样的道路感到羞耻。</w:t>
      </w:r>
    </w:p>
    <w:p>
      <w:r>
        <w:rPr>
          <w:rFonts w:ascii="Times New Roman" w:hAnsi="Times New Roman" w:eastAsia="Noto Serif SC" w:cs="Amiri"/>
          <w:lang w:val="zh-CN" w:eastAsia="zh-CN" w:bidi="ar-SA"/>
          <w:color w:val="000000"/>
          <w:rtl w:val="0"/>
        </w:rPr>
        <w:t>第三种不可能：依据</w:t>
      </w:r>
      <w:r>
        <w:rPr>
          <w:rFonts w:ascii="Amiri" w:hAnsi="Amiri" w:eastAsia="Amiri" w:cs="Amiri"/>
          <w:lang w:val="zh-CN" w:eastAsia="zh-CN" w:bidi="ar-SA"/>
          <w:rtl w:val="1"/>
          <w:cs w:val="1"/>
          <w:color w:val="000000"/>
          <w:sz w:val="24"/>
          <w:szCs w:val="24"/>
        </w:rPr>
        <w:t>ﺍَﻟْﻮَﺍﺣِﺪُ لَا ﻳَﺼْﺪُﺭُ اِلَّا ﻋَﻦِ ﺍﻟْﻮَﺍﺣِﺪِ</w:t>
      </w:r>
      <w:r>
        <w:rPr>
          <w:rFonts w:ascii="Times New Roman" w:hAnsi="Times New Roman" w:eastAsia="Noto Serif SC" w:cs="Amiri"/>
          <w:lang w:val="zh-CN" w:eastAsia="zh-CN" w:bidi="ar-SA"/>
          <w:color w:val="000000"/>
          <w:rtl w:val="0"/>
        </w:rPr>
        <w:t>（单一者只能源自单一者，独一的整体只能由独一的主宰发出）这条既定准则：“一个存在若具有独一性，它必定只能源自一位独一者、一只手。”尤其是，若那存在处在极其完善的秩序和精密的尺度中，又享有包罗完备的生命，那么它显然不是出自众多彼此分歧、造成混乱的手，而是出自一位全能、至睿的独一之手。尽管如此，却把那有秩序、合尺度而独一的存在，归于那些无数、僵死、无知、相互侵犯、毫无意识、混乱不堪、既盲且聋的自然原由的混乱之手；而在无数可能途径之中，这些原由又因聚合与混杂，盲目和耳聋愈加深重。这等于同时接受一百种不可能，背离理智至极。</w:t>
      </w:r>
    </w:p>
    <w:p>
      <w:r>
        <w:rPr>
          <w:rFonts w:ascii="Times New Roman" w:hAnsi="Times New Roman" w:eastAsia="Noto Serif SC" w:cs="Amiri"/>
          <w:lang w:val="zh-CN" w:eastAsia="zh-CN" w:bidi="ar-SA"/>
          <w:color w:val="000000"/>
          <w:rtl w:val="0"/>
        </w:rPr>
        <w:t>即使暂且不论这项不可能，物质原由的作用也必然通过直接处置和接触发生。然而，这些自然原由所能接触的，只是有生命存在的外表。可是我们看到，物质原由的手无法伸到、也无法接触的有生命者的内在，却比它的外表整齐十倍、精妙十倍，在技艺上也完善十倍。</w:t>
      </w:r>
    </w:p>
    <w:p>
      <w:r>
        <w:rPr>
          <w:rFonts w:ascii="Times New Roman" w:hAnsi="Times New Roman" w:eastAsia="Noto Serif SC" w:cs="Amiri"/>
          <w:lang w:val="zh-CN" w:eastAsia="zh-CN" w:bidi="ar-SA"/>
          <w:color w:val="000000"/>
          <w:rtl w:val="0"/>
        </w:rPr>
        <w:t>小小的有生命者、小小的动物，连物质原由的手和工具都无法以任何方式进入，甚至无法完全接触它们的外表；然而，它们比最大的受造物更富奇异的技艺，在创造上也更加精妙绝伦。尽管如此，却把它们归于那些僵死、无知、粗糙、遥远、巨大而又彼此对立、既聋且盲的原由，这只有百倍眼盲、千倍耳聋之人才会如此！</w:t>
      </w:r>
    </w:p>
    <w:p>
      <w:pPr>
        <w:pStyle w:val="Heading2"/>
      </w:pPr>
      <w:r>
        <w:rPr>
          <w:rFonts w:ascii="Times New Roman" w:hAnsi="Times New Roman" w:eastAsia="Noto Serif SC" w:cs="Amiri"/>
          <w:lang w:val="zh-CN" w:eastAsia="zh-CN" w:bidi="ar-SA"/>
          <w:color w:val="000000"/>
          <w:rtl w:val="0"/>
        </w:rPr>
        <w:t>而第二个论题：</w:t>
      </w:r>
    </w:p>
    <w:p>
      <w:r>
        <w:rPr>
          <w:rFonts w:ascii="Times New Roman" w:hAnsi="Times New Roman" w:eastAsia="Noto Serif SC" w:cs="Amiri"/>
          <w:lang w:val="zh-CN" w:eastAsia="zh-CN" w:bidi="ar-SA"/>
          <w:color w:val="000000"/>
          <w:rtl w:val="0"/>
        </w:rPr>
        <w:t>即</w:t>
      </w:r>
      <w:r>
        <w:rPr>
          <w:rFonts w:ascii="Amiri" w:hAnsi="Amiri" w:eastAsia="Amiri" w:cs="Amiri"/>
          <w:lang w:val="zh-CN" w:eastAsia="zh-CN" w:bidi="ar-SA"/>
          <w:rtl w:val="1"/>
          <w:cs w:val="1"/>
          <w:color w:val="000000"/>
          <w:sz w:val="24"/>
          <w:szCs w:val="24"/>
        </w:rPr>
        <w:t>ﺗَﺸَﻜَّﻞَ ﺑِﻨَﻔْﺴِﻪ۪</w:t>
      </w:r>
      <w:r>
        <w:rPr>
          <w:rFonts w:ascii="Times New Roman" w:hAnsi="Times New Roman" w:eastAsia="Noto Serif SC" w:cs="Amiri"/>
          <w:lang w:val="zh-CN" w:eastAsia="zh-CN" w:bidi="ar-SA"/>
          <w:color w:val="000000"/>
          <w:rtl w:val="0"/>
        </w:rPr>
        <w:t>（它凭自身而自行成形、自行生成）也就是说，它自行形成。这句话也有许多不可能之处，从许多方面看都是虚妄而不可能的。作为例证，我们说明其中三项。</w:t>
      </w:r>
    </w:p>
    <w:p>
      <w:r>
        <w:rPr>
          <w:rFonts w:ascii="Times New Roman" w:hAnsi="Times New Roman" w:eastAsia="Noto Serif SC" w:cs="Amiri"/>
          <w:lang w:val="zh-CN" w:eastAsia="zh-CN" w:bidi="ar-SA"/>
          <w:color w:val="000000"/>
          <w:rtl w:val="0"/>
        </w:rPr>
        <w:t>其一：固执的否认者啊，你的自我主张竟使你愚蠢到这种地步，以至于你几乎作出判断，要同时接受一百种不可能。因为你存在着，而且不是单一、僵死、不变化的物质。相反，你不断更新，像一架极有秩序的奇异机器，又像一座不断变化的宫殿。你身体中的微粒无时无刻不在活动。你的身体与宇宙相互关联、彼此往来，尤其在给养方面，尤其在种族延续方面。你体内活动的微粒，为不破坏这些关系、不斩断这些关联而谨慎行事，小心迈步，仿佛观望着整个宇宙；看见你在宇宙中的关系，然后据此行动。你则凭外在和内在的感觉，从微粒这种奇异状态中获益。</w:t>
      </w:r>
    </w:p>
    <w:p>
      <w:r>
        <w:rPr>
          <w:rFonts w:ascii="Times New Roman" w:hAnsi="Times New Roman" w:eastAsia="Noto Serif SC" w:cs="Amiri"/>
          <w:lang w:val="zh-CN" w:eastAsia="zh-CN" w:bidi="ar-SA"/>
          <w:color w:val="000000"/>
          <w:rtl w:val="0"/>
        </w:rPr>
        <w:t>如果你不承认体内的微粒是奉无始全能者Allah的法则而行动的微小仆役，或是祂的一支军队，或是预知裁定之笔的笔尖——每一颗粒子都是一个笔尖——或是权能之笔的墨点——每一颗粒子都是一个墨点；那么，你眼中活动的每一颗粒子就必须有这样一只眼睛：它既能看见你整个身体的每一处，也能看见与你相关的一切宇宙。你还必须赋予它相当于一百位天才的理智，使它知道并认识你的过去与未来、你的世代与族源、你诸元素的源头，以及你给养的矿藏。你这样一个在这些问题上连微粒般理智也没有的人，若给你的一颗粒子赋予相当于一千位柏拉图的知识和意识，那便是千倍疯癫的荒诞迷信！</w:t>
      </w:r>
    </w:p>
    <w:p>
      <w:r>
        <w:rPr>
          <w:rFonts w:ascii="Times New Roman" w:hAnsi="Times New Roman" w:eastAsia="Noto Serif SC" w:cs="Amiri"/>
          <w:lang w:val="zh-CN" w:eastAsia="zh-CN" w:bidi="ar-SA"/>
          <w:color w:val="000000"/>
          <w:rtl w:val="0"/>
        </w:rPr>
        <w:t>第二种不可能：你的身体像一座有着千个穹顶的奇异宫殿，每个穹顶的石块都没有支柱，彼此头顶头地悬立在空中。其实，你的身体比这座宫殿还要奇异千倍，因为身体这座宫殿始终以最完善的秩序更新着。暂且撇开极其奇异的灵魂、心灵和种种精神官能，仅你躯体中的每一个器官，都如同一座带穹顶的居所。微粒就像那穹顶上的石块，彼此以最完善的均衡和秩序头顶头地结合，显示出一座奇异的建筑、一种非凡的技艺，以及眼睛和舌头那样奇异的权能奇迹。</w:t>
      </w:r>
    </w:p>
    <w:p>
      <w:r>
        <w:rPr>
          <w:rFonts w:ascii="Times New Roman" w:hAnsi="Times New Roman" w:eastAsia="Noto Serif SC" w:cs="Amiri"/>
          <w:lang w:val="zh-CN" w:eastAsia="zh-CN" w:bidi="ar-SA"/>
          <w:color w:val="000000"/>
          <w:rtl w:val="0"/>
        </w:rPr>
        <w:t>如果这些微粒不是服从这个世界之主人命令的仆役，那么每一颗粒子就必须既是全身所有微粒的绝对统治者，又绝对受制于其中每一粒；既与每一粒相同，又在统治权上与每一粒相反；既成为唯独必然存在者Allah才配具有的大多数属性的来源与根源，又同时处于极其受限和绝对无限的状态。不仅如此，还要把那极其有序、只能凭独一的奥义由独一无二者Allah创造的单一技艺之作，归于无数微粒。只要有一点微粒般的意识，就会明白这是明显的不可能，甚至是一百种不可能。</w:t>
      </w:r>
    </w:p>
    <w:p>
      <w:r>
        <w:rPr>
          <w:rFonts w:ascii="Times New Roman" w:hAnsi="Times New Roman" w:eastAsia="Noto Serif SC" w:cs="Amiri"/>
          <w:lang w:val="zh-CN" w:eastAsia="zh-CN" w:bidi="ar-SA"/>
          <w:color w:val="000000"/>
          <w:rtl w:val="0"/>
        </w:rPr>
        <w:t>第三种不可能：如果你的身体不是由那位独一无二、无始全能者Allah的笔书写，而是属于自然和原由的印刷品，那么，从身体的一个细胞开始，直到如同层层相套的圆环一般的数以千计复合结构，就必须存在与各复合结构数目相等的自然模具。</w:t>
      </w:r>
    </w:p>
    <w:p>
      <w:r>
        <w:rPr>
          <w:rFonts w:ascii="Times New Roman" w:hAnsi="Times New Roman" w:eastAsia="Noto Serif SC" w:cs="Amiri"/>
          <w:lang w:val="zh-CN" w:eastAsia="zh-CN" w:bidi="ar-SA"/>
          <w:color w:val="000000"/>
          <w:rtl w:val="0"/>
        </w:rPr>
        <w:t>譬如，我们手中的这本书若是写成的，一支笔便可依靠书写者的知识，把全书都写出来。若说它不是写成的，不把它归于那支笔，而说它自行形成，或把它归于自然，那么，就像印刷的书籍一样，每一个字母都必须有一支单独的铁笔，才能印出来。正如印刷所里有多少活字就有多少铁字，然后那些字才得以形成；这时，就必须有与那些字母数目相等的笔，来代替一支笔。甚至，正如有时那些字母中的情形，如果用一支细笔，以纤细书法在一个大字母中写下整页文字，那么，仅一个字母就需要数千支笔。倘若它们层层相套，整齐排列，形成像你身体一样的形状，那么，每一个圆环、每一个部分，都必须有与那些复合结构数目相等的模具。</w:t>
      </w:r>
    </w:p>
    <w:p>
      <w:r>
        <w:rPr>
          <w:rFonts w:ascii="Times New Roman" w:hAnsi="Times New Roman" w:eastAsia="Noto Serif SC" w:cs="Amiri"/>
          <w:lang w:val="zh-CN" w:eastAsia="zh-CN" w:bidi="ar-SA"/>
          <w:color w:val="000000"/>
          <w:rtl w:val="0"/>
        </w:rPr>
        <w:t>即使你把这个包含一百种不可能的方式说成可能，为了制造这些秩序井然而富技艺的铁字、完善的模具和笔，若仍不把它们归于一支笔，那么，为了制造那些笔、模具和铁字，又需要与它们数目相等的笔、模具和字。因为它们也是被制造的，也同样秩序井然而富有技艺。如此环环相扣，将无穷无尽地延续下去……</w:t>
      </w:r>
    </w:p>
    <w:p>
      <w:r>
        <w:rPr>
          <w:rFonts w:ascii="Times New Roman" w:hAnsi="Times New Roman" w:eastAsia="Noto Serif SC" w:cs="Amiri"/>
          <w:lang w:val="zh-CN" w:eastAsia="zh-CN" w:bidi="ar-SA"/>
          <w:color w:val="000000"/>
          <w:rtl w:val="0"/>
        </w:rPr>
        <w:t>所以你也要明白：这种思想所包含的不可能与荒诞迷信，多得如同你身体的微粒。顽固地否认主宰的人啊，你也应当羞耻，放弃这迷误吧！</w:t>
      </w:r>
    </w:p>
    <w:p>
      <w:pPr>
        <w:pStyle w:val="Heading2"/>
      </w:pPr>
      <w:r>
        <w:rPr>
          <w:rFonts w:ascii="Times New Roman" w:hAnsi="Times New Roman" w:eastAsia="Noto Serif SC" w:cs="Amiri"/>
          <w:lang w:val="zh-CN" w:eastAsia="zh-CN" w:bidi="ar-SA"/>
          <w:color w:val="000000"/>
          <w:rtl w:val="0"/>
        </w:rPr>
        <w:t>第三句话</w:t>
      </w:r>
    </w:p>
    <w:p>
      <w:r>
        <w:rPr>
          <w:rFonts w:ascii="Amiri" w:hAnsi="Amiri" w:eastAsia="Amiri" w:cs="Amiri"/>
          <w:lang w:val="zh-CN" w:eastAsia="zh-CN" w:bidi="ar-SA"/>
          <w:rtl w:val="1"/>
          <w:cs w:val="1"/>
          <w:color w:val="000000"/>
          <w:sz w:val="24"/>
          <w:szCs w:val="24"/>
        </w:rPr>
        <w:t>ﺍِﻗْﺘَﻀَﺘْﻪُ ﺍﻟﻄَّﺒ۪ﻴﻌَﺔُ</w:t>
      </w:r>
      <w:r>
        <w:rPr>
          <w:rFonts w:ascii="Times New Roman" w:hAnsi="Times New Roman" w:eastAsia="Noto Serif SC" w:cs="Amiri"/>
          <w:lang w:val="zh-CN" w:eastAsia="zh-CN" w:bidi="ar-SA"/>
          <w:color w:val="000000"/>
          <w:rtl w:val="0"/>
        </w:rPr>
        <w:t>（自然要求它如此，并以自身的要求使它产生）也就是说，自然要求它，自然创造它。这一判断也有许多不可能之处。作为例证，我们提出其中三项。</w:t>
      </w:r>
    </w:p>
    <w:p>
      <w:r>
        <w:rPr>
          <w:rFonts w:ascii="Times New Roman" w:hAnsi="Times New Roman" w:eastAsia="Noto Serif SC" w:cs="Amiri"/>
          <w:lang w:val="zh-CN" w:eastAsia="zh-CN" w:bidi="ar-SA"/>
          <w:color w:val="000000"/>
          <w:rtl w:val="0"/>
        </w:rPr>
        <w:t>其一：如果万有之中、尤其是有生命者身上所显现的那富于洞见、充满智慧的技艺与创造，不归于无始太阳Allah那预知裁定与权能之笔，而归于盲目、耳聋、毫无思想的自然和力量，那么自然就必须在每一件事物中安置无数精神机器和印刷厂，以供创造；或者必须在每一件事物中，纳入足以创造并治理整个宇宙的权能与智慧。</w:t>
      </w:r>
    </w:p>
    <w:p>
      <w:r>
        <w:rPr>
          <w:rFonts w:ascii="Times New Roman" w:hAnsi="Times New Roman" w:eastAsia="Noto Serif SC" w:cs="Amiri"/>
          <w:lang w:val="zh-CN" w:eastAsia="zh-CN" w:bidi="ar-SA"/>
          <w:color w:val="000000"/>
          <w:rtl w:val="0"/>
        </w:rPr>
        <w:t>因为，正如太阳的辉映与反射显现在地面的细小玻璃碎片和小滴之中，若不把那些映象般、反射般的小太阳归于天空唯一的太阳，就必须承认：在一块连火柴头都容不下的细小玻璃碎片中，真实存在着一个自然天成、本然固有、具有太阳诸属性、外表微小而内涵极深的太阳；因此，就必须承认有多少玻璃微粒，便有多少自然太阳……</w:t>
      </w:r>
    </w:p>
    <w:p>
      <w:r>
        <w:rPr>
          <w:rFonts w:ascii="Times New Roman" w:hAnsi="Times New Roman" w:eastAsia="Noto Serif SC" w:cs="Amiri"/>
          <w:lang w:val="zh-CN" w:eastAsia="zh-CN" w:bidi="ar-SA"/>
          <w:color w:val="000000"/>
          <w:rtl w:val="0"/>
        </w:rPr>
        <w:t>同样，正如这个比喻，如果万有和有生命者不直接归于无始太阳Allah诸尊名的辉映，就必须在每一个存在中，尤其是在每一个有生命者内部，承认一种自然、一种力量，乃至几乎是一位神灵；它承载着无尽的权能与意志，以及无穷的知识与智慧。这种思想方式，则是宇宙种种不可能中最虚妄、最荒诞的一种。把宇宙创造者Allah的技艺归于虚构、无关紧要、毫无意识的自然的人，当然表明自己比动物还要动物百倍，也更加没有意识。</w:t>
      </w:r>
    </w:p>
    <w:p>
      <w:r>
        <w:rPr>
          <w:rFonts w:ascii="Times New Roman" w:hAnsi="Times New Roman" w:eastAsia="Noto Serif SC" w:cs="Amiri"/>
          <w:lang w:val="zh-CN" w:eastAsia="zh-CN" w:bidi="ar-SA"/>
          <w:color w:val="000000"/>
          <w:rtl w:val="0"/>
        </w:rPr>
        <w:t>第二种不可能：如果这些极其有序、合于尺度、富有技艺、充满智慧的存在，不归于一位全能、至睿到无限的主宰Allah，而归于自然，那么自然就必须在每一小块泥土中，安置数量堪比欧洲全部印刷厂和工厂的机器与印刷设备。这样，那一小块泥土才能成为无数花卉与果实的源泉和工坊，使它们得以生长成形。</w:t>
      </w:r>
    </w:p>
    <w:p>
      <w:r>
        <w:rPr>
          <w:rFonts w:ascii="Times New Roman" w:hAnsi="Times New Roman" w:eastAsia="Noto Serif SC" w:cs="Amiri"/>
          <w:lang w:val="zh-CN" w:eastAsia="zh-CN" w:bidi="ar-SA"/>
          <w:color w:val="000000"/>
          <w:rtl w:val="0"/>
        </w:rPr>
        <w:t>因为，现实中确实可以看到：一小碗泥土起着花盆的作用，所有花卉的种子被轮番撒入其中，而这泥土有能力形成并塑造各种花卉彼此极不相同的形状和姿态。</w:t>
      </w:r>
    </w:p>
    <w:p>
      <w:r>
        <w:rPr>
          <w:rFonts w:ascii="Times New Roman" w:hAnsi="Times New Roman" w:eastAsia="Noto Serif SC" w:cs="Amiri"/>
          <w:lang w:val="zh-CN" w:eastAsia="zh-CN" w:bidi="ar-SA"/>
          <w:color w:val="000000"/>
          <w:rtl w:val="0"/>
        </w:rPr>
        <w:t>若不归于具威严的全能者Allah，那么，那一小碗泥土中若没有为每一种花分别设置的精神性自然机器，这种情形就不可能发生。因为，种子如同精液和卵细胞，其物质成分是一样的；也就是说，尽管它们只是由氢、氧、碳、氮毫无秩序、没有形状、如面团般混合而成，而空气、水、热和光也都各自单一、毫无意识，并像洪流一样无差别地涌向万物，然而，那无数花卉却从这泥土中生长出来，各自形态不同，又极其整齐而富有技艺。这显然且必然要求：那一小碗泥土中，在精神上要有相当于整个欧洲的印刷厂和工厂，只是尺度微小。如此，才能织出这些富于生命的织物和千种纹饰各异的织品。</w:t>
      </w:r>
    </w:p>
    <w:p>
      <w:r>
        <w:rPr>
          <w:rFonts w:ascii="Times New Roman" w:hAnsi="Times New Roman" w:eastAsia="Noto Serif SC" w:cs="Amiri"/>
          <w:lang w:val="zh-CN" w:eastAsia="zh-CN" w:bidi="ar-SA"/>
          <w:color w:val="000000"/>
          <w:rtl w:val="0"/>
        </w:rPr>
        <w:t>现在请你衡量，自然主义者的不信思想已经偏离理智的领域到了何种程度。再看看那些把自然当作创造者的、人形的愚蠢醉汉：他们一面声称“我们精通学术，也很聪明”，一面却离理智与学问何等遥远；他们把绝无可能、任何方面都无法成立的荒诞迷信当作自己的道路。你要讥笑他们，唾弃他们！</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若把万有归于自然，就会出现如此奇异的不可能之事，产生达到不可能程度的重重困难；那么，当万有归于独一无二、万物皆依赖祂而祂无所依赖的主宰Allah时，那些困难如何消除？那种艰难的不可能，又如何转变为顺易的必然？</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在第一种不可能中所阐明的：太阳的映现，以极致的顺易，毫不费力地从小到一粒玻璃微粒，大到一片汪洋的表面，都借镜中的一个个小太阳，极其容易地显示自己的恩惠与影响。然而，若切断它与太阳的关系，那时就必须承认：每一粒微粒中，都能有一个自然而然、独立实存的太阳，而其外在存在竟要艰难到不可能的程度。</w:t>
      </w:r>
    </w:p>
    <w:p>
      <w:r>
        <w:rPr>
          <w:rFonts w:ascii="Times New Roman" w:hAnsi="Times New Roman" w:eastAsia="Noto Serif SC" w:cs="Amiri"/>
          <w:lang w:val="zh-CN" w:eastAsia="zh-CN" w:bidi="ar-SA"/>
          <w:color w:val="000000"/>
          <w:rtl w:val="0"/>
        </w:rPr>
        <w:t>同样，若每一个存在物都直接归于独一无二、万物皆依赖祂而祂无所依赖的主宰Allah，那么，借一种隶属关系与一种彰显映现，每一个存在物所需的一切，都能以达到必然程度的顺易与便利，送抵它那里。</w:t>
      </w:r>
    </w:p>
    <w:p>
      <w:r>
        <w:rPr>
          <w:rFonts w:ascii="Times New Roman" w:hAnsi="Times New Roman" w:eastAsia="Noto Serif SC" w:cs="Amiri"/>
          <w:lang w:val="zh-CN" w:eastAsia="zh-CN" w:bidi="ar-SA"/>
          <w:color w:val="000000"/>
          <w:rtl w:val="0"/>
        </w:rPr>
        <w:t>若切断那种隶属关系，使那种奉命履职沦为无管束的自行其是，让每一个存在物都被抛弃给自身与自然，那么，就必须设想：像苍蝇这样一个有生命者，其身体是一部超乎常规的机器，也是宇宙的一部小小目录；创造这部机器的、存在于它内部的盲目自然，竟拥有足以创造并治理宇宙的权能与智慧，而这一切都伴随着达到不可能程度的十万重困难与艰辛。这不仅是一种不可能，而是成千上万种不可能。</w:t>
      </w:r>
    </w:p>
    <w:p>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正如那位其存在为自身所必然的主宰Allah，不可能有同伴与匹敌；同样，在祂的养育与主宰以及创造万物之中，他者的干预也如同本质上的同伴一样，绝无可能，断不成立。</w:t>
      </w:r>
    </w:p>
    <w:p>
      <w:r>
        <w:rPr>
          <w:rFonts w:ascii="Times New Roman" w:hAnsi="Times New Roman" w:eastAsia="Noto Serif SC" w:cs="Amiri"/>
          <w:lang w:val="zh-CN" w:eastAsia="zh-CN" w:bidi="ar-SA"/>
          <w:color w:val="000000"/>
          <w:rtl w:val="0"/>
        </w:rPr>
        <w:t>至于第二种不可能中的困难，正如多篇论著已经证明的：若把万物都归于唯一而独一无二的主宰Allah，万物便都像一件事物一样顺易便利；若把它们归于种种缘由与自然，则一件事物就会像万物一样困难重重。这一点已由众多确凿的证据得到证明。其中一项证据的概要如下：</w:t>
      </w:r>
    </w:p>
    <w:p>
      <w:r>
        <w:rPr>
          <w:rFonts w:ascii="Times New Roman" w:hAnsi="Times New Roman" w:eastAsia="Noto Serif SC" w:cs="Amiri"/>
          <w:lang w:val="zh-CN" w:eastAsia="zh-CN" w:bidi="ar-SA"/>
          <w:color w:val="000000"/>
          <w:rtl w:val="0"/>
        </w:rPr>
        <w:t>正如一个人若以士兵或官员的身份隶属于一位君王，那位官员或士兵便能凭这种隶属关系的力量，着手办理超出其个人力量十万倍的事务；有时还能以君王之名俘获一位国王。因为，他并不亲自携带所办事务和所作事业所需的装备与力量，也没有必要亲自携带。凭借这种隶属关系，君王的宝库，以及他背后作为依靠力量的军队，承担着那些力量与装备。因此，他所办理的事务可以像君王的事业一样具有王者气象，他所成就的事业也可以如同一支军队的功业，超乎常规。</w:t>
      </w:r>
    </w:p>
    <w:p>
      <w:r>
        <w:rPr>
          <w:rFonts w:ascii="Times New Roman" w:hAnsi="Times New Roman" w:eastAsia="Noto Serif SC" w:cs="Amiri"/>
          <w:lang w:val="zh-CN" w:eastAsia="zh-CN" w:bidi="ar-SA"/>
          <w:color w:val="000000"/>
          <w:rtl w:val="0"/>
        </w:rPr>
        <w:t>同样，蚂蚁凭这种奉命履职的关系，毁坏法老的宫殿；苍蝇凭这种隶属关系，杀死宁录；一粒松籽也凭这种隶属关系，虽然只有麦粒大小，却能备齐一棵巨大松树的全部装备</w:t>
      </w:r>
      <w:r>
        <w:rPr>
          <w:rStyle w:val="FootnoteReference"/>
        </w:rPr>
        <w:footnoteReference w:id="32"/>
      </w:r>
      <w:r>
        <w:rPr>
          <w:rFonts w:ascii="Times New Roman" w:hAnsi="Times New Roman" w:eastAsia="Noto Serif SC" w:cs="Amiri"/>
          <w:lang w:val="zh-CN" w:eastAsia="zh-CN" w:bidi="ar-SA"/>
          <w:color w:val="000000"/>
          <w:rtl w:val="0"/>
        </w:rPr>
        <w:t>。若切断那种隶属关系，使它从奉命履职中退役，它就必须把自己要办之事的装备与力量携带在腰间和手腕上。那时，它只能按照自己细小手腕中的力量和腰间弹药的数目办事。倘若在这种状态下，还要求它完成先前那种极其容易办成的事务，当然就必须把一支军队的力量压在它的手腕上，把一位君王的军备工厂压在它的腰间；连那些为逗人发笑而讲述奇异神话与故事的可笑之人，也会为这种幻想感到羞耻！</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把每一个存在物归于其存在为自身所必然的主宰Allah，具有达到必然程度的顺易；而在创造方面把它归于自然，则困难到不可能的程度，完全越出理智的范围。</w:t>
      </w:r>
    </w:p>
    <w:p>
      <w:r>
        <w:rPr>
          <w:rFonts w:ascii="Times New Roman" w:hAnsi="Times New Roman" w:eastAsia="Noto Serif SC" w:cs="Amiri"/>
          <w:lang w:val="zh-CN" w:eastAsia="zh-CN" w:bidi="ar-SA"/>
          <w:color w:val="000000"/>
          <w:rtl w:val="0"/>
        </w:rPr>
        <w:t>第三种不可能：在某些论著中，为阐明这种不可能，曾举出以下两个比喻：</w:t>
      </w:r>
    </w:p>
    <w:p>
      <w:r>
        <w:rPr>
          <w:rFonts w:ascii="Times New Roman" w:hAnsi="Times New Roman" w:eastAsia="Noto Serif SC" w:cs="Amiri"/>
          <w:lang w:val="zh-CN" w:eastAsia="zh-CN" w:bidi="ar-SA"/>
          <w:color w:val="000000"/>
          <w:rtl w:val="0"/>
        </w:rPr>
        <w:t>第一个比喻：一座宫殿建在空旷的原野上，以文明的一切成果装备并装饰完毕。一个极其野蛮的人走进宫中，向里面观看，看见了数千件秩序井然、技艺精美的物品。由于他的野蛮与愚昧，又由于没有任何人从外部干预，他便开始探究：一定是宫中那些物品里的某一件，把这座宫殿连同其中的一切造了出来。可是，无论他看哪一件东西，连他那颗野蛮的理智也无法承认，那件东西竟能造出这一切。</w:t>
      </w:r>
    </w:p>
    <w:p>
      <w:r>
        <w:rPr>
          <w:rFonts w:ascii="Times New Roman" w:hAnsi="Times New Roman" w:eastAsia="Noto Serif SC" w:cs="Amiri"/>
          <w:lang w:val="zh-CN" w:eastAsia="zh-CN" w:bidi="ar-SA"/>
          <w:color w:val="000000"/>
          <w:rtl w:val="0"/>
        </w:rPr>
        <w:t>随后，他看见一册书，里面写着这座宫殿的组织方案、万有目录和治理法则。那册书同宫中其他东西一样，没有手，没有眼睛，也没有锤子，根本没有任何能力建造和装饰这座宫殿。然而，他陷入困境，迫不得已，只因这册书相对于其他事物而言，是知识性法则的一个名称，便认为它与整座宫殿有关，于是说：“就是这册书建造、整顿并装饰了那座宫殿，造出这些物品，把它们悬挂、安置起来。”他就这样把自己的野蛮，变成了愚昧者与昏醉者的胡言乱语。</w:t>
      </w:r>
    </w:p>
    <w:p>
      <w:r>
        <w:rPr>
          <w:rFonts w:ascii="Times New Roman" w:hAnsi="Times New Roman" w:eastAsia="Noto Serif SC" w:cs="Amiri"/>
          <w:lang w:val="zh-CN" w:eastAsia="zh-CN" w:bidi="ar-SA"/>
          <w:color w:val="000000"/>
          <w:rtl w:val="0"/>
        </w:rPr>
        <w:t>正是如此，与这个比喻完全一样：这座宇宙宫殿，无比地比比喻中的宫殿更有秩序、更为完善，四周一切都充满奇迹般的智慧。一个怀着走向否认应受崇拜之神圣性的自然主义思想的野蛮人，走进了这座宫殿。他不思考它是那位处于可能存在者领域之外、其存在为自身所必然的主宰Allah的技艺之作，反而转离祂。他看见一个被极其错误地称为“自然”的总体：它是Allah种种惯常法则的汇集，是祂养育与主宰之技艺的目录；它犹如Allah预知与裁定的一块反复书写的板，又如同Allah权能之施行法则的一本不断变化、不断改写的册子。于是他说：</w:t>
      </w:r>
    </w:p>
    <w:p>
      <w:r>
        <w:rPr>
          <w:rFonts w:ascii="Times New Roman" w:hAnsi="Times New Roman" w:eastAsia="Noto Serif SC" w:cs="Amiri"/>
          <w:lang w:val="zh-CN" w:eastAsia="zh-CN" w:bidi="ar-SA"/>
          <w:color w:val="000000"/>
          <w:rtl w:val="0"/>
        </w:rPr>
        <w:t>“既然这些事物需要一个原因，而没有任何东西像这册书一样显得与它们有关——尽管理智绝不会从任何方面承认，这册没有眼睛、没有意识、没有权能的书，能够施行创造，因为创造是绝对养育与主宰的事业，需要无限的权能——可是，既然我不承认亘古的创造者Allah，那么，我就只能说：最合适的就是这册书造了它，而且一直在造它。”我们也说：</w:t>
      </w:r>
    </w:p>
    <w:p>
      <w:r>
        <w:rPr>
          <w:rFonts w:ascii="Times New Roman" w:hAnsi="Times New Roman" w:eastAsia="Noto Serif SC" w:cs="Amiri"/>
          <w:lang w:val="zh-CN" w:eastAsia="zh-CN" w:bidi="ar-SA"/>
          <w:color w:val="000000"/>
          <w:rtl w:val="0"/>
        </w:rPr>
        <w:t>你这陷入愚昧中的愚昧、昏醉不堪的愚人！把头从自然主义的泥沼里抬出来，回头看看：从微粒到行星，一切万有都以各自的语言作证、并用自己的手指指向一位具威严的创造者Allah，你应当看见祂；你应当看见那位建造这座宫殿、并在这册书中写下宫殿方案的无始纹饰巨匠Allah的彰显，应当查看祂的敕令，聆听祂的《古兰经》，摆脱那些胡言乱语！</w:t>
      </w:r>
    </w:p>
    <w:p>
      <w:r>
        <w:rPr>
          <w:rFonts w:ascii="Times New Roman" w:hAnsi="Times New Roman" w:eastAsia="Noto Serif SC" w:cs="Amiri"/>
          <w:lang w:val="zh-CN" w:eastAsia="zh-CN" w:bidi="ar-SA"/>
          <w:color w:val="000000"/>
          <w:rtl w:val="0"/>
        </w:rPr>
        <w:t>第二个比喻：一个极其野蛮的人走进一座宏伟的军营，看见一支秩序井然的军队共同进行操练，动作整齐。他观察到：随着一名士兵的动作，一个营、一个团、一个师便起立、坐下、行进；随着一声开火命令，他们便一齐射击。他那粗陋而野蛮的理智，不理解也不承认一位指挥官依国家的规章和君王的法令施行指挥，于是想象那些士兵是被绳索彼此连接起来的。他又想象那条幻想中的绳索何等超乎常规，因而惊叹不已。</w:t>
      </w:r>
    </w:p>
    <w:p>
      <w:r>
        <w:rPr>
          <w:rFonts w:ascii="Times New Roman" w:hAnsi="Times New Roman" w:eastAsia="Noto Serif SC" w:cs="Amiri"/>
          <w:lang w:val="zh-CN" w:eastAsia="zh-CN" w:bidi="ar-SA"/>
          <w:color w:val="000000"/>
          <w:rtl w:val="0"/>
        </w:rPr>
        <w:t>随后，他在星期五走进一座如圣索菲亚清真寺般极其宏伟的清真寺，看见穆斯林会众随着一个人的声音起立、鞠躬、叩首、坐下。他不理解由精神与天上诸法则汇集而成的神圣律法，也不理解来自律法制定者命令的精神准则，便想象那会众是被有形绳索连接起来的，那些奇异的绳索把他们俘获并牵动操纵。他抱着这样一种荒唐念头离开了；这念头足以连那些披着人形、极其野蛮的猛兽也逗得发笑。</w:t>
      </w:r>
    </w:p>
    <w:p>
      <w:r>
        <w:rPr>
          <w:rFonts w:ascii="Times New Roman" w:hAnsi="Times New Roman" w:eastAsia="Noto Serif SC" w:cs="Amiri"/>
          <w:lang w:val="zh-CN" w:eastAsia="zh-CN" w:bidi="ar-SA"/>
          <w:color w:val="000000"/>
          <w:rtl w:val="0"/>
        </w:rPr>
        <w:t>与这个比喻完全一样：这个世界，是无始无终的君王Allah无数军队的宏伟军营；这个宇宙，是那位无始的受崇拜者Allah秩序井然的礼拜之所。一个怀着纯粹野蛮、带有否认之自然主义思想的否认者进入其中。他把来自那位无始君王Allah智慧的宇宙规章之精神法则，想象成一种种有形物质；又把养育与主宰王权的约定性法则，以及那位无始受崇拜者Allah至大自然律法中的种种规定与准则——它们只具有知识性的存在——想象成一个个外在实存的物质实体。于是，他想以那些来自Allah的知识与言辞、只具有知识性存在的法则，取代Allah的权能，把创造交给它们手中，再给它们挂上“自然”的名号；又把仅仅是Allah权能之一种彰显的力量，看作一个自身拥有权能、独立全能的存在。这比比喻中的野蛮人还要低下千百倍！</w:t>
      </w:r>
    </w:p>
    <w:p>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自然主义者所谓的自然，是虚构而不真实的；它至多只能是这样：倘若它具有外在真实性，也只能是一种技艺，不可能是技艺的创造者；它是一种纹饰，不可能是纹饰的巨匠；它是种种规定，不可能是规定的制定者；它是一种自然律法，不可能是律法的设立者；它是一道受造的尊严帷幕，不可能是创造者；它是一种受动的本性，不可能是开创的主动者；它是法则，不是权能，不可能成为全能者；它是尺度与模式，不可能是根源。</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既然万有确实存在；既然正如《第十六篇附注》开头所说，对于存在物的存在，依理智的划分，除了四条道路以外，无法想象别的道路；既然那四个方面中的三个，都已各自凭三种明显的不可能，确凿地证明其不能成立；那么，第四条道路，即认信Allah独一的道路，便必然且自明地得到确凿证明。这第四条道路，就是开头的经文</w:t>
      </w:r>
      <w:r>
        <w:rPr>
          <w:rFonts w:ascii="Amiri" w:hAnsi="Amiri" w:eastAsia="Amiri" w:cs="Amiri"/>
          <w:lang w:val="zh-CN" w:eastAsia="zh-CN" w:bidi="ar-SA"/>
          <w:rtl w:val="1"/>
          <w:cs w:val="1"/>
          <w:color w:val="000000"/>
          <w:sz w:val="24"/>
          <w:szCs w:val="24"/>
        </w:rPr>
        <w:t>ﺍَﻓِﻰ ﺍﻟﻠّٰﻪِ ﺷَﻚٌّ ﻓَﺎﻃِﺮِ ﺍﻟﺴَّﻤٰﻮَﺍﺕِ وَالْاَرْضِ</w:t>
      </w:r>
      <w:r>
        <w:rPr>
          <w:rFonts w:ascii="Times New Roman" w:hAnsi="Times New Roman" w:eastAsia="Noto Serif SC" w:cs="Amiri"/>
          <w:lang w:val="zh-CN" w:eastAsia="zh-CN" w:bidi="ar-SA"/>
          <w:color w:val="000000"/>
          <w:rtl w:val="0"/>
        </w:rPr>
        <w:t>（对Allah难道还会有任何怀疑吗？祂是诸天与大地的开创者；万有都由祂创造，祂作为创造主宰的身份昭然无疑）。它以毫无疑惑、达到自明程度的方式，显明其存在为自身所必然的主宰Allah应受崇拜的神圣性，显明万物都直接从祂的权能之手中发出，诸天与大地都在祂的掌握与支配之中。</w:t>
      </w:r>
    </w:p>
    <w:p>
      <w:r>
        <w:rPr>
          <w:rFonts w:ascii="Times New Roman" w:hAnsi="Times New Roman" w:eastAsia="Noto Serif SC" w:cs="Amiri"/>
          <w:lang w:val="zh-CN" w:eastAsia="zh-CN" w:bidi="ar-SA"/>
          <w:color w:val="000000"/>
          <w:rtl w:val="0"/>
        </w:rPr>
        <w:t>你这崇拜种种缘由、跪拜自然的可怜人！既然每一事物的本性都像一切事物一样是受造的，因为它富有技艺，而且不断新生；既然表面原因也像每一个结果一样，是被制成的；既然每一事物的存在都需要众多装备与器具，那么，就必定有一位绝对全能者Allah，创造那种本性，也创造那个原因。那位绝对全能者Allah有什么必要，把软弱无力的媒介拉进祂的养育与主宰及创造之中，让它们与祂共享呢？</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这远远不符合祂的威严与智慧）！相反，祂直接把结果连同原因一起创造出来；为了显示祂诸尊名的彰显与祂的智慧，祂以秩序和安排，赋予表面原因一种伴随关系。祂又把种种缘由与自然设为权能之手的帷幕，使它们成为事物中表面缺陷、无情与不足所归咎的对象，并以此保全自己的尊严。</w:t>
      </w:r>
    </w:p>
    <w:p>
      <w:r>
        <w:rPr>
          <w:rFonts w:ascii="Times New Roman" w:hAnsi="Times New Roman" w:eastAsia="Noto Serif SC" w:cs="Amiri"/>
          <w:lang w:val="zh-CN" w:eastAsia="zh-CN" w:bidi="ar-SA"/>
          <w:color w:val="000000"/>
          <w:rtl w:val="0"/>
        </w:rPr>
        <w:t>试问，一位钟表匠先造出钟表的齿轮，然后用齿轮组装并整理钟表，这样更容易吗？还是先在那些齿轮内部造出一台超乎常规的机器，再把制造钟表的事交给那台机器没有生命的手，让它造出钟表，这样更容易吗？这难道不超出可能的范围吗？好，就用你那不公正的理智说说看，你来裁决！</w:t>
      </w:r>
    </w:p>
    <w:p>
      <w:r>
        <w:rPr>
          <w:rFonts w:ascii="Times New Roman" w:hAnsi="Times New Roman" w:eastAsia="Noto Serif SC" w:cs="Amiri"/>
          <w:lang w:val="zh-CN" w:eastAsia="zh-CN" w:bidi="ar-SA"/>
          <w:color w:val="000000"/>
          <w:rtl w:val="0"/>
        </w:rPr>
        <w:t>又如，一位书写者拿来墨水、笔和纸，亲手写成那部书，这样更容易吗？还是他在那些纸、墨水和笔之中，专为那一部书发明一台比那部书更富技艺、更费功夫的书写机器，然后对那台没有意识的机器说：“好，你来写！”自己不再插手，这样更容易吗？这难道不比书写困难一百倍吗？</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是的，发明一台书写一部书的机器，比写那部书困难一百倍。不过，那台机器既然可以用来书写同一部书的许多副本，也许就会有一种便利吧？</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无始的纹饰巨匠Allah，为了以无限的权能，时时更新祂诸尊名那无尽的彰显，使之以各种不同的形态呈现，便把事物中的个体特性和独特面容创造到这样的程度：任何一封属于万物皆依赖祂而祂无所依赖者的书信，任何一部属于养育并主宰者的书卷，都不可能与其他书卷完全一模一样。无论如何，为了表达各自不同的意义，它们都必定具有各自不同的面容。</w:t>
      </w:r>
    </w:p>
    <w:p>
      <w:r>
        <w:rPr>
          <w:rFonts w:ascii="Times New Roman" w:hAnsi="Times New Roman" w:eastAsia="Noto Serif SC" w:cs="Amiri"/>
          <w:lang w:val="zh-CN" w:eastAsia="zh-CN" w:bidi="ar-SA"/>
          <w:color w:val="000000"/>
          <w:rtl w:val="0"/>
        </w:rPr>
        <w:t>如果你有眼睛，就看看人的面容；你会看见，从亚当的时代直到如今，甚至直到永无终尽的未来，这小小的面容在主要器官彼此相同的同时，每一张面容相对于所有人的面容，都有一项使它与其他每一张面容区别开来的标志；这一点确凿无疑。</w:t>
      </w:r>
    </w:p>
    <w:p>
      <w:r>
        <w:rPr>
          <w:rFonts w:ascii="Times New Roman" w:hAnsi="Times New Roman" w:eastAsia="Noto Serif SC" w:cs="Amiri"/>
          <w:lang w:val="zh-CN" w:eastAsia="zh-CN" w:bidi="ar-SA"/>
          <w:color w:val="000000"/>
          <w:rtl w:val="0"/>
        </w:rPr>
        <w:t>因此，每一张面容都是一部不同的书。为了安排它的技艺，就需要一套不同的活字，一种不同的编排与撰述；为了既带来又安置它的种种物质，并把存在所需的一切都纳入其中，就需要一架完全不同的织机。</w:t>
      </w:r>
    </w:p>
    <w:p>
      <w:r>
        <w:rPr>
          <w:rFonts w:ascii="Times New Roman" w:hAnsi="Times New Roman" w:eastAsia="Noto Serif SC" w:cs="Amiri"/>
          <w:lang w:val="zh-CN" w:eastAsia="zh-CN" w:bidi="ar-SA"/>
          <w:color w:val="000000"/>
          <w:rtl w:val="0"/>
        </w:rPr>
        <w:t>好，纵然作一个不可能的假设，我们把自然看作一家印刷厂。可是，属于印刷厂的整理与印刷，无非是把既定的秩序排入印版；而那位有生命者的被创造，比这种整理的发明还要困难一百倍。要从宇宙的各个角落，以特定的尺度和独有的秩序，创造他身体中的种种物质，把它们带来，交到印刷厂手里，这一切仍然需要那位发明印刷厂的绝对全能者Allah的权能与意志。可见，把自然设想为印刷厂的这种可能与假设，是毫无意义的迷信。</w:t>
      </w:r>
    </w:p>
    <w:p>
      <w:r>
        <w:rPr>
          <w:rFonts w:ascii="Times New Roman" w:hAnsi="Times New Roman" w:eastAsia="Noto Serif SC" w:cs="Amiri"/>
          <w:lang w:val="zh-CN" w:eastAsia="zh-CN" w:bidi="ar-SA"/>
          <w:color w:val="000000"/>
          <w:rtl w:val="0"/>
        </w:rPr>
        <w:t>正如钟表与书卷这两个比喻所显示的，具威严的创造者Allah是全能于万物者；祂创造了种种缘由，也不断创造种种结果。祂凭自己的智慧，把结果系于缘由。Allah至大的自然律法，由祂关于宇宙运动之安排的种种惯常法则组成；祂凭自己的意志，规定了事物的本性，使它成为这至大自然律法的一种彰显之镜与反射之所。祂又凭权能创造了那种本性呈现于外在存在的一面，并在那种本性之上创造万物，使它们彼此交融。那么，接受这一极其合理、并由无数证据得出的真理，更容易吗？——这难道不是必然不可或缺的吗？——还是把每一事物存在所需的无数装备与器具，交给那些没有生命、没有意识、受造、被制成而单纯的物质，也就是你们所谓的缘由与自然，让它们自行完成那些充满智慧、明察秋毫的事业，更容易吗？——这难道不达到不可能、超出可能的范围吗？——我们把这个问题交给你那不公正理智的公正来裁决。</w:t>
      </w:r>
    </w:p>
    <w:p>
      <w:pPr>
        <w:pStyle w:val="Heading2"/>
      </w:pPr>
      <w:r>
        <w:rPr>
          <w:rFonts w:ascii="Times New Roman" w:hAnsi="Times New Roman" w:eastAsia="Noto Serif SC" w:cs="Amiri"/>
          <w:lang w:val="zh-CN" w:eastAsia="zh-CN" w:bidi="ar-SA"/>
          <w:color w:val="000000"/>
          <w:rtl w:val="0"/>
        </w:rPr>
        <w:t>否认者兼自然崇拜者说：</w:t>
      </w:r>
    </w:p>
    <w:p>
      <w:r>
        <w:rPr>
          <w:rFonts w:ascii="Times New Roman" w:hAnsi="Times New Roman" w:eastAsia="Noto Serif SC" w:cs="Amiri"/>
          <w:lang w:val="zh-CN" w:eastAsia="zh-CN" w:bidi="ar-SA"/>
          <w:color w:val="000000"/>
          <w:rtl w:val="0"/>
        </w:rPr>
        <w:t>既然你邀请我公正思考，那么我也要说：我承认，我们迄今为止走错的道路，既百倍地不可能，又极其有害，而且丑陋到了极点。凡具有一丝意识的人，都会从你们先前的探究中明白：把创造归于种种缘由与自然，是绝不可能的；而把一切直接归于其存在为自身所必然的主宰Allah，则是必然的、不可或缺的。我说</w:t>
      </w:r>
      <w:r>
        <w:rPr>
          <w:rFonts w:ascii="Amiri" w:hAnsi="Amiri" w:eastAsia="Amiri" w:cs="Amiri"/>
          <w:lang w:val="zh-CN" w:eastAsia="zh-CN" w:bidi="ar-SA"/>
          <w:rtl w:val="1"/>
          <w:cs w:val="1"/>
          <w:color w:val="000000"/>
          <w:sz w:val="24"/>
          <w:szCs w:val="24"/>
        </w:rPr>
        <w:t>الْحَمْدُ لِلَّهِ عَلَى الْإِيمَانِ</w:t>
      </w:r>
      <w:r>
        <w:rPr>
          <w:rFonts w:ascii="Times New Roman" w:hAnsi="Times New Roman" w:eastAsia="Noto Serif SC" w:cs="Amiri"/>
          <w:lang w:val="zh-CN" w:eastAsia="zh-CN" w:bidi="ar-SA"/>
          <w:color w:val="000000"/>
          <w:rtl w:val="0"/>
        </w:rPr>
        <w:t>（一切赞美都归于Allah，因祂赐我信仰；这信仰之恩唯由祂所赐，也唯祂最值得为此受赞美），并且归信了。</w:t>
      </w:r>
    </w:p>
    <w:p>
      <w:pPr>
        <w:pStyle w:val="Heading2"/>
      </w:pPr>
      <w:r>
        <w:rPr>
          <w:rFonts w:ascii="Times New Roman" w:hAnsi="Times New Roman" w:eastAsia="Noto Serif SC" w:cs="Amiri"/>
          <w:lang w:val="zh-CN" w:eastAsia="zh-CN" w:bidi="ar-SA"/>
          <w:color w:val="000000"/>
          <w:rtl w:val="0"/>
        </w:rPr>
        <w:t>只是我还有一个疑问：</w:t>
      </w:r>
    </w:p>
    <w:p>
      <w:r>
        <w:rPr>
          <w:rFonts w:ascii="Times New Roman" w:hAnsi="Times New Roman" w:eastAsia="Noto Serif SC" w:cs="Amiri"/>
          <w:lang w:val="zh-CN" w:eastAsia="zh-CN" w:bidi="ar-SA"/>
          <w:color w:val="000000"/>
          <w:rtl w:val="0"/>
        </w:rPr>
        <w:t>我承认至高无上的真实主宰Allah是创造者；可是，某些个别缘由在无关紧要的事物中干预创造，并赢得一点赞美与称颂，这对祂养育与主宰的王权有什么损害呢？祂的王权会因此有所缺损吗？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我们在某些论著中极其确凿地证明过的，统治权的本质就是拒绝干预。甚至最低微的一位官员，也不接受自己的儿子干预自己的职权范围。甚至某些虔诚的君王，虽然身为继任者，却因疑心有人干预自己的统治而杀害无辜的子女；这显示出“拒绝干预法则”在统治权中发挥着何等根本的作用。从一个地区有两名主管，到一个国家有两位君王，“禁止共享法则”作为统治独立性的必然要求，已在人类历史上借无数奇异的动荡与混乱显示了自己的力量。</w:t>
      </w:r>
    </w:p>
    <w:p>
      <w:r>
        <w:rPr>
          <w:rFonts w:ascii="Times New Roman" w:hAnsi="Times New Roman" w:eastAsia="Noto Serif SC" w:cs="Amiri"/>
          <w:lang w:val="zh-CN" w:eastAsia="zh-CN" w:bidi="ar-SA"/>
          <w:color w:val="000000"/>
          <w:rtl w:val="0"/>
        </w:rPr>
        <w:t>你且看看：在软弱无力、需要援助的人类身上，统治与管辖仅仅是一道影子，尚且如此拒绝干预，禁止他人插手，不容他人共享统治，并极其固执地竭力维护自身职位的独立。然后你再比较一下：在那位具威严的主宰Allah身上，绝对统治达到养育与主宰的层级，绝对管辖达到应受崇拜之神圣性的层级，绝对独立达到在每一事物中彰显的独一性的层级，绝对无求达到绝对全能的层级；那么，这种拒绝干预、禁止共享、驱除同伴，在何等程度上是祂统治权不可或缺的要素与必然要求，你若能比较，就尽管比较吧。</w:t>
      </w:r>
    </w:p>
    <w:p>
      <w:pPr>
        <w:pStyle w:val="Heading2"/>
      </w:pPr>
      <w:r>
        <w:rPr>
          <w:rFonts w:ascii="Times New Roman" w:hAnsi="Times New Roman" w:eastAsia="Noto Serif SC" w:cs="Amiri"/>
          <w:lang w:val="zh-CN" w:eastAsia="zh-CN" w:bidi="ar-SA"/>
          <w:color w:val="000000"/>
          <w:rtl w:val="0"/>
        </w:rPr>
        <w:t>至于你疑问的第二个分支：</w:t>
      </w:r>
    </w:p>
    <w:p>
      <w:r>
        <w:rPr>
          <w:rFonts w:ascii="Times New Roman" w:hAnsi="Times New Roman" w:eastAsia="Noto Serif SC" w:cs="Amiri"/>
          <w:lang w:val="zh-CN" w:eastAsia="zh-CN" w:bidi="ar-SA"/>
          <w:color w:val="000000"/>
          <w:rtl w:val="0"/>
        </w:rPr>
        <w:t>若某些缘由成为某些个别事物某些全然奴仆意识的归向之处，那么，从微粒到行星的受造物，它们朝向那位绝对受崇拜者、其存在为自身所必然的主宰Allah的全然奴仆意识，又会因此减少什么呢？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这宇宙的至睿创造者Allah，把宇宙创造成一棵树的形式，把它最完美的果实设为有意识者，又把有意识者之中最具包容性的果实设为人。人的感恩与敬拜最为重要，甚至是人被创造的成果、天性的目的与生命的果实。那位绝对至睿者、独立命令者，那位为了使自己被爱、被认识而创造宇宙的唯一而独一无二者Allah，会把作为全宇宙之果实的人，以及作为人最高果实的感恩与敬拜，交给别人的手吗？祂会完全违背自己的智慧，使创造的成果与宇宙的果实归于徒然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 xml:space="preserve">（绝不如此；这远远不符合祂的智慧与威严） </w:t>
      </w:r>
      <w:r>
        <w:rPr>
          <w:rFonts w:ascii="Amiri" w:hAnsi="Amiri" w:eastAsia="Amiri" w:cs="Amiri"/>
          <w:lang w:val="zh-CN" w:eastAsia="zh-CN" w:bidi="ar-SA"/>
          <w:rtl w:val="1"/>
          <w:cs w:val="1"/>
          <w:color w:val="000000"/>
          <w:sz w:val="24"/>
          <w:szCs w:val="24"/>
        </w:rPr>
        <w:t>وَكَلَّا</w:t>
      </w:r>
      <w:r>
        <w:rPr>
          <w:rFonts w:ascii="Times New Roman" w:hAnsi="Times New Roman" w:eastAsia="Noto Serif SC" w:cs="Amiri"/>
          <w:lang w:val="zh-CN" w:eastAsia="zh-CN" w:bidi="ar-SA"/>
          <w:color w:val="000000"/>
          <w:rtl w:val="0"/>
        </w:rPr>
        <w:t>（断乎不会，绝无此事）……祂会以一种使人否认祂智慧与养育主宰的方式，容许把受造物的敬拜交给他人吗？祂会允许丝毫这样的事吗？祂既以种种作为无限度地显明自己要使自己被爱、被认识，难道还会把最完美受造物的感恩与感激、爱慕与全然奴仆意识交给别的缘由，从而使自己被遗忘，使人否认祂在宇宙中的崇高目的吗？这位已经放弃自然崇拜的朋友啊！好，你来说说！</w:t>
      </w:r>
    </w:p>
    <w:p>
      <w:r>
        <w:rPr>
          <w:rFonts w:ascii="Times New Roman" w:hAnsi="Times New Roman" w:eastAsia="Noto Serif SC" w:cs="Amiri"/>
          <w:lang w:val="zh-CN" w:eastAsia="zh-CN" w:bidi="ar-SA"/>
          <w:color w:val="000000"/>
          <w:rtl w:val="0"/>
        </w:rPr>
        <w:t>那人说：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都归于Allah；赞美唯属祂，因为一切完善与恩赐的源头都是祂）。我的这两个疑问得到解答的同时，关于Allah的独一、祂才是真正应受崇拜者、除祂以外任何存在都不配受敬拜，你向我展示了如此光明而有力的两项证据；若要否认它们，就如同否认太阳与白昼一样，只是顽固抗拒。</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那位摒弃自然主义的不信思想、归向信仰的人说：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我的疑问已不存在，只有几个引起我好奇的问题。第一问：我们常听许多懒惰者和放弃礼拜的人说：“至高无上的真实主宰Allah哪里需要我们的崇拜，以至《古兰经》以极其强烈而坚决的语气，斥责放弃崇拜者，并以火狱那样可怕的刑罚加以威胁？《古兰经》那平和、端正、公正的表述，怎能与对微不足道的个别错误表现出这般极端严厉相称？”</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是的，至高无上的真实主宰Allah不仅不需要你的崇拜，祂不需要任何事物。可是你需要崇拜；你在精神上有病。我们已在许多论著中证明，崇拜犹如医治你精神创伤的解毒良药。试想，一个病人面对一位怜爱的医生坚持让他服用有益药物时，若对医生说：“你有什么需要，竟这样坚持要我吃药？”你会明白这话多么荒谬。</w:t>
      </w:r>
    </w:p>
    <w:p>
      <w:r>
        <w:rPr>
          <w:rFonts w:ascii="Times New Roman" w:hAnsi="Times New Roman" w:eastAsia="Noto Serif SC" w:cs="Amiri"/>
          <w:lang w:val="zh-CN" w:eastAsia="zh-CN" w:bidi="ar-SA"/>
          <w:color w:val="000000"/>
          <w:rtl w:val="0"/>
        </w:rPr>
        <w:t>至于《古兰经》对放弃崇拜发出的严厉警告与可怕刑罚：正如一位君主为保护臣民的权利，会因一个普通人侵害臣民权利的错误而对他施以重刑。</w:t>
      </w:r>
    </w:p>
    <w:p>
      <w:r>
        <w:rPr>
          <w:rFonts w:ascii="Times New Roman" w:hAnsi="Times New Roman" w:eastAsia="Noto Serif SC" w:cs="Amiri"/>
          <w:lang w:val="zh-CN" w:eastAsia="zh-CN" w:bidi="ar-SA"/>
          <w:color w:val="000000"/>
          <w:rtl w:val="0"/>
        </w:rPr>
        <w:t>同样，放弃崇拜与礼拜的人，严重侵犯并无形欺压了作为无始无终君王臣民的万有的权利。因为万有的完善，在它们朝向创造者的面容上，借赞颂与崇拜显现。放弃崇拜的人看不见、也看不到万有的崇拜，甚至加以否认。于是，他把那些在赞颂与崇拜方面居于高品、每一件都是万物皆依赖者Allah的书文、都是养育并主宰者诸尊名之镜的万有，从崇高位阶上贬下；把它们看成无足轻重、没有职责、僵死而混乱的存在。因此，他贬损万有，否认并侵犯它们的完善。</w:t>
      </w:r>
    </w:p>
    <w:p>
      <w:r>
        <w:rPr>
          <w:rFonts w:ascii="Times New Roman" w:hAnsi="Times New Roman" w:eastAsia="Noto Serif SC" w:cs="Amiri"/>
          <w:lang w:val="zh-CN" w:eastAsia="zh-CN" w:bidi="ar-SA"/>
          <w:color w:val="000000"/>
          <w:rtl w:val="0"/>
        </w:rPr>
        <w:t>每个人都借自己的镜子观看宇宙。至高无上的真实主宰Allah把人创造成宇宙的尺度与天平。祂从这个世界上赐给每人一个专属的世界，并按那人内心的信念显示其颜色。</w:t>
      </w:r>
    </w:p>
    <w:p>
      <w:r>
        <w:rPr>
          <w:rFonts w:ascii="Times New Roman" w:hAnsi="Times New Roman" w:eastAsia="Noto Serif SC" w:cs="Amiri"/>
          <w:lang w:val="zh-CN" w:eastAsia="zh-CN" w:bidi="ar-SA"/>
          <w:color w:val="000000"/>
          <w:rtl w:val="0"/>
        </w:rPr>
        <w:t>譬如，一个极其绝望、满怀哀悼而哭泣的人，会把万有看成哭泣而绝望的样子；一个极其喜悦、快乐、满有佳音、因极乐而欢笑的人，会把宇宙看成快乐而含笑的样子。同样，一个以思悟而庄重的态度崇拜和赞颂Allah的人，会在一定程度上发现并看见万有真实而确定的崇拜与赞颂。因疏忽或否认而放弃崇拜的人，则以完全违背万有真实完善的错误方式臆想它们，并在精神上侵犯它们的权利。</w:t>
      </w:r>
    </w:p>
    <w:p>
      <w:r>
        <w:rPr>
          <w:rFonts w:ascii="Times New Roman" w:hAnsi="Times New Roman" w:eastAsia="Noto Serif SC" w:cs="Amiri"/>
          <w:lang w:val="zh-CN" w:eastAsia="zh-CN" w:bidi="ar-SA"/>
          <w:color w:val="000000"/>
          <w:rtl w:val="0"/>
        </w:rPr>
        <w:t>而且，那放弃礼拜者因为不拥有自己，便欺压了作为其真正所有者之仆人的自我。他的所有者Allah为了从他那唆使作恶的自我手中讨回这个仆人的权利，发出可怕的警告。他又因抛弃了作为自身被造结果与天性目的的崇拜，构成对Allah智慧与养育并主宰者意旨的侵犯，因此遭受刑罚。</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放弃崇拜的人，既欺压自己的自我——而自我是至高无上的真实主宰Allah的仆人和受造所有物——又侵犯宇宙的完善权利，形成一种不义。正如不信是对万有的贬损，放弃崇拜也是对宇宙完善的否认。它还侵犯了Allah的智慧，因此理应受到可怕的警告与严厉的刑罚。</w:t>
      </w:r>
    </w:p>
    <w:p>
      <w:r>
        <w:rPr>
          <w:rFonts w:ascii="Times New Roman" w:hAnsi="Times New Roman" w:eastAsia="Noto Serif SC" w:cs="Amiri"/>
          <w:lang w:val="zh-CN" w:eastAsia="zh-CN" w:bidi="ar-SA"/>
          <w:color w:val="000000"/>
          <w:rtl w:val="0"/>
        </w:rPr>
        <w:t>为表达这种应得及上述真理，阐明奇迹的《古兰经》以奇迹般的方式选择了那种强烈的表述，恰与情境所需完全相符，实现了真正的修辞之美。第二问：那位摒弃自然主义、归向信仰的人说：</w:t>
      </w:r>
    </w:p>
    <w:p>
      <w:r>
        <w:rPr>
          <w:rFonts w:ascii="Times New Roman" w:hAnsi="Times New Roman" w:eastAsia="Noto Serif SC" w:cs="Amiri"/>
          <w:lang w:val="zh-CN" w:eastAsia="zh-CN" w:bidi="ar-SA"/>
          <w:color w:val="000000"/>
          <w:rtl w:val="0"/>
        </w:rPr>
        <w:t>每一个存在，在每一方面、每一项行为、每一个事物和每一种情状中，都服从Allah的意旨和养育并主宰者的权能，这是一项极其伟大的真理。因其宏大，我们狭隘的心智无法将它纳入。然而，我们亲眼所见万物被造时极其丰足与充裕，创造万物时无尽容易；凭你们先前证据证实的独一之道上，创造万物又极其轻而易举；以及《古兰经》明文所宣的</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 xml:space="preserve">（对你们的创造和对你们的复起，都只如同创造一个单一的灵魂；在Allah的权能面前，众多与单一并无难易之别） </w:t>
      </w:r>
      <w:r>
        <w:rPr>
          <w:rFonts w:ascii="Amiri" w:hAnsi="Amiri" w:eastAsia="Amiri" w:cs="Amiri"/>
          <w:lang w:val="zh-CN" w:eastAsia="zh-CN" w:bidi="ar-SA"/>
          <w:rtl w:val="1"/>
          <w:cs w:val="1"/>
          <w:color w:val="000000"/>
          <w:sz w:val="24"/>
          <w:szCs w:val="24"/>
        </w:rPr>
        <w:t>٭ ﻭَﻣَٓﺎ ﺍَﻣْﺮُ ﺍﻟﺴَّﺎﻋَﺔِ اِلَّا ﻛَﻠَﻤْﺢِ ﺍﻟْﺒَﺼَﺮِ ﺍَﻭْ ﻫُﻮَ ﺍَﻗْﺮَﺏُ</w:t>
      </w:r>
      <w:r>
        <w:rPr>
          <w:rFonts w:ascii="Times New Roman" w:hAnsi="Times New Roman" w:eastAsia="Noto Serif SC" w:cs="Amiri"/>
          <w:lang w:val="zh-CN" w:eastAsia="zh-CN" w:bidi="ar-SA"/>
          <w:color w:val="000000"/>
          <w:rtl w:val="0"/>
        </w:rPr>
        <w:t>（复起之时的事，不过如眨眼一瞬，甚至更为临近、更为迅速）这样的经文清楚表明的极端容易，都显示那伟大真理是最可接受、最合理的问题。这种容易的奥义与智慧是什么？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在《第二十封书信》第十句对</w:t>
      </w:r>
      <w:r>
        <w:rPr>
          <w:rFonts w:ascii="Amiri" w:hAnsi="Amiri" w:eastAsia="Amiri" w:cs="Amiri"/>
          <w:lang w:val="zh-CN" w:eastAsia="zh-CN" w:bidi="ar-SA"/>
          <w:rtl w:val="1"/>
          <w:cs w:val="1"/>
          <w:color w:val="000000"/>
          <w:sz w:val="24"/>
          <w:szCs w:val="24"/>
        </w:rPr>
        <w:t>ﻭَﻫُﻮَ ﻋَﻠٰﻰ ﻛُﻞِّ ﺷَﻰْﺀٍ ﻗَﺪ۪ﻳﺮٌ</w:t>
      </w:r>
      <w:r>
        <w:rPr>
          <w:rFonts w:ascii="Times New Roman" w:hAnsi="Times New Roman" w:eastAsia="Noto Serif SC" w:cs="Amiri"/>
          <w:lang w:val="zh-CN" w:eastAsia="zh-CN" w:bidi="ar-SA"/>
          <w:color w:val="000000"/>
          <w:rtl w:val="0"/>
        </w:rPr>
        <w:t>（祂对万事万物确是绝对全能的）的阐述中，那一奥义已被说得极其清楚、确凿而令人信服。尤其在那封书信的附篇中，又以更明晰的方式证明：当一切万有都归属于独一的创造者时，便如一个存在般容易。若不归于独一无二的Allah，创造一个受造物就会像创造万有一样困难，一粒种子也会如一棵树一样艰难。</w:t>
      </w:r>
    </w:p>
    <w:p>
      <w:r>
        <w:rPr>
          <w:rFonts w:ascii="Times New Roman" w:hAnsi="Times New Roman" w:eastAsia="Noto Serif SC" w:cs="Amiri"/>
          <w:lang w:val="zh-CN" w:eastAsia="zh-CN" w:bidi="ar-SA"/>
          <w:color w:val="000000"/>
          <w:rtl w:val="0"/>
        </w:rPr>
        <w:t>若归于真正的创造者，宇宙便如一棵树，一棵树便如一粒种子，乐园便如一个春天，一个春天便如一朵花，都因而变得容易。亲眼可见的无尽丰足与低廉、每一物种众多个体轻易出现，以及众多、轻易而迅速产生的有秩序、技艺精妙、珍贵的存在，其奥义与智慧的根源，在于那位创造者；对此，我们只简要提示祂数以百计证据中的一两个，其余已在别的论著中详述。</w:t>
      </w:r>
    </w:p>
    <w:p>
      <w:r>
        <w:rPr>
          <w:rFonts w:ascii="Times New Roman" w:hAnsi="Times New Roman" w:eastAsia="Noto Serif SC" w:cs="Amiri"/>
          <w:lang w:val="zh-CN" w:eastAsia="zh-CN" w:bidi="ar-SA"/>
          <w:color w:val="000000"/>
          <w:rtl w:val="0"/>
        </w:rPr>
        <w:t>譬如，正如把一百名士兵交给一名军官指挥，比把一名士兵交给一百名军官指挥容易百倍；一支军队的军事装备，若交给一个中心、一套制度、一家工厂和一位君主的命令，数量上几乎像装备一名士兵一样容易。相反，把一名士兵的军事装备托付给多个中心、多家工厂和多名指挥官，数量上几乎会像装备一支军队一样困难。因为，仅装备一名士兵，也需要具备整支军队所需的一切工厂。</w:t>
      </w:r>
    </w:p>
    <w:p>
      <w:r>
        <w:rPr>
          <w:rFonts w:ascii="Times New Roman" w:hAnsi="Times New Roman" w:eastAsia="Noto Serif SC" w:cs="Amiri"/>
          <w:lang w:val="zh-CN" w:eastAsia="zh-CN" w:bidi="ar-SA"/>
          <w:color w:val="000000"/>
          <w:rtl w:val="0"/>
        </w:rPr>
        <w:t>同样，一棵树凭独一的奥义，从一条根、一个中心、一套法则获得生命物质，因此，亲眼可见，这棵结出成千上万果实的树，就像一枚果实一样容易。若从独一走向繁多，把每一枚果实所需的生命物质分别从别处提供，那么每一枚果实都会像一棵树一样困难。甚至，作为一棵树的缩影和目录的一粒种子，也会像那棵树一样艰难。因为，一棵树的生命所需的一切生命物质，同样也是一粒种子所需要的。</w:t>
      </w:r>
    </w:p>
    <w:p>
      <w:r>
        <w:rPr>
          <w:rFonts w:ascii="Times New Roman" w:hAnsi="Times New Roman" w:eastAsia="Noto Serif SC" w:cs="Amiri"/>
          <w:lang w:val="zh-CN" w:eastAsia="zh-CN" w:bidi="ar-SA"/>
          <w:color w:val="000000"/>
          <w:rtl w:val="0"/>
        </w:rPr>
        <w:t>可见，正如这些譬喻，还有数百个譬喻表明：在独一中，成千上万的存在以极端容易的方式产生；而在以物配主与繁多中，它们比独一中的一个存在还要困难。</w:t>
      </w:r>
    </w:p>
    <w:p>
      <w:r>
        <w:rPr>
          <w:rFonts w:ascii="Times New Roman" w:hAnsi="Times New Roman" w:eastAsia="Noto Serif SC" w:cs="Amiri"/>
          <w:lang w:val="zh-CN" w:eastAsia="zh-CN" w:bidi="ar-SA"/>
          <w:color w:val="000000"/>
          <w:rtl w:val="0"/>
        </w:rPr>
        <w:t>这一真理已在其他论著中得到如二二得四般确凿的证明，这里不再赘述，仅说明这种容易在Allah的知识与预定裁定、养育并主宰者的权能视角下的一项重要奥义：</w:t>
      </w:r>
    </w:p>
    <w:p>
      <w:r>
        <w:rPr>
          <w:rFonts w:ascii="Times New Roman" w:hAnsi="Times New Roman" w:eastAsia="Noto Serif SC" w:cs="Amiri"/>
          <w:lang w:val="zh-CN" w:eastAsia="zh-CN" w:bidi="ar-SA"/>
          <w:color w:val="000000"/>
          <w:rtl w:val="0"/>
        </w:rPr>
        <w:t>你是一个存在。若把自己交给无始的全能者Allah，祂会如划燃一根火柴，凭一道命令与无尽权能，从绝对的无有，在一瞬间创造你。若不把自己交给祂，而归因于物质原因和自然，那么，因为你是宇宙有秩序的概要、果实和小小目录与清单，要造你，就必须把宇宙和诸元素用细筛筛过，再以精密度量从世界各处收集你身体中的物质。</w:t>
      </w:r>
    </w:p>
    <w:p>
      <w:r>
        <w:rPr>
          <w:rFonts w:ascii="Times New Roman" w:hAnsi="Times New Roman" w:eastAsia="Noto Serif SC" w:cs="Amiri"/>
          <w:lang w:val="zh-CN" w:eastAsia="zh-CN" w:bidi="ar-SA"/>
          <w:color w:val="000000"/>
          <w:rtl w:val="0"/>
        </w:rPr>
        <w:t>因为物质原因只能组合、收集；它们不能把自己所没有的从无中造出，这在一切有理智者那里都是确认的。因此，它们不得不从世界各处收集一个小小生命体的身躯。</w:t>
      </w:r>
    </w:p>
    <w:p>
      <w:r>
        <w:rPr>
          <w:rFonts w:ascii="Times New Roman" w:hAnsi="Times New Roman" w:eastAsia="Noto Serif SC" w:cs="Amiri"/>
          <w:lang w:val="zh-CN" w:eastAsia="zh-CN" w:bidi="ar-SA"/>
          <w:color w:val="000000"/>
          <w:rtl w:val="0"/>
        </w:rPr>
        <w:t>可见，你当明白：独一与认信Allah独一中何等容易，以物配主与迷误中又何等艰难！</w:t>
      </w:r>
    </w:p>
    <w:p>
      <w:r>
        <w:rPr>
          <w:rFonts w:ascii="Times New Roman" w:hAnsi="Times New Roman" w:eastAsia="Noto Serif SC" w:cs="Amiri"/>
          <w:lang w:val="zh-CN" w:eastAsia="zh-CN" w:bidi="ar-SA"/>
          <w:color w:val="000000"/>
          <w:rtl w:val="0"/>
        </w:rPr>
        <w:t>第二，在知识方面，有无穷容易。即：</w:t>
      </w:r>
    </w:p>
    <w:p>
      <w:r>
        <w:rPr>
          <w:rFonts w:ascii="Times New Roman" w:hAnsi="Times New Roman" w:eastAsia="Noto Serif SC" w:cs="Amiri"/>
          <w:lang w:val="zh-CN" w:eastAsia="zh-CN" w:bidi="ar-SA"/>
          <w:color w:val="000000"/>
          <w:rtl w:val="0"/>
        </w:rPr>
        <w:t>预定是知识的一种：它为每一事物确定一个量度，犹如那事物精神与可感的模具。那个预定量度，又成为该事物存在的计划和模型。权能创造时，便极其容易地依那个预定量度创造。</w:t>
      </w:r>
    </w:p>
    <w:p>
      <w:r>
        <w:rPr>
          <w:rFonts w:ascii="Times New Roman" w:hAnsi="Times New Roman" w:eastAsia="Noto Serif SC" w:cs="Amiri"/>
          <w:lang w:val="zh-CN" w:eastAsia="zh-CN" w:bidi="ar-SA"/>
          <w:color w:val="000000"/>
          <w:rtl w:val="0"/>
        </w:rPr>
        <w:t>若那事物不归属于具有涵盖一切、无始知识的具威严全能者Allah——如前所述——出现的将不是数千困难，而是上百种不可能。因为，若没有那个预定与知识的量度，就必须在一个微小动物的身体上使用成千上万外在的、物质的模具。</w:t>
      </w:r>
    </w:p>
    <w:p>
      <w:r>
        <w:rPr>
          <w:rFonts w:ascii="Times New Roman" w:hAnsi="Times New Roman" w:eastAsia="Noto Serif SC" w:cs="Amiri"/>
          <w:lang w:val="zh-CN" w:eastAsia="zh-CN" w:bidi="ar-SA"/>
          <w:color w:val="000000"/>
          <w:rtl w:val="0"/>
        </w:rPr>
        <w:t>可见，你当明白独一中的无尽容易与迷误和以物配主中的无尽困难的一项奥义；也当知道</w:t>
      </w:r>
      <w:r>
        <w:rPr>
          <w:rFonts w:ascii="Amiri" w:hAnsi="Amiri" w:eastAsia="Amiri" w:cs="Amiri"/>
          <w:lang w:val="zh-CN" w:eastAsia="zh-CN" w:bidi="ar-SA"/>
          <w:rtl w:val="1"/>
          <w:cs w:val="1"/>
          <w:color w:val="000000"/>
          <w:sz w:val="24"/>
          <w:szCs w:val="24"/>
        </w:rPr>
        <w:t>ﻭَﻣَٓﺎ ﺍَﻣْﺮُ ﺍﻟﺴَّﺎﻋَﺔِ اِلَّا ﻛَﻠَﻤْﺢِ ﺍﻟْﺒَﺼَﺮِ ﺍَﻭْ ﻫُﻮَ ﺍَﻗْﺮَﺏُ</w:t>
      </w:r>
      <w:r>
        <w:rPr>
          <w:rFonts w:ascii="Times New Roman" w:hAnsi="Times New Roman" w:eastAsia="Noto Serif SC" w:cs="Amiri"/>
          <w:lang w:val="zh-CN" w:eastAsia="zh-CN" w:bidi="ar-SA"/>
          <w:color w:val="000000"/>
          <w:rtl w:val="0"/>
        </w:rPr>
        <w:t>（复起之时的事，不过如眨眼一瞬，甚至更为临近、更为迅速）这段经文，表达了何等真实、正确而崇高的真理！</w:t>
      </w:r>
    </w:p>
    <w:p>
      <w:r>
        <w:rPr>
          <w:rFonts w:ascii="Times New Roman" w:hAnsi="Times New Roman" w:eastAsia="Noto Serif SC" w:cs="Amiri"/>
          <w:lang w:val="zh-CN" w:eastAsia="zh-CN" w:bidi="ar-SA"/>
          <w:color w:val="000000"/>
          <w:rtl w:val="0"/>
        </w:rPr>
        <w:t>第三问：那位过去为敌、如今为友的归信正道者说：“当今一些走得极远的哲学家说：‘没有任何事物能从无中被创造，也没有任何事物会被消灭；只有一种组合与分解，在驱动宇宙的工厂运转。’”</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那些不以《古兰经》之光看待万有的哲学家，即使走得最远，也看见：通过自然与原因，这些存在的形成与产生，正如我们先前证明的那样，困难到近乎不可能。于是他们分成两派。</w:t>
      </w:r>
    </w:p>
    <w:p>
      <w:r>
        <w:rPr>
          <w:rFonts w:ascii="Times New Roman" w:hAnsi="Times New Roman" w:eastAsia="Noto Serif SC" w:cs="Amiri"/>
          <w:lang w:val="zh-CN" w:eastAsia="zh-CN" w:bidi="ar-SA"/>
          <w:color w:val="000000"/>
          <w:rtl w:val="0"/>
        </w:rPr>
        <w:t>一派成为诡辩者，辞去人特有的理智，堕落得比愚蠢的动物还低；他们认为，在迷误之道上，否认宇宙的存在，甚至否认自身的存在，比承认原因与自然拥有创造力更容易。于是，他们既否认自己，又否认宇宙，陷入绝对无知。</w:t>
      </w:r>
    </w:p>
    <w:p>
      <w:r>
        <w:rPr>
          <w:rFonts w:ascii="Times New Roman" w:hAnsi="Times New Roman" w:eastAsia="Noto Serif SC" w:cs="Amiri"/>
          <w:lang w:val="zh-CN" w:eastAsia="zh-CN" w:bidi="ar-SA"/>
          <w:color w:val="000000"/>
          <w:rtl w:val="0"/>
        </w:rPr>
        <w:t>第二派看见，在迷误中，若把原因与自然当作创造者，创造一只苍蝇、一粒种子都有无尽困难，需要超出理智常态的能力。因此，他们被迫否认创造，说“无中不能生有”；又认为消灭不可能，断言“有也不能归于无”。他们只设想一种名义上的状态：微粒运动、偶然之风造成的组合与分解、散开与聚集。</w:t>
      </w:r>
    </w:p>
    <w:p>
      <w:r>
        <w:rPr>
          <w:rFonts w:ascii="Times New Roman" w:hAnsi="Times New Roman" w:eastAsia="Noto Serif SC" w:cs="Amiri"/>
          <w:lang w:val="zh-CN" w:eastAsia="zh-CN" w:bidi="ar-SA"/>
          <w:color w:val="000000"/>
          <w:rtl w:val="0"/>
        </w:rPr>
        <w:t>那么，请你来看：这些自以为最聪明的人，其实处在愚蠢与无知的最低层；你当知道迷误使人变得何等可笑、卑下而愚昧，并引以为鉴！</w:t>
      </w:r>
    </w:p>
    <w:p>
      <w:r>
        <w:rPr>
          <w:rFonts w:ascii="Times New Roman" w:hAnsi="Times New Roman" w:eastAsia="Noto Serif SC" w:cs="Amiri"/>
          <w:lang w:val="zh-CN" w:eastAsia="zh-CN" w:bidi="ar-SA"/>
          <w:color w:val="000000"/>
          <w:rtl w:val="0"/>
        </w:rPr>
        <w:t>一种无始权能，每年在大地表面同时创造四十万物种，在六天内创造诸天与大地，又在六个星期里、每个春天，建造一个比宇宙更有技艺、更具智慧的生命宇宙。在这无始权能、无始知识的领域中，种种精神存在——其计划与量度已经确定——要获得外在存在，就像用隐形墨水写成的文字，涂上药剂便显现出来一样容易。认为这种权能难以把外在存在赋予那些原本外在不存在的知识存在，因而否认创造，比前一派诡辩者更加愚蠢无知。</w:t>
      </w:r>
    </w:p>
    <w:p>
      <w:r>
        <w:rPr>
          <w:rFonts w:ascii="Times New Roman" w:hAnsi="Times New Roman" w:eastAsia="Noto Serif SC" w:cs="Amiri"/>
          <w:lang w:val="zh-CN" w:eastAsia="zh-CN" w:bidi="ar-SA"/>
          <w:color w:val="000000"/>
          <w:rtl w:val="0"/>
        </w:rPr>
        <w:t>这些不幸者，他们那已变得如暴君般的自我绝对无能，除有限选择意志外一无所有。自我不能消灭任何事物，也不能从无中创造一个微粒、一种物质；他们所信赖的原因与自然也不具备从无创造的能力。于是，他们愚蠢地说：“无中不能生有，有也不能归于无。”并想把这条虚妄错误的法则推广到绝对全能者Allah身上。</w:t>
      </w:r>
    </w:p>
    <w:p>
      <w:r>
        <w:rPr>
          <w:rFonts w:ascii="Times New Roman" w:hAnsi="Times New Roman" w:eastAsia="Noto Serif SC" w:cs="Amiri"/>
          <w:lang w:val="zh-CN" w:eastAsia="zh-CN" w:bidi="ar-SA"/>
          <w:color w:val="000000"/>
          <w:rtl w:val="0"/>
        </w:rPr>
        <w:t>是的，具威严全能者Allah有两种创造方式：一种是独创与从无创造，即从绝对的无有赋予存在，并把其所需的一切也从无中创造，交到它手中。另一种是构造与技艺创造，即为显示其完满智慧和许多尊名的彰显等精微智慧，祂用宇宙诸元素构造某些存在，并以供养万物的法则，把服从祂命令的微粒与物质发送给它们，使它们在其中运作。</w:t>
      </w:r>
    </w:p>
    <w:p>
      <w:r>
        <w:rPr>
          <w:rFonts w:ascii="Times New Roman" w:hAnsi="Times New Roman" w:eastAsia="Noto Serif SC" w:cs="Amiri"/>
          <w:lang w:val="zh-CN" w:eastAsia="zh-CN" w:bidi="ar-SA"/>
          <w:color w:val="000000"/>
          <w:rtl w:val="0"/>
        </w:rPr>
        <w:t>是的，绝对全能者Allah有两种创造方式，既有从无创造，也有构造。使有归于无、使无成为有，是祂最容易、最轻易，甚至是恒常而普遍的法则。面对一种权能——它在一个春天，从无中创造三十万物种生命受造物的形态、属性，乃至除微粒外的一切性质与状态——却说“祂不能使无成为有”的人，才应当归于无！</w:t>
      </w:r>
    </w:p>
    <w:p>
      <w:r>
        <w:rPr>
          <w:rFonts w:ascii="Times New Roman" w:hAnsi="Times New Roman" w:eastAsia="Noto Serif SC" w:cs="Amiri"/>
          <w:lang w:val="zh-CN" w:eastAsia="zh-CN" w:bidi="ar-SA"/>
          <w:color w:val="000000"/>
          <w:rtl w:val="0"/>
        </w:rPr>
        <w:t>那位摒弃自然主义、转向真理的人说：“我向至高无上的真实主宰Allah献上如微粒数目般的感恩、赞美与称颂，因为我获得了完满信仰，摆脱了妄想与迷误，再无疑问。”</w:t>
      </w:r>
      <w:r>
        <w:rPr>
          <w:rFonts w:ascii="Amiri" w:hAnsi="Amiri" w:eastAsia="Amiri" w:cs="Amiri"/>
          <w:lang w:val="zh-CN" w:eastAsia="zh-CN" w:bidi="ar-SA"/>
          <w:rtl w:val="1"/>
          <w:cs w:val="1"/>
          <w:color w:val="000000"/>
          <w:sz w:val="24"/>
          <w:szCs w:val="24"/>
        </w:rPr>
        <w:t>ﺍَﻟْﺤَﻤْﺪُ ﻟِﻠّٰﻪِ ﻋَﻠٰﻰ ﺩ۪ﻳﻦِ الْاِسْلَامِ ﻭَ ﻛَﻤَﺎﻝِ الْا۪يمَانِ</w:t>
      </w:r>
      <w:r>
        <w:rPr>
          <w:rFonts w:ascii="Times New Roman" w:hAnsi="Times New Roman" w:eastAsia="Noto Serif SC" w:cs="Amiri"/>
          <w:lang w:val="zh-CN" w:eastAsia="zh-CN" w:bidi="ar-SA"/>
          <w:color w:val="000000"/>
          <w:rtl w:val="0"/>
        </w:rPr>
        <w:t xml:space="preserve">（一切赞美与称颂全归Allah，因为祂赐下伊斯兰这一宗教和完满的信仰；一切引导与完善唯属于祂）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1"/>
        <w:pageBreakBefore/>
      </w:pPr>
      <w:r>
        <w:rPr>
          <w:rFonts w:ascii="Times New Roman" w:hAnsi="Times New Roman" w:eastAsia="Noto Serif SC" w:cs="Amiri"/>
          <w:lang w:val="zh-CN" w:eastAsia="zh-CN" w:bidi="ar-SA"/>
          <w:color w:val="000000"/>
          <w:rtl w:val="0"/>
        </w:rPr>
        <w:t>第二十四篇闪光</w:t>
      </w:r>
    </w:p>
    <w:p>
      <w:pPr>
        <w:pStyle w:val="Heading2"/>
      </w:pPr>
      <w:r>
        <w:rPr>
          <w:rFonts w:ascii="Times New Roman" w:hAnsi="Times New Roman" w:eastAsia="Noto Serif SC" w:cs="Amiri"/>
          <w:lang w:val="zh-CN" w:eastAsia="zh-CN" w:bidi="ar-SA"/>
          <w:color w:val="000000"/>
          <w:rtl w:val="0"/>
        </w:rPr>
        <w:t>论遮蔽</w:t>
      </w:r>
    </w:p>
    <w:p>
      <w:r>
        <w:rPr>
          <w:rFonts w:ascii="Times New Roman" w:hAnsi="Times New Roman" w:eastAsia="Noto Serif SC" w:cs="Amiri"/>
          <w:lang w:val="zh-CN" w:eastAsia="zh-CN" w:bidi="ar-SA"/>
          <w:color w:val="000000"/>
          <w:rtl w:val="0"/>
        </w:rPr>
        <w:t>本篇原为《第十五篇注记》的第二、第三项论题，因其重要性而成为《第二十四篇闪光》。</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ﻳَﺎ ﺍَﻳُّﻬَﺎ ﺍﻟﻨَّﺒِﻰُّ ﻗُﻞْ</w:t>
      </w:r>
      <w:r>
        <w:rPr>
          <w:rFonts w:ascii="Times New Roman" w:hAnsi="Times New Roman" w:eastAsia="Noto Serif SC" w:cs="Amiri"/>
          <w:lang w:val="zh-CN" w:eastAsia="zh-CN" w:bidi="ar-SA"/>
          <w:color w:val="000000"/>
          <w:rtl w:val="0"/>
        </w:rPr>
        <w:t xml:space="preserve">（先知啊，你当宣告；这呼唤带着神圣的命令与引导） </w:t>
      </w:r>
      <w:r>
        <w:rPr>
          <w:rFonts w:ascii="Amiri" w:hAnsi="Amiri" w:eastAsia="Amiri" w:cs="Amiri"/>
          <w:lang w:val="zh-CN" w:eastAsia="zh-CN" w:bidi="ar-SA"/>
          <w:rtl w:val="1"/>
          <w:cs w:val="1"/>
          <w:color w:val="000000"/>
          <w:sz w:val="24"/>
          <w:szCs w:val="24"/>
        </w:rPr>
        <w:t>لِاَزْوَاجِكَ ﻭَﺑَﻨَﺎﺗِﻚَ ﻭَﻧِﺴَٓﺎﺀِ ﺍﻟْﻤُﺆْﻣِﻨ۪ﻴﻦَ</w:t>
      </w:r>
      <w:r>
        <w:rPr>
          <w:rFonts w:ascii="Times New Roman" w:hAnsi="Times New Roman" w:eastAsia="Noto Serif SC" w:cs="Amiri"/>
          <w:lang w:val="zh-CN" w:eastAsia="zh-CN" w:bidi="ar-SA"/>
          <w:color w:val="000000"/>
          <w:rtl w:val="0"/>
        </w:rPr>
        <w:t xml:space="preserve">（对你的妻室们、你的女儿们和信士们的妇女们说） </w:t>
      </w:r>
      <w:r>
        <w:rPr>
          <w:rFonts w:ascii="Amiri" w:hAnsi="Amiri" w:eastAsia="Amiri" w:cs="Amiri"/>
          <w:lang w:val="zh-CN" w:eastAsia="zh-CN" w:bidi="ar-SA"/>
          <w:rtl w:val="1"/>
          <w:cs w:val="1"/>
          <w:color w:val="000000"/>
          <w:sz w:val="24"/>
          <w:szCs w:val="24"/>
        </w:rPr>
        <w:t>ﻳُﺪْﻧ۪ﻴﻦَ ﻋَﻠَﻴْﻬِﻦَّ ﻣِﻦْ جَلَاب۪يبِهِنَّ</w:t>
      </w:r>
      <w:r>
        <w:rPr>
          <w:rFonts w:ascii="Times New Roman" w:hAnsi="Times New Roman" w:eastAsia="Noto Serif SC" w:cs="Amiri"/>
          <w:lang w:val="zh-CN" w:eastAsia="zh-CN" w:bidi="ar-SA"/>
          <w:color w:val="000000"/>
          <w:rtl w:val="0"/>
        </w:rPr>
        <w:t xml:space="preserve">（让她们把外罩衣拉近，覆盖在身上，以遮蔽仪容并守住端庄）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（这节经文至此所援引的部分，完整承载着遮蔽的命令）。这段经文命令遮蔽。放纵的文明却违背《古兰经》的这一诫命，认为遮蔽不合天性，说：“这是一种奴役。”</w:t>
      </w:r>
      <w:r>
        <w:rPr>
          <w:rStyle w:val="FootnoteReference"/>
        </w:rPr>
        <w:footnoteReference w:id="33"/>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至睿《古兰经》的这一诫命完全合乎天性，违背它则违反天性；证明这一点的智慧很多，我们只阐述其中四项。</w:t>
      </w:r>
    </w:p>
    <w:p>
      <w:pPr>
        <w:pStyle w:val="Heading2"/>
      </w:pPr>
      <w:r>
        <w:rPr>
          <w:rFonts w:ascii="Times New Roman" w:hAnsi="Times New Roman" w:eastAsia="Noto Serif SC" w:cs="Amiri"/>
          <w:lang w:val="zh-CN" w:eastAsia="zh-CN" w:bidi="ar-SA"/>
          <w:color w:val="000000"/>
          <w:rtl w:val="0"/>
        </w:rPr>
        <w:t>第一项智慧</w:t>
      </w:r>
    </w:p>
    <w:p>
      <w:r>
        <w:rPr>
          <w:rFonts w:ascii="Times New Roman" w:hAnsi="Times New Roman" w:eastAsia="Noto Serif SC" w:cs="Amiri"/>
          <w:lang w:val="zh-CN" w:eastAsia="zh-CN" w:bidi="ar-SA"/>
          <w:color w:val="000000"/>
          <w:rtl w:val="0"/>
        </w:rPr>
        <w:t>遮蔽对女性而言合乎天性，是她们天性的要求。因为女性生来柔弱而细腻，需要一位男性的保护与帮助，来保护自己和她们看得比生命更珍爱的孩子；因此，她们天生有一种愿望：使自己受人喜爱，不惹人厌恶，不遭人轻蔑。</w:t>
      </w:r>
    </w:p>
    <w:p>
      <w:r>
        <w:rPr>
          <w:rFonts w:ascii="Times New Roman" w:hAnsi="Times New Roman" w:eastAsia="Noto Serif SC" w:cs="Amiri"/>
          <w:lang w:val="zh-CN" w:eastAsia="zh-CN" w:bidi="ar-SA"/>
          <w:color w:val="000000"/>
          <w:rtl w:val="0"/>
        </w:rPr>
        <w:t>而且，十个女性中有六七个或者年老，或者貌不美，她们不愿把自己的衰老或欠缺美貌展示给众人。或者她们生性易感嫉妒，不愿与比自己更美的人相比而显得逊色；或者她们害怕侵犯与猜疑，希望免受攻击，不在丈夫眼中落得不忠的嫌疑，因此天性要求遮蔽。只要留意就会发现，最爱隐藏自己的正是年老者。十个女性中，恐怕只有两三个既年轻又美丽，而且不厌烦展示自己。显然，人会厌烦自己不喜欢、所轻蔑之人的目光，并因此受伤。那么，一位穿着暴露的美丽女性，若十个与她无婚姻亲属关系的男性中只有两三个是她乐意其观看的人，其余七八个则会令她厌恶。</w:t>
      </w:r>
    </w:p>
    <w:p>
      <w:r>
        <w:rPr>
          <w:rFonts w:ascii="Times New Roman" w:hAnsi="Times New Roman" w:eastAsia="Noto Serif SC" w:cs="Amiri"/>
          <w:lang w:val="zh-CN" w:eastAsia="zh-CN" w:bidi="ar-SA"/>
          <w:color w:val="000000"/>
          <w:rtl w:val="0"/>
        </w:rPr>
        <w:t>而且，一位不卖弄风骚、不放荡的美丽女性，由于细腻而极易受伤，必然厌烦那些经体验确有实际影响、甚至令人中毒般受伤的污浊目光。我们甚至听说，在盛行暴露的欧洲，许多女性因这种注视的逼视而向警察诉苦：“这些卑劣之徒把我们囚禁在目光里，逼迫我们。”</w:t>
      </w:r>
    </w:p>
    <w:p>
      <w:r>
        <w:rPr>
          <w:rFonts w:ascii="Times New Roman" w:hAnsi="Times New Roman" w:eastAsia="Noto Serif SC" w:cs="Amiri"/>
          <w:lang w:val="zh-CN" w:eastAsia="zh-CN" w:bidi="ar-SA"/>
          <w:color w:val="000000"/>
          <w:rtl w:val="0"/>
        </w:rPr>
        <w:t>可见，文明废除遮蔽是违背天性的。《古兰经》命令遮蔽，既合乎天性，也借遮蔽把这些女性——她们是怜爱的源泉，能够成为珍贵的永恒伴侣——从堕落、屈辱、精神奴役与卑贱中拯救出来。</w:t>
      </w:r>
    </w:p>
    <w:p>
      <w:r>
        <w:rPr>
          <w:rFonts w:ascii="Times New Roman" w:hAnsi="Times New Roman" w:eastAsia="Noto Serif SC" w:cs="Amiri"/>
          <w:lang w:val="zh-CN" w:eastAsia="zh-CN" w:bidi="ar-SA"/>
          <w:color w:val="000000"/>
          <w:rtl w:val="0"/>
        </w:rPr>
        <w:t>女性面对陌生男性，天生还有胆怯与畏惧，而畏惧自然要求遮蔽。因为，她可能辛苦承受八九个月沉重胎儿的负担，使八九分钟的欢乐真正化为痛苦；还可能为得不到保护的孩子操劳教养八九年，承受那八九分钟不合法欢乐带来的灾祸。此类事情屡屡发生，因此她的天性强烈畏惧无婚姻亲属关系的男性，本能地要求谨慎。她柔弱的被造体质命令并强烈提醒她：以遮蔽不激发陌生男性的欲望，不给侵犯留下机会；也表明她的罩袍是一道屏障、一座堡垒。</w:t>
      </w:r>
    </w:p>
    <w:p>
      <w:r>
        <w:rPr>
          <w:rFonts w:ascii="Times New Roman" w:hAnsi="Times New Roman" w:eastAsia="Noto Serif SC" w:cs="Amiri"/>
          <w:lang w:val="zh-CN" w:eastAsia="zh-CN" w:bidi="ar-SA"/>
          <w:color w:val="000000"/>
          <w:rtl w:val="0"/>
        </w:rPr>
        <w:t>据我所闻，在政府所在地及首都的市集里，光天化日之下，在众人眼前，一个极其卑贱的擦鞋匠，竟公然骚扰一位世俗地位显赫者那裸露双腿的妻子；这件事正像一记耳光，打在反对遮蔽者厚颜无耻的脸上！</w:t>
      </w:r>
    </w:p>
    <w:p>
      <w:pPr>
        <w:pStyle w:val="Heading2"/>
      </w:pPr>
      <w:r>
        <w:rPr>
          <w:rFonts w:ascii="Times New Roman" w:hAnsi="Times New Roman" w:eastAsia="Noto Serif SC" w:cs="Amiri"/>
          <w:lang w:val="zh-CN" w:eastAsia="zh-CN" w:bidi="ar-SA"/>
          <w:color w:val="000000"/>
          <w:rtl w:val="0"/>
        </w:rPr>
        <w:t>第二项智慧</w:t>
      </w:r>
    </w:p>
    <w:p>
      <w:r>
        <w:rPr>
          <w:rFonts w:ascii="Times New Roman" w:hAnsi="Times New Roman" w:eastAsia="Noto Serif SC" w:cs="Amiri"/>
          <w:lang w:val="zh-CN" w:eastAsia="zh-CN" w:bidi="ar-SA"/>
          <w:color w:val="000000"/>
          <w:rtl w:val="0"/>
        </w:rPr>
        <w:t>男女之间极其深刻而强烈的联系、爱恋与牵挂，并非只源于尘世生活的需要。是的，一位女性对于丈夫，并不只是尘世生活的伴侣，也是永恒生命中的伴侣。既然她在永恒生命中仍是丈夫的生活伴侣，那么，她就不应把自己美好的仪容展现在丈夫——她永恒的朋友与伙伴——以外的目光前，以免使他恼怒、使他嫉妒。</w:t>
      </w:r>
    </w:p>
    <w:p>
      <w:r>
        <w:rPr>
          <w:rFonts w:ascii="Times New Roman" w:hAnsi="Times New Roman" w:eastAsia="Noto Serif SC" w:cs="Amiri"/>
          <w:lang w:val="zh-CN" w:eastAsia="zh-CN" w:bidi="ar-SA"/>
          <w:color w:val="000000"/>
          <w:rtl w:val="0"/>
        </w:rPr>
        <w:t>既然有信仰的丈夫凭信仰的奥义与她的关系，并不限于尘世生活，也不是只动物般系于她美貌之时的短暂爱恋；而是把她视为永恒生命中的伴侣，以深刻而认真的爱恋和尊重与她相连；不仅在她年轻貌美时如此，即使她年老色衰，也怀着同样真挚的尊重与爱恋。那么，作为回应，她把自己美好的仪容专留给他的目光，把自己的爱恋专归于他，正是人性的要求。否则，她所得甚少，所失却极多。</w:t>
      </w:r>
    </w:p>
    <w:p>
      <w:r>
        <w:rPr>
          <w:rFonts w:ascii="Times New Roman" w:hAnsi="Times New Roman" w:eastAsia="Noto Serif SC" w:cs="Amiri"/>
          <w:lang w:val="zh-CN" w:eastAsia="zh-CN" w:bidi="ar-SA"/>
          <w:color w:val="000000"/>
          <w:rtl w:val="0"/>
        </w:rPr>
        <w:t>依神圣律法，丈夫应与妻子相配，即彼此合适。这种相配与相称，最重要的是宗教操守方面。</w:t>
      </w:r>
    </w:p>
    <w:p>
      <w:r>
        <w:rPr>
          <w:rFonts w:ascii="Times New Roman" w:hAnsi="Times New Roman" w:eastAsia="Noto Serif SC" w:cs="Amiri"/>
          <w:lang w:val="zh-CN" w:eastAsia="zh-CN" w:bidi="ar-SA"/>
          <w:color w:val="000000"/>
          <w:rtl w:val="0"/>
        </w:rPr>
        <w:t>那样的丈夫何等幸福：他看重妻子的宗教操守并加以效法，为不在永恒生命中失去伴侣而成为虔诚者。</w:t>
      </w:r>
    </w:p>
    <w:p>
      <w:r>
        <w:rPr>
          <w:rFonts w:ascii="Times New Roman" w:hAnsi="Times New Roman" w:eastAsia="Noto Serif SC" w:cs="Amiri"/>
          <w:lang w:val="zh-CN" w:eastAsia="zh-CN" w:bidi="ar-SA"/>
          <w:color w:val="000000"/>
          <w:rtl w:val="0"/>
        </w:rPr>
        <w:t>那样的女性何等幸福：她看重丈夫的宗教操守，为“不失去永恒的伙伴”而进入敬畏之道。</w:t>
      </w:r>
    </w:p>
    <w:p>
      <w:r>
        <w:rPr>
          <w:rFonts w:ascii="Times New Roman" w:hAnsi="Times New Roman" w:eastAsia="Noto Serif SC" w:cs="Amiri"/>
          <w:lang w:val="zh-CN" w:eastAsia="zh-CN" w:bidi="ar-SA"/>
          <w:color w:val="000000"/>
          <w:rtl w:val="0"/>
        </w:rPr>
        <w:t>那样的男人何等可悲：他陷入放纵，将永远失去贞善的妻子。那样的女性何等不幸：她不效法敬畏的丈夫，失去了那位尊贵的永恒伙伴。</w:t>
      </w:r>
    </w:p>
    <w:p>
      <w:r>
        <w:rPr>
          <w:rFonts w:ascii="Times New Roman" w:hAnsi="Times New Roman" w:eastAsia="Noto Serif SC" w:cs="Amiri"/>
          <w:lang w:val="zh-CN" w:eastAsia="zh-CN" w:bidi="ar-SA"/>
          <w:color w:val="000000"/>
          <w:rtl w:val="0"/>
        </w:rPr>
        <w:t>那对不幸的夫妻该受千万次痛惜：他们彼此效法对方的悖逆与放纵，帮助对方投入火中。</w:t>
      </w:r>
    </w:p>
    <w:p>
      <w:pPr>
        <w:pStyle w:val="Heading2"/>
      </w:pPr>
      <w:r>
        <w:rPr>
          <w:rFonts w:ascii="Times New Roman" w:hAnsi="Times New Roman" w:eastAsia="Noto Serif SC" w:cs="Amiri"/>
          <w:lang w:val="zh-CN" w:eastAsia="zh-CN" w:bidi="ar-SA"/>
          <w:color w:val="000000"/>
          <w:rtl w:val="0"/>
        </w:rPr>
        <w:t>第三项智慧</w:t>
      </w:r>
    </w:p>
    <w:p>
      <w:r>
        <w:rPr>
          <w:rFonts w:ascii="Times New Roman" w:hAnsi="Times New Roman" w:eastAsia="Noto Serif SC" w:cs="Amiri"/>
          <w:lang w:val="zh-CN" w:eastAsia="zh-CN" w:bidi="ar-SA"/>
          <w:color w:val="000000"/>
          <w:rtl w:val="0"/>
        </w:rPr>
        <w:t>一个家庭的生活幸福，依靠夫妻之间的相互信任、真挚的尊重与爱恋而延续。不加遮蔽与暴露，会破坏那份信任，也会折断彼此尊重与爱恋。因为，十个穿着暴露的女性中，只有一个因未见比丈夫更美的人，而不努力使自己讨陌生人喜欢；其余九个都会见到比丈夫更好的人。二十个男人中，也只有一个没有见过比妻子更美的人。那时，真挚的爱恋与相互尊重便会消失，还可能激起极其丑陋、极其卑劣的情感。即：</w:t>
      </w:r>
    </w:p>
    <w:p>
      <w:r>
        <w:rPr>
          <w:rFonts w:ascii="Times New Roman" w:hAnsi="Times New Roman" w:eastAsia="Noto Serif SC" w:cs="Amiri"/>
          <w:lang w:val="zh-CN" w:eastAsia="zh-CN" w:bidi="ar-SA"/>
          <w:color w:val="000000"/>
          <w:rtl w:val="0"/>
        </w:rPr>
        <w:t>人对姐妹等近亲，天生不会带有欲望之情。因为近亲的面容，会使人感到血缘与近亲关系中的怜爱和合法爱恋，从而压碎自我欲望的冲动。然而，把腿部等依神圣律法也不可向近亲展示的部位裸露出来，可能在卑劣的自我中激起极其丑陋的情感。因为近亲的面容宣告亲近关系，与陌生者不同；而譬如裸露的腿，在近亲与非近亲身上却没有区别。它没有表明近亲关系的区别标记，因此可能在某些卑劣的近亲心中唤醒动物般的贪欲目光。这样的目光，是使人汗毛倒竖的人性堕落！</w:t>
      </w:r>
    </w:p>
    <w:p>
      <w:pPr>
        <w:pStyle w:val="Heading2"/>
      </w:pPr>
      <w:r>
        <w:rPr>
          <w:rFonts w:ascii="Times New Roman" w:hAnsi="Times New Roman" w:eastAsia="Noto Serif SC" w:cs="Amiri"/>
          <w:lang w:val="zh-CN" w:eastAsia="zh-CN" w:bidi="ar-SA"/>
          <w:color w:val="000000"/>
          <w:rtl w:val="0"/>
        </w:rPr>
        <w:t>第四项智慧</w:t>
      </w:r>
    </w:p>
    <w:p>
      <w:r>
        <w:rPr>
          <w:rFonts w:ascii="Times New Roman" w:hAnsi="Times New Roman" w:eastAsia="Noto Serif SC" w:cs="Amiri"/>
          <w:lang w:val="zh-CN" w:eastAsia="zh-CN" w:bidi="ar-SA"/>
          <w:color w:val="000000"/>
          <w:rtl w:val="0"/>
        </w:rPr>
        <w:t>众所周知，人口繁盛为众人所盼望。没有任何民族和政府不赞成增加繁衍。至尊使者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（愿Allah赐他尊荣、恩福与平安）甚至宣告：</w:t>
      </w:r>
      <w:r>
        <w:rPr>
          <w:rFonts w:ascii="Amiri" w:hAnsi="Amiri" w:eastAsia="Amiri" w:cs="Amiri"/>
          <w:lang w:val="zh-CN" w:eastAsia="zh-CN" w:bidi="ar-SA"/>
          <w:rtl w:val="1"/>
          <w:cs w:val="1"/>
          <w:color w:val="000000"/>
          <w:sz w:val="24"/>
          <w:szCs w:val="24"/>
        </w:rPr>
        <w:t>ﺗَﻨَﺎﻛَﺤُﻮﺍ ﺗَﻜَﺎﺛَﺮُﻭﺍ ﻓَﺎِﻧّ۪ﻰ ﺍُﺑَﺎﻫ۪ﻰ ﺑِﻜُﻢُ الْاُمَمَ</w:t>
      </w:r>
      <w:r>
        <w:rPr>
          <w:rFonts w:ascii="Times New Roman" w:hAnsi="Times New Roman" w:eastAsia="Noto Serif SC" w:cs="Amiri"/>
          <w:lang w:val="zh-CN" w:eastAsia="zh-CN" w:bidi="ar-SA"/>
          <w:color w:val="000000"/>
          <w:rtl w:val="0"/>
        </w:rPr>
        <w:t>（你们当婚配，当繁衍增多；在复起之日，我将以你们在众多共同体中的繁盛而自豪）——</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（或者，正如他大致所说的那样）——。也就是说：“你们当结婚，当增多。在复起之日，我将因你们人数众多而自豪。”</w:t>
      </w:r>
    </w:p>
    <w:p>
      <w:r>
        <w:rPr>
          <w:rFonts w:ascii="Times New Roman" w:hAnsi="Times New Roman" w:eastAsia="Noto Serif SC" w:cs="Amiri"/>
          <w:lang w:val="zh-CN" w:eastAsia="zh-CN" w:bidi="ar-SA"/>
          <w:color w:val="000000"/>
          <w:rtl w:val="0"/>
        </w:rPr>
        <w:t>然而，废除遮蔽不会增加婚姻，反而使其大大减少。因为，即使最放荡、最时髦的青年，也希望自己的生活伴侣贞洁端庄。他不愿她像自己一样时髦，即暴露不羁，因此宁可独身，甚至走上淫乱之路。</w:t>
      </w:r>
    </w:p>
    <w:p>
      <w:r>
        <w:rPr>
          <w:rFonts w:ascii="Times New Roman" w:hAnsi="Times New Roman" w:eastAsia="Noto Serif SC" w:cs="Amiri"/>
          <w:lang w:val="zh-CN" w:eastAsia="zh-CN" w:bidi="ar-SA"/>
          <w:color w:val="000000"/>
          <w:rtl w:val="0"/>
        </w:rPr>
        <w:t>女性则不同，她不能那样把丈夫据为独有。因为，她以家庭生活内部管理者的身份，负责守护丈夫的全部财产、子女和一切；所以她最根本的美德是忠诚与可信。暴露则会破坏这份忠诚，使她在丈夫眼中失去可信，并令她受良心折磨。甚至，男性身上的两项美德——勇敢与慷慨——若出现在女性身上，也因有损这种可信与忠诚而被视为恶德、坏品性。但丈夫的职责不是为她守财与忠诚，而是保护、怜爱与尊重。因此，那个男人不被据为独有，也可以迎娶其他女性。</w:t>
      </w:r>
    </w:p>
    <w:p>
      <w:r>
        <w:rPr>
          <w:rFonts w:ascii="Times New Roman" w:hAnsi="Times New Roman" w:eastAsia="Noto Serif SC" w:cs="Amiri"/>
          <w:lang w:val="zh-CN" w:eastAsia="zh-CN" w:bidi="ar-SA"/>
          <w:color w:val="000000"/>
          <w:rtl w:val="0"/>
        </w:rPr>
        <w:t>我们的国家不能与欧洲相比。因为在那里，凭决斗等极其激烈的手段，暴露之中的贞操尚能在一定程度上受到维护。一个自重的人之妻若遭污浊目光，那人便要把殓衣挂在颈上，然后才敢再看。而且，地处寒冷地带的欧洲，那里人的性情也像那片土地一样冷漠而僵滞。这个亚洲，即伊斯兰世界的大陆，相对而言是炎热地带。众所周知，环境会影响人的道德。在那寒冷的土地上，对那些冷漠的人而言，暴露或许不会大大刺激动物欲望、挑起贪欲，也不会导致太多滥用与过度。</w:t>
      </w:r>
    </w:p>
    <w:p>
      <w:r>
        <w:rPr>
          <w:rFonts w:ascii="Times New Roman" w:hAnsi="Times New Roman" w:eastAsia="Noto Serif SC" w:cs="Amiri"/>
          <w:lang w:val="zh-CN" w:eastAsia="zh-CN" w:bidi="ar-SA"/>
          <w:color w:val="000000"/>
          <w:rtl w:val="0"/>
        </w:rPr>
        <w:t>然而，在炎热地带，人们敏感而易受触动，暴露会不断激发他们的自我欲望，必然导致许多滥用、过度、后代孱弱和精力衰退。面对一个月或二十天才出现一次的天性需要，人会自以为每隔几天就不得不放纵一次。那时，由于每月约有十五天因月经等情况必须避开妻子，若又被自我征服，他也会趋向淫乱。</w:t>
      </w:r>
    </w:p>
    <w:p>
      <w:r>
        <w:rPr>
          <w:rFonts w:ascii="Times New Roman" w:hAnsi="Times New Roman" w:eastAsia="Noto Serif SC" w:cs="Amiri"/>
          <w:lang w:val="zh-CN" w:eastAsia="zh-CN" w:bidi="ar-SA"/>
          <w:color w:val="000000"/>
          <w:rtl w:val="0"/>
        </w:rPr>
        <w:t>城市居民不能参照乡村人和游牧人而废除遮蔽。因为，在乡村和游牧生活中，女性为生计操劳，身体劳动而疲倦；那些纯真的劳动女性较为质朴，不像城市女性那样吸引专注的目光，她们部分裸露并不会激起自我欲望。而且，游荡和无所事事的人很少，城市中的腐败在她们那里连十分之一也没有。因此，不能以她们作比较。</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（赞颂祂超绝一切缺欠）</w:t>
      </w:r>
    </w:p>
    <w:p>
      <w:pPr>
        <w:pStyle w:val="Heading2"/>
      </w:pPr>
      <w:r>
        <w:rPr>
          <w:rFonts w:ascii="Times New Roman" w:hAnsi="Times New Roman" w:eastAsia="Noto Serif SC" w:cs="Amiri"/>
          <w:lang w:val="zh-CN" w:eastAsia="zh-CN" w:bidi="ar-SA"/>
          <w:color w:val="000000"/>
          <w:rtl w:val="0"/>
        </w:rPr>
        <w:t>这是与有信仰者、我后世姊妹们的女性群体的一番谈话</w:t>
      </w:r>
    </w:p>
    <w:p>
      <w:r>
        <w:rPr>
          <w:rFonts w:ascii="Times New Roman" w:hAnsi="Times New Roman" w:eastAsia="Noto Serif SC" w:cs="Amiri"/>
          <w:lang w:val="zh-CN" w:eastAsia="zh-CN" w:bidi="ar-SA"/>
          <w:color w:val="000000"/>
          <w:rtl w:val="0"/>
        </w:rPr>
        <w:t>我在一些省份看见女性群体真挚而热切地关怀《光明论》，也知道她们对我关于《光明论》的讲授抱有远超我本分的信任。就在我第三次来到尊贵的伊斯帕尔塔和精神上的扎赫拉学府时，听说那些尊贵的、我后世姊妹们的女性群体，正期待我作一次讲授，仿佛我将在清真寺里以讲道的形式为她们授课。其实，我在四个方面患病，身心俱疲，甚至无力说话与思考。然而今夜，一个强烈的提醒来到我的心中：十五年前，你应青年人的请求，为他们写了《青年指南》，他们从中获益良多；而如今，女性群体比青年人更需要这样一部指南。于是，我在极度疲惫、虚弱和无力之中，回应这一提醒，以三项精义，向那些尊贵的姊妹和我精神上的年轻子女，极其简要地说明若干必要之事。第一项精义：《光明论》最重要的原则之一是怜爱，而女性群体是怜爱的英雄，因此她们天性与《光明论》更为亲近。</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这种天性上的亲近，在许多地方都能感到。怜爱中的自我牺牲，表达了真正的纯诚和不求回报的自我奉献，因此在当今时代具有极其重要的意义。</w:t>
      </w:r>
    </w:p>
    <w:p>
      <w:r>
        <w:rPr>
          <w:rFonts w:ascii="Times New Roman" w:hAnsi="Times New Roman" w:eastAsia="Noto Serif SC" w:cs="Amiri"/>
          <w:lang w:val="zh-CN" w:eastAsia="zh-CN" w:bidi="ar-SA"/>
          <w:color w:val="000000"/>
          <w:rtl w:val="0"/>
        </w:rPr>
        <w:t>是的，一位母亲为把孩子救离危险，不求任何报酬而献出自己的生命；又出于天职，以真正的纯诚把自己献给孩子。这表明女性具有极其崇高的英雄精神。这种精神若得以展开，她就能借此拯救自己的尘世生活和永恒生命。然而，在某些恶劣思潮中，这种坚强而珍贵的品性未能展开，或者被误用了。</w:t>
      </w:r>
    </w:p>
    <w:p>
      <w:r>
        <w:rPr>
          <w:rFonts w:ascii="Times New Roman" w:hAnsi="Times New Roman" w:eastAsia="Noto Serif SC" w:cs="Amiri"/>
          <w:lang w:val="zh-CN" w:eastAsia="zh-CN" w:bidi="ar-SA"/>
          <w:color w:val="000000"/>
          <w:rtl w:val="0"/>
        </w:rPr>
        <w:t>在数以百计的例证中，有一个小小的例子：那位充满怜爱的母亲，为了让孩子在尘世生活中免遭危险、获得利益，甘愿承受一切牺牲，并以此教养他。她说“愿我的儿子成为高官”，便付出全部财产，把他从背诵《古兰经》的学校接走，送往欧洲。可是，她没有想孩子的永恒生命已陷入危险；她努力把他救出尘世的牢笼，却不考虑他会落入火狱的牢笼。与天性的怜爱完全相反，她使那无辜的孩子在本应在后世为她说情时，反而成为控告她的人。那孩子会控诉：“你为什么不巩固我的信仰，反而让我走向毁灭？”在尘世间，孩子也因为没有充分接受伊斯兰的教养，无法恰当回报母亲非凡怜爱所应得的权益，反而可能犯下许多过错。</w:t>
      </w:r>
    </w:p>
    <w:p>
      <w:r>
        <w:rPr>
          <w:rFonts w:ascii="Times New Roman" w:hAnsi="Times New Roman" w:eastAsia="Noto Serif SC" w:cs="Amiri"/>
          <w:lang w:val="zh-CN" w:eastAsia="zh-CN" w:bidi="ar-SA"/>
          <w:color w:val="000000"/>
          <w:rtl w:val="0"/>
        </w:rPr>
        <w:t>如果真正的怜爱不被误用，而她凭这怜爱的奥义，努力救可怜的孩子脱离作为永恒牢笼的火狱，脱离在迷误中死去这一永恒的消灭，那么，孩子所行一切善功的同等回赐，也会记入母亲的善功簿。母亲去世后，孩子便时时以自己的善功，把光明送至她的灵魂；在后世，他非但不会控告她，反而会全心全意地为她说情，在永恒生命中成为她尊贵的孩子。</w:t>
      </w:r>
    </w:p>
    <w:p>
      <w:r>
        <w:rPr>
          <w:rFonts w:ascii="Times New Roman" w:hAnsi="Times New Roman" w:eastAsia="Noto Serif SC" w:cs="Amiri"/>
          <w:lang w:val="zh-CN" w:eastAsia="zh-CN" w:bidi="ar-SA"/>
          <w:color w:val="000000"/>
          <w:rtl w:val="0"/>
        </w:rPr>
        <w:t>是的，人最初也最有影响的导师，就是他的母亲。因此，我要说出自己在生命中始终真切感受到的这一意义：</w:t>
      </w:r>
    </w:p>
    <w:p>
      <w:r>
        <w:rPr>
          <w:rFonts w:ascii="Times New Roman" w:hAnsi="Times New Roman" w:eastAsia="Noto Serif SC" w:cs="Amiri"/>
          <w:lang w:val="zh-CN" w:eastAsia="zh-CN" w:bidi="ar-SA"/>
          <w:color w:val="000000"/>
          <w:rtl w:val="0"/>
        </w:rPr>
        <w:t>在我八十年的人生中，虽然曾向八万人学习，我仍发誓：最根本、最不可动摇、仿佛时时都在更新其教导的，是我已故母亲给我的教诲和精神课程。那些课程扎根于我的天性，几乎像种子埋在我的物质身体里。我清楚看见，其余所学都建立在这些种子之上。如今八十岁的我，在所见到的伟大真理中，把已故母亲在我一岁时注入天性与灵魂的教导和教诲，认作一粒粒根本的种子。</w:t>
      </w:r>
    </w:p>
    <w:p>
      <w:r>
        <w:rPr>
          <w:rFonts w:ascii="Times New Roman" w:hAnsi="Times New Roman" w:eastAsia="Noto Serif SC" w:cs="Amiri"/>
          <w:lang w:val="zh-CN" w:eastAsia="zh-CN" w:bidi="ar-SA"/>
          <w:color w:val="000000"/>
          <w:rtl w:val="0"/>
        </w:rPr>
        <w:t>尤其是：我确知，自己的道路与方向的四项原则中最重要的一项——怜爱，以及《光明论》最伟大的真理——怜悯与慈悯，正是我从那位母亲充满怜爱的行为、状态和精神课程中学来的。是的，母性的怜爱带着这种真正的纯诚与真正的自我牺牲；若误用它，不顾无辜孩子那如钻石宝库般的后世，把他天真的脸转向如短暂易逝玻璃瓶般的尘世，以这种方式对他表示怜爱，就是对那份怜爱的误用。</w:t>
      </w:r>
    </w:p>
    <w:p>
      <w:r>
        <w:rPr>
          <w:rFonts w:ascii="Times New Roman" w:hAnsi="Times New Roman" w:eastAsia="Noto Serif SC" w:cs="Amiri"/>
          <w:lang w:val="zh-CN" w:eastAsia="zh-CN" w:bidi="ar-SA"/>
          <w:color w:val="000000"/>
          <w:rtl w:val="0"/>
        </w:rPr>
        <w:t>女性凭怜爱而具有的这种英雄精神，不求任何代价、任何回报，不含任何个人利益和炫耀之意，甘愿献出生命。一只母鸡只带着那份怜爱的微小缩影，却为救雏鸡扑向狮子、献出生命，便证明了这一点。</w:t>
      </w:r>
    </w:p>
    <w:p>
      <w:r>
        <w:rPr>
          <w:rFonts w:ascii="Times New Roman" w:hAnsi="Times New Roman" w:eastAsia="Noto Serif SC" w:cs="Amiri"/>
          <w:lang w:val="zh-CN" w:eastAsia="zh-CN" w:bidi="ar-SA"/>
          <w:color w:val="000000"/>
          <w:rtl w:val="0"/>
        </w:rPr>
        <w:t>如今，在伊斯兰教养和后世功修中，最珍贵、最必要的原则是纯诚。这种怜爱中的英雄精神，正含有那种真正的纯诚。</w:t>
      </w:r>
    </w:p>
    <w:p>
      <w:r>
        <w:rPr>
          <w:rFonts w:ascii="Times New Roman" w:hAnsi="Times New Roman" w:eastAsia="Noto Serif SC" w:cs="Amiri"/>
          <w:lang w:val="zh-CN" w:eastAsia="zh-CN" w:bidi="ar-SA"/>
          <w:color w:val="000000"/>
          <w:rtl w:val="0"/>
        </w:rPr>
        <w:t>如果这两点在那尊贵的群体中开始展开，就会成为伊斯兰领域内巨大幸福的源泉。然而，男性的英雄精神不可能毫无所求，他们会在上百个方面寻求回报，至少也追求名声与荣誉。遗憾的是，那可怜而尊贵的女性群体，为摆脱暴虐丈夫的恶意与压制，会以另一种方式，陷入另一种源于软弱和无力的虚伪。第二项精义：今年我隐居独处、退出社会生活时，为了一些光明兄弟姐妹的情谊，观看了尘世。从与我会面的大多数朋友那里，我听见他们抱怨自己的家庭生活。我说：“可叹啊！”人的庇护所、一种乐园和小小世界，就是他的家庭生活，穆斯林尤其如此。难道这也开始败坏了吗？我寻找原因，得知：正如有一两个团体，为了破坏伊斯兰的社会生活、进而伤害伊斯兰宗教，正在诱使青年偏离正路，以青春欲望把他们推向放纵；我也感到，另有一两个团体，正在幕后有力地活动，要把可怜女性群体中疏忽的人引入歧途。我也明白，对这个伊斯兰民族的一次可怕打击，正来自这个方向。</w:t>
      </w:r>
    </w:p>
    <w:p>
      <w:r>
        <w:rPr>
          <w:rFonts w:ascii="Times New Roman" w:hAnsi="Times New Roman" w:eastAsia="Noto Serif SC" w:cs="Amiri"/>
          <w:lang w:val="zh-CN" w:eastAsia="zh-CN" w:bidi="ar-SA"/>
          <w:color w:val="000000"/>
          <w:rtl w:val="0"/>
        </w:rPr>
        <w:t>我明确告诉你们——我的姊妹们，以及你们那些作为我精神子女的青年：女性要像后世的幸福一样，使尘世幸福和天性中的崇高品性免遭败坏，唯一的办法，就是伊斯兰领域内的宗教教养，除此之外别无出路！你们也听说过，在俄国，那可怜的群体落到了什么境地。</w:t>
      </w:r>
    </w:p>
    <w:p>
      <w:r>
        <w:rPr>
          <w:rFonts w:ascii="Times New Roman" w:hAnsi="Times New Roman" w:eastAsia="Noto Serif SC" w:cs="Amiri"/>
          <w:lang w:val="zh-CN" w:eastAsia="zh-CN" w:bidi="ar-SA"/>
          <w:color w:val="000000"/>
          <w:rtl w:val="0"/>
        </w:rPr>
        <w:t>《光明论》的一处曾说：有理智的男人，不应把对伴侣的爱恋与情感建立在五十年后就会消逝的外在美貌上，而应建立在女性最美好、最恒久的美丽——她的怜爱和女性特有的美好品性上。这样，那可怜的女性越年老，丈夫对她的爱恋就越能延续。因为，他的伴侣不只是尘世生活中短暂的助手，更是永恒生命中永恒而可爱的伴侣；随着年老，他们更应以尊重与慈悯彼此相爱。如今，在现代教养的帷幕下，经过动物般短暂的相伴便遭受永恒分离的家庭生活，正在从根基上毁坏。</w:t>
      </w:r>
    </w:p>
    <w:p>
      <w:r>
        <w:rPr>
          <w:rFonts w:ascii="Times New Roman" w:hAnsi="Times New Roman" w:eastAsia="Noto Serif SC" w:cs="Amiri"/>
          <w:lang w:val="zh-CN" w:eastAsia="zh-CN" w:bidi="ar-SA"/>
          <w:color w:val="000000"/>
          <w:rtl w:val="0"/>
        </w:rPr>
        <w:t>《光明论》的另一处也说：那样的男人何等幸福，他为不失去永恒的伴侣而效法贞善的妻子，自己也成为贞善者。那样的女性何等幸福，她看见丈夫虔诚，为不失去永恒的朋友与伙伴，也成为完全虔诚的人，在尘世幸福中赢得后世的幸福。那样的男人何等不幸，他追随陷入放纵的妻子，不努力劝她回头，自己也参与其中。那样的女性何等不幸，她看见丈夫悖逆，便以另一种方式效法他。那对夫妻该受痛惜，他们帮助对方投入火中，也就是在文明的浮华的幻想上彼此怂恿。</w:t>
      </w:r>
    </w:p>
    <w:p>
      <w:r>
        <w:rPr>
          <w:rFonts w:ascii="Times New Roman" w:hAnsi="Times New Roman" w:eastAsia="Noto Serif SC" w:cs="Amiri"/>
          <w:lang w:val="zh-CN" w:eastAsia="zh-CN" w:bidi="ar-SA"/>
          <w:color w:val="000000"/>
          <w:rtl w:val="0"/>
        </w:rPr>
        <w:t>《光明论》这些话语的意义正是：当今时代，家庭生活、尘世与后世幸福，以及女性崇高品性的展开，只能借神圣律法领域内伊斯兰的礼仪规范实现。</w:t>
      </w:r>
    </w:p>
    <w:p>
      <w:r>
        <w:rPr>
          <w:rFonts w:ascii="Times New Roman" w:hAnsi="Times New Roman" w:eastAsia="Noto Serif SC" w:cs="Amiri"/>
          <w:lang w:val="zh-CN" w:eastAsia="zh-CN" w:bidi="ar-SA"/>
          <w:color w:val="000000"/>
          <w:rtl w:val="0"/>
        </w:rPr>
        <w:t>如今，家庭生活中最重要的一点是：女性若看见丈夫邪恶而不忠，自己也赌气破坏作为家庭职责的忠诚与可信，那么，家庭生活的工厂就会像军队中的服从遭到破坏一样，彻底倾覆。相反，那位女性应尽力改正丈夫的过错，以拯救永恒的伙伴。若她也以暴露向他人展示自己、讨人欢心，只会在各方面受损失。因为，背弃真正忠诚的人，在尘世也会受到惩罚。她的天性畏惧陌生男性的目光，会厌烦、退缩。二十个无婚姻亲属关系的男性中，她会厌恶其中十八人的目光。男性则不同，一百个无婚姻亲属关系的女性中，他只会厌恶其中一人的注视。女性在这方面受折磨，又会背上不忠的嫌疑；加上自身的柔弱，便无法维护自身权益。</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正如女性在英雄精神和怜爱的纯诚上不同于男性，男性也无法达到她们那种英雄精神；同样，那些纯真的女性在放纵上也绝无任何方面能比得上男性。因此，她们凭天性和柔弱的被造体质，极其畏惧无婚姻亲属关系的男性，认为自己必须隐藏在罩袍之下。因为，男人若为八分钟的欢乐而放纵，不过损失约八里拉；女人却要为那八分钟放纵的欢乐受罚，即使在尘世，也要在腹中背负八个月的重担，并为那无人保护的孩子承受八年教养的劳苦。因此，她在放纵上比不过男性，所受惩罚重百倍。此类屡见不鲜的事件也表明，尊贵的女性群体天性是高尚道德的源泉，而在悖逆与放纵中，她们几乎不具备追逐尘世欢乐的能力。</w:t>
      </w:r>
    </w:p>
    <w:p>
      <w:r>
        <w:rPr>
          <w:rFonts w:ascii="Times New Roman" w:hAnsi="Times New Roman" w:eastAsia="Noto Serif SC" w:cs="Amiri"/>
          <w:lang w:val="zh-CN" w:eastAsia="zh-CN" w:bidi="ar-SA"/>
          <w:color w:val="000000"/>
          <w:rtl w:val="0"/>
        </w:rPr>
        <w:t>因此，她们是一类尊贵的受造物，注定在伊斯兰教养领域内度过幸福的家庭生活。愿那些败坏这些尊贵者的团体灭亡！愿Allah也保护我的这些姊妹免受那些放荡者的伤害，</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姊妹们！我以亲近的心对你们说这句话：与其为生计所迫，落入一个放荡、无德、欧洲式作风丈夫的压制之下，不如凭你们天性中的节俭与知足，像纯真的乡村女性为挣取自己的生活费用而劳动那样，努力养活自己，不要设法出卖自己。若你遇到一个不适合你的男人成为你的姻缘，你当接受自己的姻缘并知足。</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他会因你的接受与知足而改善。否则，你就会像我如今听到的那样，向法院申请离婚。这不符合伊斯兰的尊严和我们的民族荣誉！第三项精义：亲爱的姊妹们！你们当确知：《光明论》已以数百个有力证据和事件证明，在合法范围之外的欢乐与乐趣中，痛苦与劳苦比欢乐多十倍。详细论述可在《光明论》中找到。</w:t>
      </w:r>
    </w:p>
    <w:p>
      <w:r>
        <w:rPr>
          <w:rFonts w:ascii="Times New Roman" w:hAnsi="Times New Roman" w:eastAsia="Noto Serif SC" w:cs="Amiri"/>
          <w:lang w:val="zh-CN" w:eastAsia="zh-CN" w:bidi="ar-SA"/>
          <w:color w:val="000000"/>
          <w:rtl w:val="0"/>
        </w:rPr>
        <w:t>尤其是，</w:t>
      </w:r>
    </w:p>
    <w:p>
      <w:r>
        <w:rPr>
          <w:rFonts w:ascii="Times New Roman" w:hAnsi="Times New Roman" w:eastAsia="Noto Serif SC" w:cs="Amiri"/>
          <w:lang w:val="zh-CN" w:eastAsia="zh-CN" w:bidi="ar-SA"/>
          <w:color w:val="000000"/>
          <w:rtl w:val="0"/>
        </w:rPr>
        <w:t>《小言论》第六、第七、第八言和《青年指南》会代替我向你们完整展示这一真理。因此，你们当满足于合法范围内的喜乐并知足。你们与家中无辜的孩子天真地交谈，比看一百场电影更有乐趣。</w:t>
      </w:r>
    </w:p>
    <w:p>
      <w:r>
        <w:rPr>
          <w:rFonts w:ascii="Times New Roman" w:hAnsi="Times New Roman" w:eastAsia="Noto Serif SC" w:cs="Amiri"/>
          <w:lang w:val="zh-CN" w:eastAsia="zh-CN" w:bidi="ar-SA"/>
          <w:color w:val="000000"/>
          <w:rtl w:val="0"/>
        </w:rPr>
        <w:t>你们也当确知：尘世生活中真正的乐趣在信仰的领域内，就在信仰之中。每一项善功中都有一份精神乐趣。《光明论》也已以数百项确凿证据证明，迷误与放纵即使在今世也含有极其痛苦而丑陋的苦楚。我亲自借许多经历与事件，如亲眼见证般看见：信仰中有一粒乐园的种子，迷误与放纵中有一粒火狱的种子；《光明论》也反复写下这一真理。它曾落入最顽固、最执拗反对者之手，连官方鉴定人员和法庭也无法驳倒它。现在，让《遮蔽论著》《青年指南》和《小言论》代替我，给你们这些尊贵而纯真的姊妹，以及你们那些如同我子女的年轻人授课。</w:t>
      </w:r>
    </w:p>
    <w:p>
      <w:r>
        <w:rPr>
          <w:rFonts w:ascii="Times New Roman" w:hAnsi="Times New Roman" w:eastAsia="Noto Serif SC" w:cs="Amiri"/>
          <w:lang w:val="zh-CN" w:eastAsia="zh-CN" w:bidi="ar-SA"/>
          <w:color w:val="000000"/>
          <w:rtl w:val="0"/>
        </w:rPr>
        <w:t>我听说你们希望我在清真寺给你们授课。但我身心疲惫、疾病缠身，加上许多原因，不允许这样做。我决定：凡阅读并接受我为你们所写这课的所有姊妹，都像光明弟子一样，纳入我一切精神收益和祈祷之中。若你们代替我取得《光明论》的一部分并阅读或聆听，那么按我们的规则，你们也能分享你们全体光明弟子兄弟的精神收益和祈祷。</w:t>
      </w:r>
    </w:p>
    <w:p>
      <w:r>
        <w:rPr>
          <w:rFonts w:ascii="Times New Roman" w:hAnsi="Times New Roman" w:eastAsia="Noto Serif SC" w:cs="Amiri"/>
          <w:lang w:val="zh-CN" w:eastAsia="zh-CN" w:bidi="ar-SA"/>
          <w:color w:val="000000"/>
          <w:rtl w:val="0"/>
        </w:rPr>
        <w:t>我本想再多写一些，但因疾病、虚弱、年迈，又有校订等许多职责，暂且止于此。</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2"/>
      </w:pPr>
      <w:r>
        <w:rPr>
          <w:rFonts w:ascii="Times New Roman" w:hAnsi="Times New Roman" w:eastAsia="Noto Serif SC" w:cs="Amiri"/>
          <w:lang w:val="zh-CN" w:eastAsia="zh-CN" w:bidi="ar-SA"/>
          <w:color w:val="000000"/>
          <w:rtl w:val="0"/>
        </w:rPr>
        <w:t>需要你们祈祷的兄弟</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第二十五篇闪光</w:t>
      </w:r>
    </w:p>
    <w:p>
      <w:r>
        <w:rPr>
          <w:rFonts w:ascii="Times New Roman" w:hAnsi="Times New Roman" w:eastAsia="Noto Serif SC" w:cs="Amiri"/>
          <w:lang w:val="zh-CN" w:eastAsia="zh-CN" w:bidi="ar-SA"/>
          <w:color w:val="000000"/>
          <w:rtl w:val="0"/>
        </w:rPr>
        <w:t>由二十五味药剂组成。</w:t>
      </w:r>
    </w:p>
    <w:p>
      <w:r>
        <w:rPr>
          <w:rFonts w:ascii="Times New Roman" w:hAnsi="Times New Roman" w:eastAsia="Noto Serif SC" w:cs="Amiri"/>
          <w:lang w:val="zh-CN" w:eastAsia="zh-CN" w:bidi="ar-SA"/>
          <w:color w:val="000000"/>
          <w:rtl w:val="0"/>
        </w:rPr>
        <w:t>这是为患者写下的药膏与慰藉，是一剂精神处方，以探病和祝康复的口吻写成。</w:t>
      </w:r>
    </w:p>
    <w:p>
      <w:pPr>
        <w:pStyle w:val="Heading2"/>
      </w:pPr>
      <w:r>
        <w:rPr>
          <w:rFonts w:ascii="Times New Roman" w:hAnsi="Times New Roman" w:eastAsia="Noto Serif SC" w:cs="Amiri"/>
          <w:lang w:val="zh-CN" w:eastAsia="zh-CN" w:bidi="ar-SA"/>
          <w:color w:val="000000"/>
          <w:rtl w:val="0"/>
        </w:rPr>
        <w:t>提醒与致歉</w:t>
      </w:r>
    </w:p>
    <w:p>
      <w:r>
        <w:rPr>
          <w:rFonts w:ascii="Times New Roman" w:hAnsi="Times New Roman" w:eastAsia="Noto Serif SC" w:cs="Amiri"/>
          <w:lang w:val="zh-CN" w:eastAsia="zh-CN" w:bidi="ar-SA"/>
          <w:color w:val="000000"/>
          <w:rtl w:val="0"/>
        </w:rPr>
        <w:t>这剂精神处方，以超过我们一切著述的速度写成</w:t>
      </w:r>
      <w:r>
        <w:rPr>
          <w:rStyle w:val="FootnoteReference"/>
        </w:rPr>
        <w:footnoteReference w:id="34"/>
      </w:r>
      <w:r>
        <w:rPr>
          <w:rFonts w:ascii="Times New Roman" w:hAnsi="Times New Roman" w:eastAsia="Noto Serif SC" w:cs="Amiri"/>
          <w:lang w:val="zh-CN" w:eastAsia="zh-CN" w:bidi="ar-SA"/>
          <w:color w:val="000000"/>
          <w:rtl w:val="0"/>
        </w:rPr>
        <w:t>；又与众不同的是，它既无暇校订和细看，也像写作时一样，只极快速地审阅了一遍。因此，它仍像初稿一样未经整理。我们未再检查，以免以技巧和刻意破坏自然来到心中的思绪。阅读的人，尤其患者，请不要因某些不顺耳的措辞、艰深词语和表达而厌烦或见怪，也请为我祈祷。</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ﺍَﻟَّﺬ۪ﻳﻦَ ﺍِﺫَٓﺍ ﺍَﺻَﺎﺑَﺘْﻬُﻢْ ﻣُﺼ۪ﻴﺒَﺔٌ ﻗَﺎﻟُٓﻮﺍ ﺍِﻧَّﺎ ﻟِﻠّٰﻪِ ﻭَﺍِﻧَّٓﺎ ﺍِﻟَﻴْﻪِ ﺭَﺍﺟِﻌُﻮﻥَ</w:t>
      </w:r>
      <w:r>
        <w:rPr>
          <w:rFonts w:ascii="Times New Roman" w:hAnsi="Times New Roman" w:eastAsia="Noto Serif SC" w:cs="Amiri"/>
          <w:lang w:val="zh-CN" w:eastAsia="zh-CN" w:bidi="ar-SA"/>
          <w:color w:val="000000"/>
          <w:rtl w:val="0"/>
        </w:rPr>
        <w:t xml:space="preserve">（那些人，每当遭遇灾祸，便说：“我们确属Allah，我们的一切存在与所有都归于祂；我们也必定只归返祂”） </w:t>
      </w:r>
      <w:r>
        <w:rPr>
          <w:rFonts w:ascii="Amiri" w:hAnsi="Amiri" w:eastAsia="Amiri" w:cs="Amiri"/>
          <w:lang w:val="zh-CN" w:eastAsia="zh-CN" w:bidi="ar-SA"/>
          <w:rtl w:val="1"/>
          <w:cs w:val="1"/>
          <w:color w:val="000000"/>
          <w:sz w:val="24"/>
          <w:szCs w:val="24"/>
        </w:rPr>
        <w:t>٭ ﻭَﺍﻟَّﺬ۪ﻯ ﻫُﻮَ ﻳُﻄْﻌِﻤُﻨ۪ﻰ ﻭَﻳَﺴْﻘ۪ﻴﻦِ</w:t>
      </w:r>
      <w:r>
        <w:rPr>
          <w:rFonts w:ascii="Times New Roman" w:hAnsi="Times New Roman" w:eastAsia="Noto Serif SC" w:cs="Amiri"/>
          <w:lang w:val="zh-CN" w:eastAsia="zh-CN" w:bidi="ar-SA"/>
          <w:color w:val="000000"/>
          <w:rtl w:val="0"/>
        </w:rPr>
        <w:t xml:space="preserve">（祂是赐我饮食者；我的给养与所需都来自祂） </w:t>
      </w:r>
      <w:r>
        <w:rPr>
          <w:rFonts w:ascii="Amiri" w:hAnsi="Amiri" w:eastAsia="Amiri" w:cs="Amiri"/>
          <w:lang w:val="zh-CN" w:eastAsia="zh-CN" w:bidi="ar-SA"/>
          <w:rtl w:val="1"/>
          <w:cs w:val="1"/>
          <w:color w:val="000000"/>
          <w:sz w:val="24"/>
          <w:szCs w:val="24"/>
        </w:rPr>
        <w:t>٭ ﻭَﺍِﺫَﺍ ﻣَﺮِﺿْﺖُ ﻓَﻬُﻮَ ﻳَﺸْﻔ۪ﻴﻦِ</w:t>
      </w:r>
      <w:r>
        <w:rPr>
          <w:rFonts w:ascii="Times New Roman" w:hAnsi="Times New Roman" w:eastAsia="Noto Serif SC" w:cs="Amiri"/>
          <w:lang w:val="zh-CN" w:eastAsia="zh-CN" w:bidi="ar-SA"/>
          <w:color w:val="000000"/>
          <w:rtl w:val="0"/>
        </w:rPr>
        <w:t>（我患病时，祂使我痊愈；真正的医治与康复唯从祂而来）。在这道《闪光》中，我们简要说明二十五味药剂，愿为占人类十分之一的遭难者和患者带来真正慰藉和有益医治。</w:t>
      </w:r>
    </w:p>
    <w:p>
      <w:pPr>
        <w:pStyle w:val="Heading2"/>
      </w:pPr>
      <w:r>
        <w:rPr>
          <w:rFonts w:ascii="Times New Roman" w:hAnsi="Times New Roman" w:eastAsia="Noto Serif SC" w:cs="Amiri"/>
          <w:lang w:val="zh-CN" w:eastAsia="zh-CN" w:bidi="ar-SA"/>
          <w:color w:val="000000"/>
          <w:rtl w:val="0"/>
        </w:rPr>
        <w:t>第一味药剂</w:t>
      </w:r>
    </w:p>
    <w:p>
      <w:r>
        <w:rPr>
          <w:rFonts w:ascii="Times New Roman" w:hAnsi="Times New Roman" w:eastAsia="Noto Serif SC" w:cs="Amiri"/>
          <w:lang w:val="zh-CN" w:eastAsia="zh-CN" w:bidi="ar-SA"/>
          <w:color w:val="000000"/>
          <w:rtl w:val="0"/>
        </w:rPr>
        <w:t>可怜的患者啊！不要忧虑，要坚忍。你的疾病对你不是病痛，反倒是一种药剂。因为生命是一笔资本，正在流逝；若不结果，就会浪费。若安逸而疏忽，它流逝得更快。疾病使这笔资本结出丰厚利润的果实；也不让生命匆匆过去，而是拦住它、延长它，直到果实结出后才放行。</w:t>
      </w:r>
    </w:p>
    <w:p>
      <w:r>
        <w:rPr>
          <w:rFonts w:ascii="Times New Roman" w:hAnsi="Times New Roman" w:eastAsia="Noto Serif SC" w:cs="Amiri"/>
          <w:lang w:val="zh-CN" w:eastAsia="zh-CN" w:bidi="ar-SA"/>
          <w:color w:val="000000"/>
          <w:rtl w:val="0"/>
        </w:rPr>
        <w:t>因此，为暗示疾病使生命显得漫长，有句谚语广为流传：“遭难的日子十分漫长，安乐的时光极其短暂。”</w:t>
      </w:r>
    </w:p>
    <w:p>
      <w:pPr>
        <w:pStyle w:val="Heading2"/>
      </w:pPr>
      <w:r>
        <w:rPr>
          <w:rFonts w:ascii="Times New Roman" w:hAnsi="Times New Roman" w:eastAsia="Noto Serif SC" w:cs="Amiri"/>
          <w:lang w:val="zh-CN" w:eastAsia="zh-CN" w:bidi="ar-SA"/>
          <w:color w:val="000000"/>
          <w:rtl w:val="0"/>
        </w:rPr>
        <w:t>第二味药剂</w:t>
      </w:r>
    </w:p>
    <w:p>
      <w:r>
        <w:rPr>
          <w:rFonts w:ascii="Times New Roman" w:hAnsi="Times New Roman" w:eastAsia="Noto Serif SC" w:cs="Amiri"/>
          <w:lang w:val="zh-CN" w:eastAsia="zh-CN" w:bidi="ar-SA"/>
          <w:color w:val="000000"/>
          <w:rtl w:val="0"/>
        </w:rPr>
        <w:t>没有耐心的患者啊！要坚忍，甚至要感恩。你的这场病，能使生命的每一分钟都成为一小时的崇拜。</w:t>
      </w:r>
    </w:p>
    <w:p>
      <w:r>
        <w:rPr>
          <w:rFonts w:ascii="Times New Roman" w:hAnsi="Times New Roman" w:eastAsia="Noto Serif SC" w:cs="Amiri"/>
          <w:lang w:val="zh-CN" w:eastAsia="zh-CN" w:bidi="ar-SA"/>
          <w:color w:val="000000"/>
          <w:rtl w:val="0"/>
        </w:rPr>
        <w:t>因为崇拜分为两类：一类是积极的崇拜，如礼拜、恳求等众所周知的功修；另一类是消极的崇拜，即遭难者借疾病与灾祸感到自己的无力与虚弱，归投至慈的创造者Allah并恳求祂，从而获得一种纯粹、毫无炫耀的精神崇拜。</w:t>
      </w:r>
    </w:p>
    <w:p>
      <w:r>
        <w:rPr>
          <w:rFonts w:ascii="Times New Roman" w:hAnsi="Times New Roman" w:eastAsia="Noto Serif SC" w:cs="Amiri"/>
          <w:lang w:val="zh-CN" w:eastAsia="zh-CN" w:bidi="ar-SA"/>
          <w:color w:val="000000"/>
          <w:rtl w:val="0"/>
        </w:rPr>
        <w:t>是的，可靠的传述表明，只要不向Allah抱怨，在疾病中度过的一生，对信士而言也算崇拜。甚至，有些坚忍而感恩的患者，其一分钟疾病等同于一小时崇拜；有些完善者的一分钟则等同于一天崇拜，这已由可靠传述和真实的内在揭见所确证。</w:t>
      </w:r>
    </w:p>
    <w:p>
      <w:r>
        <w:rPr>
          <w:rFonts w:ascii="Times New Roman" w:hAnsi="Times New Roman" w:eastAsia="Noto Serif SC" w:cs="Amiri"/>
          <w:lang w:val="zh-CN" w:eastAsia="zh-CN" w:bidi="ar-SA"/>
          <w:color w:val="000000"/>
          <w:rtl w:val="0"/>
        </w:rPr>
        <w:t>你应当感谢疾病，而不是抱怨；它把你的一分钟生命变成一千分钟，使你获得长寿。</w:t>
      </w:r>
    </w:p>
    <w:p>
      <w:pPr>
        <w:pStyle w:val="Heading2"/>
      </w:pPr>
      <w:r>
        <w:rPr>
          <w:rFonts w:ascii="Times New Roman" w:hAnsi="Times New Roman" w:eastAsia="Noto Serif SC" w:cs="Amiri"/>
          <w:lang w:val="zh-CN" w:eastAsia="zh-CN" w:bidi="ar-SA"/>
          <w:color w:val="000000"/>
          <w:rtl w:val="0"/>
        </w:rPr>
        <w:t>第三味药剂</w:t>
      </w:r>
    </w:p>
    <w:p>
      <w:r>
        <w:rPr>
          <w:rFonts w:ascii="Times New Roman" w:hAnsi="Times New Roman" w:eastAsia="Noto Serif SC" w:cs="Amiri"/>
          <w:lang w:val="zh-CN" w:eastAsia="zh-CN" w:bidi="ar-SA"/>
          <w:color w:val="000000"/>
          <w:rtl w:val="0"/>
        </w:rPr>
        <w:t>不能忍受的患者啊！人来到这个世界不是为了享乐和取乐。不断有人到来又离去、青年变老、万物不断卷入消逝与离别，都为此作证。</w:t>
      </w:r>
    </w:p>
    <w:p>
      <w:r>
        <w:rPr>
          <w:rFonts w:ascii="Times New Roman" w:hAnsi="Times New Roman" w:eastAsia="Noto Serif SC" w:cs="Amiri"/>
          <w:lang w:val="zh-CN" w:eastAsia="zh-CN" w:bidi="ar-SA"/>
          <w:color w:val="000000"/>
          <w:rtl w:val="0"/>
        </w:rPr>
        <w:t>而且，人虽是有生命者中最完善、最高贵、官能最丰富者，甚至如众生的君王，却因思想过去的欢乐与未来的灾祸，比起动物，反而只能过一种最低层次的忧愁而劳苦的生活。</w:t>
      </w:r>
    </w:p>
    <w:p>
      <w:r>
        <w:rPr>
          <w:rFonts w:ascii="Times New Roman" w:hAnsi="Times New Roman" w:eastAsia="Noto Serif SC" w:cs="Amiri"/>
          <w:lang w:val="zh-CN" w:eastAsia="zh-CN" w:bidi="ar-SA"/>
          <w:color w:val="000000"/>
          <w:rtl w:val="0"/>
        </w:rPr>
        <w:t>可见，人来到这个世界，不只是为了过美好生活、安逸快乐地度日。人手握一笔巨大资本，来到这里，是要通过经营，为永恒而持久的生命幸福努力。交给他的资本就是生命。若没有疾病，健康与安适会使人疏忽，令世界显得可爱，使人忘却后世；他不愿想起坟墓和死亡，把生命资本白白挥霍。疾病却使人猛然睁开眼，对他的身体与肉身说：“你不会永远不死，你并非放任自流，你有一项职责。放下骄傲，想想你的创造者，知道你将入坟墓，并据此准备。”</w:t>
      </w:r>
    </w:p>
    <w:p>
      <w:r>
        <w:rPr>
          <w:rFonts w:ascii="Times New Roman" w:hAnsi="Times New Roman" w:eastAsia="Noto Serif SC" w:cs="Amiri"/>
          <w:lang w:val="zh-CN" w:eastAsia="zh-CN" w:bidi="ar-SA"/>
          <w:color w:val="000000"/>
          <w:rtl w:val="0"/>
        </w:rPr>
        <w:t>从这一点看，疾病是一位绝不欺瞒的劝导者、一位唤醒人的引导者。不应抱怨它，反应为此感谢；若痛苦太重，则当祈求坚忍。</w:t>
      </w:r>
    </w:p>
    <w:p>
      <w:pPr>
        <w:pStyle w:val="Heading2"/>
      </w:pPr>
      <w:r>
        <w:rPr>
          <w:rFonts w:ascii="Times New Roman" w:hAnsi="Times New Roman" w:eastAsia="Noto Serif SC" w:cs="Amiri"/>
          <w:lang w:val="zh-CN" w:eastAsia="zh-CN" w:bidi="ar-SA"/>
          <w:color w:val="000000"/>
          <w:rtl w:val="0"/>
        </w:rPr>
        <w:t>第四味药剂</w:t>
      </w:r>
    </w:p>
    <w:p>
      <w:r>
        <w:rPr>
          <w:rFonts w:ascii="Times New Roman" w:hAnsi="Times New Roman" w:eastAsia="Noto Serif SC" w:cs="Amiri"/>
          <w:lang w:val="zh-CN" w:eastAsia="zh-CN" w:bidi="ar-SA"/>
          <w:color w:val="000000"/>
          <w:rtl w:val="0"/>
        </w:rPr>
        <w:t>爱抱怨的患者啊！你所应得的不是抱怨，而是感恩与坚忍。因为你的身体、器官和官能并非你的财产。你没有造出它们，也不是从别的作坊买来的。因此，它们属于他人。它们的所有者Allah，可随意处置自己的所有物。</w:t>
      </w:r>
    </w:p>
    <w:p>
      <w:r>
        <w:rPr>
          <w:rFonts w:ascii="Times New Roman" w:hAnsi="Times New Roman" w:eastAsia="Noto Serif SC" w:cs="Amiri"/>
          <w:lang w:val="zh-CN" w:eastAsia="zh-CN" w:bidi="ar-SA"/>
          <w:color w:val="000000"/>
          <w:rtl w:val="0"/>
        </w:rPr>
        <w:t>正如《第二十六言》所说：一位极其富有、技艺高超的工匠，为展示自己的精湛技艺与珍贵财富，雇一个穷人做模特；在约一小时的时间里，让他穿上自己缝制的镶珠宝、极精美的衬衫或礼服，并付给报酬。工匠在那衣服上加工，让穷人摆各种姿势；为展示各种非凡技艺，他剪裁、修改、放长、缩短。那个领报酬的穷人，难道有权对他说：“你让我受累，让我俯身起身，使我难受；你剪短这件使我美丽的衣服，破坏了我的美貌。”他难道能说“你冷酷无情、毫无公道”吗？</w:t>
      </w:r>
    </w:p>
    <w:p>
      <w:r>
        <w:rPr>
          <w:rFonts w:ascii="Times New Roman" w:hAnsi="Times New Roman" w:eastAsia="Noto Serif SC" w:cs="Amiri"/>
          <w:lang w:val="zh-CN" w:eastAsia="zh-CN" w:bidi="ar-SA"/>
          <w:color w:val="000000"/>
          <w:rtl w:val="0"/>
        </w:rPr>
        <w:t>患者啊！同样，具威严的创造者Allah给你穿上身体的衣裳，它以眼、耳、理智、心灵等光明的感官为饰。为显示祂至美诸尊名的纹饰，祂使你在许多境况中周转，使你在许多状态中变化。正如你借饥饿认识祂“赐予给养者”的尊名，也当借疾病认识祂“医治者”的尊名。痛苦与灾祸显示祂某些尊名的作用，因此其中闪烁着智慧之光，放射着慈悯之光，而那光芒中又有许多美好。</w:t>
      </w:r>
    </w:p>
    <w:p>
      <w:r>
        <w:rPr>
          <w:rFonts w:ascii="Times New Roman" w:hAnsi="Times New Roman" w:eastAsia="Noto Serif SC" w:cs="Amiri"/>
          <w:lang w:val="zh-CN" w:eastAsia="zh-CN" w:bidi="ar-SA"/>
          <w:color w:val="000000"/>
          <w:rtl w:val="0"/>
        </w:rPr>
        <w:t>若帷幕揭开，你就会在自己畏惧而厌恶的疾病帷幕后，发现可爱而美好的意义。</w:t>
      </w:r>
    </w:p>
    <w:p>
      <w:pPr>
        <w:pStyle w:val="Heading2"/>
      </w:pPr>
      <w:r>
        <w:rPr>
          <w:rFonts w:ascii="Times New Roman" w:hAnsi="Times New Roman" w:eastAsia="Noto Serif SC" w:cs="Amiri"/>
          <w:lang w:val="zh-CN" w:eastAsia="zh-CN" w:bidi="ar-SA"/>
          <w:color w:val="000000"/>
          <w:rtl w:val="0"/>
        </w:rPr>
        <w:t>第五味药剂</w:t>
      </w:r>
    </w:p>
    <w:p>
      <w:r>
        <w:rPr>
          <w:rFonts w:ascii="Times New Roman" w:hAnsi="Times New Roman" w:eastAsia="Noto Serif SC" w:cs="Amiri"/>
          <w:lang w:val="zh-CN" w:eastAsia="zh-CN" w:bidi="ar-SA"/>
          <w:color w:val="000000"/>
          <w:rtl w:val="0"/>
        </w:rPr>
        <w:t>罹患疾病的患者啊！这段时间我凭经验确信：对某些人来说，疾病是Allah的一项恩赐，是慈悯普及万物者Allah的礼物。八九年来，一些年轻人尽管我不配，仍因疾病来请我祈祷。我注意到，每个患病的青年，与其他青年相比，都开始思考后世，不再有青春的沉醉，并在一定程度上摆脱疏忽中的动物欲望。我看着他们，提醒他们：只要疾病尚在可忍受范围内，它就是Allah的恩赐。我说：“兄弟，我不反对你的这场病；我也不会因怜爱你而祈求它立刻离去。你当努力坚忍，直到疾病完全唤醒你；等它完成职责后，至慈的创造者Allah，</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（若Allah意欲），会赐你痊愈。”</w:t>
      </w:r>
    </w:p>
    <w:p>
      <w:r>
        <w:rPr>
          <w:rFonts w:ascii="Times New Roman" w:hAnsi="Times New Roman" w:eastAsia="Noto Serif SC" w:cs="Amiri"/>
          <w:lang w:val="zh-CN" w:eastAsia="zh-CN" w:bidi="ar-SA"/>
          <w:color w:val="000000"/>
          <w:rtl w:val="0"/>
        </w:rPr>
        <w:t>我还说：“你的一些同伴因健康这一灾祸而陷入疏忽，放弃礼拜，不想坟墓，忘却Allah；他们贪图一小时尘世生活的表面快乐，动摇、损伤乃至毁坏自己无尽永恒的生命。而你以疾病之眼，能看见自己终要前往的一站——坟墓，以及其后属于后世的各站，并依此行事。因此，对你而言，疾病是健康；你某些同伴的健康，反倒是一种疾病。”</w:t>
      </w:r>
    </w:p>
    <w:p>
      <w:pPr>
        <w:pStyle w:val="Heading2"/>
      </w:pPr>
      <w:r>
        <w:rPr>
          <w:rFonts w:ascii="Times New Roman" w:hAnsi="Times New Roman" w:eastAsia="Noto Serif SC" w:cs="Amiri"/>
          <w:lang w:val="zh-CN" w:eastAsia="zh-CN" w:bidi="ar-SA"/>
          <w:color w:val="000000"/>
          <w:rtl w:val="0"/>
        </w:rPr>
        <w:t>第六味药剂</w:t>
      </w:r>
    </w:p>
    <w:p>
      <w:r>
        <w:rPr>
          <w:rFonts w:ascii="Times New Roman" w:hAnsi="Times New Roman" w:eastAsia="Noto Serif SC" w:cs="Amiri"/>
          <w:lang w:val="zh-CN" w:eastAsia="zh-CN" w:bidi="ar-SA"/>
          <w:color w:val="000000"/>
          <w:rtl w:val="0"/>
        </w:rPr>
        <w:t>因痛苦而抱怨的患者啊！我问你：回想过去的生命，想想其中已经过去的欢乐安逸日子和遭难痛苦时刻。你总会说“真好”或“可叹”。也就是说，你的心或口会说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（一切赞美与称颂全归Allah；一切完善与恩赐唯属于祂），感恩；或者叹道“可惜啊，可叹啊”。</w:t>
      </w:r>
    </w:p>
    <w:p>
      <w:r>
        <w:rPr>
          <w:rFonts w:ascii="Times New Roman" w:hAnsi="Times New Roman" w:eastAsia="Noto Serif SC" w:cs="Amiri"/>
          <w:lang w:val="zh-CN" w:eastAsia="zh-CN" w:bidi="ar-SA"/>
          <w:color w:val="000000"/>
          <w:rtl w:val="0"/>
        </w:rPr>
        <w:t>请注意，使你赞叹“真好”并感恩的，是对你经历过痛苦和灾祸的回忆；它触动了一份精神乐趣，使你的心感恩。因为痛苦的消逝就是快乐。那些痛苦和灾祸以其消逝，在灵魂中留下一份快乐的遗产；一经回忆触动，快乐便从灵魂流出，感恩也连连涌起。</w:t>
      </w:r>
    </w:p>
    <w:p>
      <w:r>
        <w:rPr>
          <w:rFonts w:ascii="Times New Roman" w:hAnsi="Times New Roman" w:eastAsia="Noto Serif SC" w:cs="Amiri"/>
          <w:lang w:val="zh-CN" w:eastAsia="zh-CN" w:bidi="ar-SA"/>
          <w:color w:val="000000"/>
          <w:rtl w:val="0"/>
        </w:rPr>
        <w:t>使你叹息“可叹啊，可惜啊”的，是你往昔经历的欢乐安逸状态；它们消逝后，在你灵魂中留下持久的痛苦。每当想起，那份痛苦又被触动，流出懊悔与惋惜。</w:t>
      </w:r>
    </w:p>
    <w:p>
      <w:r>
        <w:rPr>
          <w:rFonts w:ascii="Times New Roman" w:hAnsi="Times New Roman" w:eastAsia="Noto Serif SC" w:cs="Amiri"/>
          <w:lang w:val="zh-CN" w:eastAsia="zh-CN" w:bidi="ar-SA"/>
          <w:color w:val="000000"/>
          <w:rtl w:val="0"/>
        </w:rPr>
        <w:t>既然一天不合法的快乐，有时带来一年的精神痛苦；而一天短暂疾病带来的痛苦，却会在许多日子里伴随回赐的精神乐趣，并在其消逝时带来获救与解脱的精神乐趣。</w:t>
      </w:r>
    </w:p>
    <w:p>
      <w:r>
        <w:rPr>
          <w:rFonts w:ascii="Times New Roman" w:hAnsi="Times New Roman" w:eastAsia="Noto Serif SC" w:cs="Amiri"/>
          <w:lang w:val="zh-CN" w:eastAsia="zh-CN" w:bidi="ar-SA"/>
          <w:color w:val="000000"/>
          <w:rtl w:val="0"/>
        </w:rPr>
        <w:t>想想你目前这场暂时疾病的结果和内在回赐，说一句“这也会过去”，以感恩代替抱怨。</w:t>
      </w:r>
    </w:p>
    <w:p>
      <w:pPr>
        <w:pStyle w:val="Heading2"/>
      </w:pPr>
      <w:r>
        <w:rPr>
          <w:rFonts w:ascii="Times New Roman" w:hAnsi="Times New Roman" w:eastAsia="Noto Serif SC" w:cs="Amiri"/>
          <w:lang w:val="zh-CN" w:eastAsia="zh-CN" w:bidi="ar-SA"/>
          <w:color w:val="000000"/>
          <w:rtl w:val="0"/>
        </w:rPr>
        <w:t>第六味药剂</w:t>
      </w:r>
    </w:p>
    <w:p>
      <w:r>
        <w:rPr>
          <w:rStyle w:val="FootnoteReference"/>
        </w:rPr>
        <w:footnoteReference w:id="35"/>
      </w:r>
      <w:r>
        <w:rPr>
          <w:rFonts w:ascii="Times New Roman" w:hAnsi="Times New Roman" w:eastAsia="Noto Serif SC" w:cs="Amiri"/>
          <w:lang w:val="zh-CN" w:eastAsia="zh-CN" w:bidi="ar-SA"/>
          <w:color w:val="000000"/>
          <w:rtl w:val="0"/>
        </w:rPr>
        <w:t>兄弟啊，你想着尘世的欢乐，因疾病而痛苦！如果这个世界永恒，如果我们的路上没有死亡，如果离别与消逝之风不再吹动，如果多难而风暴不断的未来没有精神的冬季，那么我也会为你的境况悲伤。然而，既然有一天世界会对我们说“出去”，会对我们的哭喊充耳不闻，那么，在它把我们赶出去之前，我们就应借疾病的这些警告，从现在起放弃对它的爱恋。在它抛弃我们之前，努力从心中舍弃它。</w:t>
      </w:r>
    </w:p>
    <w:p>
      <w:r>
        <w:rPr>
          <w:rFonts w:ascii="Times New Roman" w:hAnsi="Times New Roman" w:eastAsia="Noto Serif SC" w:cs="Amiri"/>
          <w:lang w:val="zh-CN" w:eastAsia="zh-CN" w:bidi="ar-SA"/>
          <w:color w:val="000000"/>
          <w:rtl w:val="0"/>
        </w:rPr>
        <w:t>是的，疾病把这个意义秘密提醒给心灵的耳朵：“你的身体不是石头和铁块，而是由始终易于分离的各种物质组成。放下骄傲，认识自己的无力，认识你的所有者Allah，明白你的职责，知道你为何来到这个世界！”</w:t>
      </w:r>
    </w:p>
    <w:p>
      <w:r>
        <w:rPr>
          <w:rFonts w:ascii="Times New Roman" w:hAnsi="Times New Roman" w:eastAsia="Noto Serif SC" w:cs="Amiri"/>
          <w:lang w:val="zh-CN" w:eastAsia="zh-CN" w:bidi="ar-SA"/>
          <w:color w:val="000000"/>
          <w:rtl w:val="0"/>
        </w:rPr>
        <w:t>而且，既然尘世的欢乐不能持久；尤其若不合法，它既短暂，又痛苦，又带罪。你失去了那份欢乐，不要以疾病为借口哭泣；相反，要想疾病中精神崇拜与后世回赐的方面，并努力从中获得乐趣。</w:t>
      </w:r>
    </w:p>
    <w:p>
      <w:pPr>
        <w:pStyle w:val="Heading2"/>
      </w:pPr>
      <w:r>
        <w:rPr>
          <w:rFonts w:ascii="Times New Roman" w:hAnsi="Times New Roman" w:eastAsia="Noto Serif SC" w:cs="Amiri"/>
          <w:lang w:val="zh-CN" w:eastAsia="zh-CN" w:bidi="ar-SA"/>
          <w:color w:val="000000"/>
          <w:rtl w:val="0"/>
        </w:rPr>
        <w:t>第七味药剂</w:t>
      </w:r>
    </w:p>
    <w:p>
      <w:r>
        <w:rPr>
          <w:rFonts w:ascii="Times New Roman" w:hAnsi="Times New Roman" w:eastAsia="Noto Serif SC" w:cs="Amiri"/>
          <w:lang w:val="zh-CN" w:eastAsia="zh-CN" w:bidi="ar-SA"/>
          <w:color w:val="000000"/>
          <w:rtl w:val="0"/>
        </w:rPr>
        <w:t>失去健康乐趣的患者啊！你的疾病不会使健康这项Allah恩赐的乐趣消失，反而使它显味、使它增多。因为任何事物若持续不变，就会失去影响力。真理之人甚至一致说：</w:t>
      </w:r>
      <w:r>
        <w:rPr>
          <w:rFonts w:ascii="Amiri" w:hAnsi="Amiri" w:eastAsia="Amiri" w:cs="Amiri"/>
          <w:lang w:val="zh-CN" w:eastAsia="zh-CN" w:bidi="ar-SA"/>
          <w:rtl w:val="1"/>
          <w:cs w:val="1"/>
          <w:color w:val="000000"/>
          <w:sz w:val="24"/>
          <w:szCs w:val="24"/>
        </w:rPr>
        <w:t>ﺍِﻧَّﻤَﺎ الْاَشْيَاءُ ﺗُﻌْﺮَﻑُ ﺑِﺎَﺿْﺪَﺍﺩِﻫَﺎ</w:t>
      </w:r>
      <w:r>
        <w:rPr>
          <w:rFonts w:ascii="Times New Roman" w:hAnsi="Times New Roman" w:eastAsia="Noto Serif SC" w:cs="Amiri"/>
          <w:lang w:val="zh-CN" w:eastAsia="zh-CN" w:bidi="ar-SA"/>
          <w:color w:val="000000"/>
          <w:rtl w:val="0"/>
        </w:rPr>
        <w:t>（万物只有借其对立面才能被认识；对立使每一事物的性质与价值显现）。也就是说：“万物借其对立面被认识。”譬如，没有黑暗就无法认识光明，光明也失去乐趣；没有寒冷就无法理解温暖，温暖也失去滋味；没有饥饿，食物就不美味；没有胃热，喝水也无快感；没有小病，安适便无乐趣；没有疾病，健康便无乐趣。</w:t>
      </w:r>
    </w:p>
    <w:p>
      <w:r>
        <w:rPr>
          <w:rFonts w:ascii="Times New Roman" w:hAnsi="Times New Roman" w:eastAsia="Noto Serif SC" w:cs="Amiri"/>
          <w:lang w:val="zh-CN" w:eastAsia="zh-CN" w:bidi="ar-SA"/>
          <w:color w:val="000000"/>
          <w:rtl w:val="0"/>
        </w:rPr>
        <w:t>既然至睿的开创者Allah要人感受祂各种恩赐、尝知祂每一种恩惠，并始终引导人感恩，那么，祂在这宇宙中装备人以极多官能，使人足以品尝、认识无数种类的恩赐，便表明：祂必会像赐健康安适一样，也赐疾病、小病与痛苦。</w:t>
      </w:r>
    </w:p>
    <w:p>
      <w:r>
        <w:rPr>
          <w:rFonts w:ascii="Times New Roman" w:hAnsi="Times New Roman" w:eastAsia="Noto Serif SC" w:cs="Amiri"/>
          <w:lang w:val="zh-CN" w:eastAsia="zh-CN" w:bidi="ar-SA"/>
          <w:color w:val="000000"/>
          <w:rtl w:val="0"/>
        </w:rPr>
        <w:t>我问你：“如果这场病不在你的头上、手上或胃里，你能感到头、手、胃健康中那美好而令人愉悦的Allah恩赐，并加以感恩吗？当然不会感恩，甚至不会想到；你会不知不觉地把健康耗费在疏忽乃至放纵中。”</w:t>
      </w:r>
    </w:p>
    <w:p>
      <w:pPr>
        <w:pStyle w:val="Heading2"/>
      </w:pPr>
      <w:r>
        <w:rPr>
          <w:rFonts w:ascii="Times New Roman" w:hAnsi="Times New Roman" w:eastAsia="Noto Serif SC" w:cs="Amiri"/>
          <w:lang w:val="zh-CN" w:eastAsia="zh-CN" w:bidi="ar-SA"/>
          <w:color w:val="000000"/>
          <w:rtl w:val="0"/>
        </w:rPr>
        <w:t>第八味药剂</w:t>
      </w:r>
    </w:p>
    <w:p>
      <w:r>
        <w:rPr>
          <w:rFonts w:ascii="Times New Roman" w:hAnsi="Times New Roman" w:eastAsia="Noto Serif SC" w:cs="Amiri"/>
          <w:lang w:val="zh-CN" w:eastAsia="zh-CN" w:bidi="ar-SA"/>
          <w:color w:val="000000"/>
          <w:rtl w:val="0"/>
        </w:rPr>
        <w:t>思考后世的患者啊！疾病如肥皂，洗净罪恶的污垢。可靠的圣训确证，疾病能赎罪。圣训还说：“摇动成熟的树，果实便会落下；有信仰的患者颤抖，也会那样摇落罪恶。”</w:t>
      </w:r>
    </w:p>
    <w:p>
      <w:r>
        <w:rPr>
          <w:rFonts w:ascii="Times New Roman" w:hAnsi="Times New Roman" w:eastAsia="Noto Serif SC" w:cs="Amiri"/>
          <w:lang w:val="zh-CN" w:eastAsia="zh-CN" w:bidi="ar-SA"/>
          <w:color w:val="000000"/>
          <w:rtl w:val="0"/>
        </w:rPr>
        <w:t>罪恶在永恒生命中是持久的疾病，在尘世生活中也是心灵、良知与灵魂的精神疾病。若你坚忍而不抱怨，就能借这一场暂时的病，摆脱许多持久的病。</w:t>
      </w:r>
    </w:p>
    <w:p>
      <w:r>
        <w:rPr>
          <w:rFonts w:ascii="Times New Roman" w:hAnsi="Times New Roman" w:eastAsia="Noto Serif SC" w:cs="Amiri"/>
          <w:lang w:val="zh-CN" w:eastAsia="zh-CN" w:bidi="ar-SA"/>
          <w:color w:val="000000"/>
          <w:rtl w:val="0"/>
        </w:rPr>
        <w:t>若你不思想罪恶，或不认识后世，或不认识Allah，那么你身上有一种极其可怕的疾病，比你这场小病大上百万倍。你应当为那病呼号。</w:t>
      </w:r>
    </w:p>
    <w:p>
      <w:r>
        <w:rPr>
          <w:rFonts w:ascii="Times New Roman" w:hAnsi="Times New Roman" w:eastAsia="Noto Serif SC" w:cs="Amiri"/>
          <w:lang w:val="zh-CN" w:eastAsia="zh-CN" w:bidi="ar-SA"/>
          <w:color w:val="000000"/>
          <w:rtl w:val="0"/>
        </w:rPr>
        <w:t>因为，你的心、灵魂与自我都同整个世界万有相连。随着不断的离别与消逝，那些联系被切断，在你身上裂开无数伤口。尤其因为你不认识后世，把死亡想象成永恒的消灭，你仿佛遍体鳞伤，拥有一个如世界般庞大而多病的身体。</w:t>
      </w:r>
    </w:p>
    <w:p>
      <w:r>
        <w:rPr>
          <w:rFonts w:ascii="Times New Roman" w:hAnsi="Times New Roman" w:eastAsia="Noto Serif SC" w:cs="Amiri"/>
          <w:lang w:val="zh-CN" w:eastAsia="zh-CN" w:bidi="ar-SA"/>
          <w:color w:val="000000"/>
          <w:rtl w:val="0"/>
        </w:rPr>
        <w:t>因此，首先必须寻找信仰这味药，修正自己的信念；它是能确定医治这巨大精神身体上无数创伤与疾病的解毒良药。找到这味药最短的路，是借物质疾病撕开的疏忽帷幕下，疾病向你显示的无力与虚弱之窗，认识具威严全能者Allah的权能与慈悯。</w:t>
      </w:r>
    </w:p>
    <w:p>
      <w:r>
        <w:rPr>
          <w:rFonts w:ascii="Times New Roman" w:hAnsi="Times New Roman" w:eastAsia="Noto Serif SC" w:cs="Amiri"/>
          <w:lang w:val="zh-CN" w:eastAsia="zh-CN" w:bidi="ar-SA"/>
          <w:color w:val="000000"/>
          <w:rtl w:val="0"/>
        </w:rPr>
        <w:t>是的，不认识Allah的人，头上有着满世界的灾祸；认识Allah的人，他的世界充满光明与精神喜悦，并随信仰力量的程度而感受。在这信仰带来的精神喜悦、治愈与乐趣之下，个别物质疾病的痛苦便会融化、消散。</w:t>
      </w:r>
    </w:p>
    <w:p>
      <w:pPr>
        <w:pStyle w:val="Heading2"/>
      </w:pPr>
      <w:r>
        <w:rPr>
          <w:rFonts w:ascii="Times New Roman" w:hAnsi="Times New Roman" w:eastAsia="Noto Serif SC" w:cs="Amiri"/>
          <w:lang w:val="zh-CN" w:eastAsia="zh-CN" w:bidi="ar-SA"/>
          <w:color w:val="000000"/>
          <w:rtl w:val="0"/>
        </w:rPr>
        <w:t>第九味药剂</w:t>
      </w:r>
    </w:p>
    <w:p>
      <w:r>
        <w:rPr>
          <w:rFonts w:ascii="Times New Roman" w:hAnsi="Times New Roman" w:eastAsia="Noto Serif SC" w:cs="Amiri"/>
          <w:lang w:val="zh-CN" w:eastAsia="zh-CN" w:bidi="ar-SA"/>
          <w:color w:val="000000"/>
          <w:rtl w:val="0"/>
        </w:rPr>
        <w:t>认识自己创造者的患者啊！疾病中的痛苦、畏惧与恐慌，是因为疾病有时会导致死亡。死亡在疏忽和表面的视角中极为可怕，所以可能导致死亡的疾病也使人恐惧、慌乱。</w:t>
      </w:r>
    </w:p>
    <w:p>
      <w:r>
        <w:rPr>
          <w:rFonts w:ascii="Times New Roman" w:hAnsi="Times New Roman" w:eastAsia="Noto Serif SC" w:cs="Amiri"/>
          <w:lang w:val="zh-CN" w:eastAsia="zh-CN" w:bidi="ar-SA"/>
          <w:color w:val="000000"/>
          <w:rtl w:val="0"/>
        </w:rPr>
        <w:t>首先，你当知道并坚信：“死期已定，不会改变。”在重病患者床前哭泣的人和健康的人已经死去，而那些重病患者却痊愈活了下来。</w:t>
      </w:r>
    </w:p>
    <w:p>
      <w:r>
        <w:rPr>
          <w:rFonts w:ascii="Times New Roman" w:hAnsi="Times New Roman" w:eastAsia="Noto Serif SC" w:cs="Amiri"/>
          <w:lang w:val="zh-CN" w:eastAsia="zh-CN" w:bidi="ar-SA"/>
          <w:color w:val="000000"/>
          <w:rtl w:val="0"/>
        </w:rPr>
        <w:t>其次，死亡并不像表面看来那样可怕。我们已在许多论著中，以至睿《古兰经》赐予的光，极其确凿、无可怀疑地证明：对有信仰者而言，死亡是：</w:t>
      </w:r>
    </w:p>
    <w:p>
      <w:r>
        <w:rPr>
          <w:rFonts w:ascii="Times New Roman" w:hAnsi="Times New Roman" w:eastAsia="Noto Serif SC" w:cs="Amiri"/>
          <w:lang w:val="zh-CN" w:eastAsia="zh-CN" w:bidi="ar-SA"/>
          <w:color w:val="000000"/>
          <w:rtl w:val="0"/>
        </w:rPr>
        <w:t>从生命职责的劳苦中退役。</w:t>
      </w:r>
    </w:p>
    <w:p>
      <w:r>
        <w:rPr>
          <w:rFonts w:ascii="Times New Roman" w:hAnsi="Times New Roman" w:eastAsia="Noto Serif SC" w:cs="Amiri"/>
          <w:lang w:val="zh-CN" w:eastAsia="zh-CN" w:bidi="ar-SA"/>
          <w:color w:val="000000"/>
          <w:rtl w:val="0"/>
        </w:rPr>
        <w:t>也是在尘世考场中，从作为训练与教导的全然奴仆意识中收工。</w:t>
      </w:r>
    </w:p>
    <w:p>
      <w:r>
        <w:rPr>
          <w:rFonts w:ascii="Times New Roman" w:hAnsi="Times New Roman" w:eastAsia="Noto Serif SC" w:cs="Amiri"/>
          <w:lang w:val="zh-CN" w:eastAsia="zh-CN" w:bidi="ar-SA"/>
          <w:color w:val="000000"/>
          <w:rtl w:val="0"/>
        </w:rPr>
        <w:t>也是与已前往另一个世界的百分之九十九亲友团聚的媒介。</w:t>
      </w:r>
    </w:p>
    <w:p>
      <w:r>
        <w:rPr>
          <w:rFonts w:ascii="Times New Roman" w:hAnsi="Times New Roman" w:eastAsia="Noto Serif SC" w:cs="Amiri"/>
          <w:lang w:val="zh-CN" w:eastAsia="zh-CN" w:bidi="ar-SA"/>
          <w:color w:val="000000"/>
          <w:rtl w:val="0"/>
        </w:rPr>
        <w:t>也是进入真正故乡和永恒幸福之位的途径。</w:t>
      </w:r>
    </w:p>
    <w:p>
      <w:r>
        <w:rPr>
          <w:rFonts w:ascii="Times New Roman" w:hAnsi="Times New Roman" w:eastAsia="Noto Serif SC" w:cs="Amiri"/>
          <w:lang w:val="zh-CN" w:eastAsia="zh-CN" w:bidi="ar-SA"/>
          <w:color w:val="000000"/>
          <w:rtl w:val="0"/>
        </w:rPr>
        <w:t>也是从尘世牢狱通往乐园花园的邀请。</w:t>
      </w:r>
    </w:p>
    <w:p>
      <w:r>
        <w:rPr>
          <w:rFonts w:ascii="Times New Roman" w:hAnsi="Times New Roman" w:eastAsia="Noto Serif SC" w:cs="Amiri"/>
          <w:lang w:val="zh-CN" w:eastAsia="zh-CN" w:bidi="ar-SA"/>
          <w:color w:val="000000"/>
          <w:rtl w:val="0"/>
        </w:rPr>
        <w:t>也是轮到人从至慈创造者Allah的恩典中，领取自己服务的报酬。</w:t>
      </w:r>
    </w:p>
    <w:p>
      <w:r>
        <w:rPr>
          <w:rFonts w:ascii="Times New Roman" w:hAnsi="Times New Roman" w:eastAsia="Noto Serif SC" w:cs="Amiri"/>
          <w:lang w:val="zh-CN" w:eastAsia="zh-CN" w:bidi="ar-SA"/>
          <w:color w:val="000000"/>
          <w:rtl w:val="0"/>
        </w:rPr>
        <w:t>既然死亡的本质在真理的层面上如此，就不应视它为可怕，反应当把它看作慈悯与幸福的序幕。而且，一些Allah的仆人畏惧死亡，并不是因死亡可怕，而是因他们想延续生命职责，以获得更多善功，想着“我还能赚得更多善”。</w:t>
      </w:r>
    </w:p>
    <w:p>
      <w:r>
        <w:rPr>
          <w:rFonts w:ascii="Times New Roman" w:hAnsi="Times New Roman" w:eastAsia="Noto Serif SC" w:cs="Amiri"/>
          <w:lang w:val="zh-CN" w:eastAsia="zh-CN" w:bidi="ar-SA"/>
          <w:color w:val="000000"/>
          <w:rtl w:val="0"/>
        </w:rPr>
        <w:t>是的，对有信仰者，死亡是慈悯之门；对迷误者，死亡是永恒黑暗的深井。</w:t>
      </w:r>
    </w:p>
    <w:p>
      <w:pPr>
        <w:pStyle w:val="Heading2"/>
      </w:pPr>
      <w:r>
        <w:rPr>
          <w:rFonts w:ascii="Times New Roman" w:hAnsi="Times New Roman" w:eastAsia="Noto Serif SC" w:cs="Amiri"/>
          <w:lang w:val="zh-CN" w:eastAsia="zh-CN" w:bidi="ar-SA"/>
          <w:color w:val="000000"/>
          <w:rtl w:val="0"/>
        </w:rPr>
        <w:t>第十味药剂</w:t>
      </w:r>
    </w:p>
    <w:p>
      <w:r>
        <w:rPr>
          <w:rFonts w:ascii="Times New Roman" w:hAnsi="Times New Roman" w:eastAsia="Noto Serif SC" w:cs="Amiri"/>
          <w:lang w:val="zh-CN" w:eastAsia="zh-CN" w:bidi="ar-SA"/>
          <w:color w:val="000000"/>
          <w:rtl w:val="0"/>
        </w:rPr>
        <w:t>无谓忧虑的患者啊！你因疾病的沉重而忧虑，而忧虑又会加重疾病。若你想减轻疾病，就努力不要忧虑。也就是说，想疾病的益处、回赐和它将很快过去，除去忧虑，斩断疾病的根。</w:t>
      </w:r>
    </w:p>
    <w:p>
      <w:r>
        <w:rPr>
          <w:rFonts w:ascii="Times New Roman" w:hAnsi="Times New Roman" w:eastAsia="Noto Serif SC" w:cs="Amiri"/>
          <w:lang w:val="zh-CN" w:eastAsia="zh-CN" w:bidi="ar-SA"/>
          <w:color w:val="000000"/>
          <w:rtl w:val="0"/>
        </w:rPr>
        <w:t>是的，忧虑使疾病加倍；它在物质疾病之下，又给心脏添上一种精神疾病，物质疾病便依靠它而延续。若以顺服和接受思想疾病的智慧，使忧虑消失，物质疾病的重要根由便被斩断，疾病便会减轻，部分消退。尤其是，一迪尔汗的物质疾病，加上臆想，有时会因忧虑膨胀成十迪尔汗；忧虑一止，十分之九便会消失。</w:t>
      </w:r>
    </w:p>
    <w:p>
      <w:r>
        <w:rPr>
          <w:rFonts w:ascii="Times New Roman" w:hAnsi="Times New Roman" w:eastAsia="Noto Serif SC" w:cs="Amiri"/>
          <w:lang w:val="zh-CN" w:eastAsia="zh-CN" w:bidi="ar-SA"/>
          <w:color w:val="000000"/>
          <w:rtl w:val="0"/>
        </w:rPr>
        <w:t>忧虑加重疾病，也意味着猜疑Allah的智慧、批评Allah的慈悯、向至慈的创造者Allah抱怨；因此，它自食其果，反使疾病加重。正如感恩使恩赐增多，抱怨也使疾病和灾祸增多。</w:t>
      </w:r>
    </w:p>
    <w:p>
      <w:r>
        <w:rPr>
          <w:rFonts w:ascii="Times New Roman" w:hAnsi="Times New Roman" w:eastAsia="Noto Serif SC" w:cs="Amiri"/>
          <w:lang w:val="zh-CN" w:eastAsia="zh-CN" w:bidi="ar-SA"/>
          <w:color w:val="000000"/>
          <w:rtl w:val="0"/>
        </w:rPr>
        <w:t>而且，忧虑本身也是一种疾病，其药是认识疾病的智慧。既然你已知道它的智慧与益处，就把这药膏涂在忧虑上，痊愈吧。不要说“唉”，要说“好”；不要说“可叹”，而要说</w:t>
      </w:r>
      <w:r>
        <w:rPr>
          <w:rFonts w:ascii="Amiri" w:hAnsi="Amiri" w:eastAsia="Amiri" w:cs="Amiri"/>
          <w:lang w:val="zh-CN" w:eastAsia="zh-CN" w:bidi="ar-SA"/>
          <w:rtl w:val="1"/>
          <w:cs w:val="1"/>
          <w:color w:val="000000"/>
          <w:sz w:val="24"/>
          <w:szCs w:val="24"/>
        </w:rPr>
        <w:t>ٔﺍَﻟْﺤَﻤْﺪُ ﻟِﻠّٰﻪِ ﻋَﻠٰﻰ ﻛُﻞِّ ﺣَﺎﻝٍ</w:t>
      </w:r>
      <w:r>
        <w:rPr>
          <w:rFonts w:ascii="Times New Roman" w:hAnsi="Times New Roman" w:eastAsia="Noto Serif SC" w:cs="Amiri"/>
          <w:lang w:val="zh-CN" w:eastAsia="zh-CN" w:bidi="ar-SA"/>
          <w:color w:val="000000"/>
          <w:rtl w:val="0"/>
        </w:rPr>
        <w:t>（无论在何种境况中，一切赞美与称颂都归Allah；顺逆皆不能改变祂独配赞美）。</w:t>
      </w:r>
    </w:p>
    <w:p>
      <w:pPr>
        <w:pStyle w:val="Heading2"/>
      </w:pPr>
      <w:r>
        <w:rPr>
          <w:rFonts w:ascii="Times New Roman" w:hAnsi="Times New Roman" w:eastAsia="Noto Serif SC" w:cs="Amiri"/>
          <w:lang w:val="zh-CN" w:eastAsia="zh-CN" w:bidi="ar-SA"/>
          <w:color w:val="000000"/>
          <w:rtl w:val="0"/>
        </w:rPr>
        <w:t>第十一味药剂</w:t>
      </w:r>
    </w:p>
    <w:p>
      <w:r>
        <w:rPr>
          <w:rFonts w:ascii="Times New Roman" w:hAnsi="Times New Roman" w:eastAsia="Noto Serif SC" w:cs="Amiri"/>
          <w:lang w:val="zh-CN" w:eastAsia="zh-CN" w:bidi="ar-SA"/>
          <w:color w:val="000000"/>
          <w:rtl w:val="0"/>
        </w:rPr>
        <w:t>没有耐心的患者兄弟啊！疾病既给你当下的痛苦，也给你一种精神乐趣——从上次疾病至今，疾病消逝时的乐趣；还给你一种灵魂乐趣——疾病回赐中的乐趣。今天以后，甚至此刻以后的时间里，疾病并不存在，当然不存在；没有疾病，就没有痛苦；没有痛苦，就不会有悲伤。你因错误的臆想而变得不耐烦。</w:t>
      </w:r>
    </w:p>
    <w:p>
      <w:r>
        <w:rPr>
          <w:rFonts w:ascii="Times New Roman" w:hAnsi="Times New Roman" w:eastAsia="Noto Serif SC" w:cs="Amiri"/>
          <w:lang w:val="zh-CN" w:eastAsia="zh-CN" w:bidi="ar-SA"/>
          <w:color w:val="000000"/>
          <w:rtl w:val="0"/>
        </w:rPr>
        <w:t>因为，今天以前整个患病时期的物质部分已经过去，痛苦也随之过去；留在疾病本身的是回赐与消逝时的快乐。这些本应给你收益与喜悦，你却想它们而痛苦、不耐烦，这是疯狂。未来的日子尚未来临。你却提前思想它们，在不存在的一天，凭臆想为不存在的疾病、不存在的痛苦而悲伤、不耐烦，把三重不存在变成存在，这不是疯狂又是什么？</w:t>
      </w:r>
    </w:p>
    <w:p>
      <w:r>
        <w:rPr>
          <w:rFonts w:ascii="Times New Roman" w:hAnsi="Times New Roman" w:eastAsia="Noto Serif SC" w:cs="Amiri"/>
          <w:lang w:val="zh-CN" w:eastAsia="zh-CN" w:bidi="ar-SA"/>
          <w:color w:val="000000"/>
          <w:rtl w:val="0"/>
        </w:rPr>
        <w:t>既然此刻以前的患病时光给你喜悦，此刻以后的时间又不存在，疾病与痛苦也不存在，那么，不要把至高无上的真实主宰Allah赐你的全部坚忍力量左分右散；要把它集中到此刻的痛苦上，说</w:t>
      </w:r>
      <w:r>
        <w:rPr>
          <w:rFonts w:ascii="Amiri" w:hAnsi="Amiri" w:eastAsia="Amiri" w:cs="Amiri"/>
          <w:lang w:val="zh-CN" w:eastAsia="zh-CN" w:bidi="ar-SA"/>
          <w:rtl w:val="1"/>
          <w:cs w:val="1"/>
          <w:color w:val="000000"/>
          <w:sz w:val="24"/>
          <w:szCs w:val="24"/>
        </w:rPr>
        <w:t>يَا صَبُورُ</w:t>
      </w:r>
      <w:r>
        <w:rPr>
          <w:rFonts w:ascii="Times New Roman" w:hAnsi="Times New Roman" w:eastAsia="Noto Serif SC" w:cs="Amiri"/>
          <w:lang w:val="zh-CN" w:eastAsia="zh-CN" w:bidi="ar-SA"/>
          <w:color w:val="000000"/>
          <w:rtl w:val="0"/>
        </w:rPr>
        <w:t>（无限赐予坚忍者Allah啊，求祢赐我坚忍），坚持住。</w:t>
      </w:r>
    </w:p>
    <w:p>
      <w:pPr>
        <w:pStyle w:val="Heading2"/>
      </w:pPr>
      <w:r>
        <w:rPr>
          <w:rFonts w:ascii="Times New Roman" w:hAnsi="Times New Roman" w:eastAsia="Noto Serif SC" w:cs="Amiri"/>
          <w:lang w:val="zh-CN" w:eastAsia="zh-CN" w:bidi="ar-SA"/>
          <w:color w:val="000000"/>
          <w:rtl w:val="0"/>
        </w:rPr>
        <w:t>第十二味药剂</w:t>
      </w:r>
    </w:p>
    <w:p>
      <w:r>
        <w:rPr>
          <w:rFonts w:ascii="Times New Roman" w:hAnsi="Times New Roman" w:eastAsia="Noto Serif SC" w:cs="Amiri"/>
          <w:lang w:val="zh-CN" w:eastAsia="zh-CN" w:bidi="ar-SA"/>
          <w:color w:val="000000"/>
          <w:rtl w:val="0"/>
        </w:rPr>
        <w:t>因病不能履行崇拜与日常诵念、并为此遗憾的患者啊！你当知道，圣训确证：一位敬畏的信士，因病不能完成恒常诵念，在患病期间仍会得到其回赐。尽力履行主命的患者，以坚忍和托靠并履行主命，在那重病时期，疾病也会纯粹地代替其他圣行。</w:t>
      </w:r>
    </w:p>
    <w:p>
      <w:r>
        <w:rPr>
          <w:rFonts w:ascii="Times New Roman" w:hAnsi="Times New Roman" w:eastAsia="Noto Serif SC" w:cs="Amiri"/>
          <w:lang w:val="zh-CN" w:eastAsia="zh-CN" w:bidi="ar-SA"/>
          <w:color w:val="000000"/>
          <w:rtl w:val="0"/>
        </w:rPr>
        <w:t>疾病还使人感到自身的无力与虚弱，使人以无力之语、虚弱之声，在状态与言语上祈祷。至高无上的真实主宰Allah赋予人无尽的无力与无穷的虚弱，为要人不断归投Allah的神圣尊前，恳求祈祷。凭经文</w:t>
      </w:r>
      <w:r>
        <w:rPr>
          <w:rFonts w:ascii="Amiri" w:hAnsi="Amiri" w:eastAsia="Amiri" w:cs="Amiri"/>
          <w:lang w:val="zh-CN" w:eastAsia="zh-CN" w:bidi="ar-SA"/>
          <w:rtl w:val="1"/>
          <w:cs w:val="1"/>
          <w:color w:val="000000"/>
          <w:sz w:val="24"/>
          <w:szCs w:val="24"/>
        </w:rPr>
        <w:t>ﻗُﻞْ ﻣَﺎ ﻳَﻌْﺒَﺆُﺍ ﺑِﻜُﻢْ ﺭَﺑّ۪ﻰ لَوْلَا ﺩُﻋَٓﺎﺅُﻛُﻢْ</w:t>
      </w:r>
      <w:r>
        <w:rPr>
          <w:rFonts w:ascii="Times New Roman" w:hAnsi="Times New Roman" w:eastAsia="Noto Serif SC" w:cs="Amiri"/>
          <w:lang w:val="zh-CN" w:eastAsia="zh-CN" w:bidi="ar-SA"/>
          <w:color w:val="000000"/>
          <w:rtl w:val="0"/>
        </w:rPr>
        <w:t>（你说：“若不是你们的祈祷，我的养育并主宰者Allah怎会顾念你们？祈祷正是人与祂相系的价值的缘由”）的奥义，真诚的祈祷与恳求既是人被造的智慧，也是其价值的原因，而疾病正是祈祷的一项缘由。因此，从这一点看，不应抱怨，而应感恩Allah；不应因重获健康，就关上疾病打开的祈祷水龙头。</w:t>
      </w:r>
    </w:p>
    <w:p>
      <w:pPr>
        <w:pStyle w:val="Heading2"/>
      </w:pPr>
      <w:r>
        <w:rPr>
          <w:rFonts w:ascii="Times New Roman" w:hAnsi="Times New Roman" w:eastAsia="Noto Serif SC" w:cs="Amiri"/>
          <w:lang w:val="zh-CN" w:eastAsia="zh-CN" w:bidi="ar-SA"/>
          <w:color w:val="000000"/>
          <w:rtl w:val="0"/>
        </w:rPr>
        <w:t>第十三味药剂</w:t>
      </w:r>
    </w:p>
    <w:p>
      <w:r>
        <w:rPr>
          <w:rFonts w:ascii="Times New Roman" w:hAnsi="Times New Roman" w:eastAsia="Noto Serif SC" w:cs="Amiri"/>
          <w:lang w:val="zh-CN" w:eastAsia="zh-CN" w:bidi="ar-SA"/>
          <w:color w:val="000000"/>
          <w:rtl w:val="0"/>
        </w:rPr>
        <w:t>因疾病而抱怨的可怜人啊！对某些人来说，疾病是一座重要的宝库，是Allah极其珍贵的礼物。每位患者都可以把自己的疾病想象成这一类。</w:t>
      </w:r>
    </w:p>
    <w:p>
      <w:r>
        <w:rPr>
          <w:rFonts w:ascii="Times New Roman" w:hAnsi="Times New Roman" w:eastAsia="Noto Serif SC" w:cs="Amiri"/>
          <w:lang w:val="zh-CN" w:eastAsia="zh-CN" w:bidi="ar-SA"/>
          <w:color w:val="000000"/>
          <w:rtl w:val="0"/>
        </w:rPr>
        <w:t>既然死期并不明确，至高无上的真实主宰Allah为把人从彻底绝望和彻底疏忽中救出，以祂的智慧隐藏了死期，使人处在恐惧与希望之间，既守护尘世，也守护后世。既然死期随时可能到来，若它在人疏忽时突然降临，就可能严重损害人的永恒生命。疾病会驱散疏忽，使人思想后世、记起死亡，从而做好准备。有些人由此获得这样的收益：他二十年未能达到的层次，在二十天内便达到了。</w:t>
      </w:r>
    </w:p>
    <w:p>
      <w:r>
        <w:rPr>
          <w:rFonts w:ascii="Times New Roman" w:hAnsi="Times New Roman" w:eastAsia="Noto Serif SC" w:cs="Amiri"/>
          <w:lang w:val="zh-CN" w:eastAsia="zh-CN" w:bidi="ar-SA"/>
          <w:color w:val="000000"/>
          <w:rtl w:val="0"/>
        </w:rPr>
        <w:t>尤其是：我们的朋友中有两位青年——</w:t>
      </w:r>
      <w:r>
        <w:rPr>
          <w:rFonts w:ascii="Amiri" w:hAnsi="Amiri" w:eastAsia="Amiri" w:cs="Amiri"/>
          <w:lang w:val="zh-CN" w:eastAsia="zh-CN" w:bidi="ar-SA"/>
          <w:rtl w:val="1"/>
          <w:cs w:val="1"/>
          <w:color w:val="000000"/>
          <w:sz w:val="24"/>
          <w:szCs w:val="24"/>
        </w:rPr>
        <w:t>رَحِمَهُمَا اللَّهُ</w:t>
      </w:r>
      <w:r>
        <w:rPr>
          <w:rFonts w:ascii="Times New Roman" w:hAnsi="Times New Roman" w:eastAsia="Noto Serif SC" w:cs="Amiri"/>
          <w:lang w:val="zh-CN" w:eastAsia="zh-CN" w:bidi="ar-SA"/>
          <w:color w:val="000000"/>
          <w:rtl w:val="0"/>
        </w:rPr>
        <w:t>（愿Allah慈悯他俩）——一位是伊拉马人萨布里，另一位是伊斯兰村人韦齐尔扎德·穆斯塔法。这两人虽在我的学生中不会书写，我却惊异地看见，他们在真诚和信仰服务中走在最前列。我不明白其中智慧。他们去世后我才明白，两人都患有重要疾病。借疾病的引导，他们代替那些疏忽、放弃主命的青年，处在最重要的敬畏、最珍贵的服务和有益于后世的状态中。</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（若Allah意欲），两年的疾病劳苦，已成为永恒生命千万年幸福的源泉。我曾为他们的健康所作的某些祈祷，如今明白，从尘世角度看竟成了诅咒。</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（若Allah意欲），那祈祷已为后世的健康而蒙应允。</w:t>
      </w:r>
    </w:p>
    <w:p>
      <w:r>
        <w:rPr>
          <w:rFonts w:ascii="Times New Roman" w:hAnsi="Times New Roman" w:eastAsia="Noto Serif SC" w:cs="Amiri"/>
          <w:lang w:val="zh-CN" w:eastAsia="zh-CN" w:bidi="ar-SA"/>
          <w:color w:val="000000"/>
          <w:rtl w:val="0"/>
        </w:rPr>
        <w:t>依我的信念，这两人获得了相当于十年敬畏所得的收益。倘若他们像某些青年一样，倚仗健康与青春而投入疏忽与放纵，死亡又暗中窥伺，恰在他们罪恶的污秽中把他们抓住，那么，他们的坟墓就不会是光明的宝库，而会成为蝎子与毒蛇的巢穴。</w:t>
      </w:r>
    </w:p>
    <w:p>
      <w:r>
        <w:rPr>
          <w:rFonts w:ascii="Times New Roman" w:hAnsi="Times New Roman" w:eastAsia="Noto Serif SC" w:cs="Amiri"/>
          <w:lang w:val="zh-CN" w:eastAsia="zh-CN" w:bidi="ar-SA"/>
          <w:color w:val="000000"/>
          <w:rtl w:val="0"/>
        </w:rPr>
        <w:t>既然疾病有这样的益处，就不应抱怨，而应以托靠和坚忍，乃至以感恩信赖Allah的慈悯。</w:t>
      </w:r>
    </w:p>
    <w:p>
      <w:pPr>
        <w:pStyle w:val="Heading2"/>
      </w:pPr>
      <w:r>
        <w:rPr>
          <w:rFonts w:ascii="Times New Roman" w:hAnsi="Times New Roman" w:eastAsia="Noto Serif SC" w:cs="Amiri"/>
          <w:lang w:val="zh-CN" w:eastAsia="zh-CN" w:bidi="ar-SA"/>
          <w:color w:val="000000"/>
          <w:rtl w:val="0"/>
        </w:rPr>
        <w:t>第十四味药剂</w:t>
      </w:r>
    </w:p>
    <w:p>
      <w:r>
        <w:rPr>
          <w:rFonts w:ascii="Times New Roman" w:hAnsi="Times New Roman" w:eastAsia="Noto Serif SC" w:cs="Amiri"/>
          <w:lang w:val="zh-CN" w:eastAsia="zh-CN" w:bidi="ar-SA"/>
          <w:color w:val="000000"/>
          <w:rtl w:val="0"/>
        </w:rPr>
        <w:t>眼生翳障的患者啊！若你知道有信仰者眼上翳障之下，藏着怎样一道光明和一只精神的眼睛，你就会说：“我向至慈的养育并主宰者Allah献上十万次感恩！”为说明这味药，我要讲一件事：</w:t>
      </w:r>
    </w:p>
    <w:p>
      <w:r>
        <w:rPr>
          <w:rFonts w:ascii="Times New Roman" w:hAnsi="Times New Roman" w:eastAsia="Noto Serif SC" w:cs="Amiri"/>
          <w:lang w:val="zh-CN" w:eastAsia="zh-CN" w:bidi="ar-SA"/>
          <w:color w:val="000000"/>
          <w:rtl w:val="0"/>
        </w:rPr>
        <w:t>巴尔拉人苏莱曼曾以完全的忠诚服侍我八年，从未使我难过。有一次，他姑妈的眼睛失明了。那位贞洁的女性对我抱有超过我本分百倍的好意，在清真寺门口拦住我，说：“请为我的眼睛复明而祈祷。”我把那位尊贵而忘我的女性的贞洁作为祈祷的代求，恳求道：“我的养育并主宰者Allah啊，求祢因她的贞洁，使她的眼睛睁开。”第二天，布尔杜尔的一位眼科医生前来，治好了她的眼睛。四十天后，她的眼睛又失明了。我十分悲痛，多次祈祷。</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（若Allah意欲），那祈祷已为她的后世而蒙应允；否则，我的祈祷对她而言就成了一种极其错误的诅咒，因为她的死期只剩四十天。四十天后，她去世了，</w:t>
      </w:r>
      <w:r>
        <w:rPr>
          <w:rFonts w:ascii="Amiri" w:hAnsi="Amiri" w:eastAsia="Amiri" w:cs="Amiri"/>
          <w:lang w:val="zh-CN" w:eastAsia="zh-CN" w:bidi="ar-SA"/>
          <w:rtl w:val="1"/>
          <w:cs w:val="1"/>
          <w:color w:val="000000"/>
          <w:sz w:val="24"/>
          <w:szCs w:val="24"/>
        </w:rPr>
        <w:t>رَحِمَهَا اللَّهُ</w:t>
      </w:r>
      <w:r>
        <w:rPr>
          <w:rFonts w:ascii="Times New Roman" w:hAnsi="Times New Roman" w:eastAsia="Noto Serif SC" w:cs="Amiri"/>
          <w:lang w:val="zh-CN" w:eastAsia="zh-CN" w:bidi="ar-SA"/>
          <w:color w:val="000000"/>
          <w:rtl w:val="0"/>
        </w:rPr>
        <w:t>（愿Allah慈悯她）。</w:t>
      </w:r>
    </w:p>
    <w:p>
      <w:r>
        <w:rPr>
          <w:rFonts w:ascii="Times New Roman" w:hAnsi="Times New Roman" w:eastAsia="Noto Serif SC" w:cs="Amiri"/>
          <w:lang w:val="zh-CN" w:eastAsia="zh-CN" w:bidi="ar-SA"/>
          <w:color w:val="000000"/>
          <w:rtl w:val="0"/>
        </w:rPr>
        <w:t>就这样，那位已故女性所得的是：她不再以柔怜的暮年之眼，观看巴尔拉四十天悲伤的花园，却能在坟墓中，于四万个日子里观看乐园的花园。因为她的信仰坚强，贞洁深厚。</w:t>
      </w:r>
    </w:p>
    <w:p>
      <w:r>
        <w:rPr>
          <w:rFonts w:ascii="Times New Roman" w:hAnsi="Times New Roman" w:eastAsia="Noto Serif SC" w:cs="Amiri"/>
          <w:lang w:val="zh-CN" w:eastAsia="zh-CN" w:bidi="ar-SA"/>
          <w:color w:val="000000"/>
          <w:rtl w:val="0"/>
        </w:rPr>
        <w:t>是的，一位信士若眼生翳障，闭眼进入坟墓，也能依自己的品级，远比其他墓中人更多地观看那光明的世界。正如在这世上，我们能看见许多事物，失明的信士却看不见；在坟墓里，那些带着信仰前去的失明者，反而比同处墓中的其他人看得更多。他们仿佛用能看到最远处的望远镜观看，依自己的品级，在坟墓里如看电影般观看乐园的花园。</w:t>
      </w:r>
    </w:p>
    <w:p>
      <w:r>
        <w:rPr>
          <w:rFonts w:ascii="Times New Roman" w:hAnsi="Times New Roman" w:eastAsia="Noto Serif SC" w:cs="Amiri"/>
          <w:lang w:val="zh-CN" w:eastAsia="zh-CN" w:bidi="ar-SA"/>
          <w:color w:val="000000"/>
          <w:rtl w:val="0"/>
        </w:rPr>
        <w:t>你可以在自己眼上的翳障之下，以感恩与坚忍找到这样一只极其光明、即使身处土下也能看见并观赏诸天之上乐园的眼睛。那位将从你眼上除去翳障、使你借那只眼睛观看的眼科医生，就是至睿《古兰经》。</w:t>
      </w:r>
    </w:p>
    <w:p>
      <w:pPr>
        <w:pStyle w:val="Heading2"/>
      </w:pPr>
      <w:r>
        <w:rPr>
          <w:rFonts w:ascii="Times New Roman" w:hAnsi="Times New Roman" w:eastAsia="Noto Serif SC" w:cs="Amiri"/>
          <w:lang w:val="zh-CN" w:eastAsia="zh-CN" w:bidi="ar-SA"/>
          <w:color w:val="000000"/>
          <w:rtl w:val="0"/>
        </w:rPr>
        <w:t>第十五味药剂</w:t>
      </w:r>
    </w:p>
    <w:p>
      <w:r>
        <w:rPr>
          <w:rFonts w:ascii="Times New Roman" w:hAnsi="Times New Roman" w:eastAsia="Noto Serif SC" w:cs="Amiri"/>
          <w:lang w:val="zh-CN" w:eastAsia="zh-CN" w:bidi="ar-SA"/>
          <w:color w:val="000000"/>
          <w:rtl w:val="0"/>
        </w:rPr>
        <w:t>唉声叹气的患者啊！不要只看疾病的外表而叹息；要看它的意义而称好。若疾病的意义并不美好，至慈的创造者Allah就不会把疾病赐给祂最喜爱的仆人。可靠的圣训说：</w:t>
      </w:r>
      <w:r>
        <w:rPr>
          <w:rFonts w:ascii="Amiri" w:hAnsi="Amiri" w:eastAsia="Amiri" w:cs="Amiri"/>
          <w:lang w:val="zh-CN" w:eastAsia="zh-CN" w:bidi="ar-SA"/>
          <w:rtl w:val="1"/>
          <w:cs w:val="1"/>
          <w:color w:val="000000"/>
          <w:sz w:val="24"/>
          <w:szCs w:val="24"/>
        </w:rPr>
        <w:t>ﺍَﺷَﺪُّ ﺍﻟﻨَّﺎﺱِ بَلَاءً اَلْاَنْبِيَاءُ ﺛُﻢَّ الْاَوْلِيَاءُ اَلْاَمْثَلُ فَالْاَمْثَلُ</w:t>
      </w:r>
      <w:r>
        <w:rPr>
          <w:rFonts w:ascii="Times New Roman" w:hAnsi="Times New Roman" w:eastAsia="Noto Serif SC" w:cs="Amiri"/>
          <w:lang w:val="zh-CN" w:eastAsia="zh-CN" w:bidi="ar-SA"/>
          <w:color w:val="000000"/>
          <w:rtl w:val="0"/>
        </w:rPr>
        <w:t>（经受最猛烈灾祸与考验的，是众先知，其次是亲近Allah者，再次是依次最优、最完善的人）——</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（或者，正如他大致所说的那样）——。也就是说：“遭受灾祸与劳苦最多的，是人中最优秀、最完善的人。”从尊贵的安优布</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（愿Allah赐他平安）开始，众先知，继而亲近Allah者，再继而贞洁之人，都把所患的疾病看作纯粹的崇拜和慈悯普及万物者的礼物，在坚忍中感恩，把它看作来自至慈创造者Allah慈悯的一种手术治疗。</w:t>
      </w:r>
    </w:p>
    <w:p>
      <w:r>
        <w:rPr>
          <w:rFonts w:ascii="Times New Roman" w:hAnsi="Times New Roman" w:eastAsia="Noto Serif SC" w:cs="Amiri"/>
          <w:lang w:val="zh-CN" w:eastAsia="zh-CN" w:bidi="ar-SA"/>
          <w:color w:val="000000"/>
          <w:rtl w:val="0"/>
        </w:rPr>
        <w:t>痛苦呼号的患者啊！你若想加入这光明的队伍，就要在坚忍中感恩。若你抱怨，他们就不会接纳你入队，你会跌入疏忽者的坑中，走上一条黑暗的道路。</w:t>
      </w:r>
    </w:p>
    <w:p>
      <w:r>
        <w:rPr>
          <w:rFonts w:ascii="Times New Roman" w:hAnsi="Times New Roman" w:eastAsia="Noto Serif SC" w:cs="Amiri"/>
          <w:lang w:val="zh-CN" w:eastAsia="zh-CN" w:bidi="ar-SA"/>
          <w:color w:val="000000"/>
          <w:rtl w:val="0"/>
        </w:rPr>
        <w:t>有些疾病若最终导致死亡，会使人如精神上的殉道者，获得殉道般的亲近Allah之品级。譬如：生育所致的疾病</w:t>
      </w:r>
      <w:r>
        <w:rPr>
          <w:rStyle w:val="FootnoteReference"/>
        </w:rPr>
        <w:footnoteReference w:id="36"/>
      </w:r>
      <w:r>
        <w:rPr>
          <w:rFonts w:ascii="Times New Roman" w:hAnsi="Times New Roman" w:eastAsia="Noto Serif SC" w:cs="Amiri"/>
          <w:lang w:val="zh-CN" w:eastAsia="zh-CN" w:bidi="ar-SA"/>
          <w:color w:val="000000"/>
          <w:rtl w:val="0"/>
        </w:rPr>
        <w:t>，以及因腹痛、溺水、火烧、瘟疫而去世的人，都会成为精神上的殉道者；还有许多尊贵的疾病，能借死亡使人获得亲近Allah之品级。</w:t>
      </w:r>
    </w:p>
    <w:p>
      <w:r>
        <w:rPr>
          <w:rFonts w:ascii="Times New Roman" w:hAnsi="Times New Roman" w:eastAsia="Noto Serif SC" w:cs="Amiri"/>
          <w:lang w:val="zh-CN" w:eastAsia="zh-CN" w:bidi="ar-SA"/>
          <w:color w:val="000000"/>
          <w:rtl w:val="0"/>
        </w:rPr>
        <w:t>疾病还能减轻对尘世的爱恋与牵挂，因此减轻死亡时离开尘世的痛苦；那离别对逐世者而言极其悲痛，有时疾病甚至会使人喜爱离别。</w:t>
      </w:r>
    </w:p>
    <w:p>
      <w:pPr>
        <w:pStyle w:val="Heading2"/>
      </w:pPr>
      <w:r>
        <w:rPr>
          <w:rFonts w:ascii="Times New Roman" w:hAnsi="Times New Roman" w:eastAsia="Noto Serif SC" w:cs="Amiri"/>
          <w:lang w:val="zh-CN" w:eastAsia="zh-CN" w:bidi="ar-SA"/>
          <w:color w:val="000000"/>
          <w:rtl w:val="0"/>
        </w:rPr>
        <w:t>第十六味药剂</w:t>
      </w:r>
    </w:p>
    <w:p>
      <w:r>
        <w:rPr>
          <w:rFonts w:ascii="Times New Roman" w:hAnsi="Times New Roman" w:eastAsia="Noto Serif SC" w:cs="Amiri"/>
          <w:lang w:val="zh-CN" w:eastAsia="zh-CN" w:bidi="ar-SA"/>
          <w:color w:val="000000"/>
          <w:rtl w:val="0"/>
        </w:rPr>
        <w:t>因困恼而抱怨的患者啊！疾病会教导尊重与慈悯，而这在人类社会生活中最重要、最美好。因为它把人从自以为无所需求中救出，不再驱使人走向冷漠与无情。</w:t>
      </w:r>
    </w:p>
    <w:p>
      <w:r>
        <w:rPr>
          <w:rFonts w:ascii="Times New Roman" w:hAnsi="Times New Roman" w:eastAsia="Noto Serif SC" w:cs="Amiri"/>
          <w:lang w:val="zh-CN" w:eastAsia="zh-CN" w:bidi="ar-SA"/>
          <w:color w:val="000000"/>
          <w:rtl w:val="0"/>
        </w:rPr>
        <w:t>因为，凭</w:t>
      </w:r>
      <w:r>
        <w:rPr>
          <w:rFonts w:ascii="Amiri" w:hAnsi="Amiri" w:eastAsia="Amiri" w:cs="Amiri"/>
          <w:lang w:val="zh-CN" w:eastAsia="zh-CN" w:bidi="ar-SA"/>
          <w:rtl w:val="1"/>
          <w:cs w:val="1"/>
          <w:color w:val="000000"/>
          <w:sz w:val="24"/>
          <w:szCs w:val="24"/>
        </w:rPr>
        <w:t>ﺍِﻥَّ الْاِنْسَانَ ﻟَﻴَﻄْﻐٰﻰ</w:t>
      </w:r>
      <w:r>
        <w:rPr>
          <w:rFonts w:ascii="Times New Roman" w:hAnsi="Times New Roman" w:eastAsia="Noto Serif SC" w:cs="Amiri"/>
          <w:lang w:val="zh-CN" w:eastAsia="zh-CN" w:bidi="ar-SA"/>
          <w:color w:val="000000"/>
          <w:rtl w:val="0"/>
        </w:rPr>
        <w:t xml:space="preserve">（人确实会悖逆越界，妄自尊大） </w:t>
      </w:r>
      <w:r>
        <w:rPr>
          <w:rFonts w:ascii="Amiri" w:hAnsi="Amiri" w:eastAsia="Amiri" w:cs="Amiri"/>
          <w:lang w:val="zh-CN" w:eastAsia="zh-CN" w:bidi="ar-SA"/>
          <w:rtl w:val="1"/>
          <w:cs w:val="1"/>
          <w:color w:val="000000"/>
          <w:sz w:val="24"/>
          <w:szCs w:val="24"/>
        </w:rPr>
        <w:t>٭ ﺍَﻥْ ﺭَﺍٰﻩُ ﺍﺳْﺘَﻐْﻨٰﻰ</w:t>
      </w:r>
      <w:r>
        <w:rPr>
          <w:rFonts w:ascii="Times New Roman" w:hAnsi="Times New Roman" w:eastAsia="Noto Serif SC" w:cs="Amiri"/>
          <w:lang w:val="zh-CN" w:eastAsia="zh-CN" w:bidi="ar-SA"/>
          <w:color w:val="000000"/>
          <w:rtl w:val="0"/>
        </w:rPr>
        <w:t>（因为他自以为富足而无所需求；这种错觉正是越界的根源）的奥义，因健康安适而自以为无所需求的作恶自我，不会对许多值得尊重的兄弟感到尊重，也不会对值得慈悯怜爱的遭难者和患者感到慈悯。</w:t>
      </w:r>
    </w:p>
    <w:p>
      <w:r>
        <w:rPr>
          <w:rFonts w:ascii="Times New Roman" w:hAnsi="Times New Roman" w:eastAsia="Noto Serif SC" w:cs="Amiri"/>
          <w:lang w:val="zh-CN" w:eastAsia="zh-CN" w:bidi="ar-SA"/>
          <w:color w:val="000000"/>
          <w:rtl w:val="0"/>
        </w:rPr>
        <w:t>人一旦患病，就会在疾病中明白自己的无力与匮乏，尊重值得尊重的兄弟，并对前来探望或帮助自己的信士兄弟心怀敬意。他也会感受到由同类柔怜而来的人类怜爱，以及对遭难者的慈悯——这是伊斯兰最重要的美德；他把他们与自己相比，真正怜悯、怜爱他们，若有可能就帮助，至少也为他们祈祷，至少会依神圣律法中的圣行前去探望问候，并获得回赐。</w:t>
      </w:r>
    </w:p>
    <w:p>
      <w:pPr>
        <w:pStyle w:val="Heading2"/>
      </w:pPr>
      <w:r>
        <w:rPr>
          <w:rFonts w:ascii="Times New Roman" w:hAnsi="Times New Roman" w:eastAsia="Noto Serif SC" w:cs="Amiri"/>
          <w:lang w:val="zh-CN" w:eastAsia="zh-CN" w:bidi="ar-SA"/>
          <w:color w:val="000000"/>
          <w:rtl w:val="0"/>
        </w:rPr>
        <w:t>第十七味药剂</w:t>
      </w:r>
    </w:p>
    <w:p>
      <w:r>
        <w:rPr>
          <w:rFonts w:ascii="Times New Roman" w:hAnsi="Times New Roman" w:eastAsia="Noto Serif SC" w:cs="Amiri"/>
          <w:lang w:val="zh-CN" w:eastAsia="zh-CN" w:bidi="ar-SA"/>
          <w:color w:val="000000"/>
          <w:rtl w:val="0"/>
        </w:rPr>
        <w:t>因病不能行善而抱怨的患者啊！你当感恩，因为疾病为你打开了最纯粹善行的大门。疾病不断为患者和为Allah照顾患者的人带来回赐，也是祈祷蒙应允的最重要媒介。</w:t>
      </w:r>
    </w:p>
    <w:p>
      <w:r>
        <w:rPr>
          <w:rFonts w:ascii="Times New Roman" w:hAnsi="Times New Roman" w:eastAsia="Noto Serif SC" w:cs="Amiri"/>
          <w:lang w:val="zh-CN" w:eastAsia="zh-CN" w:bidi="ar-SA"/>
          <w:color w:val="000000"/>
          <w:rtl w:val="0"/>
        </w:rPr>
        <w:t>是的，对有信仰者，照顾患者有重要回赐。探望问候患者而不使其厌烦，是尊贵的圣行，也能赎罪。圣训说：“你们当请患者为你们祈祷，他们的祈祷蒙应允。”尤其患者若是亲属，特别是父母，服侍他们就是重要的崇拜和重要的回赐。使患者心中欢喜、给予慰藉，等同于重要的施舍。</w:t>
      </w:r>
    </w:p>
    <w:p>
      <w:r>
        <w:rPr>
          <w:rFonts w:ascii="Times New Roman" w:hAnsi="Times New Roman" w:eastAsia="Noto Serif SC" w:cs="Amiri"/>
          <w:lang w:val="zh-CN" w:eastAsia="zh-CN" w:bidi="ar-SA"/>
          <w:color w:val="000000"/>
          <w:rtl w:val="0"/>
        </w:rPr>
        <w:t>那样的子女何等幸福：父母患病时，他使他们极易受伤的心灵欢喜，并得到他们的祝福。父母之怜爱是社会生活中最受尊重的真理；那善良的子女在父母患病时，以极致的尊重和子女之爱回报他们。那忠诚的画面显示了他的品格与人性的崇高，连天使见了也会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 xml:space="preserve">（Allah意欲如何，事便如何成就；这美善全凭祂的意欲） </w:t>
      </w:r>
      <w:r>
        <w:rPr>
          <w:rFonts w:ascii="Amiri" w:hAnsi="Amiri" w:eastAsia="Amiri" w:cs="Amiri"/>
          <w:lang w:val="zh-CN" w:eastAsia="zh-CN" w:bidi="ar-SA"/>
          <w:rtl w:val="1"/>
          <w:cs w:val="1"/>
          <w:color w:val="000000"/>
          <w:sz w:val="24"/>
          <w:szCs w:val="24"/>
        </w:rPr>
        <w:t>ﺑَارَكَ اللَّهُ</w:t>
      </w:r>
      <w:r>
        <w:rPr>
          <w:rFonts w:ascii="Times New Roman" w:hAnsi="Times New Roman" w:eastAsia="Noto Serif SC" w:cs="Amiri"/>
          <w:lang w:val="zh-CN" w:eastAsia="zh-CN" w:bidi="ar-SA"/>
          <w:color w:val="000000"/>
          <w:rtl w:val="0"/>
        </w:rPr>
        <w:t>（愿Allah赐福并使其丰盛），为他喝彩。</w:t>
      </w:r>
    </w:p>
    <w:p>
      <w:r>
        <w:rPr>
          <w:rFonts w:ascii="Times New Roman" w:hAnsi="Times New Roman" w:eastAsia="Noto Serif SC" w:cs="Amiri"/>
          <w:lang w:val="zh-CN" w:eastAsia="zh-CN" w:bidi="ar-SA"/>
          <w:color w:val="000000"/>
          <w:rtl w:val="0"/>
        </w:rPr>
        <w:t>是的，患病时，周围涌现的怜爱、怜悯与慈悯，会带来极其美好、舒畅的乐趣，足以把疾病的痛苦化为乌有。</w:t>
      </w:r>
    </w:p>
    <w:p>
      <w:r>
        <w:rPr>
          <w:rFonts w:ascii="Times New Roman" w:hAnsi="Times New Roman" w:eastAsia="Noto Serif SC" w:cs="Amiri"/>
          <w:lang w:val="zh-CN" w:eastAsia="zh-CN" w:bidi="ar-SA"/>
          <w:color w:val="000000"/>
          <w:rtl w:val="0"/>
        </w:rPr>
        <w:t>患者祈祷蒙应允，是一个重要问题。三四十年来，我一直为自己所谓的肩胛绞痛祈求痊愈。后来我明白，疾病是为祈祷而赐的；祈祷不能借祈祷消除自身，即祈祷不会取消自己的存在。于是我明白，祈祷的结果属于后世</w:t>
      </w:r>
      <w:r>
        <w:rPr>
          <w:rStyle w:val="FootnoteReference"/>
        </w:rPr>
        <w:footnoteReference w:id="37"/>
      </w:r>
      <w:r>
        <w:rPr>
          <w:rFonts w:ascii="Times New Roman" w:hAnsi="Times New Roman" w:eastAsia="Noto Serif SC" w:cs="Amiri"/>
          <w:lang w:val="zh-CN" w:eastAsia="zh-CN" w:bidi="ar-SA"/>
          <w:color w:val="000000"/>
          <w:rtl w:val="0"/>
        </w:rPr>
        <w:t>，祈祷本身也是一种崇拜，使人借疾病认识自己的无力，归投Allah的神圣尊前。因此，尽管我三十年来一直祈求痊愈，祈祷表面上未蒙应允，我却从未想过放弃祈祷。</w:t>
      </w:r>
    </w:p>
    <w:p>
      <w:r>
        <w:rPr>
          <w:rFonts w:ascii="Times New Roman" w:hAnsi="Times New Roman" w:eastAsia="Noto Serif SC" w:cs="Amiri"/>
          <w:lang w:val="zh-CN" w:eastAsia="zh-CN" w:bidi="ar-SA"/>
          <w:color w:val="000000"/>
          <w:rtl w:val="0"/>
        </w:rPr>
        <w:t>因为，疾病是祈祷的时节，痊愈并非祈祷的结果。至睿而至慈者Allah若赐痊愈，那是出于祂的恩典。</w:t>
      </w:r>
    </w:p>
    <w:p>
      <w:r>
        <w:rPr>
          <w:rFonts w:ascii="Times New Roman" w:hAnsi="Times New Roman" w:eastAsia="Noto Serif SC" w:cs="Amiri"/>
          <w:lang w:val="zh-CN" w:eastAsia="zh-CN" w:bidi="ar-SA"/>
          <w:color w:val="000000"/>
          <w:rtl w:val="0"/>
        </w:rPr>
        <w:t>而且，祈祷若没有按我们想要的方式实现，不能说它未蒙应允。至睿的创造者Allah知道得更清楚，祂会把有益于我们的好事赐给我们。有时，祂为了我们的益处，把我们属于尘世的祈祷转向后世，以那种方式应允。无论如何……</w:t>
      </w:r>
    </w:p>
    <w:p>
      <w:r>
        <w:rPr>
          <w:rFonts w:ascii="Times New Roman" w:hAnsi="Times New Roman" w:eastAsia="Noto Serif SC" w:cs="Amiri"/>
          <w:lang w:val="zh-CN" w:eastAsia="zh-CN" w:bidi="ar-SA"/>
          <w:color w:val="000000"/>
          <w:rtl w:val="0"/>
        </w:rPr>
        <w:t>借疾病获得真诚，尤其由虚弱、无力、谦卑和需要而来的祈祷，极接近应允。疾病正是这种纯粹祈祷的源泉。虔诚的患者和照顾患者的信士，都应从这种祈祷中获益。</w:t>
      </w:r>
    </w:p>
    <w:p>
      <w:pPr>
        <w:pStyle w:val="Heading2"/>
      </w:pPr>
      <w:r>
        <w:rPr>
          <w:rFonts w:ascii="Times New Roman" w:hAnsi="Times New Roman" w:eastAsia="Noto Serif SC" w:cs="Amiri"/>
          <w:lang w:val="zh-CN" w:eastAsia="zh-CN" w:bidi="ar-SA"/>
          <w:color w:val="000000"/>
          <w:rtl w:val="0"/>
        </w:rPr>
        <w:t>第十八味药剂</w:t>
      </w:r>
    </w:p>
    <w:p>
      <w:r>
        <w:rPr>
          <w:rFonts w:ascii="Times New Roman" w:hAnsi="Times New Roman" w:eastAsia="Noto Serif SC" w:cs="Amiri"/>
          <w:lang w:val="zh-CN" w:eastAsia="zh-CN" w:bidi="ar-SA"/>
          <w:color w:val="000000"/>
          <w:rtl w:val="0"/>
        </w:rPr>
        <w:t>放弃感恩而开始抱怨的患者啊！抱怨源于一种权利。你并没有失去什么权利，以至需要抱怨。相反，你有许多本应履行的感恩，却没有履行。你仿佛在未满足至高无上的真实主宰Allah的权利时，不义地索取自己的权利。你不能仰望健康程度高于自己的人而抱怨。相反，你有责任看望那些在健康方面低于你的可怜患者，并因此感恩。若你的手骨折，就看那些失去双手的人！若你失去一只眼，就看双目失明的人！你要感恩Allah。</w:t>
      </w:r>
    </w:p>
    <w:p>
      <w:r>
        <w:rPr>
          <w:rFonts w:ascii="Times New Roman" w:hAnsi="Times New Roman" w:eastAsia="Noto Serif SC" w:cs="Amiri"/>
          <w:lang w:val="zh-CN" w:eastAsia="zh-CN" w:bidi="ar-SA"/>
          <w:color w:val="000000"/>
          <w:rtl w:val="0"/>
        </w:rPr>
        <w:t>是的，任何人都无权仰望恩赐高于自己的人而抱怨。面对灾祸，每个人都应当仰望灾祸比自己更重的人，从而感恩。这一奥义已在一些论著中以譬喻说明，其概要如下：</w:t>
      </w:r>
    </w:p>
    <w:p>
      <w:r>
        <w:rPr>
          <w:rFonts w:ascii="Times New Roman" w:hAnsi="Times New Roman" w:eastAsia="Noto Serif SC" w:cs="Amiri"/>
          <w:lang w:val="zh-CN" w:eastAsia="zh-CN" w:bidi="ar-SA"/>
          <w:color w:val="000000"/>
          <w:rtl w:val="0"/>
        </w:rPr>
        <w:t>一个人把一个可怜人带上宣礼塔的顶端。在塔的每一级，他都分别送给他一份恩赐、一件礼物；到达塔顶时，又送上最大的一件礼物。他本希望对方为这些各样礼物感谢、感恩，那个暴躁的人却忘记或抹杀一路所见的一切礼物，毫不感恩，只顾仰望上方，说：“但愿这座塔更高，让我再往上走；为什么它不像那座山或另一座塔那么高？”若他这样抱怨，那是何等忘恩，何等不义。</w:t>
      </w:r>
    </w:p>
    <w:p>
      <w:r>
        <w:rPr>
          <w:rFonts w:ascii="Times New Roman" w:hAnsi="Times New Roman" w:eastAsia="Noto Serif SC" w:cs="Amiri"/>
          <w:lang w:val="zh-CN" w:eastAsia="zh-CN" w:bidi="ar-SA"/>
          <w:color w:val="000000"/>
          <w:rtl w:val="0"/>
        </w:rPr>
        <w:t>同样，一个人从虚无中获得存在，没有成为石头、树木或动物，而成为人、成为穆斯林，又常享健康安适，获得了极高的恩赐品级。后来，因某些变故，他不配再得健康安适等恩赐，或因错误选择与误用而失去了它们，或力不能及，便抱怨、不耐烦，说：“我究竟做了什么，竟落到这步田地？”这种如同批评Allah养育与主宰的状态，是一种比物质疾病更不幸的精神疾病。他会像用骨折的手搏斗一样，以抱怨加重自己的疾病。</w:t>
      </w:r>
    </w:p>
    <w:p>
      <w:r>
        <w:rPr>
          <w:rFonts w:ascii="Times New Roman" w:hAnsi="Times New Roman" w:eastAsia="Noto Serif SC" w:cs="Amiri"/>
          <w:lang w:val="zh-CN" w:eastAsia="zh-CN" w:bidi="ar-SA"/>
          <w:color w:val="000000"/>
          <w:rtl w:val="0"/>
        </w:rPr>
        <w:t>真正有理智的人，会凭</w:t>
      </w:r>
      <w:r>
        <w:rPr>
          <w:rFonts w:ascii="Amiri" w:hAnsi="Amiri" w:eastAsia="Amiri" w:cs="Amiri"/>
          <w:lang w:val="zh-CN" w:eastAsia="zh-CN" w:bidi="ar-SA"/>
          <w:rtl w:val="1"/>
          <w:cs w:val="1"/>
          <w:color w:val="000000"/>
          <w:sz w:val="24"/>
          <w:szCs w:val="24"/>
        </w:rPr>
        <w:t>ﻟِﻜُﻞِّ ﻣُﺼ۪ﻴﺒَﺔٍ ﺍِﻧَّﺎ ﻟِﻠّٰﻪِ ﻭَﺍِﻧَّٓﺎ ﺍِﻟَﻴْﻪِ ﺭَﺍﺟِﻌُﻮﻥَ</w:t>
      </w:r>
      <w:r>
        <w:rPr>
          <w:rFonts w:ascii="Times New Roman" w:hAnsi="Times New Roman" w:eastAsia="Noto Serif SC" w:cs="Amiri"/>
          <w:lang w:val="zh-CN" w:eastAsia="zh-CN" w:bidi="ar-SA"/>
          <w:color w:val="000000"/>
          <w:rtl w:val="0"/>
        </w:rPr>
        <w:t>（面对每一场灾祸，都承认：“我们确属Allah，我们的一切存在与所有都归于祂；我们也必定只归返祂”）的奥义顺服而坚忍，直到疾病完成职责后离去。</w:t>
      </w:r>
    </w:p>
    <w:p>
      <w:pPr>
        <w:pStyle w:val="Heading2"/>
      </w:pPr>
      <w:r>
        <w:rPr>
          <w:rFonts w:ascii="Times New Roman" w:hAnsi="Times New Roman" w:eastAsia="Noto Serif SC" w:cs="Amiri"/>
          <w:lang w:val="zh-CN" w:eastAsia="zh-CN" w:bidi="ar-SA"/>
          <w:color w:val="000000"/>
          <w:rtl w:val="0"/>
        </w:rPr>
        <w:t>第十九味药剂</w:t>
      </w:r>
    </w:p>
    <w:p>
      <w:r>
        <w:rPr>
          <w:rFonts w:ascii="Times New Roman" w:hAnsi="Times New Roman" w:eastAsia="Noto Serif SC" w:cs="Amiri"/>
          <w:lang w:val="zh-CN" w:eastAsia="zh-CN" w:bidi="ar-SA"/>
          <w:color w:val="000000"/>
          <w:rtl w:val="0"/>
        </w:rPr>
        <w:t>具威严的至美者Allah的一切尊名，以万物皆依赖者Allah的表述——至美诸尊名——表明它们是美好的。万有之中，最精微、最美丽、最包容的万物皆依赖者之镜，就是生命。美的镜子也是美的；显示美的诸般美好的镜子，会变得更美。那面镜子无论从那份美中遭遇什么，都是美的；同样，生命无论遭遇什么，在真理的层面上也是美的，因为它显示至美诸尊名的美好纹饰。</w:t>
      </w:r>
    </w:p>
    <w:p>
      <w:r>
        <w:rPr>
          <w:rFonts w:ascii="Times New Roman" w:hAnsi="Times New Roman" w:eastAsia="Noto Serif SC" w:cs="Amiri"/>
          <w:lang w:val="zh-CN" w:eastAsia="zh-CN" w:bidi="ar-SA"/>
          <w:color w:val="000000"/>
          <w:rtl w:val="0"/>
        </w:rPr>
        <w:t>生命若始终健康安适、单调延续，就会成为一面残缺的镜子。它甚至会在某一方面使人感到无有、虚无和空无，使人烦忧，降低生命的价值，把生命的乐趣变为痛苦。人会因烦躁，为“赶快打发时间”而投入放纵或娱乐；把宝贵的生命当作刑期一样仇视，想要快些把它扼杀、打发掉。</w:t>
      </w:r>
    </w:p>
    <w:p>
      <w:r>
        <w:rPr>
          <w:rFonts w:ascii="Times New Roman" w:hAnsi="Times New Roman" w:eastAsia="Noto Serif SC" w:cs="Amiri"/>
          <w:lang w:val="zh-CN" w:eastAsia="zh-CN" w:bidi="ar-SA"/>
          <w:color w:val="000000"/>
          <w:rtl w:val="0"/>
        </w:rPr>
        <w:t>然而，在变化、活动和各种不同状态中流转的生命，会使人感到自己的价值，使人明白生命的重要与乐趣。即使身处劳苦和灾祸，人也不愿生命过去，不会烦躁地叹道：“太阳怎么还不落山，黑夜怎么还不结束。”</w:t>
      </w:r>
    </w:p>
    <w:p>
      <w:r>
        <w:rPr>
          <w:rFonts w:ascii="Times New Roman" w:hAnsi="Times New Roman" w:eastAsia="Noto Serif SC" w:cs="Amiri"/>
          <w:lang w:val="zh-CN" w:eastAsia="zh-CN" w:bidi="ar-SA"/>
          <w:color w:val="000000"/>
          <w:rtl w:val="0"/>
        </w:rPr>
        <w:t>你且问一位极其富有、无所事事、躺在安逸床上且万事齐备的绅士：“你近况如何？”你必会听见他痛苦地说：“时间真难过，来下盘棋吧。”或“找点娱乐打发时间吧。”也会听见他因长久奢望而抱怨：“我还缺这个，要是我做了那件事就好了。”</w:t>
      </w:r>
    </w:p>
    <w:p>
      <w:r>
        <w:rPr>
          <w:rFonts w:ascii="Times New Roman" w:hAnsi="Times New Roman" w:eastAsia="Noto Serif SC" w:cs="Amiri"/>
          <w:lang w:val="zh-CN" w:eastAsia="zh-CN" w:bidi="ar-SA"/>
          <w:color w:val="000000"/>
          <w:rtl w:val="0"/>
        </w:rPr>
        <w:t>你再问一位遭难者，或一个劳苦度日的穷人：“你近况如何？”他若有理智，就会说：“感谢我的养育并主宰者Allah，我很好，我在工作。但愿太阳别这么早落山，让我把这件活做完。时间过得太快，生命不停流逝。我确实辛苦，但这也将过去，一切都这样匆匆过去。”他以对生命流逝的惋惜，表明生命在精神上何等珍贵。</w:t>
      </w:r>
    </w:p>
    <w:p>
      <w:r>
        <w:rPr>
          <w:rFonts w:ascii="Times New Roman" w:hAnsi="Times New Roman" w:eastAsia="Noto Serif SC" w:cs="Amiri"/>
          <w:lang w:val="zh-CN" w:eastAsia="zh-CN" w:bidi="ar-SA"/>
          <w:color w:val="000000"/>
          <w:rtl w:val="0"/>
        </w:rPr>
        <w:t>可见，人借劳苦与工作，懂得生命的乐趣与价值；安逸与健康反使生命变苦，使人盼望它快点过去。</w:t>
      </w:r>
    </w:p>
    <w:p>
      <w:r>
        <w:rPr>
          <w:rFonts w:ascii="Times New Roman" w:hAnsi="Times New Roman" w:eastAsia="Noto Serif SC" w:cs="Amiri"/>
          <w:lang w:val="zh-CN" w:eastAsia="zh-CN" w:bidi="ar-SA"/>
          <w:color w:val="000000"/>
          <w:rtl w:val="0"/>
        </w:rPr>
        <w:t>患者兄弟啊！你当知道，正如其他论著已详细而确凿地证明：灾祸、邪恶乃至罪恶的根源与本质，是无有。无有就是邪恶，就是黑暗。单调的安逸、静止、寂静和停顿等状态，因接近无有和虚无，会使人感到无有中的黑暗而烦忧。活动与变化则是存在，使人感到存在；存在是纯粹的善，是光明。</w:t>
      </w:r>
    </w:p>
    <w:p>
      <w:r>
        <w:rPr>
          <w:rFonts w:ascii="Times New Roman" w:hAnsi="Times New Roman" w:eastAsia="Noto Serif SC" w:cs="Amiri"/>
          <w:lang w:val="zh-CN" w:eastAsia="zh-CN" w:bidi="ar-SA"/>
          <w:color w:val="000000"/>
          <w:rtl w:val="0"/>
        </w:rPr>
        <w:t>既然真理如此，你身上的疾病被派到你身体中作客，是为许多职责：净化、坚固并提升宝贵的生命；使你身体中其余人的官能，以援助之势转向患病的器官；显示至睿创造者Allah各个尊名的纹饰。</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（若Allah意欲），它会很快完成职责而离去，并对安适说：“你来吧，替我长久留在这里，履行你的职责；这居所属于你，愿你安适长住。”</w:t>
      </w:r>
    </w:p>
    <w:p>
      <w:pPr>
        <w:pStyle w:val="Heading2"/>
      </w:pPr>
      <w:r>
        <w:rPr>
          <w:rFonts w:ascii="Times New Roman" w:hAnsi="Times New Roman" w:eastAsia="Noto Serif SC" w:cs="Amiri"/>
          <w:lang w:val="zh-CN" w:eastAsia="zh-CN" w:bidi="ar-SA"/>
          <w:color w:val="000000"/>
          <w:rtl w:val="0"/>
        </w:rPr>
        <w:t>第二十味药剂</w:t>
      </w:r>
    </w:p>
    <w:p>
      <w:r>
        <w:rPr>
          <w:rFonts w:ascii="Times New Roman" w:hAnsi="Times New Roman" w:eastAsia="Noto Serif SC" w:cs="Amiri"/>
          <w:lang w:val="zh-CN" w:eastAsia="zh-CN" w:bidi="ar-SA"/>
          <w:color w:val="000000"/>
          <w:rtl w:val="0"/>
        </w:rPr>
        <w:t>为病痛寻找医治的患者啊！疾病分两类：一类是真实的，一类是臆想的。至睿而具威严的医治者Allah，在地球这座大药房中，为每一种病痛储备了一味药，而那些药也在等待相应的病痛。祂为每一种病痛创造了医治。为治疗而取药、用药是合法的。但必须知道，药力与痊愈来自至高无上的真实主宰Allah。祂赐下药，也赐下痊愈。</w:t>
      </w:r>
    </w:p>
    <w:p>
      <w:r>
        <w:rPr>
          <w:rFonts w:ascii="Times New Roman" w:hAnsi="Times New Roman" w:eastAsia="Noto Serif SC" w:cs="Amiri"/>
          <w:lang w:val="zh-CN" w:eastAsia="zh-CN" w:bidi="ar-SA"/>
          <w:color w:val="000000"/>
          <w:rtl w:val="0"/>
        </w:rPr>
        <w:t>遵从精通医术而虔诚的医生之建议，是一味重要的药。因为，多数疾病来自误用、不知节制、过度、犯错、放纵和疏忽。虔诚的医生必会在合法范围内劝诫、嘱咐，禁止误用和过度，并给予慰藉。患者信赖那些嘱咐与慰藉，疾病便会减轻，由烦忧转为舒畅。</w:t>
      </w:r>
    </w:p>
    <w:p>
      <w:r>
        <w:rPr>
          <w:rFonts w:ascii="Times New Roman" w:hAnsi="Times New Roman" w:eastAsia="Noto Serif SC" w:cs="Amiri"/>
          <w:lang w:val="zh-CN" w:eastAsia="zh-CN" w:bidi="ar-SA"/>
          <w:color w:val="000000"/>
          <w:rtl w:val="0"/>
        </w:rPr>
        <w:t>至于臆想的疾病，最有效的药就是不重视。越重视，它就越膨胀；不重视，它就会缩小、消散。正如人越招惹蜂群，它们越聚集到头顶；若不理会，它们便散去。又如黑暗中，人越重视眼前晃动绳子造成的幻影，它就越大，有时甚至像疯子一样把它吓跑。若不理会，就会看清那不过是一条普通绳子，并非毒蛇，反会笑自己先前的惊慌。</w:t>
      </w:r>
    </w:p>
    <w:p>
      <w:r>
        <w:rPr>
          <w:rFonts w:ascii="Times New Roman" w:hAnsi="Times New Roman" w:eastAsia="Noto Serif SC" w:cs="Amiri"/>
          <w:lang w:val="zh-CN" w:eastAsia="zh-CN" w:bidi="ar-SA"/>
          <w:color w:val="000000"/>
          <w:rtl w:val="0"/>
        </w:rPr>
        <w:t>这种臆想的疾病若持续太久，就会变成真实疾病。对多疑而神经质的人，它是一种恶劣的疾病，会把微粒说成大山，使精神力量崩溃。尤其若遇到无情的庸医或不公的医生，更会激发臆想。若富有，钱财会耗尽；否则，不是理智丧失，就是健康丧失。</w:t>
      </w:r>
    </w:p>
    <w:p>
      <w:pPr>
        <w:pStyle w:val="Heading2"/>
      </w:pPr>
      <w:r>
        <w:rPr>
          <w:rFonts w:ascii="Times New Roman" w:hAnsi="Times New Roman" w:eastAsia="Noto Serif SC" w:cs="Amiri"/>
          <w:lang w:val="zh-CN" w:eastAsia="zh-CN" w:bidi="ar-SA"/>
          <w:color w:val="000000"/>
          <w:rtl w:val="0"/>
        </w:rPr>
        <w:t>第二十一味药剂</w:t>
      </w:r>
    </w:p>
    <w:p>
      <w:r>
        <w:rPr>
          <w:rFonts w:ascii="Times New Roman" w:hAnsi="Times New Roman" w:eastAsia="Noto Serif SC" w:cs="Amiri"/>
          <w:lang w:val="zh-CN" w:eastAsia="zh-CN" w:bidi="ar-SA"/>
          <w:color w:val="000000"/>
          <w:rtl w:val="0"/>
        </w:rPr>
        <w:t>患者兄弟啊！你的疾病中有物质痛苦，但也有一种重要的精神乐趣环绕你，能消除那痛苦的影响。因为，如果你有父母与亲属，那些你久已遗忘、极其甜美的旧日怜爱，会在你身边重新苏醒；你也会重见童年时见过的慈爱目光。你身边那些隐藏在层层帷幕后的友谊，也会因疾病的吸引，重新以关爱的目光看你。因此，你的物质痛苦与它们相比，实在微不足道。</w:t>
      </w:r>
    </w:p>
    <w:p>
      <w:r>
        <w:rPr>
          <w:rFonts w:ascii="Times New Roman" w:hAnsi="Times New Roman" w:eastAsia="Noto Serif SC" w:cs="Amiri"/>
          <w:lang w:val="zh-CN" w:eastAsia="zh-CN" w:bidi="ar-SA"/>
          <w:color w:val="000000"/>
          <w:rtl w:val="0"/>
        </w:rPr>
        <w:t>而且，那些你曾自豪地服侍、努力赢得其青睐的人，如今因疾病的作用，以慈悯之心服侍你，使你成了主人们的主人。你又把人们心中的同类柔怜与对人类的爱吸引到自己身上，平白得到许多援助的知己与怜爱的朋友。你还从疾病那里收到停止繁重工作的命令，得以休息。</w:t>
      </w:r>
    </w:p>
    <w:p>
      <w:r>
        <w:rPr>
          <w:rFonts w:ascii="Times New Roman" w:hAnsi="Times New Roman" w:eastAsia="Noto Serif SC" w:cs="Amiri"/>
          <w:lang w:val="zh-CN" w:eastAsia="zh-CN" w:bidi="ar-SA"/>
          <w:color w:val="000000"/>
          <w:rtl w:val="0"/>
        </w:rPr>
        <w:t>因此，面对这些精神乐趣，你那微小的痛苦，应当引导你感恩，而不是抱怨。</w:t>
      </w:r>
    </w:p>
    <w:p>
      <w:pPr>
        <w:pStyle w:val="Heading2"/>
      </w:pPr>
      <w:r>
        <w:rPr>
          <w:rFonts w:ascii="Times New Roman" w:hAnsi="Times New Roman" w:eastAsia="Noto Serif SC" w:cs="Amiri"/>
          <w:lang w:val="zh-CN" w:eastAsia="zh-CN" w:bidi="ar-SA"/>
          <w:color w:val="000000"/>
          <w:rtl w:val="0"/>
        </w:rPr>
        <w:t>第二十二味药剂</w:t>
      </w:r>
    </w:p>
    <w:p>
      <w:r>
        <w:rPr>
          <w:rFonts w:ascii="Times New Roman" w:hAnsi="Times New Roman" w:eastAsia="Noto Serif SC" w:cs="Amiri"/>
          <w:lang w:val="zh-CN" w:eastAsia="zh-CN" w:bidi="ar-SA"/>
          <w:color w:val="000000"/>
          <w:rtl w:val="0"/>
        </w:rPr>
        <w:t>罹患中风等重病的兄弟啊！首先我要告诉你一个喜讯：对信士而言，中风被认为是尊贵之事。我很久以前就从亲近Allah者那里听到这一点，却不明白其奥义。现在，其中一项奥义这样来到我的心中：</w:t>
      </w:r>
    </w:p>
    <w:p>
      <w:r>
        <w:rPr>
          <w:rFonts w:ascii="Times New Roman" w:hAnsi="Times New Roman" w:eastAsia="Noto Serif SC" w:cs="Amiri"/>
          <w:lang w:val="zh-CN" w:eastAsia="zh-CN" w:bidi="ar-SA"/>
          <w:color w:val="000000"/>
          <w:rtl w:val="0"/>
        </w:rPr>
        <w:t>Allah的仆人们为到达至高无上的真实主宰Allah那里、摆脱尘世巨大的精神危险并获得永恒幸福，曾自愿遵循两项原则：</w:t>
      </w:r>
    </w:p>
    <w:p>
      <w:r>
        <w:rPr>
          <w:rFonts w:ascii="Times New Roman" w:hAnsi="Times New Roman" w:eastAsia="Noto Serif SC" w:cs="Amiri"/>
          <w:lang w:val="zh-CN" w:eastAsia="zh-CN" w:bidi="ar-SA"/>
          <w:color w:val="000000"/>
          <w:rtl w:val="0"/>
        </w:rPr>
        <w:t>第一：记念死亡。也就是想到世界易逝，自己也是其中一位负有职责的短暂过客，并以此方式为永恒生命努力。</w:t>
      </w:r>
    </w:p>
    <w:p>
      <w:r>
        <w:rPr>
          <w:rFonts w:ascii="Times New Roman" w:hAnsi="Times New Roman" w:eastAsia="Noto Serif SC" w:cs="Amiri"/>
          <w:lang w:val="zh-CN" w:eastAsia="zh-CN" w:bidi="ar-SA"/>
          <w:color w:val="000000"/>
          <w:rtl w:val="0"/>
        </w:rPr>
        <w:t>第二：为摆脱作恶自我和盲目欲望的危险，努力借苦行与节制，杀灭作恶的自我。</w:t>
      </w:r>
    </w:p>
    <w:p>
      <w:r>
        <w:rPr>
          <w:rFonts w:ascii="Times New Roman" w:hAnsi="Times New Roman" w:eastAsia="Noto Serif SC" w:cs="Amiri"/>
          <w:lang w:val="zh-CN" w:eastAsia="zh-CN" w:bidi="ar-SA"/>
          <w:color w:val="000000"/>
          <w:rtl w:val="0"/>
        </w:rPr>
        <w:t>失去半身健康的兄弟啊！你虽未自行选择，却已被赐予两条简短、容易而通往幸福的原则：你身体的状况不断提醒你世界终将消逝，人也会逝去。世界再也不能淹没你，疏忽再也不能遮住你的眼睛。作恶的自我也绝不能用卑劣欲望和自我贪求，欺骗一个形如半人的人；你很快就会摆脱那自我的祸害。</w:t>
      </w:r>
    </w:p>
    <w:p>
      <w:r>
        <w:rPr>
          <w:rFonts w:ascii="Times New Roman" w:hAnsi="Times New Roman" w:eastAsia="Noto Serif SC" w:cs="Amiri"/>
          <w:lang w:val="zh-CN" w:eastAsia="zh-CN" w:bidi="ar-SA"/>
          <w:color w:val="000000"/>
          <w:rtl w:val="0"/>
        </w:rPr>
        <w:t>因此，信士凭信仰的奥义、顺服与托靠，可以在很短时间内，从这种如中风般的重病中，获得如同亲近Allah者苦行般的益处。那时，那场重病所付的代价就微不足道了。</w:t>
      </w:r>
    </w:p>
    <w:p>
      <w:pPr>
        <w:pStyle w:val="Heading2"/>
      </w:pPr>
      <w:r>
        <w:rPr>
          <w:rFonts w:ascii="Times New Roman" w:hAnsi="Times New Roman" w:eastAsia="Noto Serif SC" w:cs="Amiri"/>
          <w:lang w:val="zh-CN" w:eastAsia="zh-CN" w:bidi="ar-SA"/>
          <w:color w:val="000000"/>
          <w:rtl w:val="0"/>
        </w:rPr>
        <w:t>第二十三味药剂</w:t>
      </w:r>
    </w:p>
    <w:p>
      <w:r>
        <w:rPr>
          <w:rFonts w:ascii="Times New Roman" w:hAnsi="Times New Roman" w:eastAsia="Noto Serif SC" w:cs="Amiri"/>
          <w:lang w:val="zh-CN" w:eastAsia="zh-CN" w:bidi="ar-SA"/>
          <w:color w:val="000000"/>
          <w:rtl w:val="0"/>
        </w:rPr>
        <w:t>孤苦无依的可怜患者啊！你的疾病连同孤独与异乡之境，若能使最硬的心也变得柔怜，并吸引怜爱的目光，那么，《古兰经》在每一章开头都以“慈悯普及万物而至慈者”的尊名向我们介绍祂的那位Allah——祂以一线怜爱，使天下所有母亲以非凡的怜爱养育所有幼儿；每年春天，祂以慈悯的一道彰显，使大地充满恩赐；永恒生命中的乐园及其一切美好，也是祂慈悯的一道彰显。你至慈的创造者Allah正是如此。你以信仰归属于祂、认识祂，并借疾病的无力之语向祂恳求，那么，你在异乡孤苦无依的这场病，必会把祂慈悯的目光吸引到你身上，胜过其他一切。既然祂存在，并看顾你，你便拥有了一切。</w:t>
      </w:r>
    </w:p>
    <w:p>
      <w:r>
        <w:rPr>
          <w:rFonts w:ascii="Times New Roman" w:hAnsi="Times New Roman" w:eastAsia="Noto Serif SC" w:cs="Amiri"/>
          <w:lang w:val="zh-CN" w:eastAsia="zh-CN" w:bidi="ar-SA"/>
          <w:color w:val="000000"/>
          <w:rtl w:val="0"/>
        </w:rPr>
        <w:t>真正留在异乡和孤苦中的，是不以信仰和顺服归属于祂，或不珍视这份归属的人。</w:t>
      </w:r>
    </w:p>
    <w:p>
      <w:pPr>
        <w:pStyle w:val="Heading2"/>
      </w:pPr>
      <w:r>
        <w:rPr>
          <w:rFonts w:ascii="Times New Roman" w:hAnsi="Times New Roman" w:eastAsia="Noto Serif SC" w:cs="Amiri"/>
          <w:lang w:val="zh-CN" w:eastAsia="zh-CN" w:bidi="ar-SA"/>
          <w:color w:val="000000"/>
          <w:rtl w:val="0"/>
        </w:rPr>
        <w:t>第二十四味药剂</w:t>
      </w:r>
    </w:p>
    <w:p>
      <w:r>
        <w:rPr>
          <w:rFonts w:ascii="Times New Roman" w:hAnsi="Times New Roman" w:eastAsia="Noto Serif SC" w:cs="Amiri"/>
          <w:lang w:val="zh-CN" w:eastAsia="zh-CN" w:bidi="ar-SA"/>
          <w:color w:val="000000"/>
          <w:rtl w:val="0"/>
        </w:rPr>
        <w:t>照顾无辜患病儿童和如同无辜儿童的老人们的看护者啊！你们面前有一桩重要的后世交易。请以热忱和努力赢得这桩交易。</w:t>
      </w:r>
    </w:p>
    <w:p>
      <w:r>
        <w:rPr>
          <w:rFonts w:ascii="Times New Roman" w:hAnsi="Times New Roman" w:eastAsia="Noto Serif SC" w:cs="Amiri"/>
          <w:lang w:val="zh-CN" w:eastAsia="zh-CN" w:bidi="ar-SA"/>
          <w:color w:val="000000"/>
          <w:rtl w:val="0"/>
        </w:rPr>
        <w:t>无辜儿童的疾病，有许多关乎其尘世生活的智慧：它们像是对娇嫩身体的锻炼与训练，是使他们日后能抵御尘世纷扰的一剂针药和养育并主宰者的教养。同时，这些疾病又如同一种针剂，作用于其灵魂生活与生命净化；在儿童身上，它们取代成年人赎罪的作用，成为其日后或后世精神进步的源泉。真理之人确认：这类疾病带来的回赐，会记入父母的善功簿，尤其会记入母亲的善功册，因为母亲出于怜爱的奥义，把孩子的健康看得比自己的健康更重要。</w:t>
      </w:r>
    </w:p>
    <w:p>
      <w:r>
        <w:rPr>
          <w:rFonts w:ascii="Times New Roman" w:hAnsi="Times New Roman" w:eastAsia="Noto Serif SC" w:cs="Amiri"/>
          <w:lang w:val="zh-CN" w:eastAsia="zh-CN" w:bidi="ar-SA"/>
          <w:color w:val="000000"/>
          <w:rtl w:val="0"/>
        </w:rPr>
        <w:t>照顾老人，既能获得巨大回赐；可靠传述和许多历史事件也证明：得到老人——尤其是父母——的祝福，使他们心中欢喜，并忠诚地服侍他们，会引向尘世与后世的幸福。完全顺从年迈父母的幸福子女，也会在自己的子女身上看见同样的回报；不幸的子女若伤害父母，除了后世的惩罚，许多事件也证明，他会在尘世遭受许多灾祸的惩罚。</w:t>
      </w:r>
    </w:p>
    <w:p>
      <w:r>
        <w:rPr>
          <w:rFonts w:ascii="Times New Roman" w:hAnsi="Times New Roman" w:eastAsia="Noto Serif SC" w:cs="Amiri"/>
          <w:lang w:val="zh-CN" w:eastAsia="zh-CN" w:bidi="ar-SA"/>
          <w:color w:val="000000"/>
          <w:rtl w:val="0"/>
        </w:rPr>
        <w:t>是的，对有信仰者而言——因为凭信仰的奥义存在真正的兄弟情谊——照顾老人和无辜者，并不只限于照顾自己的亲属。</w:t>
      </w:r>
    </w:p>
    <w:p>
      <w:r>
        <w:rPr>
          <w:rFonts w:ascii="Times New Roman" w:hAnsi="Times New Roman" w:eastAsia="Noto Serif SC" w:cs="Amiri"/>
          <w:lang w:val="zh-CN" w:eastAsia="zh-CN" w:bidi="ar-SA"/>
          <w:color w:val="000000"/>
          <w:rtl w:val="0"/>
        </w:rPr>
        <w:t>若他们遇到一位受尊重的患病老人，而老人需要他，那么，全心全意地服侍他，就是伊斯兰的要求。</w:t>
      </w:r>
    </w:p>
    <w:p>
      <w:pPr>
        <w:pStyle w:val="Heading2"/>
      </w:pPr>
      <w:r>
        <w:rPr>
          <w:rFonts w:ascii="Times New Roman" w:hAnsi="Times New Roman" w:eastAsia="Noto Serif SC" w:cs="Amiri"/>
          <w:lang w:val="zh-CN" w:eastAsia="zh-CN" w:bidi="ar-SA"/>
          <w:color w:val="000000"/>
          <w:rtl w:val="0"/>
        </w:rPr>
        <w:t>第二十五味药剂</w:t>
      </w:r>
    </w:p>
    <w:p>
      <w:r>
        <w:rPr>
          <w:rFonts w:ascii="Times New Roman" w:hAnsi="Times New Roman" w:eastAsia="Noto Serif SC" w:cs="Amiri"/>
          <w:lang w:val="zh-CN" w:eastAsia="zh-CN" w:bidi="ar-SA"/>
          <w:color w:val="000000"/>
          <w:rtl w:val="0"/>
        </w:rPr>
        <w:t>患者兄弟们啊！若你们想要一种极其有益、能治百病、具有真正乐趣的神圣解毒良药，就请使你们的信仰展开。也就是说，以忏悔求恕、礼拜和全然奴仆意识，使用那神圣的解毒良药——信仰，以及由信仰而来的药。</w:t>
      </w:r>
    </w:p>
    <w:p>
      <w:r>
        <w:rPr>
          <w:rFonts w:ascii="Times New Roman" w:hAnsi="Times New Roman" w:eastAsia="Noto Serif SC" w:cs="Amiri"/>
          <w:lang w:val="zh-CN" w:eastAsia="zh-CN" w:bidi="ar-SA"/>
          <w:color w:val="000000"/>
          <w:rtl w:val="0"/>
        </w:rPr>
        <w:t>是的，由于对尘世的爱恋与牵挂，疏忽者仿佛拥有一个如世界般巨大、患病、精神的身体。我们已在许多论著中确证：信仰能立即治愈那身体中因消逝与离别打击而留下的累累伤痕，使它脱离创伤，获得真正的痊愈。为使你们不厌烦，我就此打住。</w:t>
      </w:r>
    </w:p>
    <w:p>
      <w:r>
        <w:rPr>
          <w:rFonts w:ascii="Times New Roman" w:hAnsi="Times New Roman" w:eastAsia="Noto Serif SC" w:cs="Amiri"/>
          <w:lang w:val="zh-CN" w:eastAsia="zh-CN" w:bidi="ar-SA"/>
          <w:color w:val="000000"/>
          <w:rtl w:val="0"/>
        </w:rPr>
        <w:t>信仰这味药，则要通过尽可能履行主命来显示效力。疏忽、放纵、自我欲望和不合法的娱乐，会阻止那解毒良药发挥作用。既然疾病能驱除疏忽、截断贪欲、阻止人追求不合法的欢乐，你们就当加以利用；以忏悔求恕、祈祷与恳求，使用真正信仰的神圣药物与光明。</w:t>
      </w:r>
    </w:p>
    <w:p>
      <w:r>
        <w:rPr>
          <w:rFonts w:ascii="Times New Roman" w:hAnsi="Times New Roman" w:eastAsia="Noto Serif SC" w:cs="Amiri"/>
          <w:lang w:val="zh-CN" w:eastAsia="zh-CN" w:bidi="ar-SA"/>
          <w:color w:val="000000"/>
          <w:rtl w:val="0"/>
        </w:rPr>
        <w:t>愿至高无上的真实主宰Allah赐你们痊愈，使你们的疾病成为赎罪，</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rPr>
          <w:rFonts w:ascii="Amiri" w:hAnsi="Amiri" w:eastAsia="Amiri" w:cs="Amiri"/>
          <w:lang w:val="zh-CN" w:eastAsia="zh-CN" w:bidi="ar-SA"/>
          <w:rtl w:val="1"/>
          <w:cs w:val="1"/>
          <w:color w:val="000000"/>
          <w:sz w:val="24"/>
          <w:szCs w:val="24"/>
        </w:rPr>
        <w:t>ﺍَﻟْﺤَﻤْﺪُ ﻟِﻠّٰﻪِ ﺍﻟَّﺬ۪ﻯ ﻫَﺪٰﻳﻨَﺎ ﻟِﻬٰﺬَﺍ</w:t>
      </w:r>
      <w:r>
        <w:rPr>
          <w:rFonts w:ascii="Times New Roman" w:hAnsi="Times New Roman" w:eastAsia="Noto Serif SC" w:cs="Amiri"/>
          <w:lang w:val="zh-CN" w:eastAsia="zh-CN" w:bidi="ar-SA"/>
          <w:color w:val="000000"/>
          <w:rtl w:val="0"/>
        </w:rPr>
        <w:t xml:space="preserve">（一切赞美与称颂全归Allah，祂引导我们达至这一真理与正道） </w:t>
      </w:r>
      <w:r>
        <w:rPr>
          <w:rFonts w:ascii="Amiri" w:hAnsi="Amiri" w:eastAsia="Amiri" w:cs="Amiri"/>
          <w:lang w:val="zh-CN" w:eastAsia="zh-CN" w:bidi="ar-SA"/>
          <w:rtl w:val="1"/>
          <w:cs w:val="1"/>
          <w:color w:val="000000"/>
          <w:sz w:val="24"/>
          <w:szCs w:val="24"/>
        </w:rPr>
        <w:t>ﻭَﻣَﺎ ﻛُﻨَّﺎ ﻟِﻨَﻬْﺘَﺪِﻯَ لَوْلَٓا ﺍَﻥْ ﻫَﺪٰﻳﻨَﺎ ﺍﻟﻠّٰﻪُ</w:t>
      </w:r>
      <w:r>
        <w:rPr>
          <w:rFonts w:ascii="Times New Roman" w:hAnsi="Times New Roman" w:eastAsia="Noto Serif SC" w:cs="Amiri"/>
          <w:lang w:val="zh-CN" w:eastAsia="zh-CN" w:bidi="ar-SA"/>
          <w:color w:val="000000"/>
          <w:rtl w:val="0"/>
        </w:rPr>
        <w:t xml:space="preserve">（倘若Allah没有引导我们，我们绝不能凭自己获得正道；引导完全出于祂的恩赐） </w:t>
      </w:r>
      <w:r>
        <w:rPr>
          <w:rFonts w:ascii="Amiri" w:hAnsi="Amiri" w:eastAsia="Amiri" w:cs="Amiri"/>
          <w:lang w:val="zh-CN" w:eastAsia="zh-CN" w:bidi="ar-SA"/>
          <w:rtl w:val="1"/>
          <w:cs w:val="1"/>
          <w:color w:val="000000"/>
          <w:sz w:val="24"/>
          <w:szCs w:val="24"/>
        </w:rPr>
        <w:t>ﻟَﻘَﺪْ ﺟَٓﺎﺀَﺕْ ﺭُﺳُﻞُ ﺭَﺑِّﻨَﺎ ﺑِﺎﻟْﺤَﻖِّ</w:t>
      </w:r>
      <w:r>
        <w:rPr>
          <w:rFonts w:ascii="Times New Roman" w:hAnsi="Times New Roman" w:eastAsia="Noto Serif SC" w:cs="Amiri"/>
          <w:lang w:val="zh-CN" w:eastAsia="zh-CN" w:bidi="ar-SA"/>
          <w:color w:val="000000"/>
          <w:rtl w:val="0"/>
        </w:rPr>
        <w:t xml:space="preserve">（我们养育并主宰者的众使者，确已带着真理而来）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ﺍَﻟﻠّٰﻬُﻢَّ ﺻَﻞِّ ﻋَﻠٰﻰ ﺳَﻴِّﺪِﻧَﺎ ﻣُﺤَﻤَّﺪٍ</w:t>
      </w:r>
      <w:r>
        <w:rPr>
          <w:rFonts w:ascii="Times New Roman" w:hAnsi="Times New Roman" w:eastAsia="Noto Serif SC" w:cs="Amiri"/>
          <w:lang w:val="zh-CN" w:eastAsia="zh-CN" w:bidi="ar-SA"/>
          <w:color w:val="000000"/>
          <w:rtl w:val="0"/>
        </w:rPr>
        <w:t xml:space="preserve">（Allah啊，求祢赐我们的领袖穆罕默德尊荣与恩福） </w:t>
      </w:r>
      <w:r>
        <w:rPr>
          <w:rFonts w:ascii="Amiri" w:hAnsi="Amiri" w:eastAsia="Amiri" w:cs="Amiri"/>
          <w:lang w:val="zh-CN" w:eastAsia="zh-CN" w:bidi="ar-SA"/>
          <w:rtl w:val="1"/>
          <w:cs w:val="1"/>
          <w:color w:val="000000"/>
          <w:sz w:val="24"/>
          <w:szCs w:val="24"/>
        </w:rPr>
        <w:t>ﻃِﺐِّ ﺍﻟْﻘُﻠُﻮﺏِ ﻭَ ﺩَﻭَﺍﺋِﻬَﺎ</w:t>
      </w:r>
      <w:r>
        <w:rPr>
          <w:rFonts w:ascii="Times New Roman" w:hAnsi="Times New Roman" w:eastAsia="Noto Serif SC" w:cs="Amiri"/>
          <w:lang w:val="zh-CN" w:eastAsia="zh-CN" w:bidi="ar-SA"/>
          <w:color w:val="000000"/>
          <w:rtl w:val="0"/>
        </w:rPr>
        <w:t xml:space="preserve">（他是心灵的良医与良药，医治心灵的疾病并使之安宁） </w:t>
      </w:r>
      <w:r>
        <w:rPr>
          <w:rFonts w:ascii="Amiri" w:hAnsi="Amiri" w:eastAsia="Amiri" w:cs="Amiri"/>
          <w:lang w:val="zh-CN" w:eastAsia="zh-CN" w:bidi="ar-SA"/>
          <w:rtl w:val="1"/>
          <w:cs w:val="1"/>
          <w:color w:val="000000"/>
          <w:sz w:val="24"/>
          <w:szCs w:val="24"/>
        </w:rPr>
        <w:t>ﻭَ ﻋَﺎﻓِﻴَﺔِ الْاَبْدَانِ ﻭَ ﺷِﻔَﺎﺋِﻬَﺎ</w:t>
      </w:r>
      <w:r>
        <w:rPr>
          <w:rFonts w:ascii="Times New Roman" w:hAnsi="Times New Roman" w:eastAsia="Noto Serif SC" w:cs="Amiri"/>
          <w:lang w:val="zh-CN" w:eastAsia="zh-CN" w:bidi="ar-SA"/>
          <w:color w:val="000000"/>
          <w:rtl w:val="0"/>
        </w:rPr>
        <w:t xml:space="preserve">（他是身体的安适与痊愈，使身体脱离病患与损伤） </w:t>
      </w:r>
      <w:r>
        <w:rPr>
          <w:rFonts w:ascii="Amiri" w:hAnsi="Amiri" w:eastAsia="Amiri" w:cs="Amiri"/>
          <w:lang w:val="zh-CN" w:eastAsia="zh-CN" w:bidi="ar-SA"/>
          <w:rtl w:val="1"/>
          <w:cs w:val="1"/>
          <w:color w:val="000000"/>
          <w:sz w:val="24"/>
          <w:szCs w:val="24"/>
        </w:rPr>
        <w:t>ﻭَ ﻧُﻮﺭِ الْاَبْصَارِ ﻭَ ﺿِﻴَﺎﺋِﻬَﺎ</w:t>
      </w:r>
      <w:r>
        <w:rPr>
          <w:rFonts w:ascii="Times New Roman" w:hAnsi="Times New Roman" w:eastAsia="Noto Serif SC" w:cs="Amiri"/>
          <w:lang w:val="zh-CN" w:eastAsia="zh-CN" w:bidi="ar-SA"/>
          <w:color w:val="000000"/>
          <w:rtl w:val="0"/>
        </w:rPr>
        <w:t xml:space="preserve">（他是眼睛的光明与光辉，使观看清澈而明亮） </w:t>
      </w:r>
      <w:r>
        <w:rPr>
          <w:rFonts w:ascii="Amiri" w:hAnsi="Amiri" w:eastAsia="Amiri" w:cs="Amiri"/>
          <w:lang w:val="zh-CN" w:eastAsia="zh-CN" w:bidi="ar-SA"/>
          <w:rtl w:val="1"/>
          <w:cs w:val="1"/>
          <w:color w:val="000000"/>
          <w:sz w:val="24"/>
          <w:szCs w:val="24"/>
        </w:rPr>
        <w:t>ﻭَ ﻋَﻠٰﻰ ﺍٰﻟِﻪ۪ ﻭَ ﺻَﺤْﺒِﻪ۪ ﻭَ ﺳَﻠِّﻢْ</w:t>
      </w:r>
      <w:r>
        <w:rPr>
          <w:rFonts w:ascii="Times New Roman" w:hAnsi="Times New Roman" w:eastAsia="Noto Serif SC" w:cs="Amiri"/>
          <w:lang w:val="zh-CN" w:eastAsia="zh-CN" w:bidi="ar-SA"/>
          <w:color w:val="000000"/>
          <w:rtl w:val="0"/>
        </w:rPr>
        <w:t>（求祢也赐他的家室和圣门弟子尊荣、恩福与平安）</w:t>
      </w:r>
    </w:p>
    <w:p>
      <w:r>
        <w:rPr>
          <w:rFonts w:ascii="Amiri" w:hAnsi="Amiri" w:eastAsia="Amiri" w:cs="Amiri"/>
          <w:lang w:val="zh-CN" w:eastAsia="zh-CN" w:bidi="ar-SA"/>
          <w:rtl w:val="1"/>
          <w:cs w:val="1"/>
          <w:color w:val="000000"/>
          <w:sz w:val="24"/>
          <w:szCs w:val="24"/>
        </w:rPr>
        <w:t>ﻭَﻫُﻮَ ﻟِﻜُﻞِّ ﺩَﺍﺀٍ ﺩَﻭَﺍﺀٌ</w:t>
      </w:r>
      <w:r>
        <w:rPr>
          <w:rFonts w:ascii="Times New Roman" w:hAnsi="Times New Roman" w:eastAsia="Noto Serif SC" w:cs="Amiri"/>
          <w:lang w:val="zh-CN" w:eastAsia="zh-CN" w:bidi="ar-SA"/>
          <w:color w:val="000000"/>
          <w:rtl w:val="0"/>
        </w:rPr>
        <w:t>（祂对于每一种病痛，都是医治；一切真正的痊愈都归于祂）</w:t>
      </w:r>
    </w:p>
    <w:p>
      <w:pPr>
        <w:pStyle w:val="Heading2"/>
      </w:pPr>
      <w:r>
        <w:rPr>
          <w:rFonts w:ascii="Times New Roman" w:hAnsi="Times New Roman" w:eastAsia="Noto Serif SC" w:cs="Amiri"/>
          <w:lang w:val="zh-CN" w:eastAsia="zh-CN" w:bidi="ar-SA"/>
          <w:color w:val="000000"/>
          <w:rtl w:val="0"/>
        </w:rPr>
        <w:t>其意义是：“这部书是医治一切病痛的良药。”</w:t>
      </w:r>
    </w:p>
    <w:p>
      <w:r>
        <w:rPr>
          <w:rFonts w:ascii="Times New Roman" w:hAnsi="Times New Roman" w:eastAsia="Noto Serif SC" w:cs="Amiri"/>
          <w:lang w:val="zh-CN" w:eastAsia="zh-CN" w:bidi="ar-SA"/>
          <w:color w:val="000000"/>
          <w:rtl w:val="0"/>
        </w:rPr>
        <w:t>这些微妙的吻合值得注意：雷费特先生从第一稿极快抄写的副本，连同许斯雷夫抄写的另一副本，我们把各行行首无意中、未经思考出现的艾利弗字母数了一遍，恰好与这句</w:t>
      </w:r>
      <w:r>
        <w:rPr>
          <w:rFonts w:ascii="Amiri" w:hAnsi="Amiri" w:eastAsia="Amiri" w:cs="Amiri"/>
          <w:lang w:val="zh-CN" w:eastAsia="zh-CN" w:bidi="ar-SA"/>
          <w:rtl w:val="1"/>
          <w:cs w:val="1"/>
          <w:color w:val="000000"/>
          <w:sz w:val="24"/>
          <w:szCs w:val="24"/>
        </w:rPr>
        <w:t>ﻭَﻫُﻮَ ﻟِﻜُﻞِّ ﺩَﺍﺀٍ ﺩَﻭَﺍﺀٌ</w:t>
      </w:r>
      <w:r>
        <w:rPr>
          <w:rFonts w:ascii="Times New Roman" w:hAnsi="Times New Roman" w:eastAsia="Noto Serif SC" w:cs="Amiri"/>
          <w:lang w:val="zh-CN" w:eastAsia="zh-CN" w:bidi="ar-SA"/>
          <w:color w:val="000000"/>
          <w:rtl w:val="0"/>
        </w:rPr>
        <w:t>（祂对于每一种病痛，都是医治；一切真正的痊愈都归于祂）相合</w:t>
      </w:r>
      <w:r>
        <w:rPr>
          <w:rStyle w:val="FootnoteReference"/>
        </w:rPr>
        <w:footnoteReference w:id="38"/>
      </w:r>
      <w:r>
        <w:rPr>
          <w:rFonts w:ascii="Times New Roman" w:hAnsi="Times New Roman" w:eastAsia="Noto Serif SC" w:cs="Amiri"/>
          <w:lang w:val="zh-CN" w:eastAsia="zh-CN" w:bidi="ar-SA"/>
          <w:color w:val="000000"/>
          <w:rtl w:val="0"/>
        </w:rPr>
        <w:t>。它也与本论著作者“赛义德”之名相合，仅有一处差别</w:t>
      </w:r>
      <w:r>
        <w:rPr>
          <w:rStyle w:val="FootnoteReference"/>
        </w:rPr>
        <w:footnoteReference w:id="39"/>
      </w:r>
      <w:r>
        <w:rPr>
          <w:rFonts w:ascii="Times New Roman" w:hAnsi="Times New Roman" w:eastAsia="Noto Serif SC" w:cs="Amiri"/>
          <w:lang w:val="zh-CN" w:eastAsia="zh-CN" w:bidi="ar-SA"/>
          <w:color w:val="000000"/>
          <w:rtl w:val="0"/>
        </w:rPr>
        <w:t>。只有论著标题文字中的一个艾利弗字母未计入。</w:t>
      </w:r>
    </w:p>
    <w:p>
      <w:r>
        <w:rPr>
          <w:rFonts w:ascii="Times New Roman" w:hAnsi="Times New Roman" w:eastAsia="Noto Serif SC" w:cs="Amiri"/>
          <w:lang w:val="zh-CN" w:eastAsia="zh-CN" w:bidi="ar-SA"/>
          <w:color w:val="000000"/>
          <w:rtl w:val="0"/>
        </w:rPr>
        <w:t>令人惊奇的是，苏莱曼·吕什迪抄写的副本，在完全没有想到、也未思考艾利弗字母的情况下，与包含一百一十四种神圣医治的一百一十四章《古兰经》的章数相合；同时，若把</w:t>
      </w:r>
      <w:r>
        <w:rPr>
          <w:rFonts w:ascii="Amiri" w:hAnsi="Amiri" w:eastAsia="Amiri" w:cs="Amiri"/>
          <w:lang w:val="zh-CN" w:eastAsia="zh-CN" w:bidi="ar-SA"/>
          <w:rtl w:val="1"/>
          <w:cs w:val="1"/>
          <w:color w:val="000000"/>
          <w:sz w:val="24"/>
          <w:szCs w:val="24"/>
        </w:rPr>
        <w:t>ﻭَﻫُﻮَ ﻟِﻜُﻞِّ ﺩَﺍﺀٍ ﺩَﻭَﺍﺀٌ</w:t>
      </w:r>
      <w:r>
        <w:rPr>
          <w:rFonts w:ascii="Times New Roman" w:hAnsi="Times New Roman" w:eastAsia="Noto Serif SC" w:cs="Amiri"/>
          <w:lang w:val="zh-CN" w:eastAsia="zh-CN" w:bidi="ar-SA"/>
          <w:color w:val="000000"/>
          <w:rtl w:val="0"/>
        </w:rPr>
        <w:t>（祂对于每一种病痛，都是医治；一切真正的痊愈都归于祂）中带叠音符的拉姆字母算作一个，这句话的一百一十四个字母也完全吻合。</w:t>
      </w:r>
    </w:p>
    <w:p>
      <w:pPr>
        <w:pStyle w:val="Heading2"/>
      </w:pPr>
      <w:r>
        <w:rPr>
          <w:rFonts w:ascii="Times New Roman" w:hAnsi="Times New Roman" w:eastAsia="Noto Serif SC" w:cs="Amiri"/>
          <w:lang w:val="zh-CN" w:eastAsia="zh-CN" w:bidi="ar-SA"/>
          <w:color w:val="000000"/>
          <w:rtl w:val="0"/>
        </w:rPr>
        <w:t>《第二十五道闪光》附篇</w:t>
      </w:r>
    </w:p>
    <w:p>
      <w:r>
        <w:rPr>
          <w:rFonts w:ascii="Times New Roman" w:hAnsi="Times New Roman" w:eastAsia="Noto Serif SC" w:cs="Amiri"/>
          <w:lang w:val="zh-CN" w:eastAsia="zh-CN" w:bidi="ar-SA"/>
          <w:color w:val="000000"/>
          <w:rtl w:val="0"/>
        </w:rPr>
        <w:t>附篇为《第十七封书信》，因已收入《书信集》，故未收录于此。</w:t>
      </w:r>
    </w:p>
    <w:p>
      <w:pPr>
        <w:pStyle w:val="Heading1"/>
        <w:pageBreakBefore/>
      </w:pPr>
      <w:r>
        <w:rPr>
          <w:rFonts w:ascii="Times New Roman" w:hAnsi="Times New Roman" w:eastAsia="Noto Serif SC" w:cs="Amiri"/>
          <w:lang w:val="zh-CN" w:eastAsia="zh-CN" w:bidi="ar-SA"/>
          <w:color w:val="000000"/>
          <w:rtl w:val="0"/>
        </w:rPr>
        <w:t>第二十六篇闪光</w:t>
      </w:r>
    </w:p>
    <w:p>
      <w:pPr>
        <w:pStyle w:val="Heading2"/>
      </w:pPr>
      <w:r>
        <w:rPr>
          <w:rFonts w:ascii="Times New Roman" w:hAnsi="Times New Roman" w:eastAsia="Noto Serif SC" w:cs="Amiri"/>
          <w:lang w:val="zh-CN" w:eastAsia="zh-CN" w:bidi="ar-SA"/>
          <w:color w:val="000000"/>
          <w:rtl w:val="0"/>
        </w:rPr>
        <w:t>老年人闪光篇</w:t>
      </w:r>
    </w:p>
    <w:p>
      <w:r>
        <w:rPr>
          <w:rFonts w:ascii="Times New Roman" w:hAnsi="Times New Roman" w:eastAsia="Noto Serif SC" w:cs="Amiri"/>
          <w:lang w:val="zh-CN" w:eastAsia="zh-CN" w:bidi="ar-SA"/>
          <w:color w:val="000000"/>
          <w:rtl w:val="0"/>
        </w:rPr>
        <w:t>本篇汇集二十六项恳求与慰藉之光。</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我在每一项“恳求”的开头，都把自己的精神病痛写得极其沉重，甚至会使你们悲伤，原因是要显示来自至睿《古兰经》的药具有非凡效力。</w:t>
      </w:r>
    </w:p>
    <w:p>
      <w:r>
        <w:rPr>
          <w:rFonts w:ascii="Times New Roman" w:hAnsi="Times New Roman" w:eastAsia="Noto Serif SC" w:cs="Amiri"/>
          <w:lang w:val="zh-CN" w:eastAsia="zh-CN" w:bidi="ar-SA"/>
          <w:color w:val="000000"/>
          <w:rtl w:val="0"/>
        </w:rPr>
        <w:t>这部关于老年人的《闪光》，在三四个方面未能保持优美的表达。</w:t>
      </w:r>
    </w:p>
    <w:p>
      <w:r>
        <w:rPr>
          <w:rFonts w:ascii="Times New Roman" w:hAnsi="Times New Roman" w:eastAsia="Noto Serif SC" w:cs="Amiri"/>
          <w:lang w:val="zh-CN" w:eastAsia="zh-CN" w:bidi="ar-SA"/>
          <w:color w:val="000000"/>
          <w:rtl w:val="0"/>
        </w:rPr>
        <w:t>第一：由于它写我自己的人生经历，我在想象中回到那些岁月，以当时的心境写成，因此表达未能保持条理。</w:t>
      </w:r>
    </w:p>
    <w:p>
      <w:r>
        <w:rPr>
          <w:rFonts w:ascii="Times New Roman" w:hAnsi="Times New Roman" w:eastAsia="Noto Serif SC" w:cs="Amiri"/>
          <w:lang w:val="zh-CN" w:eastAsia="zh-CN" w:bidi="ar-SA"/>
          <w:color w:val="000000"/>
          <w:rtl w:val="0"/>
        </w:rPr>
        <w:t>第二：它是在晨礼拜后我感到极其疲倦时写的，又被迫赶速度，因此表达有些凌乱。</w:t>
      </w:r>
    </w:p>
    <w:p>
      <w:r>
        <w:rPr>
          <w:rFonts w:ascii="Times New Roman" w:hAnsi="Times New Roman" w:eastAsia="Noto Serif SC" w:cs="Amiri"/>
          <w:lang w:val="zh-CN" w:eastAsia="zh-CN" w:bidi="ar-SA"/>
          <w:color w:val="000000"/>
          <w:rtl w:val="0"/>
        </w:rPr>
        <w:t>第三：我身边不是总有人能够记录，而在场的书记又有四五项《光明论》的职责，我们无暇充分校订，因此它未能保持整齐。</w:t>
      </w:r>
    </w:p>
    <w:p>
      <w:r>
        <w:rPr>
          <w:rFonts w:ascii="Times New Roman" w:hAnsi="Times New Roman" w:eastAsia="Noto Serif SC" w:cs="Amiri"/>
          <w:lang w:val="zh-CN" w:eastAsia="zh-CN" w:bidi="ar-SA"/>
          <w:color w:val="000000"/>
          <w:rtl w:val="0"/>
        </w:rPr>
        <w:t>第四：写完后我们两人都很疲倦，未能仔细思考意义，只作了非常表面的校订，因此表达方式必有缺点。恳请宽宏的老年人以宽容看待我的表达缺陷；Allah的慈悯不会让那些尊贵老人空手而回，他们在Allah的神圣尊前张开双手祈祷时，请把我也纳入他们的祈祷。</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ﻛٓﻬٰﻴٰﻌٓﺺٓ</w:t>
      </w:r>
      <w:r>
        <w:rPr>
          <w:rFonts w:ascii="Times New Roman" w:hAnsi="Times New Roman" w:eastAsia="Noto Serif SC" w:cs="Amiri"/>
          <w:lang w:val="zh-CN" w:eastAsia="zh-CN" w:bidi="ar-SA"/>
          <w:color w:val="000000"/>
          <w:rtl w:val="0"/>
        </w:rPr>
        <w:t xml:space="preserve">（这些是经典开头的神圣字母，其奥义由Allah保留，不强行解释为确定含义） </w:t>
      </w:r>
      <w:r>
        <w:rPr>
          <w:rFonts w:ascii="Amiri" w:hAnsi="Amiri" w:eastAsia="Amiri" w:cs="Amiri"/>
          <w:lang w:val="zh-CN" w:eastAsia="zh-CN" w:bidi="ar-SA"/>
          <w:rtl w:val="1"/>
          <w:cs w:val="1"/>
          <w:color w:val="000000"/>
          <w:sz w:val="24"/>
          <w:szCs w:val="24"/>
        </w:rPr>
        <w:t>٭ ﺫِﻛْﺮُ ﺭَﺣْﻤَﺖِ ﺭَﺑِّﻚَ ﻋَﺒْﺪَﻩُ ﺯَﻛَﺮِﻳَّﺎ</w:t>
      </w:r>
      <w:r>
        <w:rPr>
          <w:rFonts w:ascii="Times New Roman" w:hAnsi="Times New Roman" w:eastAsia="Noto Serif SC" w:cs="Amiri"/>
          <w:lang w:val="zh-CN" w:eastAsia="zh-CN" w:bidi="ar-SA"/>
          <w:color w:val="000000"/>
          <w:rtl w:val="0"/>
        </w:rPr>
        <w:t xml:space="preserve">（这是对你的养育并主宰者Allah施予祂仆人宰凯里雅的慈悯的记述） </w:t>
      </w:r>
      <w:r>
        <w:rPr>
          <w:rFonts w:ascii="Amiri" w:hAnsi="Amiri" w:eastAsia="Amiri" w:cs="Amiri"/>
          <w:lang w:val="zh-CN" w:eastAsia="zh-CN" w:bidi="ar-SA"/>
          <w:rtl w:val="1"/>
          <w:cs w:val="1"/>
          <w:color w:val="000000"/>
          <w:sz w:val="24"/>
          <w:szCs w:val="24"/>
        </w:rPr>
        <w:t>٭ ﺍِﺫْ ﻧَﺎﺩٰﻯ ﺭَﺑَّﻪُ ﻧِﺪَٓﺍﺀً ﺧَﻔِﻴًّﺎ</w:t>
      </w:r>
      <w:r>
        <w:rPr>
          <w:rFonts w:ascii="Times New Roman" w:hAnsi="Times New Roman" w:eastAsia="Noto Serif SC" w:cs="Amiri"/>
          <w:lang w:val="zh-CN" w:eastAsia="zh-CN" w:bidi="ar-SA"/>
          <w:color w:val="000000"/>
          <w:rtl w:val="0"/>
        </w:rPr>
        <w:t xml:space="preserve">（那时，他以隐秘而低微的呼唤，祈求他的养育并主宰者） </w:t>
      </w:r>
      <w:r>
        <w:rPr>
          <w:rFonts w:ascii="Amiri" w:hAnsi="Amiri" w:eastAsia="Amiri" w:cs="Amiri"/>
          <w:lang w:val="zh-CN" w:eastAsia="zh-CN" w:bidi="ar-SA"/>
          <w:rtl w:val="1"/>
          <w:cs w:val="1"/>
          <w:color w:val="000000"/>
          <w:sz w:val="24"/>
          <w:szCs w:val="24"/>
        </w:rPr>
        <w:t>٭ ﻗَﺎﻝَ ﺭَﺏِّ ﺍِﻧّ۪ﻰ ﻭَﻫَﻦَ ﺍﻟْﻌَﻈْﻢُ ﻣِﻨّ۪ﻰ</w:t>
      </w:r>
      <w:r>
        <w:rPr>
          <w:rFonts w:ascii="Times New Roman" w:hAnsi="Times New Roman" w:eastAsia="Noto Serif SC" w:cs="Amiri"/>
          <w:lang w:val="zh-CN" w:eastAsia="zh-CN" w:bidi="ar-SA"/>
          <w:color w:val="000000"/>
          <w:rtl w:val="0"/>
        </w:rPr>
        <w:t xml:space="preserve">（他说：“我的养育并主宰者啊，我的骨头确已衰弱） </w:t>
      </w:r>
      <w:r>
        <w:rPr>
          <w:rFonts w:ascii="Amiri" w:hAnsi="Amiri" w:eastAsia="Amiri" w:cs="Amiri"/>
          <w:lang w:val="zh-CN" w:eastAsia="zh-CN" w:bidi="ar-SA"/>
          <w:rtl w:val="1"/>
          <w:cs w:val="1"/>
          <w:color w:val="000000"/>
          <w:sz w:val="24"/>
          <w:szCs w:val="24"/>
        </w:rPr>
        <w:t>ﻭَﺍﺷْﺘَﻌَﻞَ ﺍﻟﺮَّﺍْﺱُ ﺷَﻴْﺒًﺎ</w:t>
      </w:r>
      <w:r>
        <w:rPr>
          <w:rFonts w:ascii="Times New Roman" w:hAnsi="Times New Roman" w:eastAsia="Noto Serif SC" w:cs="Amiri"/>
          <w:lang w:val="zh-CN" w:eastAsia="zh-CN" w:bidi="ar-SA"/>
          <w:color w:val="000000"/>
          <w:rtl w:val="0"/>
        </w:rPr>
        <w:t xml:space="preserve">（头上已燃起苍苍白发，衰老的迹象已显明） </w:t>
      </w:r>
      <w:r>
        <w:rPr>
          <w:rFonts w:ascii="Amiri" w:hAnsi="Amiri" w:eastAsia="Amiri" w:cs="Amiri"/>
          <w:lang w:val="zh-CN" w:eastAsia="zh-CN" w:bidi="ar-SA"/>
          <w:rtl w:val="1"/>
          <w:cs w:val="1"/>
          <w:color w:val="000000"/>
          <w:sz w:val="24"/>
          <w:szCs w:val="24"/>
        </w:rPr>
        <w:t>ﻭَﻟَﻢْ ﺍَﻛُﻦْ ﺑِﺪُﻋَٓﺎﺋِﻚَ ﺭَﺏِّ ﺷَﻘِﻴًّﺎ</w:t>
      </w:r>
      <w:r>
        <w:rPr>
          <w:rFonts w:ascii="Times New Roman" w:hAnsi="Times New Roman" w:eastAsia="Noto Serif SC" w:cs="Amiri"/>
          <w:lang w:val="zh-CN" w:eastAsia="zh-CN" w:bidi="ar-SA"/>
          <w:color w:val="000000"/>
          <w:rtl w:val="0"/>
        </w:rPr>
        <w:t>（我的养育并主宰者啊，我向你祈祷，从未因此成为不幸的人）</w:t>
      </w:r>
    </w:p>
    <w:p>
      <w:r>
        <w:rPr>
          <w:rFonts w:ascii="Times New Roman" w:hAnsi="Times New Roman" w:eastAsia="Noto Serif SC" w:cs="Amiri"/>
          <w:lang w:val="zh-CN" w:eastAsia="zh-CN" w:bidi="ar-SA"/>
          <w:color w:val="000000"/>
          <w:rtl w:val="0"/>
        </w:rPr>
        <w:t>这道《闪光》包含二十六项恳求。</w:t>
      </w:r>
    </w:p>
    <w:p>
      <w:pPr>
        <w:pStyle w:val="Heading2"/>
      </w:pPr>
      <w:r>
        <w:rPr>
          <w:rFonts w:ascii="Times New Roman" w:hAnsi="Times New Roman" w:eastAsia="Noto Serif SC" w:cs="Amiri"/>
          <w:lang w:val="zh-CN" w:eastAsia="zh-CN" w:bidi="ar-SA"/>
          <w:color w:val="000000"/>
          <w:rtl w:val="0"/>
        </w:rPr>
        <w:t>第一项恳求</w:t>
      </w:r>
    </w:p>
    <w:p>
      <w:r>
        <w:rPr>
          <w:rFonts w:ascii="Times New Roman" w:hAnsi="Times New Roman" w:eastAsia="Noto Serif SC" w:cs="Amiri"/>
          <w:lang w:val="zh-CN" w:eastAsia="zh-CN" w:bidi="ar-SA"/>
          <w:color w:val="000000"/>
          <w:rtl w:val="0"/>
        </w:rPr>
        <w:t>已到成熟年龄的可敬老年兄弟和老年姊妹们啊！我也像你们一样年老。我愿与你们分享自己老年时偶尔找到的恳求，以及其中的慰藉之光，因此将写下自己经历的一些境况。我所见的光明和遇到的恳求之门，当然是按我残缺而凌乱的禀赋看见和开启的。</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（若Allah意欲），你们纯净而纯粹的禀赋，会使我所见的光明更加灿烂，使我找到的恳求更加坚强。</w:t>
      </w:r>
    </w:p>
    <w:p>
      <w:r>
        <w:rPr>
          <w:rFonts w:ascii="Times New Roman" w:hAnsi="Times New Roman" w:eastAsia="Noto Serif SC" w:cs="Amiri"/>
          <w:lang w:val="zh-CN" w:eastAsia="zh-CN" w:bidi="ar-SA"/>
          <w:color w:val="000000"/>
          <w:rtl w:val="0"/>
        </w:rPr>
        <w:t>那些恳求与光明的源泉、矿藏和泉源，就是信仰。</w:t>
      </w:r>
    </w:p>
    <w:p>
      <w:pPr>
        <w:pStyle w:val="Heading2"/>
      </w:pPr>
      <w:r>
        <w:rPr>
          <w:rFonts w:ascii="Times New Roman" w:hAnsi="Times New Roman" w:eastAsia="Noto Serif SC" w:cs="Amiri"/>
          <w:lang w:val="zh-CN" w:eastAsia="zh-CN" w:bidi="ar-SA"/>
          <w:color w:val="000000"/>
          <w:rtl w:val="0"/>
        </w:rPr>
        <w:t>第二项恳求</w:t>
      </w:r>
    </w:p>
    <w:p>
      <w:r>
        <w:rPr>
          <w:rFonts w:ascii="Times New Roman" w:hAnsi="Times New Roman" w:eastAsia="Noto Serif SC" w:cs="Amiri"/>
          <w:lang w:val="zh-CN" w:eastAsia="zh-CN" w:bidi="ar-SA"/>
          <w:color w:val="000000"/>
          <w:rtl w:val="0"/>
        </w:rPr>
        <w:t>我进入老年后，有一天秋日午后，我在高山上观看尘世。忽然，一种极其柔怜、悲伤而又在某方面黑暗的心境袭来。我看见自己已经年老，白昼已经年老，一年已经年老，世界也已经年老。在这些衰老之中，离开尘世、与所爱之人分离的时刻临近，老年使我深受震动。忽然，Allah的慈悯如此展开，把那柔怜的悲伤与离别，化为坚强的恳求和灿烂的慰藉之光。</w:t>
      </w:r>
    </w:p>
    <w:p>
      <w:r>
        <w:rPr>
          <w:rFonts w:ascii="Times New Roman" w:hAnsi="Times New Roman" w:eastAsia="Noto Serif SC" w:cs="Amiri"/>
          <w:lang w:val="zh-CN" w:eastAsia="zh-CN" w:bidi="ar-SA"/>
          <w:color w:val="000000"/>
          <w:rtl w:val="0"/>
        </w:rPr>
        <w:t>是的，我的老年同伴们啊！至睿《古兰经》在上百处以“慈悯普及万物而至慈者”的尊名向我们介绍祂；祂总是把慈悯送给大地上求慈悯的生命；每年从幽隐把春天带来，装满无数恩赐和礼物，送给我们这些需要给养的人；祂又按其虚弱与无力的程度，更多显示慈悯的彰显。我们这位至慈创造者Allah的慈悯，正是我们老年时最大的恳求和最坚强的光。</w:t>
      </w:r>
    </w:p>
    <w:p>
      <w:r>
        <w:rPr>
          <w:rFonts w:ascii="Times New Roman" w:hAnsi="Times New Roman" w:eastAsia="Noto Serif SC" w:cs="Amiri"/>
          <w:lang w:val="zh-CN" w:eastAsia="zh-CN" w:bidi="ar-SA"/>
          <w:color w:val="000000"/>
          <w:rtl w:val="0"/>
        </w:rPr>
        <w:t>要获得这份慈悯，就是以信仰归属于那位慈悯普及万物者Allah，并履行主命、顺从祂。</w:t>
      </w:r>
    </w:p>
    <w:p>
      <w:pPr>
        <w:pStyle w:val="Heading2"/>
      </w:pPr>
      <w:r>
        <w:rPr>
          <w:rFonts w:ascii="Times New Roman" w:hAnsi="Times New Roman" w:eastAsia="Noto Serif SC" w:cs="Amiri"/>
          <w:lang w:val="zh-CN" w:eastAsia="zh-CN" w:bidi="ar-SA"/>
          <w:color w:val="000000"/>
          <w:rtl w:val="0"/>
        </w:rPr>
        <w:t>第三项恳求</w:t>
      </w:r>
    </w:p>
    <w:p>
      <w:r>
        <w:rPr>
          <w:rFonts w:ascii="Times New Roman" w:hAnsi="Times New Roman" w:eastAsia="Noto Serif SC" w:cs="Amiri"/>
          <w:lang w:val="zh-CN" w:eastAsia="zh-CN" w:bidi="ar-SA"/>
          <w:color w:val="000000"/>
          <w:rtl w:val="0"/>
        </w:rPr>
        <w:t>有一天，当我从青春之夜的睡梦中，在老年清晨醒来，我看自己：我的身体仿佛从通向坟墓的斜坡上奔跑而下。正如尼雅齐·米斯里所说：“我生命大厦的一块砖石，每天坠落在地，</w:t>
      </w:r>
    </w:p>
    <w:p>
      <w:pPr>
        <w:pStyle w:val="Heading2"/>
      </w:pPr>
      <w:r>
        <w:rPr>
          <w:rFonts w:ascii="Times New Roman" w:hAnsi="Times New Roman" w:eastAsia="Noto Serif SC" w:cs="Amiri"/>
          <w:lang w:val="zh-CN" w:eastAsia="zh-CN" w:bidi="ar-SA"/>
          <w:color w:val="000000"/>
          <w:rtl w:val="0"/>
        </w:rPr>
        <w:t>心灵疏忽沉睡，不知大厦已成废墟。”</w:t>
      </w:r>
    </w:p>
    <w:p>
      <w:r>
        <w:rPr>
          <w:rFonts w:ascii="Times New Roman" w:hAnsi="Times New Roman" w:eastAsia="Noto Serif SC" w:cs="Amiri"/>
          <w:lang w:val="zh-CN" w:eastAsia="zh-CN" w:bidi="ar-SA"/>
          <w:color w:val="000000"/>
          <w:rtl w:val="0"/>
        </w:rPr>
        <w:t>我那作为灵魂居所的身体，每天掉落一块砖石而日渐破损；把我和世界紧紧相连的希望与愿望，也开始断裂。我感到与无数亲友和所爱之人离别的时刻已近。我寻找那道精神、极深而无药可救创伤的药膏，却找不到。于是我也像尼雅齐·米斯里一样说：</w:t>
      </w:r>
    </w:p>
    <w:p>
      <w:pPr>
        <w:pStyle w:val="Heading2"/>
      </w:pPr>
      <w:r>
        <w:rPr>
          <w:rFonts w:ascii="Times New Roman" w:hAnsi="Times New Roman" w:eastAsia="Noto Serif SC" w:cs="Amiri"/>
          <w:lang w:val="zh-CN" w:eastAsia="zh-CN" w:bidi="ar-SA"/>
          <w:color w:val="000000"/>
          <w:rtl w:val="0"/>
        </w:rPr>
        <w:t>我的口舌祈求永存，至高无上的真实主宰Allah却要我的肉身之宅消亡，</w:t>
      </w:r>
    </w:p>
    <w:p>
      <w:r>
        <w:rPr>
          <w:rFonts w:ascii="Times New Roman" w:hAnsi="Times New Roman" w:eastAsia="Noto Serif SC" w:cs="Amiri"/>
          <w:lang w:val="zh-CN" w:eastAsia="zh-CN" w:bidi="ar-SA"/>
          <w:color w:val="000000"/>
          <w:rtl w:val="0"/>
        </w:rPr>
        <w:t>我患了无药可治的病，可叹卢格曼也束手无策。</w:t>
      </w:r>
    </w:p>
    <w:p>
      <w:r>
        <w:rPr>
          <w:rStyle w:val="FootnoteReference"/>
        </w:rPr>
        <w:footnoteReference w:id="40"/>
      </w:r>
      <w:r>
        <w:rPr>
          <w:rFonts w:ascii="Times New Roman" w:hAnsi="Times New Roman" w:eastAsia="Noto Serif SC" w:cs="Amiri"/>
          <w:lang w:val="zh-CN" w:eastAsia="zh-CN" w:bidi="ar-SA"/>
          <w:color w:val="000000"/>
          <w:rtl w:val="0"/>
        </w:rPr>
        <w:t>这时，作为Allah慈悯之舌、譬喻、象征、召唤者与代表的尊贵先知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（愿Allah赐他尊荣、恩福与平安）的光明、说情和他带给人类的引导礼物，成了那道我以为无药可医、无边创伤的美好药膏和解毒良药，把我黑暗的绝望变为光明的恳求。</w:t>
      </w:r>
    </w:p>
    <w:p>
      <w:r>
        <w:rPr>
          <w:rFonts w:ascii="Times New Roman" w:hAnsi="Times New Roman" w:eastAsia="Noto Serif SC" w:cs="Amiri"/>
          <w:lang w:val="zh-CN" w:eastAsia="zh-CN" w:bidi="ar-SA"/>
          <w:color w:val="000000"/>
          <w:rtl w:val="0"/>
        </w:rPr>
        <w:t>是的，像我一样感到老年的可敬老年男女啊！我们正在离去，自欺无益。闭上眼睛也无法让我们停留，启程正在进行。那死后复起前的中间世界，在疏忽和部分迷误者带来的黑暗妄想中显得离别而黑暗，其实它是亲友汇聚之地，是与我们一切朋友重逢的世界，首先与我们亲爱的说情者、Allah的所爱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（愿Allah赐他尊荣、恩福与平安）重逢。</w:t>
      </w:r>
    </w:p>
    <w:p>
      <w:r>
        <w:rPr>
          <w:rFonts w:ascii="Times New Roman" w:hAnsi="Times New Roman" w:eastAsia="Noto Serif SC" w:cs="Amiri"/>
          <w:lang w:val="zh-CN" w:eastAsia="zh-CN" w:bidi="ar-SA"/>
          <w:color w:val="000000"/>
          <w:rtl w:val="0"/>
        </w:rPr>
        <w:t>是的，一千三百五十年来，每年三亿五千万人的君王，他们灵魂的培育者、理智的教师、心灵的所爱者；每天凭</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（促成行为的原因，在回赐的衡量中如同亲自施行该行为者）的奥义，共同体所行一切善功的同等回赐都增添到他的善功册；他是宇宙中Allah崇高宗旨的枢纽，是万有品质提升的原因。这位艾哈迈德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据可靠传述与真实揭见，他来到世界的顷刻便说“我的共同体，我的共同体”；在复起聚集之日，人人都说“我自己，我自己”时，他仍说“我的共同体，我的共同体”，以最神圣、最崇高的自我牺牲，借说情奔去援助共同体。我们正前往那位尊者所去的世界，前往那颗太阳周围由无数精纯贤者与亲近Allah者之星照亮的世界。</w:t>
      </w:r>
    </w:p>
    <w:p>
      <w:r>
        <w:rPr>
          <w:rFonts w:ascii="Times New Roman" w:hAnsi="Times New Roman" w:eastAsia="Noto Serif SC" w:cs="Amiri"/>
          <w:lang w:val="zh-CN" w:eastAsia="zh-CN" w:bidi="ar-SA"/>
          <w:color w:val="000000"/>
          <w:rtl w:val="0"/>
        </w:rPr>
        <w:t>进入那位尊者的说情之下、受益于他的光明、摆脱中间世界黑暗的办法，就是遵循尊贵的圣行。</w:t>
      </w:r>
    </w:p>
    <w:p>
      <w:pPr>
        <w:pStyle w:val="Heading2"/>
      </w:pPr>
      <w:r>
        <w:rPr>
          <w:rFonts w:ascii="Times New Roman" w:hAnsi="Times New Roman" w:eastAsia="Noto Serif SC" w:cs="Amiri"/>
          <w:lang w:val="zh-CN" w:eastAsia="zh-CN" w:bidi="ar-SA"/>
          <w:color w:val="000000"/>
          <w:rtl w:val="0"/>
        </w:rPr>
        <w:t>第四项恳求</w:t>
      </w:r>
    </w:p>
    <w:p>
      <w:r>
        <w:rPr>
          <w:rFonts w:ascii="Times New Roman" w:hAnsi="Times New Roman" w:eastAsia="Noto Serif SC" w:cs="Amiri"/>
          <w:lang w:val="zh-CN" w:eastAsia="zh-CN" w:bidi="ar-SA"/>
          <w:color w:val="000000"/>
          <w:rtl w:val="0"/>
        </w:rPr>
        <w:t>曾经，我踏上老年，维持疏忽的身体健康也已损坏。老年与疾病合力攻来，不断击打我的头，使我失眠。我没有子女、财产等把我系于尘世的牵挂。我看见，青春昏聩中浪费的生命资本所结出的，竟是一切罪恶与过错。我像尼雅齐·米斯里一样呼喊道：</w:t>
      </w:r>
    </w:p>
    <w:p>
      <w:r>
        <w:rPr>
          <w:rFonts w:ascii="Times New Roman" w:hAnsi="Times New Roman" w:eastAsia="Noto Serif SC" w:cs="Amiri"/>
          <w:lang w:val="zh-CN" w:eastAsia="zh-CN" w:bidi="ar-SA"/>
          <w:color w:val="000000"/>
          <w:rtl w:val="0"/>
        </w:rPr>
        <w:t>未曾做成一桩买卖，生命的本钱已白白耗尽，</w:t>
      </w:r>
    </w:p>
    <w:p>
      <w:r>
        <w:rPr>
          <w:rFonts w:ascii="Times New Roman" w:hAnsi="Times New Roman" w:eastAsia="Noto Serif SC" w:cs="Amiri"/>
          <w:lang w:val="zh-CN" w:eastAsia="zh-CN" w:bidi="ar-SA"/>
          <w:color w:val="000000"/>
          <w:rtl w:val="0"/>
        </w:rPr>
        <w:t>我来到路上，却不知整个商队早已启程。</w:t>
      </w:r>
    </w:p>
    <w:p>
      <w:r>
        <w:rPr>
          <w:rFonts w:ascii="Times New Roman" w:hAnsi="Times New Roman" w:eastAsia="Noto Serif SC" w:cs="Amiri"/>
          <w:lang w:val="zh-CN" w:eastAsia="zh-CN" w:bidi="ar-SA"/>
          <w:color w:val="000000"/>
          <w:rtl w:val="0"/>
        </w:rPr>
        <w:t>我哭泣哀号，独自孤零地踏上旅途，</w:t>
      </w:r>
    </w:p>
    <w:p>
      <w:r>
        <w:rPr>
          <w:rFonts w:ascii="Times New Roman" w:hAnsi="Times New Roman" w:eastAsia="Noto Serif SC" w:cs="Amiri"/>
          <w:lang w:val="zh-CN" w:eastAsia="zh-CN" w:bidi="ar-SA"/>
          <w:color w:val="000000"/>
          <w:rtl w:val="0"/>
        </w:rPr>
        <w:t>眼中流泪，胸中焦灼，理智惊愕，浑然不知。</w:t>
      </w:r>
    </w:p>
    <w:p>
      <w:r>
        <w:rPr>
          <w:rFonts w:ascii="Times New Roman" w:hAnsi="Times New Roman" w:eastAsia="Noto Serif SC" w:cs="Amiri"/>
          <w:lang w:val="zh-CN" w:eastAsia="zh-CN" w:bidi="ar-SA"/>
          <w:color w:val="000000"/>
          <w:rtl w:val="0"/>
        </w:rPr>
        <w:t>那时我在异乡。我感到绝望的悲伤、悔恨的痛苦和求援的渴望。忽然，阐明奇迹的《古兰经》赶来援助，为我打开极其坚强的恳求之门，赐我真实慰藉之光，足以消除比我这境况强烈百倍的绝望，驱散那些黑暗。</w:t>
      </w:r>
    </w:p>
    <w:p>
      <w:r>
        <w:rPr>
          <w:rFonts w:ascii="Times New Roman" w:hAnsi="Times New Roman" w:eastAsia="Noto Serif SC" w:cs="Amiri"/>
          <w:lang w:val="zh-CN" w:eastAsia="zh-CN" w:bidi="ar-SA"/>
          <w:color w:val="000000"/>
          <w:rtl w:val="0"/>
        </w:rPr>
        <w:t>是的，像我一样与尘世的联系开始断裂、系于尘世的绳索将断的可敬老人啊！一位具威严的创造者Allah把这个世界创造成最完善、最有秩序的城市与宫殿，难道祂会不与那城、那宫中最重要的宾客和朋友交谈、会面吗？既然祂有意建造这宫殿，并以意愿和选择加以布置装饰，那么正如建造者必知晓，知晓者也必会交谈。既然祂把这宫殿、这城市造成我们美好的旅舍与商场，祂必有一部册子、一部经典，向我们表明祂与我们的关系和对我们的期望。</w:t>
      </w:r>
    </w:p>
    <w:p>
      <w:r>
        <w:rPr>
          <w:rFonts w:ascii="Times New Roman" w:hAnsi="Times New Roman" w:eastAsia="Noto Serif SC" w:cs="Amiri"/>
          <w:lang w:val="zh-CN" w:eastAsia="zh-CN" w:bidi="ar-SA"/>
          <w:color w:val="000000"/>
          <w:rtl w:val="0"/>
        </w:rPr>
        <w:t>那部神圣册子中最完善的，就是阐明奇迹的《古兰经》：它在四十个方面显示奇迹，每时每刻至少有一亿人的舌头诵读它、散布光明；它每个字母至少带来十份回赐、十项善功，有时一万，有时凭尊贵之夜的奥义，一个字母带来三万善功、乐园果实与中间世界的光明。宇宙中没有任何书能在此与之匹敌，也没有人能拿出一部来。</w:t>
      </w:r>
    </w:p>
    <w:p>
      <w:r>
        <w:rPr>
          <w:rFonts w:ascii="Times New Roman" w:hAnsi="Times New Roman" w:eastAsia="Noto Serif SC" w:cs="Amiri"/>
          <w:lang w:val="zh-CN" w:eastAsia="zh-CN" w:bidi="ar-SA"/>
          <w:color w:val="000000"/>
          <w:rtl w:val="0"/>
        </w:rPr>
        <w:t>既然我们手中的《古兰经》，是诸天与大地具威严创造者Allah从绝对养育与主宰的层面、应受崇拜神圣性的宏大和慈悯的涵盖而来的言辞和敕令，它便是慈悯的矿藏。你当紧紧抓住它。其中有治百病的药、照亮一切黑暗的光、回应一切绝望的恳求。</w:t>
      </w:r>
    </w:p>
    <w:p>
      <w:r>
        <w:rPr>
          <w:rFonts w:ascii="Times New Roman" w:hAnsi="Times New Roman" w:eastAsia="Noto Serif SC" w:cs="Amiri"/>
          <w:lang w:val="zh-CN" w:eastAsia="zh-CN" w:bidi="ar-SA"/>
          <w:color w:val="000000"/>
          <w:rtl w:val="0"/>
        </w:rPr>
        <w:t>这永恒宝库的钥匙，就是信仰、顺服，以及聆听、接受并诵读它。</w:t>
      </w:r>
    </w:p>
    <w:p>
      <w:pPr>
        <w:pStyle w:val="Heading2"/>
      </w:pPr>
      <w:r>
        <w:rPr>
          <w:rFonts w:ascii="Times New Roman" w:hAnsi="Times New Roman" w:eastAsia="Noto Serif SC" w:cs="Amiri"/>
          <w:lang w:val="zh-CN" w:eastAsia="zh-CN" w:bidi="ar-SA"/>
          <w:color w:val="000000"/>
          <w:rtl w:val="0"/>
        </w:rPr>
        <w:t>第五项恳求</w:t>
      </w:r>
    </w:p>
    <w:p>
      <w:r>
        <w:rPr>
          <w:rFonts w:ascii="Times New Roman" w:hAnsi="Times New Roman" w:eastAsia="Noto Serif SC" w:cs="Amiri"/>
          <w:lang w:val="zh-CN" w:eastAsia="zh-CN" w:bidi="ar-SA"/>
          <w:color w:val="000000"/>
          <w:rtl w:val="0"/>
        </w:rPr>
        <w:t>在我老年的开始，我渴望隐居，在伊斯坦布尔海峡边的尤沙山上，想让灵魂在孤独中歇息。有一天，在那高山顶上环顾地平线，我借老年的提醒，看见一幅极其悲伤、柔怜的消逝与离别景象。我从生命树第四十五年——第四十五根枝条的高处，望向生命低处各层。我看见，在下方每一根枝条、每一年里，都有无数我所爱、所牵挂、所认识之人的亡者。在离别造成的深切精神悲痛中，我像巴格达的菲祖里一样，想着离去的友人呻吟道：</w:t>
      </w:r>
    </w:p>
    <w:p>
      <w:r>
        <w:rPr>
          <w:rFonts w:ascii="Times New Roman" w:hAnsi="Times New Roman" w:eastAsia="Noto Serif SC" w:cs="Amiri"/>
          <w:lang w:val="zh-CN" w:eastAsia="zh-CN" w:bidi="ar-SA"/>
          <w:color w:val="000000"/>
          <w:rtl w:val="0"/>
        </w:rPr>
        <w:t>每当想起与你相会，我便哭泣，</w:t>
      </w:r>
    </w:p>
    <w:p>
      <w:r>
        <w:rPr>
          <w:rFonts w:ascii="Times New Roman" w:hAnsi="Times New Roman" w:eastAsia="Noto Serif SC" w:cs="Amiri"/>
          <w:lang w:val="zh-CN" w:eastAsia="zh-CN" w:bidi="ar-SA"/>
          <w:color w:val="000000"/>
          <w:rtl w:val="0"/>
        </w:rPr>
        <w:t>只要这干枯身躯还有气息，我便呼号。</w:t>
      </w:r>
    </w:p>
    <w:p>
      <w:r>
        <w:rPr>
          <w:rFonts w:ascii="Times New Roman" w:hAnsi="Times New Roman" w:eastAsia="Noto Serif SC" w:cs="Amiri"/>
          <w:lang w:val="zh-CN" w:eastAsia="zh-CN" w:bidi="ar-SA"/>
          <w:color w:val="000000"/>
          <w:rtl w:val="0"/>
        </w:rPr>
        <w:t>说着，我寻找慰藉、光明和恳求之门。忽然，对后世信仰之光赶来援助，赐我永不熄灭的光、永不破碎的恳求。</w:t>
      </w:r>
    </w:p>
    <w:p>
      <w:r>
        <w:rPr>
          <w:rFonts w:ascii="Times New Roman" w:hAnsi="Times New Roman" w:eastAsia="Noto Serif SC" w:cs="Amiri"/>
          <w:lang w:val="zh-CN" w:eastAsia="zh-CN" w:bidi="ar-SA"/>
          <w:color w:val="000000"/>
          <w:rtl w:val="0"/>
        </w:rPr>
        <w:t>是的，我的老年兄弟和老年姊妹们啊！既然后世存在，既然它永存，既然它比尘世更美好，既然创造我们的那位既至睿又至慈，我们就不应因老年而抱怨和悲伤。相反，老年标志着人将在信仰与崇拜中达到成熟，从生命职责中退役，前往慈悯世界安息，因此我们应当为此欢喜。</w:t>
      </w:r>
    </w:p>
    <w:p>
      <w:r>
        <w:rPr>
          <w:rFonts w:ascii="Times New Roman" w:hAnsi="Times New Roman" w:eastAsia="Noto Serif SC" w:cs="Amiri"/>
          <w:lang w:val="zh-CN" w:eastAsia="zh-CN" w:bidi="ar-SA"/>
          <w:color w:val="000000"/>
          <w:rtl w:val="0"/>
        </w:rPr>
        <w:t>是的，正如可靠的圣训明文所示：人类最卓越的十二万四千名先知，依共识与连续传述，部分凭亲见，部分凭真实确信，一致宣告后世存在、人类将被送往那里、宇宙的创造者Allah必会实现祂确切应许的后世。十二万四千万亲近Allah者又以揭见与亲见，以知识性确信证实先知的宣告，他们也为后世存在作证。宇宙至睿创造者Allah的一切尊名，借其在尘世显示的彰显，不言自明地要求一个永存世界，因此也证明后世存在。每年春天，一种无尽的无始权能，凭</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（存在吧！它便依命而存在）的号令，使大地上无数枯树立起的亡者复活，经历</w:t>
      </w:r>
      <w:r>
        <w:rPr>
          <w:rFonts w:ascii="Amiri" w:hAnsi="Amiri" w:eastAsia="Amiri" w:cs="Amiri"/>
          <w:lang w:val="zh-CN" w:eastAsia="zh-CN" w:bidi="ar-SA"/>
          <w:rtl w:val="1"/>
          <w:cs w:val="1"/>
          <w:color w:val="000000"/>
          <w:sz w:val="24"/>
          <w:szCs w:val="24"/>
        </w:rPr>
        <w:t>بَعْثٌ بَعْدَ الْمَوْتِ</w:t>
      </w:r>
      <w:r>
        <w:rPr>
          <w:rFonts w:ascii="Times New Roman" w:hAnsi="Times New Roman" w:eastAsia="Noto Serif SC" w:cs="Amiri"/>
          <w:lang w:val="zh-CN" w:eastAsia="zh-CN" w:bidi="ar-SA"/>
          <w:color w:val="000000"/>
          <w:rtl w:val="0"/>
        </w:rPr>
        <w:t>（死后复起）；又从植物族群和动物民族中复起并散布三十万物种，作为复起与散布的数十万范例。一种无尽而从不浪费的无终智慧，以至慈之情、极其非凡的方式供养一切需要给养的生命；一种永存的慈悯与恒常的眷顾，每年春天在短时间内展示无数装饰与美好。这些都不言自明地要求后世存在。人是宇宙最完善的果实、宇宙创造者Allah最喜爱的受造之作、与宇宙万有联系最深者；人心中强烈、不可动摇、恒常的永存之爱、永恒向往与无始无终愿望，也不言自明地指示并证明：在这易逝世界之后，必有一个永存世界、一个后世居所、一个幸福居所。它们以如此确凿的方式证明，以致要求人像承认世界存在一样，不言自明地承认后世存在。</w:t>
      </w:r>
      <w:r>
        <w:rPr>
          <w:rStyle w:val="FootnoteReference"/>
        </w:rPr>
        <w:footnoteReference w:id="41"/>
      </w:r>
      <w:r>
        <w:rPr>
          <w:rFonts w:ascii="Times New Roman" w:hAnsi="Times New Roman" w:eastAsia="Noto Serif SC" w:cs="Amiri"/>
          <w:lang w:val="zh-CN" w:eastAsia="zh-CN" w:bidi="ar-SA"/>
          <w:color w:val="000000"/>
          <w:rtl w:val="0"/>
        </w:rPr>
        <w:t>既然至睿《古兰经》给我们的最重要一课是“对后世的信仰”，而这信仰如此坚强，其中又蕴含这样的恳求与慰藉，即使十万种老年之苦聚于一人，也能承受。我们老年人当说</w:t>
      </w:r>
      <w:r>
        <w:rPr>
          <w:rFonts w:ascii="Amiri" w:hAnsi="Amiri" w:eastAsia="Amiri" w:cs="Amiri"/>
          <w:lang w:val="zh-CN" w:eastAsia="zh-CN" w:bidi="ar-SA"/>
          <w:rtl w:val="1"/>
          <w:cs w:val="1"/>
          <w:color w:val="000000"/>
          <w:sz w:val="24"/>
          <w:szCs w:val="24"/>
        </w:rPr>
        <w:t>ﺍَﻟْﺤَﻤْﺪُ ﻟِﻠّٰﻪِ ﻋَﻠٰﻰ ﻛَﻤَﺎﻝِ الْا۪يمَانِ</w:t>
      </w:r>
      <w:r>
        <w:rPr>
          <w:rFonts w:ascii="Times New Roman" w:hAnsi="Times New Roman" w:eastAsia="Noto Serif SC" w:cs="Amiri"/>
          <w:lang w:val="zh-CN" w:eastAsia="zh-CN" w:bidi="ar-SA"/>
          <w:color w:val="000000"/>
          <w:rtl w:val="0"/>
        </w:rPr>
        <w:t>（一切赞美与称颂全归Allah，因为祂赐下完满的信仰），并为自己的年老欢喜。</w:t>
      </w:r>
    </w:p>
    <w:p>
      <w:pPr>
        <w:pStyle w:val="Heading2"/>
      </w:pPr>
      <w:r>
        <w:rPr>
          <w:rFonts w:ascii="Times New Roman" w:hAnsi="Times New Roman" w:eastAsia="Noto Serif SC" w:cs="Amiri"/>
          <w:lang w:val="zh-CN" w:eastAsia="zh-CN" w:bidi="ar-SA"/>
          <w:color w:val="000000"/>
          <w:rtl w:val="0"/>
        </w:rPr>
        <w:t>第六项恳求</w:t>
      </w:r>
    </w:p>
    <w:p>
      <w:r>
        <w:rPr>
          <w:rFonts w:ascii="Times New Roman" w:hAnsi="Times New Roman" w:eastAsia="Noto Serif SC" w:cs="Amiri"/>
          <w:lang w:val="zh-CN" w:eastAsia="zh-CN" w:bidi="ar-SA"/>
          <w:color w:val="000000"/>
          <w:rtl w:val="0"/>
        </w:rPr>
        <w:t>曾在一次痛苦的囚禁中，我因畏惧人群，独自留在巴尔拉高原的松山顶。孤独中寻找光明。某夜，我在那高山顶端一棵高大松树上的露天小屋里。老年使我意识到三四重异乡之感。</w:t>
      </w:r>
    </w:p>
    <w:p>
      <w:r>
        <w:rPr>
          <w:rFonts w:ascii="Times New Roman" w:hAnsi="Times New Roman" w:eastAsia="Noto Serif SC" w:cs="Amiri"/>
          <w:lang w:val="zh-CN" w:eastAsia="zh-CN" w:bidi="ar-SA"/>
          <w:color w:val="000000"/>
          <w:rtl w:val="0"/>
        </w:rPr>
        <w:t>正如《第六封书信》所解释，那夜荒寂无声，孤独树木的沙沙声与低语声发出的悲伤声响，深深触动我的柔怜、老年与异乡之感。</w:t>
      </w:r>
    </w:p>
    <w:p>
      <w:r>
        <w:rPr>
          <w:rFonts w:ascii="Times New Roman" w:hAnsi="Times New Roman" w:eastAsia="Noto Serif SC" w:cs="Amiri"/>
          <w:lang w:val="zh-CN" w:eastAsia="zh-CN" w:bidi="ar-SA"/>
          <w:color w:val="000000"/>
          <w:rtl w:val="0"/>
        </w:rPr>
        <w:t>老年提醒我：正如白昼变成了这座黑色的坟墓，世界穿上黑色殓衣；同样，你生命的白昼也将转为黑夜，世界的白昼也将转为中间世界的黑夜，生命的夏天也将转为死亡冬季的黑夜。它把这话说给我心灵的耳朵。自我不得不说：是的，我远离故乡；在这五十年生命里，又与逝去的爱者分离，留在他们身后哭泣，这比远离故乡更悲伤、更痛苦。老年告诉我，我正接近另一种比今夜和山中的孤寂更悲伤痛苦的异乡：与整个尘世同时离别的时刻正在临近。</w:t>
      </w:r>
    </w:p>
    <w:p>
      <w:r>
        <w:rPr>
          <w:rFonts w:ascii="Times New Roman" w:hAnsi="Times New Roman" w:eastAsia="Noto Serif SC" w:cs="Amiri"/>
          <w:lang w:val="zh-CN" w:eastAsia="zh-CN" w:bidi="ar-SA"/>
          <w:color w:val="000000"/>
          <w:rtl w:val="0"/>
        </w:rPr>
        <w:t>在这异乡套着异乡、悲伤套着悲伤的境况中，我寻找恳求与光明。忽然，对Allah的信仰赶来援助，赐予我如此亲切感，即使我所处加倍的荒凉再增千倍，那慰藉也足够。</w:t>
      </w:r>
    </w:p>
    <w:p>
      <w:r>
        <w:rPr>
          <w:rFonts w:ascii="Times New Roman" w:hAnsi="Times New Roman" w:eastAsia="Noto Serif SC" w:cs="Amiri"/>
          <w:lang w:val="zh-CN" w:eastAsia="zh-CN" w:bidi="ar-SA"/>
          <w:color w:val="000000"/>
          <w:rtl w:val="0"/>
        </w:rPr>
        <w:t>是的，老年男女啊！既然我们有至慈的创造者Allah，我们就不可能有异乡。祂存在，我们便拥有一切。祂存在，天使也存在。因此，世界并不空荡。空旷的山、荒凉的原野，都充满至高无上的真实主宰Allah的仆人。除了有意识的仆人，石头和树木也借祂的光、为祂而成为亲切的伙伴；它们能以状态之语与我们交谈，使我们欢愉。</w:t>
      </w:r>
    </w:p>
    <w:p>
      <w:r>
        <w:rPr>
          <w:rFonts w:ascii="Times New Roman" w:hAnsi="Times New Roman" w:eastAsia="Noto Serif SC" w:cs="Amiri"/>
          <w:lang w:val="zh-CN" w:eastAsia="zh-CN" w:bidi="ar-SA"/>
          <w:color w:val="000000"/>
          <w:rtl w:val="0"/>
        </w:rPr>
        <w:t>是的，证明我们创造者Allah存在的证据和见证，多如宇宙万有和这部世界大书的字母；显示祂慈悯的证据，多如生命体获得怜爱、慈悯和眷顾的官能、食物与恩赐。它们向我们指出至慈、尊贵、亲切、深爱者Allah——我们的创造者、我们的保护者——的圣门。在那圣门前，最受悦纳的代求者就是无力与虚弱，而无力与虚弱最充分的时期正是老年。因此，对这样一位圣门前蒙悦纳的代求者——老年，不应厌弃，而应喜爱。</w:t>
      </w:r>
    </w:p>
    <w:p>
      <w:pPr>
        <w:pStyle w:val="Heading2"/>
      </w:pPr>
      <w:r>
        <w:rPr>
          <w:rFonts w:ascii="Times New Roman" w:hAnsi="Times New Roman" w:eastAsia="Noto Serif SC" w:cs="Amiri"/>
          <w:lang w:val="zh-CN" w:eastAsia="zh-CN" w:bidi="ar-SA"/>
          <w:color w:val="000000"/>
          <w:rtl w:val="0"/>
        </w:rPr>
        <w:t>第七项恳求</w:t>
      </w:r>
    </w:p>
    <w:p>
      <w:r>
        <w:rPr>
          <w:rFonts w:ascii="Times New Roman" w:hAnsi="Times New Roman" w:eastAsia="Noto Serif SC" w:cs="Amiri"/>
          <w:lang w:val="zh-CN" w:eastAsia="zh-CN" w:bidi="ar-SA"/>
          <w:color w:val="000000"/>
          <w:rtl w:val="0"/>
        </w:rPr>
        <w:t>在我老年的开始，旧赛义德的欢笑变成新赛义德的哭泣时，安卡拉的逐世者把我当成旧赛义德，邀请我去那里，我便去了。在秋末，我登上安卡拉那座比我更加衰老、破损、陈旧的城堡。那城堡在我看来，仿佛凝固的历史事件。在一年的暮秋、我的老年、城堡的老年、人类的老年、光荣奥斯曼国家的老年、继任政权的死亡和世界的老年中，我以极其悲伤、柔怜、充满离愁的心境，在那高堡上望向过去的低谷与未来的群山。四面八方的四五重老年黑暗包围着我，在安卡拉，我感到一种极度黑暗的心境</w:t>
      </w:r>
      <w:r>
        <w:rPr>
          <w:rStyle w:val="FootnoteReference"/>
        </w:rPr>
        <w:footnoteReference w:id="42"/>
      </w:r>
      <w:r>
        <w:rPr>
          <w:rFonts w:ascii="Times New Roman" w:hAnsi="Times New Roman" w:eastAsia="Noto Serif SC" w:cs="Amiri"/>
          <w:lang w:val="zh-CN" w:eastAsia="zh-CN" w:bidi="ar-SA"/>
          <w:color w:val="000000"/>
          <w:rtl w:val="0"/>
        </w:rPr>
        <w:t>，于是寻找光明、慰藉和恳求。</w:t>
      </w:r>
    </w:p>
    <w:p>
      <w:r>
        <w:rPr>
          <w:rFonts w:ascii="Times New Roman" w:hAnsi="Times New Roman" w:eastAsia="Noto Serif SC" w:cs="Amiri"/>
          <w:lang w:val="zh-CN" w:eastAsia="zh-CN" w:bidi="ar-SA"/>
          <w:color w:val="000000"/>
          <w:rtl w:val="0"/>
        </w:rPr>
        <w:t>我向右，即过去寻找慰藉时，过去显为父亲、祖先和族类的巨大坟墓，非但不予慰藉，反使我不安。</w:t>
      </w:r>
    </w:p>
    <w:p>
      <w:r>
        <w:rPr>
          <w:rFonts w:ascii="Times New Roman" w:hAnsi="Times New Roman" w:eastAsia="Noto Serif SC" w:cs="Amiri"/>
          <w:lang w:val="zh-CN" w:eastAsia="zh-CN" w:bidi="ar-SA"/>
          <w:color w:val="000000"/>
          <w:rtl w:val="0"/>
        </w:rPr>
        <w:t>我向左侧的未来寻求医治，看见它显为我和同代人及后代的一座巨大而黑暗的坟墓，非但不予亲切，反使我恐惧。</w:t>
      </w:r>
    </w:p>
    <w:p>
      <w:r>
        <w:rPr>
          <w:rFonts w:ascii="Times New Roman" w:hAnsi="Times New Roman" w:eastAsia="Noto Serif SC" w:cs="Amiri"/>
          <w:lang w:val="zh-CN" w:eastAsia="zh-CN" w:bidi="ar-SA"/>
          <w:color w:val="000000"/>
          <w:rtl w:val="0"/>
        </w:rPr>
        <w:t>我因左右而畏惧，再看今天。在疏忽而历史化的眼光里，今天显为一具棺材，装载着我那半死、在抽搐中痛苦的身体。</w:t>
      </w:r>
    </w:p>
    <w:p>
      <w:r>
        <w:rPr>
          <w:rFonts w:ascii="Times New Roman" w:hAnsi="Times New Roman" w:eastAsia="Noto Serif SC" w:cs="Amiri"/>
          <w:lang w:val="zh-CN" w:eastAsia="zh-CN" w:bidi="ar-SA"/>
          <w:color w:val="000000"/>
          <w:rtl w:val="0"/>
        </w:rPr>
        <w:t>既对此也绝望，我抬头望向生命之树的顶端，看见树上只有一枚果实，就是我的遗体；它立在树上看着我。</w:t>
      </w:r>
    </w:p>
    <w:p>
      <w:r>
        <w:rPr>
          <w:rFonts w:ascii="Times New Roman" w:hAnsi="Times New Roman" w:eastAsia="Noto Serif SC" w:cs="Amiri"/>
          <w:lang w:val="zh-CN" w:eastAsia="zh-CN" w:bidi="ar-SA"/>
          <w:color w:val="000000"/>
          <w:rtl w:val="0"/>
        </w:rPr>
        <w:t>对此也畏惧，我低头望向生命之树的下方和根部，看见下方泥土里，我骨头的尘土与被造之初的尘土混杂，被踩在脚下。这也不是药，反使病痛加重。</w:t>
      </w:r>
    </w:p>
    <w:p>
      <w:r>
        <w:rPr>
          <w:rFonts w:ascii="Times New Roman" w:hAnsi="Times New Roman" w:eastAsia="Noto Serif SC" w:cs="Amiri"/>
          <w:lang w:val="zh-CN" w:eastAsia="zh-CN" w:bidi="ar-SA"/>
          <w:color w:val="000000"/>
          <w:rtl w:val="0"/>
        </w:rPr>
        <w:t>我被迫向后看，看见无根而易逝的世界，正在虚无的谷地与无有的黑暗中翻滚远去。我本为病痛找药，它却添上毒药。</w:t>
      </w:r>
    </w:p>
    <w:p>
      <w:r>
        <w:rPr>
          <w:rFonts w:ascii="Times New Roman" w:hAnsi="Times New Roman" w:eastAsia="Noto Serif SC" w:cs="Amiri"/>
          <w:lang w:val="zh-CN" w:eastAsia="zh-CN" w:bidi="ar-SA"/>
          <w:color w:val="000000"/>
          <w:rtl w:val="0"/>
        </w:rPr>
        <w:t>既在那里也看不见善，我向前看，把目光投向远方，看见坟墓之门正在我的路上敞开，张嘴看着我；其后是通往永恒的大道，以及大道上行进的队伍，远远映入眼帘。</w:t>
      </w:r>
    </w:p>
    <w:p>
      <w:r>
        <w:rPr>
          <w:rFonts w:ascii="Times New Roman" w:hAnsi="Times New Roman" w:eastAsia="Noto Serif SC" w:cs="Amiri"/>
          <w:lang w:val="zh-CN" w:eastAsia="zh-CN" w:bidi="ar-SA"/>
          <w:color w:val="000000"/>
          <w:rtl w:val="0"/>
        </w:rPr>
        <w:t>面对六方来的恐惧，我手中除有限选择意志的一小部分外，别无依靠支点与防御武器。那有限选择意志是人唯一的武器，用来对抗无数敌人和无尽有害之物，却残缺、短小、无力、没有创造力，除获致外一无所能。它既不能进入过去，止住从那里来的悲伤；也不能进入未来，挡住从那里来的恐惧。我看见，它对我关乎过去未来的愿望和痛苦毫无帮助。</w:t>
      </w:r>
    </w:p>
    <w:p>
      <w:r>
        <w:rPr>
          <w:rFonts w:ascii="Times New Roman" w:hAnsi="Times New Roman" w:eastAsia="Noto Serif SC" w:cs="Amiri"/>
          <w:lang w:val="zh-CN" w:eastAsia="zh-CN" w:bidi="ar-SA"/>
          <w:color w:val="000000"/>
          <w:rtl w:val="0"/>
        </w:rPr>
        <w:t>正当我在六方来的恐惧、荒凉、黑暗和绝望中挣扎时，忽然，闪耀在阐明奇迹《古兰经》天空中的信仰之光赶来援助。它把六方照得如此明亮，即使我见的荒凉与黑暗增强百倍，那光仍足以应对。它把恐惧逐一化为慰藉，把荒凉逐一化为亲切。即：</w:t>
      </w:r>
    </w:p>
    <w:p>
      <w:r>
        <w:rPr>
          <w:rFonts w:ascii="Times New Roman" w:hAnsi="Times New Roman" w:eastAsia="Noto Serif SC" w:cs="Amiri"/>
          <w:lang w:val="zh-CN" w:eastAsia="zh-CN" w:bidi="ar-SA"/>
          <w:color w:val="000000"/>
          <w:rtl w:val="0"/>
        </w:rPr>
        <w:t>信仰撕碎过去那恐怖巨墓的表象，以亲眼见证、真实确信的方式，显示它实为亲切而光明的集会、亲友汇聚之所。</w:t>
      </w:r>
    </w:p>
    <w:p>
      <w:r>
        <w:rPr>
          <w:rFonts w:ascii="Times New Roman" w:hAnsi="Times New Roman" w:eastAsia="Noto Serif SC" w:cs="Amiri"/>
          <w:lang w:val="zh-CN" w:eastAsia="zh-CN" w:bidi="ar-SA"/>
          <w:color w:val="000000"/>
          <w:rtl w:val="0"/>
        </w:rPr>
        <w:t>信仰又以知识性确信显示，在疏忽眼中如巨大坟墓的未来，实为幸福宫殿中慈悯普及万物者Allah设宴的亲切集会。</w:t>
      </w:r>
    </w:p>
    <w:p>
      <w:r>
        <w:rPr>
          <w:rFonts w:ascii="Times New Roman" w:hAnsi="Times New Roman" w:eastAsia="Noto Serif SC" w:cs="Amiri"/>
          <w:lang w:val="zh-CN" w:eastAsia="zh-CN" w:bidi="ar-SA"/>
          <w:color w:val="000000"/>
          <w:rtl w:val="0"/>
        </w:rPr>
        <w:t>信仰打碎在疏忽眼中如棺材的当下与今天的表象，以亲眼可见的方式显示，今天实为后世交易的一间店铺，是慈悯普及万物者Allah光辉的旅舍。</w:t>
      </w:r>
    </w:p>
    <w:p>
      <w:r>
        <w:rPr>
          <w:rFonts w:ascii="Times New Roman" w:hAnsi="Times New Roman" w:eastAsia="Noto Serif SC" w:cs="Amiri"/>
          <w:lang w:val="zh-CN" w:eastAsia="zh-CN" w:bidi="ar-SA"/>
          <w:color w:val="000000"/>
          <w:rtl w:val="0"/>
        </w:rPr>
        <w:t>信仰以知识性确信显示，在疏忽眼中，生命树顶那枚形如遗体的唯一果实并非遗体；它是将获得永恒生命、成为永恒幸福候选者的灵魂，正离开旧巢，出发游历群星。</w:t>
      </w:r>
    </w:p>
    <w:p>
      <w:r>
        <w:rPr>
          <w:rFonts w:ascii="Times New Roman" w:hAnsi="Times New Roman" w:eastAsia="Noto Serif SC" w:cs="Amiri"/>
          <w:lang w:val="zh-CN" w:eastAsia="zh-CN" w:bidi="ar-SA"/>
          <w:color w:val="000000"/>
          <w:rtl w:val="0"/>
        </w:rPr>
        <w:t>信仰以信仰的奥义显示，我的骨头与被造之初的尘土，并非脚下无足轻重、归于毁灭的骸骨；那泥土是慈悯之门，是乐园大厅的一道帷幕。</w:t>
      </w:r>
    </w:p>
    <w:p>
      <w:r>
        <w:rPr>
          <w:rFonts w:ascii="Times New Roman" w:hAnsi="Times New Roman" w:eastAsia="Noto Serif SC" w:cs="Amiri"/>
          <w:lang w:val="zh-CN" w:eastAsia="zh-CN" w:bidi="ar-SA"/>
          <w:color w:val="000000"/>
          <w:rtl w:val="0"/>
        </w:rPr>
        <w:t>信仰以《古兰经》的奥义显示身后世界的状态：在疏忽眼中，它在虚无和无有黑暗中翻滚；其实，在表面黑暗中翻滚的世界已完成职责，表达了意义，把结果留下代替自身存在，它是万物皆依赖者Allah的一些书文，是赞颂祂超绝者纹饰的一些书页。信仰以知识性确信告诉我，世界的本质是什么。</w:t>
      </w:r>
    </w:p>
    <w:p>
      <w:r>
        <w:rPr>
          <w:rFonts w:ascii="Times New Roman" w:hAnsi="Times New Roman" w:eastAsia="Noto Serif SC" w:cs="Amiri"/>
          <w:lang w:val="zh-CN" w:eastAsia="zh-CN" w:bidi="ar-SA"/>
          <w:color w:val="000000"/>
          <w:rtl w:val="0"/>
        </w:rPr>
        <w:t>信仰以《古兰经》之光显示前方睁眼望着我的坟墓和其后通往永恒的大道：坟墓不是深井之门，而是光明世界之门；那条路也不通向虚无与无有之境，而通向存在、光明之境和永恒幸福。它显示得令人完全信服，因此既医治了我的病痛，也成为我的药膏。</w:t>
      </w:r>
    </w:p>
    <w:p>
      <w:r>
        <w:rPr>
          <w:rFonts w:ascii="Times New Roman" w:hAnsi="Times New Roman" w:eastAsia="Noto Serif SC" w:cs="Amiri"/>
          <w:lang w:val="zh-CN" w:eastAsia="zh-CN" w:bidi="ar-SA"/>
          <w:color w:val="000000"/>
          <w:rtl w:val="0"/>
        </w:rPr>
        <w:t>信仰还给那只有微小获致能力的有限选择意志一张凭证，使它面对无数敌人与黑暗，能够依靠无尽权能、归属于无尽慈悯；甚至可以说，信仰本身就成了有限选择意志手中的凭证。</w:t>
      </w:r>
    </w:p>
    <w:p>
      <w:r>
        <w:rPr>
          <w:rFonts w:ascii="Times New Roman" w:hAnsi="Times New Roman" w:eastAsia="Noto Serif SC" w:cs="Amiri"/>
          <w:lang w:val="zh-CN" w:eastAsia="zh-CN" w:bidi="ar-SA"/>
          <w:color w:val="000000"/>
          <w:rtl w:val="0"/>
        </w:rPr>
        <w:t>那有限选择意志作为人的武器，本身确实短小、无力而残缺。但正如士兵把微薄力量用于国家，便能完成超过自身力量千倍的事业；同样，有限选择意志若凭信仰的奥义，以至高无上的真实主宰Allah之名、在祂的道路上使用，甚至能赢得一座宽广五百年的乐园。</w:t>
      </w:r>
    </w:p>
    <w:p>
      <w:r>
        <w:rPr>
          <w:rFonts w:ascii="Times New Roman" w:hAnsi="Times New Roman" w:eastAsia="Noto Serif SC" w:cs="Amiri"/>
          <w:lang w:val="zh-CN" w:eastAsia="zh-CN" w:bidi="ar-SA"/>
          <w:color w:val="000000"/>
          <w:rtl w:val="0"/>
        </w:rPr>
        <w:t>信仰还把那无法进入过去和未来的有限选择意志的缰绳，从身体手中交给心灵和灵魂。灵魂与心灵的生命领域，不像身体那样只限当下，而是把过去许多年、未来许多年都纳入生命领域。因此，有限选择意志摆脱局限，获得普遍性。它凭信仰的力量，能进入过去最深的谷地，驱散悲伤的黑暗；也能借信仰之光，登上未来最远的群山，消除恐惧。</w:t>
      </w:r>
    </w:p>
    <w:p>
      <w:r>
        <w:rPr>
          <w:rFonts w:ascii="Times New Roman" w:hAnsi="Times New Roman" w:eastAsia="Noto Serif SC" w:cs="Amiri"/>
          <w:lang w:val="zh-CN" w:eastAsia="zh-CN" w:bidi="ar-SA"/>
          <w:color w:val="000000"/>
          <w:rtl w:val="0"/>
        </w:rPr>
        <w:t>像我一样承受老年辛苦的老年男子和老年姊妹们啊！既然</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我们是有信仰的人，既然信仰中有如此光明、甜美、可爱而美好的宝库，既然老年把我们更深地推入这座宝库，我们就不应抱怨有信仰的老年，反而应当献上千万次感恩。</w:t>
      </w:r>
    </w:p>
    <w:p>
      <w:pPr>
        <w:pStyle w:val="Heading2"/>
      </w:pPr>
      <w:r>
        <w:rPr>
          <w:rFonts w:ascii="Times New Roman" w:hAnsi="Times New Roman" w:eastAsia="Noto Serif SC" w:cs="Amiri"/>
          <w:lang w:val="zh-CN" w:eastAsia="zh-CN" w:bidi="ar-SA"/>
          <w:color w:val="000000"/>
          <w:rtl w:val="0"/>
        </w:rPr>
        <w:t>第八项恳求</w:t>
      </w:r>
    </w:p>
    <w:p>
      <w:r>
        <w:rPr>
          <w:rFonts w:ascii="Times New Roman" w:hAnsi="Times New Roman" w:eastAsia="Noto Serif SC" w:cs="Amiri"/>
          <w:lang w:val="zh-CN" w:eastAsia="zh-CN" w:bidi="ar-SA"/>
          <w:color w:val="000000"/>
          <w:rtl w:val="0"/>
        </w:rPr>
        <w:t>当老年的标志——白发落到我的头上时，世界大战的纷扰和囚禁生活的混乱，使青春的沉睡更加深沉；后来我来到伊斯坦布尔，又获得显赫的声名与荣誉。从继任者、首席伊斯兰学者、最高统帅，直到学府学生，众人对我的好感与礼遇都远超我的本分。因此，青春的沉醉和那种处境造成的心境，使那沉睡深沉到这种程度：我仿佛看见世界永恒，自己也以一种奇异状态永远依附于世界。</w:t>
      </w:r>
    </w:p>
    <w:p>
      <w:r>
        <w:rPr>
          <w:rFonts w:ascii="Times New Roman" w:hAnsi="Times New Roman" w:eastAsia="Noto Serif SC" w:cs="Amiri"/>
          <w:lang w:val="zh-CN" w:eastAsia="zh-CN" w:bidi="ar-SA"/>
          <w:color w:val="000000"/>
          <w:rtl w:val="0"/>
        </w:rPr>
        <w:t>就在那时，尊贵斋月里，我前往伊斯坦布尔的巴耶济德尊贵清真寺，聆听纯诚的全本《古兰经》背诵者。阐明奇迹的《古兰经》以来自天上的崇高召唤，借那些背诵者之口，极其有力地宣告了人类必将消亡、众生终将死去的号令：</w:t>
      </w:r>
      <w:r>
        <w:rPr>
          <w:rFonts w:ascii="Amiri" w:hAnsi="Amiri" w:eastAsia="Amiri" w:cs="Amiri"/>
          <w:lang w:val="zh-CN" w:eastAsia="zh-CN" w:bidi="ar-SA"/>
          <w:rtl w:val="1"/>
          <w:cs w:val="1"/>
          <w:color w:val="000000"/>
          <w:sz w:val="24"/>
          <w:szCs w:val="24"/>
        </w:rPr>
        <w:t>ﻛُﻞُّ ﻧَﻔْﺲٍ ﺫَٓﺍﺋِﻘَﺔُ ﺍﻟْﻤَﻮْﺕِ</w:t>
      </w:r>
      <w:r>
        <w:rPr>
          <w:rFonts w:ascii="Times New Roman" w:hAnsi="Times New Roman" w:eastAsia="Noto Serif SC" w:cs="Amiri"/>
          <w:lang w:val="zh-CN" w:eastAsia="zh-CN" w:bidi="ar-SA"/>
          <w:color w:val="000000"/>
          <w:rtl w:val="0"/>
        </w:rPr>
        <w:t>（每一个灵魂都必尝死亡的滋味；没有任何受造能逃脱这定命）。它进入我的耳朵，直抵心灵深处，把那极其厚重的疏忽、沉睡和沉醉层层撕碎。我走出清真寺，脑海中仍是那久已盘踞的沉睡带来的昏聩；一连几天，我觉得自己像头脑中的一场风暴、一团烟雾弥漫的火，又像一艘迷失罗盘的船。每当我看镜中的头发，白发都对我说：“你要留心！”借白发的提醒，我的境况明朗起来。</w:t>
      </w:r>
    </w:p>
    <w:p>
      <w:r>
        <w:rPr>
          <w:rFonts w:ascii="Times New Roman" w:hAnsi="Times New Roman" w:eastAsia="Noto Serif SC" w:cs="Amiri"/>
          <w:lang w:val="zh-CN" w:eastAsia="zh-CN" w:bidi="ar-SA"/>
          <w:color w:val="000000"/>
          <w:rtl w:val="0"/>
        </w:rPr>
        <w:t>我看见，我极其信赖、深深迷恋其乐趣的青春正在道别；我满怀爱恋、深切牵挂的尘世生活开始熄灭；我无比依恋、几乎痴爱的这个世界对我说“一路平安”，提醒我将要离开这旅舍。它自己也说“愿Allah护佑你”，准备离去。</w:t>
      </w:r>
    </w:p>
    <w:p>
      <w:r>
        <w:rPr>
          <w:rFonts w:ascii="Times New Roman" w:hAnsi="Times New Roman" w:eastAsia="Noto Serif SC" w:cs="Amiri"/>
          <w:lang w:val="zh-CN" w:eastAsia="zh-CN" w:bidi="ar-SA"/>
          <w:color w:val="000000"/>
          <w:rtl w:val="0"/>
        </w:rPr>
        <w:t>阐明奇迹的《古兰经》中，经文</w:t>
      </w:r>
      <w:r>
        <w:rPr>
          <w:rFonts w:ascii="Amiri" w:hAnsi="Amiri" w:eastAsia="Amiri" w:cs="Amiri"/>
          <w:lang w:val="zh-CN" w:eastAsia="zh-CN" w:bidi="ar-SA"/>
          <w:rtl w:val="1"/>
          <w:cs w:val="1"/>
          <w:color w:val="000000"/>
          <w:sz w:val="24"/>
          <w:szCs w:val="24"/>
        </w:rPr>
        <w:t>ﻛُﻞُّ ﻧَﻔْﺲٍ ﺫَٓﺍﺋِﻘَﺔُ ﺍﻟْﻤَﻮْﺕِ</w:t>
      </w:r>
      <w:r>
        <w:rPr>
          <w:rFonts w:ascii="Times New Roman" w:hAnsi="Times New Roman" w:eastAsia="Noto Serif SC" w:cs="Amiri"/>
          <w:lang w:val="zh-CN" w:eastAsia="zh-CN" w:bidi="ar-SA"/>
          <w:color w:val="000000"/>
          <w:rtl w:val="0"/>
        </w:rPr>
        <w:t>（每一个灵魂都必尝死亡的滋味；没有任何受造能逃脱这定命）的普遍性，在我心里开启了经文所指示的意义：“人类是一个灵魂，将为复活而死去；地球也是一个灵魂，为进入永存的状态而死去；世界也是一个灵魂，为进入后世的状态而死去！”</w:t>
      </w:r>
    </w:p>
    <w:p>
      <w:r>
        <w:rPr>
          <w:rFonts w:ascii="Times New Roman" w:hAnsi="Times New Roman" w:eastAsia="Noto Serif SC" w:cs="Amiri"/>
          <w:lang w:val="zh-CN" w:eastAsia="zh-CN" w:bidi="ar-SA"/>
          <w:color w:val="000000"/>
          <w:rtl w:val="0"/>
        </w:rPr>
        <w:t>在这种心境中，我察看自己的境况：作为乐趣源泉的青春正在离去，作为忧愁源泉的老年正在到来；极其灿烂光明的生命正在离去，表面黑暗可怕的死亡正准备到来；那个十分可爱、被误认为永恒、为疏忽者所痴恋的世界，也在迅速走向消逝。</w:t>
      </w:r>
    </w:p>
    <w:p>
      <w:r>
        <w:rPr>
          <w:rFonts w:ascii="Times New Roman" w:hAnsi="Times New Roman" w:eastAsia="Noto Serif SC" w:cs="Amiri"/>
          <w:lang w:val="zh-CN" w:eastAsia="zh-CN" w:bidi="ar-SA"/>
          <w:color w:val="000000"/>
          <w:rtl w:val="0"/>
        </w:rPr>
        <w:t>为了欺骗自己、再次把头埋入疏忽，我回顾自己在伊斯坦布尔获得的、远超本分的社会地位所带来的乐趣，却毫无益处。众人的好感、礼遇与慰藉，只能来到我身边的坟墓之门前，并在那里熄灭。追求名声者幻想的目标——声名与荣誉，在它华丽帷幕下，我只看见沉重的虚伪、冰冷的自炫和暂时的昏聩。于是我明白，这些一直欺骗我的事物不能给我任何慰藉，其中没有丝毫光明。</w:t>
      </w:r>
    </w:p>
    <w:p>
      <w:r>
        <w:rPr>
          <w:rFonts w:ascii="Times New Roman" w:hAnsi="Times New Roman" w:eastAsia="Noto Serif SC" w:cs="Amiri"/>
          <w:lang w:val="zh-CN" w:eastAsia="zh-CN" w:bidi="ar-SA"/>
          <w:color w:val="000000"/>
          <w:rtl w:val="0"/>
        </w:rPr>
        <w:t>为了完全觉醒，我再次聆听来自天上的《古兰经》课程，又开始倾听巴耶济德清真寺里的全本《古兰经》背诵者。那时，我从那神圣课程中，听见</w:t>
      </w:r>
      <w:r>
        <w:rPr>
          <w:rFonts w:ascii="Amiri" w:hAnsi="Amiri" w:eastAsia="Amiri" w:cs="Amiri"/>
          <w:lang w:val="zh-CN" w:eastAsia="zh-CN" w:bidi="ar-SA"/>
          <w:rtl w:val="1"/>
          <w:cs w:val="1"/>
          <w:color w:val="000000"/>
          <w:sz w:val="24"/>
          <w:szCs w:val="24"/>
        </w:rPr>
        <w:t>ﻭَ ﺑَﺸِّﺮِ ﺍﻟَّﺬ۪ﻳﻦَ ﺍٰﻣَﻨُﻮﺍ</w:t>
      </w:r>
      <w:r>
        <w:rPr>
          <w:rFonts w:ascii="Times New Roman" w:hAnsi="Times New Roman" w:eastAsia="Noto Serif SC" w:cs="Amiri"/>
          <w:lang w:val="zh-CN" w:eastAsia="zh-CN" w:bidi="ar-SA"/>
          <w:color w:val="000000"/>
          <w:rtl w:val="0"/>
        </w:rPr>
        <w:t xml:space="preserve">（你当向那些信仰的人报喜，宣告Allah的引导、应许与慈悯）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直至这节经文所引的部分，喜讯不断延伸）这类神圣号令和佳音。借从《古兰经》获得的恩泽，我不再向外寻求慰藉，而在我感到恐惧、荒凉和绝望之处，寻找慰藉、恳求与光明。我向至高无上的真实主宰Allah献上十万次感恩：我在病痛所在之处找到药，在黑暗所在之处找到光，在恐惧所在之处找到慰藉。</w:t>
      </w:r>
    </w:p>
    <w:p>
      <w:r>
        <w:rPr>
          <w:rFonts w:ascii="Times New Roman" w:hAnsi="Times New Roman" w:eastAsia="Noto Serif SC" w:cs="Amiri"/>
          <w:lang w:val="zh-CN" w:eastAsia="zh-CN" w:bidi="ar-SA"/>
          <w:color w:val="000000"/>
          <w:rtl w:val="0"/>
        </w:rPr>
        <w:t>首先，我观看死亡的容颜，它令所有人恐惧，被想象得最为可怕。借《古兰经》之光，我看见：死亡的面纱虽然黑暗、漆黑而丑陋，但对信士而言，它真正的面容却光明而美好。我们已在许多论著中确证这一真理。正如《第八言》《第二十封书信》等论著所阐明：死亡不是消灭，不是离别，而是永恒生命的序幕和开端；是从生命职责劳苦中的收工与退役，是更换居所，是与已迁往中间世界的亲友队伍重逢。借这些以及类似真理，我看见了死亡真正美好的面容。我不再恐惧，反而带着一种渴慕观看死亡，也明白了内在修持之路上记念死亡的一项奥义。</w:t>
      </w:r>
    </w:p>
    <w:p>
      <w:r>
        <w:rPr>
          <w:rFonts w:ascii="Times New Roman" w:hAnsi="Times New Roman" w:eastAsia="Noto Serif SC" w:cs="Amiri"/>
          <w:lang w:val="zh-CN" w:eastAsia="zh-CN" w:bidi="ar-SA"/>
          <w:color w:val="000000"/>
          <w:rtl w:val="0"/>
        </w:rPr>
        <w:t>随后，我观看那使众人因它的消逝而哭泣、令众人迷恋和渴慕、在罪恶与疏忽中度过、已经逝去的青春。在它那华丽精美的外袍之下，我看见一张极其丑陋、沉醉而昏聩的脸。若我不认识它的本质，它让我沉醉欢笑几年，就会让我在世上多活百年也为之哭泣。正如其中一人曾哭道：</w:t>
      </w:r>
      <w:r>
        <w:rPr>
          <w:rFonts w:ascii="Amiri" w:hAnsi="Amiri" w:eastAsia="Amiri" w:cs="Amiri"/>
          <w:lang w:val="zh-CN" w:eastAsia="zh-CN" w:bidi="ar-SA"/>
          <w:rtl w:val="1"/>
          <w:cs w:val="1"/>
          <w:color w:val="000000"/>
          <w:sz w:val="24"/>
          <w:szCs w:val="24"/>
        </w:rPr>
        <w:t>ﻟَﻴْﺖَ ﺍﻟﺸَّﺒَﺎﺏَ ﻳَﻌُﻮﺩُ ﻳَﻮْﻣًﺎ ﻓَﺎُﺧْﺒِﺮَﻩُ ﺑِﻤَﺎ ﻓَﻌَﻞَ ﺍﻟْﻤَﺸ۪ﻴﺐُ</w:t>
      </w:r>
      <w:r>
        <w:rPr>
          <w:rFonts w:ascii="Times New Roman" w:hAnsi="Times New Roman" w:eastAsia="Noto Serif SC" w:cs="Amiri"/>
          <w:lang w:val="zh-CN" w:eastAsia="zh-CN" w:bidi="ar-SA"/>
          <w:color w:val="000000"/>
          <w:rtl w:val="0"/>
        </w:rPr>
        <w:t>（但愿青春能回来一日，让我告诉它白发给我带来了什么）。也就是说：“但愿我的青春回来一天，让我向它诉说，老年给我带来了多少悲伤的境况。”是的，像这个人一样，不认识青春本质的老人，会回忆青春，因惋惜和懊悔而哭泣。</w:t>
      </w:r>
    </w:p>
    <w:p>
      <w:r>
        <w:rPr>
          <w:rFonts w:ascii="Times New Roman" w:hAnsi="Times New Roman" w:eastAsia="Noto Serif SC" w:cs="Amiri"/>
          <w:lang w:val="zh-CN" w:eastAsia="zh-CN" w:bidi="ar-SA"/>
          <w:color w:val="000000"/>
          <w:rtl w:val="0"/>
        </w:rPr>
        <w:t>然而，青春若属于有心灵、有安宁、理智健全、心灵端正的信士，若用于崇拜、善行和后世交易，就是最有力的经营媒介和美好而甜美的行善工具。对于明白自己宗教职责、不误用青春的人，青春是Allah珍贵而令人愉快的恩赐。若没有端正、贞洁与敬畏相伴，青春便有许多危险。它的放纵会损伤永恒幸福与后世生命，甚至毁坏尘世生活；也许只用一两年青春的欢乐，就换来老年许多年的忧愁与悲伤。</w:t>
      </w:r>
    </w:p>
    <w:p>
      <w:r>
        <w:rPr>
          <w:rFonts w:ascii="Times New Roman" w:hAnsi="Times New Roman" w:eastAsia="Noto Serif SC" w:cs="Amiri"/>
          <w:lang w:val="zh-CN" w:eastAsia="zh-CN" w:bidi="ar-SA"/>
          <w:color w:val="000000"/>
          <w:rtl w:val="0"/>
        </w:rPr>
        <w:t>既然青春对多数人反而有害，我们老年人应当感恩Allah，因为我们已摆脱青春的危险和伤害。像万物一样，青春的乐趣也必然离去。若青春用于崇拜和善行，它的果实会代替青春长存，并成为人在永恒生命中重获青春的媒介。</w:t>
      </w:r>
    </w:p>
    <w:p>
      <w:r>
        <w:rPr>
          <w:rFonts w:ascii="Times New Roman" w:hAnsi="Times New Roman" w:eastAsia="Noto Serif SC" w:cs="Amiri"/>
          <w:lang w:val="zh-CN" w:eastAsia="zh-CN" w:bidi="ar-SA"/>
          <w:color w:val="000000"/>
          <w:rtl w:val="0"/>
        </w:rPr>
        <w:t>随后，我观看多数人痴爱、沉迷的这个世界。借《古兰经》之光，我看见三个彼此包含的宏观世界：一个面向Allah的诸尊名，是它们的镜子；第二面面向后世，是后世的耕地；第三面面向逐世者，是疏忽者的游乐场。</w:t>
      </w:r>
    </w:p>
    <w:p>
      <w:r>
        <w:rPr>
          <w:rFonts w:ascii="Times New Roman" w:hAnsi="Times New Roman" w:eastAsia="Noto Serif SC" w:cs="Amiri"/>
          <w:lang w:val="zh-CN" w:eastAsia="zh-CN" w:bidi="ar-SA"/>
          <w:color w:val="000000"/>
          <w:rtl w:val="0"/>
        </w:rPr>
        <w:t>而且，每个人在这尘世上都有一个庞大的世界，仿佛有多少个人，就有多少个世界彼此嵌套。但每个人专属世界的支柱，是自己的生命。一旦身体毁坏，他的世界就塌在他头上，末日便来临。疏忽者不知道自己的世界会如此迅速倒塌，以为它像公共世界一样永恒，便加以崇拜。</w:t>
      </w:r>
    </w:p>
    <w:p>
      <w:r>
        <w:rPr>
          <w:rFonts w:ascii="Times New Roman" w:hAnsi="Times New Roman" w:eastAsia="Noto Serif SC" w:cs="Amiri"/>
          <w:lang w:val="zh-CN" w:eastAsia="zh-CN" w:bidi="ar-SA"/>
          <w:color w:val="000000"/>
          <w:rtl w:val="0"/>
        </w:rPr>
        <w:t>我想：我也像别人的世界一样，会迅速倒塌、毁坏，我也有一个专属的世界。这专属的世界，连同我这短暂的一生，究竟有什么益处？借《古兰经》之光，我看见：</w:t>
      </w:r>
    </w:p>
    <w:p>
      <w:r>
        <w:rPr>
          <w:rFonts w:ascii="Times New Roman" w:hAnsi="Times New Roman" w:eastAsia="Noto Serif SC" w:cs="Amiri"/>
          <w:lang w:val="zh-CN" w:eastAsia="zh-CN" w:bidi="ar-SA"/>
          <w:color w:val="000000"/>
          <w:rtl w:val="0"/>
        </w:rPr>
        <w:t>对我以及每个人来说，这个世界是一个暂时的商场，是一家每天住满又清空的旅舍，是路旁为来往者交易而设的集市；是无始纹饰大师Allah不断更新、以智慧书写又擦除的册子，是每年春天一封鎏金的书信，是每个夏天一首格律诗；是具威严创造者Allah更新并显示其诸尊名彰显的一面面镜子；是后世的苗圃，是Allah慈悯的花盆，也是专门织出将在永存世界展示的图景的临时织机。我向以此方式创造世界的具威严创造者Allah献上十万次感恩。</w:t>
      </w:r>
    </w:p>
    <w:p>
      <w:r>
        <w:rPr>
          <w:rFonts w:ascii="Times New Roman" w:hAnsi="Times New Roman" w:eastAsia="Noto Serif SC" w:cs="Amiri"/>
          <w:lang w:val="zh-CN" w:eastAsia="zh-CN" w:bidi="ar-SA"/>
          <w:color w:val="000000"/>
          <w:rtl w:val="0"/>
        </w:rPr>
        <w:t>我也明白：世界那面向后世和Allah诸尊名的美好内在，本应得到人类的爱恋；人却误用这份爱，把它耗费在世界短暂、丑陋、有害而疏忽的一面，因而应验了尊贵圣训</w:t>
      </w:r>
      <w:r>
        <w:rPr>
          <w:rFonts w:ascii="Amiri" w:hAnsi="Amiri" w:eastAsia="Amiri" w:cs="Amiri"/>
          <w:lang w:val="zh-CN" w:eastAsia="zh-CN" w:bidi="ar-SA"/>
          <w:rtl w:val="1"/>
          <w:cs w:val="1"/>
          <w:color w:val="000000"/>
          <w:sz w:val="24"/>
          <w:szCs w:val="24"/>
        </w:rPr>
        <w:t>ﺣُﺐُّ ﺍﻟﺪُّﻧْﻴَﺎ ﺭَﺍْﺱُ ﻛُﻞِّ ﺧَﻄ۪ﻴﺌَﺔٍ</w:t>
      </w:r>
      <w:r>
        <w:rPr>
          <w:rFonts w:ascii="Times New Roman" w:hAnsi="Times New Roman" w:eastAsia="Noto Serif SC" w:cs="Amiri"/>
          <w:lang w:val="zh-CN" w:eastAsia="zh-CN" w:bidi="ar-SA"/>
          <w:color w:val="000000"/>
          <w:rtl w:val="0"/>
        </w:rPr>
        <w:t>（对尘世的爱，是一切过错与罪恶的首领和根源）的奥义。</w:t>
      </w:r>
    </w:p>
    <w:p>
      <w:r>
        <w:rPr>
          <w:rFonts w:ascii="Times New Roman" w:hAnsi="Times New Roman" w:eastAsia="Noto Serif SC" w:cs="Amiri"/>
          <w:lang w:val="zh-CN" w:eastAsia="zh-CN" w:bidi="ar-SA"/>
          <w:color w:val="000000"/>
          <w:rtl w:val="0"/>
        </w:rPr>
        <w:t>老年男女啊！我以至睿《古兰经》的光、老年的提醒和信仰使我睁开的眼睛，看见了这一真理，并在许多论著中以确凿的证据加以证明。我为自己找到了真实的慰藉、坚强的恳求和灿烂的光。我为老年而满足，也为青春离去而欢喜。你们也不要哭泣，应当感恩。既然信仰存在，真理如此，就让疏忽者哭泣，让迷误者哭泣吧。</w:t>
      </w:r>
    </w:p>
    <w:p>
      <w:pPr>
        <w:pStyle w:val="Heading2"/>
      </w:pPr>
      <w:r>
        <w:rPr>
          <w:rFonts w:ascii="Times New Roman" w:hAnsi="Times New Roman" w:eastAsia="Noto Serif SC" w:cs="Amiri"/>
          <w:lang w:val="zh-CN" w:eastAsia="zh-CN" w:bidi="ar-SA"/>
          <w:color w:val="000000"/>
          <w:rtl w:val="0"/>
        </w:rPr>
        <w:t>第九项恳求</w:t>
      </w:r>
    </w:p>
    <w:p>
      <w:r>
        <w:rPr>
          <w:rFonts w:ascii="Times New Roman" w:hAnsi="Times New Roman" w:eastAsia="Noto Serif SC" w:cs="Amiri"/>
          <w:lang w:val="zh-CN" w:eastAsia="zh-CN" w:bidi="ar-SA"/>
          <w:color w:val="000000"/>
          <w:rtl w:val="0"/>
        </w:rPr>
        <w:t>世界大战期间，我被囚禁在俄国东北部遥远的科斯特罗马省。那里，著名的伏尔加河畔，有一座鞑靼人的小清真寺。我在那些同为战俘的军官朋友中感到烦闷，渴望孤独，却未经许可不能外出。鞑靼街区的居民作保，把我带到伏尔加河畔那座小清真寺。我独自睡在寺里。春天临近，在北方大陆漫长的夜晚，我常常醒着。在那些黑暗的夜晚和黑暗的异乡中，伏尔加河悲伤的低吟、雨点柔怜的滴答和风充满离愁的吹拂，把我从深沉的疏忽睡梦中暂时唤醒。</w:t>
      </w:r>
    </w:p>
    <w:p>
      <w:r>
        <w:rPr>
          <w:rFonts w:ascii="Times New Roman" w:hAnsi="Times New Roman" w:eastAsia="Noto Serif SC" w:cs="Amiri"/>
          <w:lang w:val="zh-CN" w:eastAsia="zh-CN" w:bidi="ar-SA"/>
          <w:color w:val="000000"/>
          <w:rtl w:val="0"/>
        </w:rPr>
        <w:t>虽然当时我还不认为自己年老，但经历过世界大战的人都会苍老。我仿佛应验了</w:t>
      </w:r>
      <w:r>
        <w:rPr>
          <w:rFonts w:ascii="Amiri" w:hAnsi="Amiri" w:eastAsia="Amiri" w:cs="Amiri"/>
          <w:lang w:val="zh-CN" w:eastAsia="zh-CN" w:bidi="ar-SA"/>
          <w:rtl w:val="1"/>
          <w:cs w:val="1"/>
          <w:color w:val="000000"/>
          <w:sz w:val="24"/>
          <w:szCs w:val="24"/>
        </w:rPr>
        <w:t>ﻳَﻮْﻣًﺎ ﻳَﺠْﻌَﻞُ ﺍﻟْﻮِﻟْﺪَﺍﻥَ ﺷ۪ﻴﺒًﺎ</w:t>
      </w:r>
      <w:r>
        <w:rPr>
          <w:rFonts w:ascii="Times New Roman" w:hAnsi="Times New Roman" w:eastAsia="Noto Serif SC" w:cs="Amiri"/>
          <w:lang w:val="zh-CN" w:eastAsia="zh-CN" w:bidi="ar-SA"/>
          <w:color w:val="000000"/>
          <w:rtl w:val="0"/>
        </w:rPr>
        <w:t>（那一日将使儿童白发苍苍；巨大的苦难会使年少者也如老人）的奥义，那些日子会使儿童变老，因此我四十岁便觉得自己像八十岁。在那漫长黑暗的夜晚、悲伤的异乡和悲伤的境况中，我对生命与故乡产生绝望。看着自己的无力和孤独，我失去了希望。就在那时，至睿《古兰经》的援助来到，我的口说：</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（Allah足以为我们依靠，祂已满足我们的一切需要；我们所托靠的监护者何其美好）。我的心也哭道：</w:t>
      </w:r>
      <w:r>
        <w:rPr>
          <w:rFonts w:ascii="Amiri" w:hAnsi="Amiri" w:eastAsia="Amiri" w:cs="Amiri"/>
          <w:lang w:val="zh-CN" w:eastAsia="zh-CN" w:bidi="ar-SA"/>
          <w:rtl w:val="1"/>
          <w:cs w:val="1"/>
          <w:color w:val="000000"/>
          <w:sz w:val="24"/>
          <w:szCs w:val="24"/>
        </w:rPr>
        <w:t>ﻏَﺮ۪ﻳﺒَﻢْ ﺑ۪ﻰ ﻛَﺴَﻢْ ﺿَﻌ۪ﻴﻔَﻢْ ﻧَﺎﺗُﻮَﺍﻧَﻢْ اَلْاَمَانْ ﮔُﻮﻳَﻢْ ﻋَﻔُﻮْ ﺟُﻮﻳَﻢْ ﻣَﺪَﺩْ ﺧٰﻮﺍﻫَﻢْ ﺯِﺩَﺭْﮔَﺎﻫَﺖْ ﺍِﻟٰﻬ۪ﻰ</w:t>
      </w:r>
      <w:r>
        <w:rPr>
          <w:rFonts w:ascii="Times New Roman" w:hAnsi="Times New Roman" w:eastAsia="Noto Serif SC" w:cs="Amiri"/>
          <w:lang w:val="zh-CN" w:eastAsia="zh-CN" w:bidi="ar-SA"/>
          <w:color w:val="000000"/>
          <w:rtl w:val="0"/>
        </w:rPr>
        <w:t>（我身异乡，无处栖身；我力微弱，难以支撑；我求平安，求宽恕；我的Allah啊，我在祢的圣门前恳求援助）。我的灵魂也想起故乡的老友，想象自己将死在这异乡，像尼雅齐·米斯里一样说：</w:t>
      </w:r>
    </w:p>
    <w:p>
      <w:r>
        <w:rPr>
          <w:rFonts w:ascii="Times New Roman" w:hAnsi="Times New Roman" w:eastAsia="Noto Serif SC" w:cs="Amiri"/>
          <w:lang w:val="zh-CN" w:eastAsia="zh-CN" w:bidi="ar-SA"/>
          <w:color w:val="000000"/>
          <w:rtl w:val="0"/>
        </w:rPr>
        <w:t>穿过尘世的忧愁，向无有展开翅膀，</w:t>
      </w:r>
    </w:p>
    <w:p>
      <w:r>
        <w:rPr>
          <w:rFonts w:ascii="Times New Roman" w:hAnsi="Times New Roman" w:eastAsia="Noto Serif SC" w:cs="Amiri"/>
          <w:lang w:val="zh-CN" w:eastAsia="zh-CN" w:bidi="ar-SA"/>
          <w:color w:val="000000"/>
          <w:rtl w:val="0"/>
        </w:rPr>
        <w:t>时时欢欣飞升，我呼唤：朋友啊，朋友！</w:t>
      </w:r>
    </w:p>
    <w:p>
      <w:r>
        <w:rPr>
          <w:rFonts w:ascii="Times New Roman" w:hAnsi="Times New Roman" w:eastAsia="Noto Serif SC" w:cs="Amiri"/>
          <w:lang w:val="zh-CN" w:eastAsia="zh-CN" w:bidi="ar-SA"/>
          <w:color w:val="000000"/>
          <w:rtl w:val="0"/>
        </w:rPr>
        <w:t>他这样寻找朋友。无论如何……在那个悲伤、柔怜、充满离愁的漫长异乡之夜，我的虚弱与无力在Allah的圣门前成了极其有力的代求者和媒介，至今我仍感惊奇。因为几天后，我以一种完全出乎意料的方式，在不懂俄语的情况下独自逃走；若步行，那路程需要一年。凭我的虚弱与无力而降临的Allah眷顾，使我奇迹般获救。我经过华沙和奥地利，来到伊斯坦布尔；能如此轻易地逃脱，实在非凡。那些懂俄语、最勇敢也最机敏的人都未能成功，我却以许多便利和容易，完成了那段漫长的逃亡旅程。</w:t>
      </w:r>
    </w:p>
    <w:p>
      <w:r>
        <w:rPr>
          <w:rFonts w:ascii="Times New Roman" w:hAnsi="Times New Roman" w:eastAsia="Noto Serif SC" w:cs="Amiri"/>
          <w:lang w:val="zh-CN" w:eastAsia="zh-CN" w:bidi="ar-SA"/>
          <w:color w:val="000000"/>
          <w:rtl w:val="0"/>
        </w:rPr>
        <w:t>然而，伏尔加河畔清真寺里那一夜的境况，使我作出这样的决定：余生要住在洞穴里。我再也不必融入这些人的社会生活了。既然最终我会独自进入坟墓，为了习惯孤独，从现在起我就要选择孤独。我曾这样说。</w:t>
      </w:r>
    </w:p>
    <w:p>
      <w:r>
        <w:rPr>
          <w:rFonts w:ascii="Times New Roman" w:hAnsi="Times New Roman" w:eastAsia="Noto Serif SC" w:cs="Amiri"/>
          <w:lang w:val="zh-CN" w:eastAsia="zh-CN" w:bidi="ar-SA"/>
          <w:color w:val="000000"/>
          <w:rtl w:val="0"/>
        </w:rPr>
        <w:t>遗憾的是，伊斯坦布尔众多真挚的知己、城市浮华的尘世生活，尤其是那远超我本分、却毫无结果的声名与荣誉，使我暂时忘记那个决定。仿佛那异乡之夜是我生命之眼中光明的黑色，而伊斯坦布尔明亮浮华的白昼，是那只眼睛无光的白色；它看不见前方，又沉睡了两年，直到至大救援者盖拉尼以《幽隐的开拓》再次使我的眼睛睁开。</w:t>
      </w:r>
    </w:p>
    <w:p>
      <w:r>
        <w:rPr>
          <w:rFonts w:ascii="Times New Roman" w:hAnsi="Times New Roman" w:eastAsia="Noto Serif SC" w:cs="Amiri"/>
          <w:lang w:val="zh-CN" w:eastAsia="zh-CN" w:bidi="ar-SA"/>
          <w:color w:val="000000"/>
          <w:rtl w:val="0"/>
        </w:rPr>
        <w:t>老年男女啊！你们当知道：老年中的虚弱与无力，会引来Allah的慈悯与眷顾。正如我亲身经历许多事件所见证的，大地上慈悯的彰显也极明显地证明这一真理。因为，动物中最无力、最柔弱的是幼崽，而获得慈悯最甜美、最美好彰显的，也正是幼崽。树梢巢中幼崽的无力，把母亲当作最顺从的士兵般驱使——这正是慈悯的彰显。母亲四处奔走，为它带来食物。一旦幼崽的翅膀强壮，忘记自己的无力，母亲就会说：“你去自己寻找食物吧。”不再理会它。</w:t>
      </w:r>
    </w:p>
    <w:p>
      <w:r>
        <w:rPr>
          <w:rFonts w:ascii="Times New Roman" w:hAnsi="Times New Roman" w:eastAsia="Noto Serif SC" w:cs="Amiri"/>
          <w:lang w:val="zh-CN" w:eastAsia="zh-CN" w:bidi="ar-SA"/>
          <w:color w:val="000000"/>
          <w:rtl w:val="0"/>
        </w:rPr>
        <w:t>这一慈悯的奥义既适用于幼崽，也适用于在虚弱与无力方面如同幼崽的老人。我有足以使我完全确信的经验：正如孩子因无力，慈悯会使他们的食物奇迹般从乳头送来、流出；同样，获得纯真的老年信士，也会以福分的形式得到给养。一个家庭的福分支柱是其中的老人；保护一个家庭免遭灾祸的，也是其中弯腰驼背的无辜老人和老年妇女。尊贵的圣训以其中一段</w:t>
      </w:r>
      <w:r>
        <w:rPr>
          <w:rFonts w:ascii="Amiri" w:hAnsi="Amiri" w:eastAsia="Amiri" w:cs="Amiri"/>
          <w:lang w:val="zh-CN" w:eastAsia="zh-CN" w:bidi="ar-SA"/>
          <w:rtl w:val="1"/>
          <w:cs w:val="1"/>
          <w:color w:val="000000"/>
          <w:sz w:val="24"/>
          <w:szCs w:val="24"/>
        </w:rPr>
        <w:t>ﻭَ لَوْلَا ﺍﻟﺸُّﻴُﻮﺥُ ﺍﻟﺮُّﻛَّﻊُ ﻟَﺼُﺐَّ ﻋَﻠَﻴْﻜُﻢُ الْبَلَاءُ ﺻَﺒًّﺎ</w:t>
      </w:r>
      <w:r>
        <w:rPr>
          <w:rFonts w:ascii="Times New Roman" w:hAnsi="Times New Roman" w:eastAsia="Noto Serif SC" w:cs="Amiri"/>
          <w:lang w:val="zh-CN" w:eastAsia="zh-CN" w:bidi="ar-SA"/>
          <w:color w:val="000000"/>
          <w:rtl w:val="0"/>
        </w:rPr>
        <w:t>（假如没有那些弯腰驼背的老人，灾祸必如洪水般倾泻在你们身上）——也就是说：“假如没有你们那些弯腰驼背的老人，灾祸必会如洪流倾泻在你们身上。”——证明了这一真理。</w:t>
      </w:r>
      <w:r>
        <w:rPr>
          <w:rStyle w:val="FootnoteReference"/>
        </w:rPr>
        <w:footnoteReference w:id="43"/>
      </w:r>
    </w:p>
    <w:p>
      <w:r>
        <w:rPr>
          <w:rFonts w:ascii="Times New Roman" w:hAnsi="Times New Roman" w:eastAsia="Noto Serif SC" w:cs="Amiri"/>
          <w:lang w:val="zh-CN" w:eastAsia="zh-CN" w:bidi="ar-SA"/>
          <w:color w:val="000000"/>
          <w:rtl w:val="0"/>
        </w:rPr>
        <w:t>既然老年中的虚弱与无力如此能引来Allah的慈悯，既然至睿《古兰经》以经文</w:t>
      </w:r>
      <w:r>
        <w:rPr>
          <w:rFonts w:ascii="Amiri" w:hAnsi="Amiri" w:eastAsia="Amiri" w:cs="Amiri"/>
          <w:lang w:val="zh-CN" w:eastAsia="zh-CN" w:bidi="ar-SA"/>
          <w:rtl w:val="1"/>
          <w:cs w:val="1"/>
          <w:color w:val="000000"/>
          <w:sz w:val="24"/>
          <w:szCs w:val="24"/>
        </w:rPr>
        <w:t>ﺍِﻣَّﺎ ﻳَﺒْﻠُﻐَﻦَّ ﻋِﻨْﺪَﻙَ ﺍﻟْﻜِﺒَﺮَ ﺍَﺣَﺪُﻫُﻤَٓﺎ ﺍَﻭْ كِلَاهُمَا فَلَا ﺗَﻘُﻞْ ﻟَﻬُﻤَٓﺎ ﺍُﻑٍّ</w:t>
      </w:r>
      <w:r>
        <w:rPr>
          <w:rFonts w:ascii="Times New Roman" w:hAnsi="Times New Roman" w:eastAsia="Noto Serif SC" w:cs="Amiri"/>
          <w:lang w:val="zh-CN" w:eastAsia="zh-CN" w:bidi="ar-SA"/>
          <w:color w:val="000000"/>
          <w:rtl w:val="0"/>
        </w:rPr>
        <w:t xml:space="preserve">（倘若你的父母中有一人或两人在你身边年迈，你不要对他们说“呸”，不要以轻蔑驱逐他们的亲近） </w:t>
      </w:r>
      <w:r>
        <w:rPr>
          <w:rFonts w:ascii="Amiri" w:hAnsi="Amiri" w:eastAsia="Amiri" w:cs="Amiri"/>
          <w:lang w:val="zh-CN" w:eastAsia="zh-CN" w:bidi="ar-SA"/>
          <w:rtl w:val="1"/>
          <w:cs w:val="1"/>
          <w:color w:val="000000"/>
          <w:sz w:val="24"/>
          <w:szCs w:val="24"/>
        </w:rPr>
        <w:t>وَلَا ﺗَﻨْﻬَﺮْﻫُﻤَﺎ</w:t>
      </w:r>
      <w:r>
        <w:rPr>
          <w:rFonts w:ascii="Times New Roman" w:hAnsi="Times New Roman" w:eastAsia="Noto Serif SC" w:cs="Amiri"/>
          <w:lang w:val="zh-CN" w:eastAsia="zh-CN" w:bidi="ar-SA"/>
          <w:color w:val="000000"/>
          <w:rtl w:val="0"/>
        </w:rPr>
        <w:t xml:space="preserve">（也不要呵斥他们，不要以严厉和粗暴伤害他们） </w:t>
      </w:r>
      <w:r>
        <w:rPr>
          <w:rFonts w:ascii="Amiri" w:hAnsi="Amiri" w:eastAsia="Amiri" w:cs="Amiri"/>
          <w:lang w:val="zh-CN" w:eastAsia="zh-CN" w:bidi="ar-SA"/>
          <w:rtl w:val="1"/>
          <w:cs w:val="1"/>
          <w:color w:val="000000"/>
          <w:sz w:val="24"/>
          <w:szCs w:val="24"/>
        </w:rPr>
        <w:t>ﻭَﻗُﻞْ ﻟَﻬُﻤَﺎ قَوْلًا ﻛَﺮ۪ﻳﻤًﺎ</w:t>
      </w:r>
      <w:r>
        <w:rPr>
          <w:rFonts w:ascii="Times New Roman" w:hAnsi="Times New Roman" w:eastAsia="Noto Serif SC" w:cs="Amiri"/>
          <w:lang w:val="zh-CN" w:eastAsia="zh-CN" w:bidi="ar-SA"/>
          <w:color w:val="000000"/>
          <w:rtl w:val="0"/>
        </w:rPr>
        <w:t xml:space="preserve">（要对他们说尊贵、温和而恭敬的话） </w:t>
      </w:r>
      <w:r>
        <w:rPr>
          <w:rFonts w:ascii="Amiri" w:hAnsi="Amiri" w:eastAsia="Amiri" w:cs="Amiri"/>
          <w:lang w:val="zh-CN" w:eastAsia="zh-CN" w:bidi="ar-SA"/>
          <w:rtl w:val="1"/>
          <w:cs w:val="1"/>
          <w:color w:val="000000"/>
          <w:sz w:val="24"/>
          <w:szCs w:val="24"/>
        </w:rPr>
        <w:t>٭ ﻭَﺍﺧْﻔِﺾْ ﻟَﻬُﻤَﺎ ﺟَﻨَﺎﺡَ ﺍﻟﺬُّﻝِّ ﻣِﻦَ ﺍﻟﺮَّﺣْﻤَﺔِ</w:t>
      </w:r>
      <w:r>
        <w:rPr>
          <w:rFonts w:ascii="Times New Roman" w:hAnsi="Times New Roman" w:eastAsia="Noto Serif SC" w:cs="Amiri"/>
          <w:lang w:val="zh-CN" w:eastAsia="zh-CN" w:bidi="ar-SA"/>
          <w:color w:val="000000"/>
          <w:rtl w:val="0"/>
        </w:rPr>
        <w:t xml:space="preserve">（要出于慈悯，向他们低下谦恭与慈爱的翅膀） </w:t>
      </w:r>
      <w:r>
        <w:rPr>
          <w:rFonts w:ascii="Amiri" w:hAnsi="Amiri" w:eastAsia="Amiri" w:cs="Amiri"/>
          <w:lang w:val="zh-CN" w:eastAsia="zh-CN" w:bidi="ar-SA"/>
          <w:rtl w:val="1"/>
          <w:cs w:val="1"/>
          <w:color w:val="000000"/>
          <w:sz w:val="24"/>
          <w:szCs w:val="24"/>
        </w:rPr>
        <w:t>ﻭَﻗُﻞْ ﺭَﺏِّ ﺍﺭْﺣَﻤْﻬُﻤَﺎ ﻛَﻤَﺎ ﺭَﺑَّﻴَﺎﻧ۪ﻰ ﺻَﻐ۪ﻴﺮًﺍ</w:t>
      </w:r>
      <w:r>
        <w:rPr>
          <w:rFonts w:ascii="Times New Roman" w:hAnsi="Times New Roman" w:eastAsia="Noto Serif SC" w:cs="Amiri"/>
          <w:lang w:val="zh-CN" w:eastAsia="zh-CN" w:bidi="ar-SA"/>
          <w:color w:val="000000"/>
          <w:rtl w:val="0"/>
        </w:rPr>
        <w:t>（要说：“我的养育并主宰者啊，求祢慈悯他们，正如他们在我幼小时养育我”），从五个方面以奇迹般的方式召唤子女尊重、怜爱年迈的父母；既然伊斯兰宗教命令尊重、慈悯老人，人的天性也要求尊重、慈悯老人，那么，我们老年人所获得的，不是青春欲望带来的短暂物质乐趣，而是来自Allah重要眷顾和同类柔怜的慈悯与尊重，以及由此而生的精神乐趣。因此，我们绝不应以这老年交换一百次青春。</w:t>
      </w:r>
    </w:p>
    <w:p>
      <w:r>
        <w:rPr>
          <w:rFonts w:ascii="Times New Roman" w:hAnsi="Times New Roman" w:eastAsia="Noto Serif SC" w:cs="Amiri"/>
          <w:lang w:val="zh-CN" w:eastAsia="zh-CN" w:bidi="ar-SA"/>
          <w:color w:val="000000"/>
          <w:rtl w:val="0"/>
        </w:rPr>
        <w:t>是的，我亲自向你们保证：“即使把旧赛义德的十年青春给我，我也不愿交出如今新赛义德的一年老年。”我满意自己的老年，你们也应当满意。</w:t>
      </w:r>
    </w:p>
    <w:p>
      <w:pPr>
        <w:pStyle w:val="Heading2"/>
      </w:pPr>
      <w:r>
        <w:rPr>
          <w:rFonts w:ascii="Times New Roman" w:hAnsi="Times New Roman" w:eastAsia="Noto Serif SC" w:cs="Amiri"/>
          <w:lang w:val="zh-CN" w:eastAsia="zh-CN" w:bidi="ar-SA"/>
          <w:color w:val="000000"/>
          <w:rtl w:val="0"/>
        </w:rPr>
        <w:t>第十项恳求</w:t>
      </w:r>
    </w:p>
    <w:p>
      <w:r>
        <w:rPr>
          <w:rFonts w:ascii="Times New Roman" w:hAnsi="Times New Roman" w:eastAsia="Noto Serif SC" w:cs="Amiri"/>
          <w:lang w:val="zh-CN" w:eastAsia="zh-CN" w:bidi="ar-SA"/>
          <w:color w:val="000000"/>
          <w:rtl w:val="0"/>
        </w:rPr>
        <w:t>有一次，我从囚禁中回来后，在伊斯坦布尔又有一两年疏忽占了上风。政治气氛使我的目光离开自我、分散到外界。一天，我坐在伊斯坦布尔艾优布苏丹墓地一处面朝山谷的高处，眺望伊斯坦布尔四周。忽然，我看见自己的专属世界正在死去，仿佛灵魂在某方面被抽离，一种幻觉般的心境袭来。我说：“难道是这墓地墓碑上的文字，使我产生这样的幻觉？”于是收回目光，不再看远处，只看墓地，心中得到这样的提醒：</w:t>
      </w:r>
    </w:p>
    <w:p>
      <w:r>
        <w:rPr>
          <w:rFonts w:ascii="Times New Roman" w:hAnsi="Times New Roman" w:eastAsia="Noto Serif SC" w:cs="Amiri"/>
          <w:lang w:val="zh-CN" w:eastAsia="zh-CN" w:bidi="ar-SA"/>
          <w:color w:val="000000"/>
          <w:rtl w:val="0"/>
        </w:rPr>
        <w:t>“你周围的这座墓地，已容纳了一百个伊斯坦布尔。因为，伊斯坦布尔曾一百次倾入这里。把伊斯坦布尔所有居民都送入此地的那位至睿全能统治者Allah，祂的判决无人能逃脱，你也不能例外；你也将离去。”</w:t>
      </w:r>
    </w:p>
    <w:p>
      <w:r>
        <w:rPr>
          <w:rFonts w:ascii="Times New Roman" w:hAnsi="Times New Roman" w:eastAsia="Noto Serif SC" w:cs="Amiri"/>
          <w:lang w:val="zh-CN" w:eastAsia="zh-CN" w:bidi="ar-SA"/>
          <w:color w:val="000000"/>
          <w:rtl w:val="0"/>
        </w:rPr>
        <w:t>我带着这可怕的想象离开墓地，像以往多次进入苏丹艾优布清真寺陵墓旁的小房间一样，这次也走了进去。我想：我在三个方面都是过客：我在这小站是过客，在伊斯坦布尔是过客，在尘世也是过客。过客应当想着自己的路。正如我将离开这房间，总有一天也会离开伊斯坦布尔，另一天还会离开尘世。</w:t>
      </w:r>
    </w:p>
    <w:p>
      <w:r>
        <w:rPr>
          <w:rFonts w:ascii="Times New Roman" w:hAnsi="Times New Roman" w:eastAsia="Noto Serif SC" w:cs="Amiri"/>
          <w:lang w:val="zh-CN" w:eastAsia="zh-CN" w:bidi="ar-SA"/>
          <w:color w:val="000000"/>
          <w:rtl w:val="0"/>
        </w:rPr>
        <w:t>就在这种心境中，一种极其柔怜、充满离愁、痛苦的悲伤与忧愁压上我的心头。因为，我不只是失去一两个朋友：我将离开伊斯坦布尔那数千名心爱的朋友，也将离开我深爱的伊斯坦布尔；我将离开尘世间数十万名朋友，也将离开我深爱而迷恋的美丽世界。我这样想着，又走到墓地那处高地。</w:t>
      </w:r>
    </w:p>
    <w:p>
      <w:r>
        <w:rPr>
          <w:rFonts w:ascii="Times New Roman" w:hAnsi="Times New Roman" w:eastAsia="Noto Serif SC" w:cs="Amiri"/>
          <w:lang w:val="zh-CN" w:eastAsia="zh-CN" w:bidi="ar-SA"/>
          <w:color w:val="000000"/>
          <w:rtl w:val="0"/>
        </w:rPr>
        <w:t>我偶尔为鉴戒而去看电影；在电影里，人们把过去的影子带到当下，使死者仿佛站着行走。同样，我也把当时看见的伊斯坦布尔人，看作行走的亡者。我的想象说：“既然这墓中的人有些仿佛能在电影里行走，那么，对那些将来必定进入这墓地的人，你也当把他们看成已经入墓；他们也是正在行走的亡者。”</w:t>
      </w:r>
    </w:p>
    <w:p>
      <w:r>
        <w:rPr>
          <w:rFonts w:ascii="Times New Roman" w:hAnsi="Times New Roman" w:eastAsia="Noto Serif SC" w:cs="Amiri"/>
          <w:lang w:val="zh-CN" w:eastAsia="zh-CN" w:bidi="ar-SA"/>
          <w:color w:val="000000"/>
          <w:rtl w:val="0"/>
        </w:rPr>
        <w:t>忽然，以至睿《古兰经》的光，以至大救援者、导师盖拉尼的引导，那悲伤的心境转为喜悦而快乐的状态。即：</w:t>
      </w:r>
    </w:p>
    <w:p>
      <w:r>
        <w:rPr>
          <w:rFonts w:ascii="Times New Roman" w:hAnsi="Times New Roman" w:eastAsia="Noto Serif SC" w:cs="Amiri"/>
          <w:lang w:val="zh-CN" w:eastAsia="zh-CN" w:bidi="ar-SA"/>
          <w:color w:val="000000"/>
          <w:rtl w:val="0"/>
        </w:rPr>
        <w:t>针对那悲伤，《古兰经》来的光这样提醒我：你在东北方科斯特罗马的异乡时，只有一两名战俘军官朋友。你明知这些朋友迟早会去伊斯坦布尔。若有人问你：“你是要去伊斯坦布尔，还是留在这里？”只要你还有一点理智，就必会欣喜地选择去伊斯坦布尔。因为，一千零一个亲友中，九百九十九个都在伊斯坦布尔；这里只剩一两个，而他们也将前去。你前往伊斯坦布尔，不是悲伤的离别，也不是痛苦的分离。况且你已经来了，难道不高兴吗？你摆脱了敌国漫长而极黑暗的夜晚和极其寒冷、风暴肆虐的冬天，来到这美丽如尘世乐园的伊斯坦布尔。</w:t>
      </w:r>
    </w:p>
    <w:p>
      <w:r>
        <w:rPr>
          <w:rFonts w:ascii="Times New Roman" w:hAnsi="Times New Roman" w:eastAsia="Noto Serif SC" w:cs="Amiri"/>
          <w:lang w:val="zh-CN" w:eastAsia="zh-CN" w:bidi="ar-SA"/>
          <w:color w:val="000000"/>
          <w:rtl w:val="0"/>
        </w:rPr>
        <w:t>同样，从幼年到如今，你所爱的人中，百分之九十九都已迁往那座使你恐惧的墓地。</w:t>
      </w:r>
    </w:p>
    <w:p>
      <w:r>
        <w:rPr>
          <w:rFonts w:ascii="Times New Roman" w:hAnsi="Times New Roman" w:eastAsia="Noto Serif SC" w:cs="Amiri"/>
          <w:lang w:val="zh-CN" w:eastAsia="zh-CN" w:bidi="ar-SA"/>
          <w:color w:val="000000"/>
          <w:rtl w:val="0"/>
        </w:rPr>
        <w:t>你在尘世只剩下一两个朋友，他们也将前往那里。在尘世，死亡不是离别，而是相会，是与那些亲友重逢。我得到提醒：他们——那些永存的灵魂——把旧巢留在地下，有些在群星间遨游，有些在中间世界的各层间遨游。</w:t>
      </w:r>
    </w:p>
    <w:p>
      <w:r>
        <w:rPr>
          <w:rFonts w:ascii="Times New Roman" w:hAnsi="Times New Roman" w:eastAsia="Noto Serif SC" w:cs="Amiri"/>
          <w:lang w:val="zh-CN" w:eastAsia="zh-CN" w:bidi="ar-SA"/>
          <w:color w:val="000000"/>
          <w:rtl w:val="0"/>
        </w:rPr>
        <w:t>是的，《古兰经》与信仰已极其确凿地证明这一真理：只要不是完全无心无灵，或者未被迷误淹没心灵，就应当像亲眼看见一样相信。因为，这位尊贵而至慈的创造者Allah，以无数种恩泽与恩典装饰这个世界，显示祂慷慨而怜爱的养育与主宰；祂连种子般看似微不足道的细小事物也加以保护。人是祂受造之作中最完善、最包容、最重要、最亲爱的作品，祂当然不会如表面所见那样，无情、无结果地消灭、毁灭和抛弃人。相反，至慈的创造者Allah会暂时把祂亲爱的受造之作放入地下——那是一道慈悯之门——使其像农民撒入土中的种子，在另一种生命中抽穗。</w:t>
      </w:r>
      <w:r>
        <w:rPr>
          <w:rStyle w:val="FootnoteReference"/>
        </w:rPr>
        <w:footnoteReference w:id="44"/>
      </w:r>
      <w:r>
        <w:rPr>
          <w:rFonts w:ascii="Times New Roman" w:hAnsi="Times New Roman" w:eastAsia="Noto Serif SC" w:cs="Amiri"/>
          <w:lang w:val="zh-CN" w:eastAsia="zh-CN" w:bidi="ar-SA"/>
          <w:color w:val="000000"/>
          <w:rtl w:val="0"/>
        </w:rPr>
        <w:t>接受这《古兰经》的提醒后，那墓地对我而言比伊斯坦布尔更亲切。独处与隐居，比交谈和交往更使我欢喜。于是，我在海峡边的萨勒耶尔为自己找到一处静居。至大救援者</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（愿Allah喜悦他）以《幽隐的开拓》成为我的导师、医生和引导者；拉巴尼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（愿Allah喜悦他）也以《书信集》成为我的知己、怜爱者和老师。那时，我为进入老年、远离文明的乐趣、退出社会生活而深感欢喜，并感恩Allah。</w:t>
      </w:r>
    </w:p>
    <w:p>
      <w:r>
        <w:rPr>
          <w:rFonts w:ascii="Times New Roman" w:hAnsi="Times New Roman" w:eastAsia="Noto Serif SC" w:cs="Amiri"/>
          <w:lang w:val="zh-CN" w:eastAsia="zh-CN" w:bidi="ar-SA"/>
          <w:color w:val="000000"/>
          <w:rtl w:val="0"/>
        </w:rPr>
        <w:t>像我一样进入老年、因老年的提醒而频频想起死亡的人们啊！以《古兰经》赐予的信仰之光的课程，我们应当以善意看待老年、死亡和疾病，甚至在某些方面加以喜爱。既然我们拥有信仰这样无比珍贵的恩赐，那么老年也好，疾病也好，死亡也好。若有什么不好，那就是罪恶、放纵、宗教中的新生异端和迷误。</w:t>
      </w:r>
    </w:p>
    <w:p>
      <w:pPr>
        <w:pStyle w:val="Heading2"/>
      </w:pPr>
      <w:r>
        <w:rPr>
          <w:rFonts w:ascii="Times New Roman" w:hAnsi="Times New Roman" w:eastAsia="Noto Serif SC" w:cs="Amiri"/>
          <w:lang w:val="zh-CN" w:eastAsia="zh-CN" w:bidi="ar-SA"/>
          <w:color w:val="000000"/>
          <w:rtl w:val="0"/>
        </w:rPr>
        <w:t>第十一项恳求</w:t>
      </w:r>
    </w:p>
    <w:p>
      <w:r>
        <w:rPr>
          <w:rFonts w:ascii="Times New Roman" w:hAnsi="Times New Roman" w:eastAsia="Noto Serif SC" w:cs="Amiri"/>
          <w:lang w:val="zh-CN" w:eastAsia="zh-CN" w:bidi="ar-SA"/>
          <w:color w:val="000000"/>
          <w:rtl w:val="0"/>
        </w:rPr>
        <w:t>我从囚禁中回来后，与已故外甥阿卜杜拉赫曼住在伊斯坦布尔恰姆勒贾山的一座宅邸。就尘世生活而言，我这段生活对我们这类人来说，可算最幸福。因为，我已逃脱囚禁；在智慧院，我以最适合自己学术道路、最崇高的方式成功传播知识；众人对我的尊重和礼遇远超我的本分；我住在伊斯坦布尔位置最美的恰姆勒贾；我的一切都完美。像已故外甥阿卜杜拉赫曼这样极其聪慧、勇于自我牺牲的人，既是学生、仆人、书记，又是我的精神之子，陪伴在我身边。</w:t>
      </w:r>
    </w:p>
    <w:p>
      <w:r>
        <w:rPr>
          <w:rFonts w:ascii="Times New Roman" w:hAnsi="Times New Roman" w:eastAsia="Noto Serif SC" w:cs="Amiri"/>
          <w:lang w:val="zh-CN" w:eastAsia="zh-CN" w:bidi="ar-SA"/>
          <w:color w:val="000000"/>
          <w:rtl w:val="0"/>
        </w:rPr>
        <w:t>正当我自认为比世上任何人都幸福时，我望向镜子，看见头发和胡须中的白发。忽然，囚禁时在科斯特罗马清真寺里的精神觉醒再次开始。受此影响，我开始审视那些我心灵依恋、并以为是尘世幸福源泉的境况和原因。我每审视一项，就发现它腐朽、不值得依恋、只会欺骗。就在那段日子，我在一位自以为最忠诚的朋友身上，看见了意想不到的不忠和做梦也想不到的背信。我对尘世生活产生了恐惧。我对自己说：“莫非我彻底受骗了？我看得很清楚，从真理的角度看，我们这种值得怜悯的境况，却受到许多人羡慕。是这些人都疯了，还是我现在疯了，竟把这些崇拜尘世的人看成疯子？”无论如何……</w:t>
      </w:r>
    </w:p>
    <w:p>
      <w:r>
        <w:rPr>
          <w:rFonts w:ascii="Times New Roman" w:hAnsi="Times New Roman" w:eastAsia="Noto Serif SC" w:cs="Amiri"/>
          <w:lang w:val="zh-CN" w:eastAsia="zh-CN" w:bidi="ar-SA"/>
          <w:color w:val="000000"/>
          <w:rtl w:val="0"/>
        </w:rPr>
        <w:t>在老年带来的强烈觉醒中，我首先看见自己所依恋的短暂事物如何易逝；再看自己，发现自己绝对无力。那时，我的灵魂渴望永存，却因幻想永存而迷恋短暂之物，它以全部力量说：“既然我在身体上也是短暂的，这些短暂之物能给我带来什么好处？既然我无力，又能从这些无力者那里期待什么？我需要一位无始无终的永存者Allah、一位无始全能者Allah来解救我的病痛。”于是开始寻找。</w:t>
      </w:r>
    </w:p>
    <w:p>
      <w:r>
        <w:rPr>
          <w:rFonts w:ascii="Times New Roman" w:hAnsi="Times New Roman" w:eastAsia="Noto Serif SC" w:cs="Amiri"/>
          <w:lang w:val="zh-CN" w:eastAsia="zh-CN" w:bidi="ar-SA"/>
          <w:color w:val="000000"/>
          <w:rtl w:val="0"/>
        </w:rPr>
        <w:t>那时，我首先求教于自己一向所学的知识，开始寻找慰藉和恳求。遗憾的是，此前我把哲学各学与伊斯兰各学一并装入脑海，并错误地把那些哲学学问当作完善的源泉和光明的媒介。其实，那些哲学问题严重污染了我的灵魂，阻碍了我的精神进步。</w:t>
      </w:r>
    </w:p>
    <w:p>
      <w:r>
        <w:rPr>
          <w:rFonts w:ascii="Times New Roman" w:hAnsi="Times New Roman" w:eastAsia="Noto Serif SC" w:cs="Amiri"/>
          <w:lang w:val="zh-CN" w:eastAsia="zh-CN" w:bidi="ar-SA"/>
          <w:color w:val="000000"/>
          <w:rtl w:val="0"/>
        </w:rPr>
        <w:t>忽然，以至高无上的真实主宰Allah的慈悯与慷慨，至睿《古兰经》中的神圣智慧赶来援助。正如许多论著所阐述，它洗去那些哲学问题的污垢，使灵魂洁净。</w:t>
      </w:r>
    </w:p>
    <w:p>
      <w:r>
        <w:rPr>
          <w:rFonts w:ascii="Times New Roman" w:hAnsi="Times New Roman" w:eastAsia="Noto Serif SC" w:cs="Amiri"/>
          <w:lang w:val="zh-CN" w:eastAsia="zh-CN" w:bidi="ar-SA"/>
          <w:color w:val="000000"/>
          <w:rtl w:val="0"/>
        </w:rPr>
        <w:t>尤其是：来自各门智慧学问的精神黑暗，几乎把我淹没在宇宙中。我四处寻找光明，却在那些学问里找不到光，也无法呼吸。直到至睿《古兰经》而来、以</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除祂之外，绝无应受崇拜者；唯有祂才是应受崇拜的主宰）教导的认主独一，以极灿烂的光驱散一切黑暗，我得以轻松呼吸。但自我和恶魔凭从迷误者与哲学之士得来的课程，向理智和心灵进攻。这场进攻中的内心争辩，</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（一切赞美与称颂全归Allah；一切完善与恩赐唯属于祂），以心灵得胜告终。</w:t>
      </w:r>
    </w:p>
    <w:p>
      <w:r>
        <w:rPr>
          <w:rFonts w:ascii="Times New Roman" w:hAnsi="Times New Roman" w:eastAsia="Noto Serif SC" w:cs="Amiri"/>
          <w:lang w:val="zh-CN" w:eastAsia="zh-CN" w:bidi="ar-SA"/>
          <w:color w:val="000000"/>
          <w:rtl w:val="0"/>
        </w:rPr>
        <w:t>那些争辩的一部分已写在许多论著中，此处不再重复。这里只为显示千分之一的心灵胜利，从数千项证据中举出一项，以净化一些老人的心灵——他们青年时在外来智慧或文明科学的名义下，被部分迷误、部分无用学问污染灵魂、使心患病、惯坏自我——并使他们摆脱恶魔和自我在认主独一上的恶。即：</w:t>
      </w:r>
    </w:p>
    <w:p>
      <w:r>
        <w:rPr>
          <w:rFonts w:ascii="Times New Roman" w:hAnsi="Times New Roman" w:eastAsia="Noto Serif SC" w:cs="Amiri"/>
          <w:lang w:val="zh-CN" w:eastAsia="zh-CN" w:bidi="ar-SA"/>
          <w:color w:val="000000"/>
          <w:rtl w:val="0"/>
        </w:rPr>
        <w:t>我的自我以哲学各学代理者的名义说：“宇宙中这些原因，自然会干预这些存在。每件事物都依赖一个原因。果实应当向树索取，谷物应当向土地索取。连最微小的事物也向Allah祈求、向祂哀求，这是什么意思？”</w:t>
      </w:r>
    </w:p>
    <w:p>
      <w:r>
        <w:rPr>
          <w:rFonts w:ascii="Times New Roman" w:hAnsi="Times New Roman" w:eastAsia="Noto Serif SC" w:cs="Amiri"/>
          <w:lang w:val="zh-CN" w:eastAsia="zh-CN" w:bidi="ar-SA"/>
          <w:color w:val="000000"/>
          <w:rtl w:val="0"/>
        </w:rPr>
        <w:t>那时，借《古兰经》之光，认主独一的奥义这样展开。我的心对那哲学化的自我说：</w:t>
      </w:r>
    </w:p>
    <w:p>
      <w:r>
        <w:rPr>
          <w:rFonts w:ascii="Times New Roman" w:hAnsi="Times New Roman" w:eastAsia="Noto Serif SC" w:cs="Amiri"/>
          <w:lang w:val="zh-CN" w:eastAsia="zh-CN" w:bidi="ar-SA"/>
          <w:color w:val="000000"/>
          <w:rtl w:val="0"/>
        </w:rPr>
        <w:t>最微小的事物，也像最大的事物一样，直接来自整个宇宙创造者的权能，出自祂的宝库，不可能有别的情形。原因只是一道帷幕。因为，我们认为最无足轻重、最微小的受造物，在技艺和被造方面，有时比最大的更伟大。苍蝇在技艺上即使不比鸡先进，也不比鸡落后。因此，不能区分大小：要么把一切分给物质原因，要么把一切归于独一者Allah。第一种选择不可能，第二种则必然且必需。</w:t>
      </w:r>
    </w:p>
    <w:p>
      <w:r>
        <w:rPr>
          <w:rFonts w:ascii="Times New Roman" w:hAnsi="Times New Roman" w:eastAsia="Noto Serif SC" w:cs="Amiri"/>
          <w:lang w:val="zh-CN" w:eastAsia="zh-CN" w:bidi="ar-SA"/>
          <w:color w:val="000000"/>
          <w:rtl w:val="0"/>
        </w:rPr>
        <w:t>因为，若把一切归于无始全能者Allah，祂的知识涵盖万有，万有及其秩序和智慧的存在已确凿证实；每一事物的量度都在祂的知识中确定；亲眼可见，每时每刻都有无数技艺精妙的受造之作从无中、以无穷容易被创造。这位全能全知者Allah，如划燃火柴一般，凭</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能创造任何事物；我们已在许多论著中以无数有力证据阐明，特别在《第二十封书信》和《第二十三道闪光》结尾证明了祂的无尽权能。因此，亲眼所见的非凡容易，正来自祂知识的涵盖和权能的宏大。</w:t>
      </w:r>
    </w:p>
    <w:p>
      <w:r>
        <w:rPr>
          <w:rFonts w:ascii="Times New Roman" w:hAnsi="Times New Roman" w:eastAsia="Noto Serif SC" w:cs="Amiri"/>
          <w:lang w:val="zh-CN" w:eastAsia="zh-CN" w:bidi="ar-SA"/>
          <w:color w:val="000000"/>
          <w:rtl w:val="0"/>
        </w:rPr>
        <w:t>譬如，一本以看不见的隐形墨水写成的书，若涂上专门显现文字的药剂，整部大书就会立刻向每只眼睛显现，让人读出来。同样，在无始全能者Allah涵盖一切的知识中，每一事物的特定形态都由确定的量度界定。绝对全能者Allah凭</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（存在吧！它便依命而存在）的号令、无尽的权能和贯通的意志，把作为权能彰显的力量，像涂在那文字上的药剂一样，极其容易地施于那精神本质，使事物获得外在存在，向眼睛显现，让人读出祂智慧的纹饰。</w:t>
      </w:r>
    </w:p>
    <w:p>
      <w:r>
        <w:rPr>
          <w:rFonts w:ascii="Times New Roman" w:hAnsi="Times New Roman" w:eastAsia="Noto Serif SC" w:cs="Amiri"/>
          <w:lang w:val="zh-CN" w:eastAsia="zh-CN" w:bidi="ar-SA"/>
          <w:color w:val="000000"/>
          <w:rtl w:val="0"/>
        </w:rPr>
        <w:t>若万物不都归于无始全能者Allah和全知者Allah，那么，要形成苍蝇这样最微小存在的身体，就必须以特定尺度，从世界的大多数物种中收集；而在那微小苍蝇体内活动的微粒，还必须极其精细地认识苍蝇被造的奥义与完美的技艺，才有可能。</w:t>
      </w:r>
    </w:p>
    <w:p>
      <w:r>
        <w:rPr>
          <w:rFonts w:ascii="Times New Roman" w:hAnsi="Times New Roman" w:eastAsia="Noto Serif SC" w:cs="Amiri"/>
          <w:lang w:val="zh-CN" w:eastAsia="zh-CN" w:bidi="ar-SA"/>
          <w:color w:val="000000"/>
          <w:rtl w:val="0"/>
        </w:rPr>
        <w:t>因为，不言自明并得到一切有理智者共识的是：自然原因和物质原因不能从无中创造。因此，即使它们创造，也只能收集。既然只能收集，任何生命体中都含有多数元素和物种的样本，仿佛宇宙的概要、宇宙的种子。这样，就必须用细筛从整棵树上筛取一粒种子，从整个大地表面筛取一个生命体，再用最精密的天平称量并汇集。</w:t>
      </w:r>
    </w:p>
    <w:p>
      <w:r>
        <w:rPr>
          <w:rFonts w:ascii="Times New Roman" w:hAnsi="Times New Roman" w:eastAsia="Noto Serif SC" w:cs="Amiri"/>
          <w:lang w:val="zh-CN" w:eastAsia="zh-CN" w:bidi="ar-SA"/>
          <w:color w:val="000000"/>
          <w:rtl w:val="0"/>
        </w:rPr>
        <w:t>而且，自然原因无知而僵死，没有知识来制定计划、目录、模型或程序，以把作为精神模具的微粒熔铸其中，使其不散乱、不失去秩序。然而，每一事物的形状和形态都可能有无数种；在无数形态与量度中，要让如洪流般奔涌的元素微粒不散乱，以唯一确定的形状和量度，在没有量度、没有模具的情况下，有序地堆成一团，并形成有秩序的生命体，这显然远离可能、或然与理智。心中没有盲者，自会看见。</w:t>
      </w:r>
    </w:p>
    <w:p>
      <w:r>
        <w:rPr>
          <w:rFonts w:ascii="Times New Roman" w:hAnsi="Times New Roman" w:eastAsia="Noto Serif SC" w:cs="Amiri"/>
          <w:lang w:val="zh-CN" w:eastAsia="zh-CN" w:bidi="ar-SA"/>
          <w:color w:val="000000"/>
          <w:rtl w:val="0"/>
        </w:rPr>
        <w:t>是的，凭这一真理，借伟大经文</w:t>
      </w:r>
      <w:r>
        <w:rPr>
          <w:rFonts w:ascii="Amiri" w:hAnsi="Amiri" w:eastAsia="Amiri" w:cs="Amiri"/>
          <w:lang w:val="zh-CN" w:eastAsia="zh-CN" w:bidi="ar-SA"/>
          <w:rtl w:val="1"/>
          <w:cs w:val="1"/>
          <w:color w:val="000000"/>
          <w:sz w:val="24"/>
          <w:szCs w:val="24"/>
        </w:rPr>
        <w:t>ﺍِﻥَّ ﺍﻟَّﺬ۪ﻳﻦَ ﺗَﺪْﻋُﻮﻥَ ﻣِﻦْ ﺩُﻭﻥِ ﺍﻟﻠّٰﻪِ ﻟَﻦْ ﻳَﺨْﻠُﻘُﻮﺍ ﺫُﺑَﺎﺑًﺎ ﻭَﻟَﻮِ ﺍﺟْﺘَﻤَﻌُﻮﺍ ﻟَﻪُ</w:t>
      </w:r>
      <w:r>
        <w:rPr>
          <w:rFonts w:ascii="Times New Roman" w:hAnsi="Times New Roman" w:eastAsia="Noto Serif SC" w:cs="Amiri"/>
          <w:lang w:val="zh-CN" w:eastAsia="zh-CN" w:bidi="ar-SA"/>
          <w:color w:val="000000"/>
          <w:rtl w:val="0"/>
        </w:rPr>
        <w:t>（你们在Allah以外祈求的那些对象，即使全部联合起来，也绝不能创造一只苍蝇）的奥义</w:t>
      </w:r>
      <w:r>
        <w:rPr>
          <w:rStyle w:val="FootnoteReference"/>
        </w:rPr>
        <w:footnoteReference w:id="45"/>
      </w:r>
      <w:r>
        <w:rPr>
          <w:rFonts w:ascii="Times New Roman" w:hAnsi="Times New Roman" w:eastAsia="Noto Serif SC" w:cs="Amiri"/>
          <w:lang w:val="zh-CN" w:eastAsia="zh-CN" w:bidi="ar-SA"/>
          <w:color w:val="000000"/>
          <w:rtl w:val="0"/>
        </w:rPr>
        <w:t>，即使物质原因全部集合，即使它们也有选择，也无法以特定尺度汇集一只苍蝇的身体及其官能。即使汇集起来，也无法使它们停留在那身体的确定量度中。即使使其停留，也无法让那些不断更新、进入身体并活动的微粒有序运作。因此，不言自明，原因不能声称拥有这些事物。可见，它们真正的所有者另有一位。</w:t>
      </w:r>
    </w:p>
    <w:p>
      <w:r>
        <w:rPr>
          <w:rFonts w:ascii="Times New Roman" w:hAnsi="Times New Roman" w:eastAsia="Noto Serif SC" w:cs="Amiri"/>
          <w:lang w:val="zh-CN" w:eastAsia="zh-CN" w:bidi="ar-SA"/>
          <w:color w:val="000000"/>
          <w:rtl w:val="0"/>
        </w:rPr>
        <w:t>是的，它们确有这样一位真正的所有者：凭经文</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对你们的创造和对你们的复起，都只如同创造一个单一的灵魂；在Allah的权能面前，众多与单一并无难易之别）的奥义，祂使整个大地上的生命，都像使一只苍蝇复活一样容易，也像创造一朵花一样创造整个春天。因为，祂不需要收集。祂掌握</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每年春天，祂除无数春季存在的物质元素外，还从无中创造其无数属性、状态与形态；祂的知识中，每一事物的计划、模型、目录和程序都已确定；一切微粒都在祂知识与权能的领域中运动，因此祂如划燃火柴一般，以极致的容易创造万物，没有任何事物会走错一粒微尘的路程。群星是祂顺从的军队，微粒也成为祂秩序井然的军队。</w:t>
      </w:r>
    </w:p>
    <w:p>
      <w:r>
        <w:rPr>
          <w:rFonts w:ascii="Times New Roman" w:hAnsi="Times New Roman" w:eastAsia="Noto Serif SC" w:cs="Amiri"/>
          <w:lang w:val="zh-CN" w:eastAsia="zh-CN" w:bidi="ar-SA"/>
          <w:color w:val="000000"/>
          <w:rtl w:val="0"/>
        </w:rPr>
        <w:t>既然微粒依靠那无始权能行动，按那无始知识的法则工作，那些作品便依那权能而产生。不能因它们人格渺小、看似无足轻重，就小看那些作品。凭归属那权能的力量，一只苍蝇能杀死宁录，一只蚂蚁能毁坏法老的宫殿，一粒微尘般的松树种，能承担如山般巨大松树的重量。我们已在许多论著中证明这一真理：正如士兵凭军人证件归属于君主，便能做出超过自身力量十万倍的事，例如俘虏一位君王；同样，万物凭归属那无始权能，也能实现超出自然原因十万倍的技艺奇迹。</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万物既极具技艺又极易存在，证明它们出自具有涵盖知识的无始全能者Allah。否则，在十万种不可能中，它们不仅无法存在，而且会越出可能范围、进入不可能领域，脱离可能存在的状态、成为不可能，什么也不会存在，其存在也将不可能。</w:t>
      </w:r>
    </w:p>
    <w:p>
      <w:r>
        <w:rPr>
          <w:rFonts w:ascii="Times New Roman" w:hAnsi="Times New Roman" w:eastAsia="Noto Serif SC" w:cs="Amiri"/>
          <w:lang w:val="zh-CN" w:eastAsia="zh-CN" w:bidi="ar-SA"/>
          <w:color w:val="000000"/>
          <w:rtl w:val="0"/>
        </w:rPr>
        <w:t>我的自我是恶魔的临时弟子，是迷误者与哲学之士的代理者；凭这项极其精微、极其有力、极其深刻又极其明证的证据，它沉默了。</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（一切赞美与称颂全归Allah；一切完善与恩赐唯属于祂），它完全归信了，并说：</w:t>
      </w:r>
    </w:p>
    <w:p>
      <w:r>
        <w:rPr>
          <w:rFonts w:ascii="Times New Roman" w:hAnsi="Times New Roman" w:eastAsia="Noto Serif SC" w:cs="Amiri"/>
          <w:lang w:val="zh-CN" w:eastAsia="zh-CN" w:bidi="ar-SA"/>
          <w:color w:val="000000"/>
          <w:rtl w:val="0"/>
        </w:rPr>
        <w:t>是的，我需要这样一位创造者Allah和养育并主宰者Allah：祂知道我最细微的心念和最隐秘的恳求，满足我灵魂最隐秘的需要；为赐我永恒幸福，祂会把整个世界变为后世，移去这世界、建立后世；祂既创造苍蝇，也创造诸天；既把太阳钉在天空的脸上作眼睛，也把微粒安置在我的眼睛中。祂必须有这样的权能。否则，不能创造苍蝇者不能干预我的心念，听不见我灵魂的恳求；不能创造诸天者不能给我永恒幸福。因此，我的养育并主宰者正是祂：祂既修正我的心念，又能在一小时使天空充满又排空云层，也能把尘世变为后世，创造乐园，打开门对我说：“进来吧！”</w:t>
      </w:r>
    </w:p>
    <w:p>
      <w:r>
        <w:rPr>
          <w:rFonts w:ascii="Times New Roman" w:hAnsi="Times New Roman" w:eastAsia="Noto Serif SC" w:cs="Amiri"/>
          <w:lang w:val="zh-CN" w:eastAsia="zh-CN" w:bidi="ar-SA"/>
          <w:color w:val="000000"/>
          <w:rtl w:val="0"/>
        </w:rPr>
        <w:t>我的老年兄弟们啊！你们也因不走运，把一部分生命耗费在无光的外来哲学和科学上，正像我的自我一样。你们当理解，《古兰经》之舌不断宣告的神圣号令</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（除祂之外，绝无应受崇拜者；唯有祂才是应受崇拜的主宰）中，那信仰支柱是何等坚强、何等真实、何等神圣；它在任何方面都不会动摇、损伤或改变，并能驱散一切精神黑暗、医治一切精神创伤。</w:t>
      </w:r>
    </w:p>
    <w:p>
      <w:r>
        <w:rPr>
          <w:rFonts w:ascii="Times New Roman" w:hAnsi="Times New Roman" w:eastAsia="Noto Serif SC" w:cs="Amiri"/>
          <w:lang w:val="zh-CN" w:eastAsia="zh-CN" w:bidi="ar-SA"/>
          <w:color w:val="000000"/>
          <w:rtl w:val="0"/>
        </w:rPr>
        <w:t>把这段漫长经历收入我老年的恳求之门，几乎不是出于我自己的意愿。我并不想写，还担心会使你们厌烦。可以说，是它被命我写下。无论如何，我回到正题。</w:t>
      </w:r>
    </w:p>
    <w:p>
      <w:r>
        <w:rPr>
          <w:rFonts w:ascii="Times New Roman" w:hAnsi="Times New Roman" w:eastAsia="Noto Serif SC" w:cs="Amiri"/>
          <w:lang w:val="zh-CN" w:eastAsia="zh-CN" w:bidi="ar-SA"/>
          <w:color w:val="000000"/>
          <w:rtl w:val="0"/>
        </w:rPr>
        <w:t>头发和胡须中的白发，以及一位忠诚者的不忠，使我厌恶伊斯坦布尔那浮华、表面甜美而精美的尘世生活之乐。自我开始寻找精神乐趣，代替它迷恋的乐趣；又希望在疏忽者眼中冷淡、沉重而不快的老年中，找到慰藉和光明。</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（一切赞美与称颂全归Allah；一切完善与恩赐唯属于祂），我向至高无上的真实主宰Allah献上十万次感恩：我在</w:t>
      </w:r>
      <w:r>
        <w:rPr>
          <w:rFonts w:ascii="Amiri" w:hAnsi="Amiri" w:eastAsia="Amiri" w:cs="Amiri"/>
          <w:lang w:val="zh-CN" w:eastAsia="zh-CN" w:bidi="ar-SA"/>
          <w:rtl w:val="1"/>
          <w:cs w:val="1"/>
          <w:color w:val="000000"/>
          <w:sz w:val="24"/>
          <w:szCs w:val="24"/>
        </w:rPr>
        <w:t>لَا إِلَهَ إِلَّا هُوَ</w:t>
      </w:r>
      <w:r>
        <w:rPr>
          <w:rFonts w:ascii="Times New Roman" w:hAnsi="Times New Roman" w:eastAsia="Noto Serif SC" w:cs="Amiri"/>
          <w:lang w:val="zh-CN" w:eastAsia="zh-CN" w:bidi="ar-SA"/>
          <w:color w:val="000000"/>
          <w:rtl w:val="0"/>
        </w:rPr>
        <w:t>（除Allah之外，绝无应受崇拜者；唯有祂才是应受崇拜的主宰）和认主独一之光中，找到真实、恒常而甜美的信仰乐趣，代替那些虚假、无味、无结果的尘世乐趣；又以那认主独一之光，看见在疏忽者眼中冷淡而沉重的老年，其实轻松、温热而光明。</w:t>
      </w:r>
    </w:p>
    <w:p>
      <w:r>
        <w:rPr>
          <w:rFonts w:ascii="Times New Roman" w:hAnsi="Times New Roman" w:eastAsia="Noto Serif SC" w:cs="Amiri"/>
          <w:lang w:val="zh-CN" w:eastAsia="zh-CN" w:bidi="ar-SA"/>
          <w:color w:val="000000"/>
          <w:rtl w:val="0"/>
        </w:rPr>
        <w:t>老年男女啊！既然你们拥有信仰，又有使信仰明亮、展开的礼拜与恳求，就可以把自己的老年看作永恒的青春，因为你们能借此赢得永恒的青春。真正冷淡、沉重、丑陋、黑暗而痛苦的老年，是迷误者的老年，甚至是他们的青春。应当哭泣的是他们，应当叹息惋惜的是他们。你们这些可敬的老年信士，当说</w:t>
      </w:r>
      <w:r>
        <w:rPr>
          <w:rFonts w:ascii="Amiri" w:hAnsi="Amiri" w:eastAsia="Amiri" w:cs="Amiri"/>
          <w:lang w:val="zh-CN" w:eastAsia="zh-CN" w:bidi="ar-SA"/>
          <w:rtl w:val="1"/>
          <w:cs w:val="1"/>
          <w:color w:val="000000"/>
          <w:sz w:val="24"/>
          <w:szCs w:val="24"/>
        </w:rPr>
        <w:t>ٔﺍَﻟْﺤَﻤْﺪُ ﻟِﻠّٰﻪِ ﻋَﻠٰﻰ ﻛُﻞِّ ﺣَﺎﻝٍ</w:t>
      </w:r>
      <w:r>
        <w:rPr>
          <w:rFonts w:ascii="Times New Roman" w:hAnsi="Times New Roman" w:eastAsia="Noto Serif SC" w:cs="Amiri"/>
          <w:lang w:val="zh-CN" w:eastAsia="zh-CN" w:bidi="ar-SA"/>
          <w:color w:val="000000"/>
          <w:rtl w:val="0"/>
        </w:rPr>
        <w:t>（无论在何种境况中，一切赞美与称颂都归Allah；顺逆皆不能改变祂独配赞美），欢喜地感恩。</w:t>
      </w:r>
    </w:p>
    <w:p>
      <w:pPr>
        <w:pStyle w:val="Heading2"/>
      </w:pPr>
      <w:r>
        <w:rPr>
          <w:rFonts w:ascii="Times New Roman" w:hAnsi="Times New Roman" w:eastAsia="Noto Serif SC" w:cs="Amiri"/>
          <w:lang w:val="zh-CN" w:eastAsia="zh-CN" w:bidi="ar-SA"/>
          <w:color w:val="000000"/>
          <w:rtl w:val="0"/>
        </w:rPr>
        <w:t>第十二项恳求</w:t>
      </w:r>
    </w:p>
    <w:p>
      <w:r>
        <w:rPr>
          <w:rFonts w:ascii="Times New Roman" w:hAnsi="Times New Roman" w:eastAsia="Noto Serif SC" w:cs="Amiri"/>
          <w:lang w:val="zh-CN" w:eastAsia="zh-CN" w:bidi="ar-SA"/>
          <w:color w:val="000000"/>
          <w:rtl w:val="0"/>
        </w:rPr>
        <w:t>有一次，在伊斯帕尔塔省巴尔拉地区，我名为流放，实则遭受折磨的囚禁，孤独无依地在一个村庄里被禁止交往和通信，又病、又老、又在异乡，极其困顿。至高无上的真实主宰Allah出于完满的慈悯，赐我一道与至睿《古兰经》的精义和奥义有关、使我得慰藉的光。我努力借它忘记痛苦、悲伤的境况，能够忘记故乡、亲友和亲人。可是，可叹啊，有一个人我无法忘记：已故的阿卜杜拉赫曼，他既是我的外甥、精神之子、最勇于自我牺牲的学生，也是最勇敢的伙伴。六七年前他离我而去。他不知道我的所在，不能赶来帮助和安慰我；我也不知道他的境况，不能与他通信、互诉苦楚。在我老年之时，正需要这样一位忠诚、自我牺牲的人。</w:t>
      </w:r>
    </w:p>
    <w:p>
      <w:r>
        <w:rPr>
          <w:rFonts w:ascii="Times New Roman" w:hAnsi="Times New Roman" w:eastAsia="Noto Serif SC" w:cs="Amiri"/>
          <w:lang w:val="zh-CN" w:eastAsia="zh-CN" w:bidi="ar-SA"/>
          <w:color w:val="000000"/>
          <w:rtl w:val="0"/>
        </w:rPr>
        <w:t>后来，忽然有人交给我一封信。我打开一看，这封信完全显示阿卜杜拉赫曼的本质；其中一部分已收入《第二十七封书信》的段落中，显示了三项明显的非凡恩迹。那封信曾使我痛哭，如今仍使我哭泣。已故的阿卜杜拉赫曼在信中极其认真而真诚地说，他已厌恶尘世的乐趣；他最大的志向，是来到我身边，像我小时候照顾他一样，在我老年时服侍我；还要在我尘世真正的职责——传扬《古兰经》的奥义——中，以他有能力的笔帮助我。他甚至在信中写道：“把二三十部论著寄给我，我要亲手抄写，也让人抄写，每部作出二三十份。”</w:t>
      </w:r>
    </w:p>
    <w:p>
      <w:r>
        <w:rPr>
          <w:rFonts w:ascii="Times New Roman" w:hAnsi="Times New Roman" w:eastAsia="Noto Serif SC" w:cs="Amiri"/>
          <w:lang w:val="zh-CN" w:eastAsia="zh-CN" w:bidi="ar-SA"/>
          <w:color w:val="000000"/>
          <w:rtl w:val="0"/>
        </w:rPr>
        <w:t>那封信给了我对尘世的强烈希望。我想，自己找到了这位勇敢的学生：他拥有天才般的智慧，以远超亲生儿子的忠诚与联系服侍我。于是，我忘了那折磨的囚禁、孤独、异乡和老年。在那封信之前，他已得到我关于后世信仰而确证的《第十言》的一份抄本。那部论著仿佛是他的解毒良药，治好了他六七年间所受的一切精神创伤。他写下那封信时，仿佛正以坚强而灿烂的信仰等待死期。</w:t>
      </w:r>
    </w:p>
    <w:p>
      <w:r>
        <w:rPr>
          <w:rFonts w:ascii="Times New Roman" w:hAnsi="Times New Roman" w:eastAsia="Noto Serif SC" w:cs="Amiri"/>
          <w:lang w:val="zh-CN" w:eastAsia="zh-CN" w:bidi="ar-SA"/>
          <w:color w:val="000000"/>
          <w:rtl w:val="0"/>
        </w:rPr>
        <w:t>一两个月后，正当我想象借阿卜杜拉赫曼再过幸福的尘世生活时，可叹啊，我忽然收到他的死讯。那消息如此震动我，五年过去，我仍处在它的影响中。那时我所处的折磨囚禁、孤独、异乡、老年和疾病，以超过它们十倍的强度，给我带来离别、柔怜和悲伤。我曾说，已故母亲去世时，我专属世界的一半也随她死去。阿卜杜拉赫曼去世时，我看见留下的另一半世界也死去了，我与尘世的联系彻底断绝。因为，他若还在世上，既能成为我后世职责的有力支点，成为我之后完全接替我的最好继承者，也能成为我在尘世最勇于自我牺牲的慰藉与伙伴。他会是我最聪慧的学生、一位对话者，也是《光明论》药材最可靠的所有者与守护者。</w:t>
      </w:r>
    </w:p>
    <w:p>
      <w:r>
        <w:rPr>
          <w:rFonts w:ascii="Times New Roman" w:hAnsi="Times New Roman" w:eastAsia="Noto Serif SC" w:cs="Amiri"/>
          <w:lang w:val="zh-CN" w:eastAsia="zh-CN" w:bidi="ar-SA"/>
          <w:color w:val="000000"/>
          <w:rtl w:val="0"/>
        </w:rPr>
        <w:t>是的，从人性上说，这样的损失对像我一样的人极其残忍，灼痛人心。表面上我努力忍受，灵魂里却有猛烈的风暴。若非不时来自《古兰经》光明的慰藉使我平静，我根本不可能坚持。那时，我独自到巴尔拉的山谷与山间游走。坐在空旷之地，在悲伤的心境中，往昔与阿卜杜拉赫曼等忠诚学生共度的幸福画面，像电影一样掠过想象；老年与异乡带来的剧烈悲痛，不断击溃我的抵抗。</w:t>
      </w:r>
    </w:p>
    <w:p>
      <w:r>
        <w:rPr>
          <w:rFonts w:ascii="Times New Roman" w:hAnsi="Times New Roman" w:eastAsia="Noto Serif SC" w:cs="Amiri"/>
          <w:lang w:val="zh-CN" w:eastAsia="zh-CN" w:bidi="ar-SA"/>
          <w:color w:val="000000"/>
          <w:rtl w:val="0"/>
        </w:rPr>
        <w:t>忽然，神圣经文</w:t>
      </w:r>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 xml:space="preserve">（万物都要毁灭，唯有祂的容颜长存；一切短暂存在都无法脱离这定命） </w:t>
      </w:r>
      <w:r>
        <w:rPr>
          <w:rFonts w:ascii="Amiri" w:hAnsi="Amiri" w:eastAsia="Amiri" w:cs="Amiri"/>
          <w:lang w:val="zh-CN" w:eastAsia="zh-CN" w:bidi="ar-SA"/>
          <w:rtl w:val="1"/>
          <w:cs w:val="1"/>
          <w:color w:val="000000"/>
          <w:sz w:val="24"/>
          <w:szCs w:val="24"/>
        </w:rPr>
        <w:t>ﻟَﻪُ ﺍﻟْﺤُﻜْﻢُ ﻭَﺍِﻟَﻴْﻪِ ﺗُﺮْﺟَﻌُﻮﻥَ</w:t>
      </w:r>
      <w:r>
        <w:rPr>
          <w:rFonts w:ascii="Times New Roman" w:hAnsi="Times New Roman" w:eastAsia="Noto Serif SC" w:cs="Amiri"/>
          <w:lang w:val="zh-CN" w:eastAsia="zh-CN" w:bidi="ar-SA"/>
          <w:color w:val="000000"/>
          <w:rtl w:val="0"/>
        </w:rPr>
        <w:t>（判决与主权唯属于祂，你们也都将被带回祂那里）的奥义展开，使我说：</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（永存者啊，唯有祢才是永存者）！并借此赐我真实慰藉。是的，我在那空旷山谷、悲伤心境中，借这神圣经文的奥义，如《阶梯与圣行论著》所指出的，看见自己站在三座巨大的葬礼前：</w:t>
      </w:r>
    </w:p>
    <w:p>
      <w:r>
        <w:rPr>
          <w:rFonts w:ascii="Times New Roman" w:hAnsi="Times New Roman" w:eastAsia="Noto Serif SC" w:cs="Amiri"/>
          <w:lang w:val="zh-CN" w:eastAsia="zh-CN" w:bidi="ar-SA"/>
          <w:color w:val="000000"/>
          <w:rtl w:val="0"/>
        </w:rPr>
        <w:t>第一：我看见自己像一块墓碑，立在五十五座坟墓之上；直到五十五岁，已有五十五个赛义德死去，并埋葬在我一生的岁月中。</w:t>
      </w:r>
    </w:p>
    <w:p>
      <w:r>
        <w:rPr>
          <w:rFonts w:ascii="Times New Roman" w:hAnsi="Times New Roman" w:eastAsia="Noto Serif SC" w:cs="Amiri"/>
          <w:lang w:val="zh-CN" w:eastAsia="zh-CN" w:bidi="ar-SA"/>
          <w:color w:val="000000"/>
          <w:rtl w:val="0"/>
        </w:rPr>
        <w:t>第二座葬礼：自阿丹</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（愿Allah赐他平安）以来，我的同类与族类已经死去，葬在过去的坟墓里。我看见自己如蚂蚁般微小的生命，行走在这座时代的表面，而那表面就像那座巨大葬礼的墓碑。</w:t>
      </w:r>
    </w:p>
    <w:p>
      <w:r>
        <w:rPr>
          <w:rFonts w:ascii="Times New Roman" w:hAnsi="Times New Roman" w:eastAsia="Noto Serif SC" w:cs="Amiri"/>
          <w:lang w:val="zh-CN" w:eastAsia="zh-CN" w:bidi="ar-SA"/>
          <w:color w:val="000000"/>
          <w:rtl w:val="0"/>
        </w:rPr>
        <w:t>第三座葬礼：正如人类每年都在地表经历一个流动世界的死亡，借这段经文的奥义，伟大的世界也将死亡；这一情景在我的想象前凝成实体。</w:t>
      </w:r>
    </w:p>
    <w:p>
      <w:r>
        <w:rPr>
          <w:rFonts w:ascii="Times New Roman" w:hAnsi="Times New Roman" w:eastAsia="Noto Serif SC" w:cs="Amiri"/>
          <w:lang w:val="zh-CN" w:eastAsia="zh-CN" w:bidi="ar-SA"/>
          <w:color w:val="000000"/>
          <w:rtl w:val="0"/>
        </w:rPr>
        <w:t>这段尊贵经文以暗示的意义赶来援助，将阿卜杜拉赫曼之死带来的可怕意义完全照亮，赐我真实慰藉和不灭之光：</w:t>
      </w:r>
      <w:r>
        <w:rPr>
          <w:rFonts w:ascii="Amiri" w:hAnsi="Amiri" w:eastAsia="Amiri" w:cs="Amiri"/>
          <w:lang w:val="zh-CN" w:eastAsia="zh-CN" w:bidi="ar-SA"/>
          <w:rtl w:val="1"/>
          <w:cs w:val="1"/>
          <w:color w:val="000000"/>
          <w:sz w:val="24"/>
          <w:szCs w:val="24"/>
        </w:rPr>
        <w:t>ﻓَﺎِﻥْ ﺗَﻮَﻟَّﻮْﺍ ﻓَﻘُﻞْ ﺣَﺴْﺒِﻰَ ﺍﻟﻠّٰﻪُ</w:t>
      </w:r>
      <w:r>
        <w:rPr>
          <w:rFonts w:ascii="Times New Roman" w:hAnsi="Times New Roman" w:eastAsia="Noto Serif SC" w:cs="Amiri"/>
          <w:lang w:val="zh-CN" w:eastAsia="zh-CN" w:bidi="ar-SA"/>
          <w:color w:val="000000"/>
          <w:rtl w:val="0"/>
        </w:rPr>
        <w:t xml:space="preserve">（若他们转身背离，你就说：“Allah足以为我依靠，祂已满足我的一切需要”） </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 xml:space="preserve">（除祂之外，绝无应受崇拜者；唯有祂才是应受崇拜的主宰） </w:t>
      </w:r>
      <w:r>
        <w:rPr>
          <w:rFonts w:ascii="Amiri" w:hAnsi="Amiri" w:eastAsia="Amiri" w:cs="Amiri"/>
          <w:lang w:val="zh-CN" w:eastAsia="zh-CN" w:bidi="ar-SA"/>
          <w:rtl w:val="1"/>
          <w:cs w:val="1"/>
          <w:color w:val="000000"/>
          <w:sz w:val="24"/>
          <w:szCs w:val="24"/>
        </w:rPr>
        <w:t>ﻋَﻠَﻴْﻪِ ﺗَﻮَﻛَّﻠْﺖُ</w:t>
      </w:r>
      <w:r>
        <w:rPr>
          <w:rFonts w:ascii="Times New Roman" w:hAnsi="Times New Roman" w:eastAsia="Noto Serif SC" w:cs="Amiri"/>
          <w:lang w:val="zh-CN" w:eastAsia="zh-CN" w:bidi="ar-SA"/>
          <w:color w:val="000000"/>
          <w:rtl w:val="0"/>
        </w:rPr>
        <w:t xml:space="preserve">（我只托靠祂，把一切事务交托给祂） </w:t>
      </w:r>
      <w:r>
        <w:rPr>
          <w:rFonts w:ascii="Amiri" w:hAnsi="Amiri" w:eastAsia="Amiri" w:cs="Amiri"/>
          <w:lang w:val="zh-CN" w:eastAsia="zh-CN" w:bidi="ar-SA"/>
          <w:rtl w:val="1"/>
          <w:cs w:val="1"/>
          <w:color w:val="000000"/>
          <w:sz w:val="24"/>
          <w:szCs w:val="24"/>
        </w:rPr>
        <w:t>ﻭَﻫُﻮَ ﺭَﺏُّ ﺍﻟْﻌَﺮْﺵِ ﺍﻟْﻌَﻈ۪ﻴﻢِ</w:t>
      </w:r>
      <w:r>
        <w:rPr>
          <w:rFonts w:ascii="Times New Roman" w:hAnsi="Times New Roman" w:eastAsia="Noto Serif SC" w:cs="Amiri"/>
          <w:lang w:val="zh-CN" w:eastAsia="zh-CN" w:bidi="ar-SA"/>
          <w:color w:val="000000"/>
          <w:rtl w:val="0"/>
        </w:rPr>
        <w:t>（祂是伟大至高宝座的养育并主宰者，一切权能与统治都归于祂）。是的，这段经文告诉我：既然至高无上的真实主宰Allah存在，祂便胜过一切。既然祂永存，祂当然足够。祂眷顾的一次彰显，便抵得上整个世界；祂光明的一次彰显，便给那三座巨大葬礼带来精神生命，表明它们并非葬礼，而是已完成职责、前往别的世界。</w:t>
      </w:r>
    </w:p>
    <w:p>
      <w:r>
        <w:rPr>
          <w:rFonts w:ascii="Times New Roman" w:hAnsi="Times New Roman" w:eastAsia="Noto Serif SC" w:cs="Amiri"/>
          <w:lang w:val="zh-CN" w:eastAsia="zh-CN" w:bidi="ar-SA"/>
          <w:color w:val="000000"/>
          <w:rtl w:val="0"/>
        </w:rPr>
        <w:t>《第三道闪光》已经解释这一奥义，因此这里我只说：那段以</w:t>
      </w:r>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 xml:space="preserve">（万物都要毁灭，唯有祂的容颜长存）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（直至经文所引部分，判决与归返都归于祂）表达意义的经文，以及两次</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（永存者啊，唯有祢才是永存者）！把我从极其痛苦的悲伤心境中救出。即：</w:t>
      </w:r>
    </w:p>
    <w:p>
      <w:r>
        <w:rPr>
          <w:rFonts w:ascii="Times New Roman" w:hAnsi="Times New Roman" w:eastAsia="Noto Serif SC" w:cs="Amiri"/>
          <w:lang w:val="zh-CN" w:eastAsia="zh-CN" w:bidi="ar-SA"/>
          <w:color w:val="000000"/>
          <w:rtl w:val="0"/>
        </w:rPr>
        <w:t>我第一次说</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（永存者啊，唯有祢才是永存者），便开始了一种如手术治疗般的医治，治疗那无数精神创伤——它们来自世界以及阿卜杜拉赫曼等我无比牵挂之人的消逝，以及我与他们联系的断裂。</w:t>
      </w:r>
    </w:p>
    <w:p>
      <w:r>
        <w:rPr>
          <w:rFonts w:ascii="Times New Roman" w:hAnsi="Times New Roman" w:eastAsia="Noto Serif SC" w:cs="Amiri"/>
          <w:lang w:val="zh-CN" w:eastAsia="zh-CN" w:bidi="ar-SA"/>
          <w:color w:val="000000"/>
          <w:rtl w:val="0"/>
        </w:rPr>
        <w:t>第二次说</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祢才是永存者），这句话成了那无数精神创伤的药膏与解毒良药。也就是说：祢是永存的；逝去的尽管逝去，祢已足够。既然祢永存，祢慈悯的一次彰显便足以代替一切消逝之物。既然祢存在，那么，知道以信仰归属于祢、并以伊斯兰的奥义按此归属行事的人，便拥有一切。我想：消亡与消逝、死亡与无有，只是一道帷幕、一次更新，如同游历不同的站点。于是，那残忍、离愁、悲伤、痛苦、黑暗而可怕的精神状态，完全转为喜悦、快乐、甜美、光明、可爱而亲切的状态。我的口舌、心灵，乃至我身体的一切微粒，都以状态之语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w:t>
      </w:r>
    </w:p>
    <w:p>
      <w:r>
        <w:rPr>
          <w:rFonts w:ascii="Times New Roman" w:hAnsi="Times New Roman" w:eastAsia="Noto Serif SC" w:cs="Amiri"/>
          <w:lang w:val="zh-CN" w:eastAsia="zh-CN" w:bidi="ar-SA"/>
          <w:color w:val="000000"/>
          <w:rtl w:val="0"/>
        </w:rPr>
        <w:t>那道慈悯彰显的千分之一是：我从那悲伤谷地、悲伤心境回到巴尔拉，看见名叫库雷奥内·穆斯塔法的青年，来问我有关礼拜前净礼和礼拜的几个实际问题。虽然我那时不接见客人，却仿佛凭预感，在他灵魂中读到了他的纯诚和日后将为《光明论》作出的宝贵服务</w:t>
      </w:r>
      <w:r>
        <w:rPr>
          <w:rStyle w:val="FootnoteReference"/>
        </w:rPr>
        <w:footnoteReference w:id="46"/>
      </w:r>
      <w:r>
        <w:rPr>
          <w:rFonts w:ascii="Times New Roman" w:hAnsi="Times New Roman" w:eastAsia="Noto Serif SC" w:cs="Amiri"/>
          <w:lang w:val="zh-CN" w:eastAsia="zh-CN" w:bidi="ar-SA"/>
          <w:color w:val="000000"/>
          <w:rtl w:val="0"/>
        </w:rPr>
        <w:t>。我没有让他回去，接纳了他</w:t>
      </w:r>
      <w:r>
        <w:rPr>
          <w:rStyle w:val="FootnoteReference"/>
        </w:rPr>
        <w:footnoteReference w:id="47"/>
      </w:r>
      <w:r>
        <w:rPr>
          <w:rFonts w:ascii="Times New Roman" w:hAnsi="Times New Roman" w:eastAsia="Noto Serif SC" w:cs="Amiri"/>
          <w:lang w:val="zh-CN" w:eastAsia="zh-CN" w:bidi="ar-SA"/>
          <w:color w:val="000000"/>
          <w:rtl w:val="0"/>
        </w:rPr>
        <w:t>。后来才明白：在《光明论》的服务中，至高无上的真实主宰Allah把穆斯塔法作为典范赐给我，代替阿卜杜拉赫曼——他将在我之后成为最好的继承者，完全履行真正继承者的职责。仿佛祂说：“我从你身边带走一个阿卜杜拉赫曼，却要在这项宗教职责中，赐给你三十个如你所见穆斯塔法般的阿卜杜拉赫曼；他们既是学生，又是外甥、精神之子、兄弟和自我牺牲的伙伴。”是的，</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（一切赞美与称颂全归Allah；一切完善与恩赐唯属于祂，万有都仰赖祂，祂在无始无终中独配一切赞美），祂赐下了三十个阿卜杜拉赫曼。</w:t>
      </w:r>
    </w:p>
    <w:p>
      <w:r>
        <w:rPr>
          <w:rFonts w:ascii="Times New Roman" w:hAnsi="Times New Roman" w:eastAsia="Noto Serif SC" w:cs="Amiri"/>
          <w:lang w:val="zh-CN" w:eastAsia="zh-CN" w:bidi="ar-SA"/>
          <w:color w:val="000000"/>
          <w:rtl w:val="0"/>
        </w:rPr>
        <w:t>那时我说：哭泣的心灵啊！既然你已看见这个例证，并借它医治了你那些精神创伤中最严重的一处，那么你也应当确信，其余一切使你悲痛的创伤，同样都能得到医治。</w:t>
      </w:r>
    </w:p>
    <w:p>
      <w:r>
        <w:rPr>
          <w:rFonts w:ascii="Times New Roman" w:hAnsi="Times New Roman" w:eastAsia="Noto Serif SC" w:cs="Amiri"/>
          <w:lang w:val="zh-CN" w:eastAsia="zh-CN" w:bidi="ar-SA"/>
          <w:color w:val="000000"/>
          <w:rtl w:val="0"/>
        </w:rPr>
        <w:t>我这样在暮年失去至爱子女或亲属、背上已压着衰老重担、头上又加上离别所致深沉忧愁的老年兄弟和老年姊妹们啊！你们已经明白我的境况；我的境况比你们的更为剧烈，既然这样一段尊贵经文医治了它，带来了痊愈，那么，至睿《古兰经》的神圣药房里，当然也备有能医治你们一切病痛的药物。若你们以信仰向它求告，并以崇拜功修使用那些药物，压在你们背上与头上的衰老和忧愁重担，必将大大减轻。</w:t>
      </w:r>
    </w:p>
    <w:p>
      <w:r>
        <w:rPr>
          <w:rFonts w:ascii="Times New Roman" w:hAnsi="Times New Roman" w:eastAsia="Noto Serif SC" w:cs="Amiri"/>
          <w:lang w:val="zh-CN" w:eastAsia="zh-CN" w:bidi="ar-SA"/>
          <w:color w:val="000000"/>
          <w:rtl w:val="0"/>
        </w:rPr>
        <w:t>本论述之所以写得较长，其奥义在于想让你们为已故的阿卜杜拉赫曼多多祈求慈悯。愿这不使你们厌烦。我之所以要把那会使你们更加痛苦、最为凄惨、最令人憎恶而惊惧、最为可怕的创伤，以极其令人难受、悲痛的情形展示给你们，目的正是要向你们表明：至睿《古兰经》神圣的解毒良药，究竟是怎样一种非凡的药物、怎样一道灿烂的光。</w:t>
      </w:r>
    </w:p>
    <w:p>
      <w:pPr>
        <w:pStyle w:val="Heading2"/>
      </w:pPr>
      <w:r>
        <w:rPr>
          <w:rFonts w:ascii="Times New Roman" w:hAnsi="Times New Roman" w:eastAsia="Noto Serif SC" w:cs="Amiri"/>
          <w:lang w:val="zh-CN" w:eastAsia="zh-CN" w:bidi="ar-SA"/>
          <w:color w:val="000000"/>
          <w:rtl w:val="0"/>
        </w:rPr>
        <w:t>第十三项恳求</w:t>
      </w:r>
    </w:p>
    <w:p>
      <w:r>
        <w:rPr>
          <w:rStyle w:val="FootnoteReference"/>
        </w:rPr>
        <w:footnoteReference w:id="48"/>
      </w:r>
      <w:r>
        <w:rPr>
          <w:rFonts w:ascii="Times New Roman" w:hAnsi="Times New Roman" w:eastAsia="Noto Serif SC" w:cs="Amiri"/>
          <w:lang w:val="zh-CN" w:eastAsia="zh-CN" w:bidi="ar-SA"/>
          <w:color w:val="000000"/>
          <w:rtl w:val="0"/>
        </w:rPr>
        <w:t>这项恳求要谈我人生经历中重要的一幕，篇幅想必会有些长。希望你们不要厌烦，也不要见怪。</w:t>
      </w:r>
    </w:p>
    <w:p>
      <w:r>
        <w:rPr>
          <w:rFonts w:ascii="Times New Roman" w:hAnsi="Times New Roman" w:eastAsia="Noto Serif SC" w:cs="Amiri"/>
          <w:lang w:val="zh-CN" w:eastAsia="zh-CN" w:bidi="ar-SA"/>
          <w:color w:val="000000"/>
          <w:rtl w:val="0"/>
        </w:rPr>
        <w:t>世界大战中，我摆脱俄国人的囚禁之后，在伊斯坦布尔从事了两三年宗教服务，这项职责使我留在智慧院。随后，在至睿《古兰经》的引导、至大救援者的精神助佑和暮年带来的觉醒之下，我对伊斯坦布尔的城市文明生活感到厌倦，对浮华的社会生活产生厌憎。那种被称为思念归乡的怀乡之情，驱使我回到故乡。我想：“既然终有一死，就让我死在故乡吧。”于是前往凡城。</w:t>
      </w:r>
    </w:p>
    <w:p>
      <w:r>
        <w:rPr>
          <w:rFonts w:ascii="Times New Roman" w:hAnsi="Times New Roman" w:eastAsia="Noto Serif SC" w:cs="Amiri"/>
          <w:lang w:val="zh-CN" w:eastAsia="zh-CN" w:bidi="ar-SA"/>
          <w:color w:val="000000"/>
          <w:rtl w:val="0"/>
        </w:rPr>
        <w:t>首先，我前往探望我在凡城那所名为霍尔霍尔的学府。只见它也像凡城其他房舍一样，在俄国入侵时被亚美尼亚人烧毁了。凡城著名的城堡由一整块如山般的岩石构成；我的学府就在它正下方，与它紧紧相接。七八年前我离开之时，学府里那些真正如朋友、兄弟、知己般的学生，他们的身影一一浮现在眼前。那些勇于自我牺牲的伙伴，有些成了真正的殉道者，另一些也因那场灾祸而在精神上成了殉道者，离开了人世。</w:t>
      </w:r>
    </w:p>
    <w:p>
      <w:r>
        <w:rPr>
          <w:rFonts w:ascii="Times New Roman" w:hAnsi="Times New Roman" w:eastAsia="Noto Serif SC" w:cs="Amiri"/>
          <w:lang w:val="zh-CN" w:eastAsia="zh-CN" w:bidi="ar-SA"/>
          <w:color w:val="000000"/>
          <w:rtl w:val="0"/>
        </w:rPr>
        <w:t>我禁不住哭泣，登上城堡顶端——它高出学府约有两座宣礼塔的高度，俯视着学府——坐了下来。我的神思回到七八年前。因为想象力很强，它带我在那段时光里漫游了许久。四周无人把我从想象中唤醒、拉回现实，因为我孤身一人。七八年间，每当我睁开眼睛，都看见仿佛已过百年的巨变。我看见学府周围城堡山脚的城区，从上到下全被烧毁、毁坏殆尽。看着眼前之景，再回想从前所见，我仿佛两百年后重临人世，以这般悲怆的目光观望。那些房屋里的居民，大多曾是我的朋友和知己。他们中的绝大多数已在迁徙中去世，在异乡陷入悲惨境地；</w:t>
      </w:r>
      <w:r>
        <w:rPr>
          <w:rFonts w:ascii="Amiri" w:hAnsi="Amiri" w:eastAsia="Amiri" w:cs="Amiri"/>
          <w:lang w:val="zh-CN" w:eastAsia="zh-CN" w:bidi="ar-SA"/>
          <w:rtl w:val="1"/>
          <w:cs w:val="1"/>
          <w:color w:val="000000"/>
          <w:sz w:val="24"/>
          <w:szCs w:val="24"/>
        </w:rPr>
        <w:t>رَحِمَهُمُ اللَّهُ</w:t>
      </w:r>
      <w:r>
        <w:rPr>
          <w:rFonts w:ascii="Times New Roman" w:hAnsi="Times New Roman" w:eastAsia="Noto Serif SC" w:cs="Amiri"/>
          <w:lang w:val="zh-CN" w:eastAsia="zh-CN" w:bidi="ar-SA"/>
          <w:color w:val="000000"/>
          <w:rtl w:val="0"/>
        </w:rPr>
        <w:t>（愿Allah慈悯他们）。我还看见，除亚美尼亚街区外，凡城所有穆斯林的房舍都遭毁坏。我的心灵从最深处作痛。这景象如此刺痛我的柔怜，即使我有千百双眼睛，也会一齐哭泣。</w:t>
      </w:r>
    </w:p>
    <w:p>
      <w:r>
        <w:rPr>
          <w:rFonts w:ascii="Times New Roman" w:hAnsi="Times New Roman" w:eastAsia="Noto Serif SC" w:cs="Amiri"/>
          <w:lang w:val="zh-CN" w:eastAsia="zh-CN" w:bidi="ar-SA"/>
          <w:color w:val="000000"/>
          <w:rtl w:val="0"/>
        </w:rPr>
        <w:t>我从异乡返回故乡，原以为已摆脱异乡之感。可叹啊，我在故乡看见了最为可怕的异乡之苦。我看见，数以百计的学生和朋友，像第十二项恳求中谈到的阿卜杜拉赫曼一样，与我的灵魂深切相连，如今却已在坟墓之中；而那些知己的居所，也已化作废墟。一位我素来铭记的人物曾说过一句话，我从前不能完全看清它的意义；面对那悲伤的景象，我才看清了它的全部意义。那句话是：</w:t>
      </w:r>
      <w:r>
        <w:rPr>
          <w:rFonts w:ascii="Amiri" w:hAnsi="Amiri" w:eastAsia="Amiri" w:cs="Amiri"/>
          <w:lang w:val="zh-CN" w:eastAsia="zh-CN" w:bidi="ar-SA"/>
          <w:rtl w:val="1"/>
          <w:cs w:val="1"/>
          <w:color w:val="000000"/>
          <w:sz w:val="24"/>
          <w:szCs w:val="24"/>
        </w:rPr>
        <w:t>لَوْلَا ﻣُﻔَﺎﺭَﻗَﺔُ الْاَحْبَابِ ﻣَﺎ ﻭَﺟَﺪَﺕْ ﻟَﻬَﺎ ﺍﻟْﻤَﻨَﺎﻳَﺎ ﺍِﻟٰﻰ ﺍَﺭْﻭَﺍﺣِﻨَﺎ سُبُلًا</w:t>
      </w:r>
      <w:r>
        <w:rPr>
          <w:rFonts w:ascii="Times New Roman" w:hAnsi="Times New Roman" w:eastAsia="Noto Serif SC" w:cs="Amiri"/>
          <w:lang w:val="zh-CN" w:eastAsia="zh-CN" w:bidi="ar-SA"/>
          <w:color w:val="000000"/>
          <w:rtl w:val="0"/>
        </w:rPr>
        <w:t>（倘若没有与至爱亲友的离别，死亡便找不到通往我们灵魂的道路，不能前来将它们取走）。也就是说：“如果没有与亲友离别，死亡便找不到通往我们灵魂的路，不能前来把灵魂取走。”可见，最使人死亡的，正是与亲友离别。是的，没有任何事物曾像那境况一样灼痛我、使我哭泣。若非来自《古兰经》和信仰的援助，那份忧愁、那份哀伤、那份悲痛，几乎会产生使我灵魂飞散的影响。</w:t>
      </w:r>
    </w:p>
    <w:p>
      <w:r>
        <w:rPr>
          <w:rFonts w:ascii="Times New Roman" w:hAnsi="Times New Roman" w:eastAsia="Noto Serif SC" w:cs="Amiri"/>
          <w:lang w:val="zh-CN" w:eastAsia="zh-CN" w:bidi="ar-SA"/>
          <w:color w:val="000000"/>
          <w:rtl w:val="0"/>
        </w:rPr>
        <w:t>自古以来的诗人，都曾在诗中为与友人相见的居所在时光流逝后变成废墟而哭泣。而其中最充满离别之痛的一幕，却是我亲眼看见的。仿佛一个人两百年后造访至爱友人的居所，怀着他的那种悲伤，我的灵魂与心灵都助着我的眼睛，一同哭泣。那时，眼前已化为废墟的地方，曾经极其繁荣、热闹、欢乐而充满喜悦；我在那里以近二十年的教学，与珍贵的学生们度过最甜美的生活。那些美好时光，犹如一幅幅电影画面，相继苏醒显现，随后又仿佛死去般消逝；这番景象在我的想象中持续了许久。</w:t>
      </w:r>
    </w:p>
    <w:p>
      <w:r>
        <w:rPr>
          <w:rFonts w:ascii="Times New Roman" w:hAnsi="Times New Roman" w:eastAsia="Noto Serif SC" w:cs="Amiri"/>
          <w:lang w:val="zh-CN" w:eastAsia="zh-CN" w:bidi="ar-SA"/>
          <w:color w:val="000000"/>
          <w:rtl w:val="0"/>
        </w:rPr>
        <w:t>那时，我对逐世者的境况大为惊异：他们怎能如此欺骗自己？因为那种境况不言自明地表明，世界完全是易逝的，人不过是其中的过客。真理之人反复告诫：“世界残忍、诡诈、邪恶，切勿受骗。”我亲眼看见，这些话是何等正确。</w:t>
      </w:r>
    </w:p>
    <w:p>
      <w:r>
        <w:rPr>
          <w:rFonts w:ascii="Times New Roman" w:hAnsi="Times New Roman" w:eastAsia="Noto Serif SC" w:cs="Amiri"/>
          <w:lang w:val="zh-CN" w:eastAsia="zh-CN" w:bidi="ar-SA"/>
          <w:color w:val="000000"/>
          <w:rtl w:val="0"/>
        </w:rPr>
        <w:t>我也亲身体会到，人如何牵挂自己的身体和家宅，也同样牵挂自己的城镇、国家，乃至整个世界。因为我自身因年老柔怜而以双眼哭泣时，面对学府——不仅是它的衰老，更是它的死亡——我恨不得用十双眼睛痛哭；而我那可爱的故国已然半死，我更需要用百双眼睛痛哭。</w:t>
      </w:r>
    </w:p>
    <w:p>
      <w:r>
        <w:rPr>
          <w:rFonts w:ascii="Times New Roman" w:hAnsi="Times New Roman" w:eastAsia="Noto Serif SC" w:cs="Amiri"/>
          <w:lang w:val="zh-CN" w:eastAsia="zh-CN" w:bidi="ar-SA"/>
          <w:color w:val="000000"/>
          <w:rtl w:val="0"/>
        </w:rPr>
        <w:t>圣训传述中说，每天清晨，有一位天使呼唤：</w:t>
      </w:r>
      <w:r>
        <w:rPr>
          <w:rFonts w:ascii="Amiri" w:hAnsi="Amiri" w:eastAsia="Amiri" w:cs="Amiri"/>
          <w:lang w:val="zh-CN" w:eastAsia="zh-CN" w:bidi="ar-SA"/>
          <w:rtl w:val="1"/>
          <w:cs w:val="1"/>
          <w:color w:val="000000"/>
          <w:sz w:val="24"/>
          <w:szCs w:val="24"/>
        </w:rPr>
        <w:t>ﻟِﺪُﻭﺍ ﻟِﻠْﻤَﻮْﺕِ ﻭَﺍﺑْﻨُﻮﺍ ﻟِﻠْﺨَﺮَﺍﺏِ</w:t>
      </w:r>
      <w:r>
        <w:rPr>
          <w:rFonts w:ascii="Times New Roman" w:hAnsi="Times New Roman" w:eastAsia="Noto Serif SC" w:cs="Amiri"/>
          <w:lang w:val="zh-CN" w:eastAsia="zh-CN" w:bidi="ar-SA"/>
          <w:color w:val="000000"/>
          <w:rtl w:val="0"/>
        </w:rPr>
        <w:t>（你们为死亡而诞生、来到世上，又为归于毁坏而建造房屋；生命的降生与建筑的终结，都在这宣告中彼此相映）。也就是说：“你们生来是为了死亡，来到世上；你们建造房屋，是为了让它们归于毁坏。”我所听见的这个真理，不是用耳朵，而是用眼睛。</w:t>
      </w:r>
    </w:p>
    <w:p>
      <w:r>
        <w:rPr>
          <w:rFonts w:ascii="Times New Roman" w:hAnsi="Times New Roman" w:eastAsia="Noto Serif SC" w:cs="Amiri"/>
          <w:lang w:val="zh-CN" w:eastAsia="zh-CN" w:bidi="ar-SA"/>
          <w:color w:val="000000"/>
          <w:rtl w:val="0"/>
        </w:rPr>
        <w:t>是的，那时我的处境曾使我怎样痛哭；十年来，每当我的想象重返那情景，我仍再次哭泣。那座已活数千年的古老城堡，其顶上居所遭到毁坏；它脚下的城市，在短短八年间仿佛苍老了八百岁；城堡脚下我那所极富生机、汇聚亲友的学府已经死亡。为显示它的葬礼所具有的精神宏大——这葬礼昭示整个奥斯曼国家所有学府的死亡——巨大的凡城城堡那一整块岩石，仿佛成了它的墓碑。甚至，七八年前曾在学府里与我同在的已故学生们，也仿佛在坟墓中与我一同哭泣。那座城镇残破的墙壁、散落的石块，也仿佛在与我一同哭泣；我看见它们，就像看见它们正在哭泣。</w:t>
      </w:r>
    </w:p>
    <w:p>
      <w:r>
        <w:rPr>
          <w:rFonts w:ascii="Times New Roman" w:hAnsi="Times New Roman" w:eastAsia="Noto Serif SC" w:cs="Amiri"/>
          <w:lang w:val="zh-CN" w:eastAsia="zh-CN" w:bidi="ar-SA"/>
          <w:color w:val="000000"/>
          <w:rtl w:val="0"/>
        </w:rPr>
        <w:t>我那时明白，自己无法忍受故乡的这种异乡之苦；我想，要么我也该进入坟墓，到他们身边，要么退入山中一处洞穴，在那里等待死期。我说：既然世上有这些令人无法忍受、摧毁坚忍、使人无力抵御、灼痛人心的离别，那么死亡当然比生命更为可取。生命的这种沉重境况，不是能够承受的苦难。</w:t>
      </w:r>
    </w:p>
    <w:p>
      <w:r>
        <w:rPr>
          <w:rFonts w:ascii="Times New Roman" w:hAnsi="Times New Roman" w:eastAsia="Noto Serif SC" w:cs="Amiri"/>
          <w:lang w:val="zh-CN" w:eastAsia="zh-CN" w:bidi="ar-SA"/>
          <w:color w:val="000000"/>
          <w:rtl w:val="0"/>
        </w:rPr>
        <w:t>那时，我把目光转向所谓六方，看见尽皆黑暗。那种由剧烈悲痛而来的疏忽，使世界在我眼中显得可怕、空虚、空荡，仿佛就要塌在我头上。我的灵魂一面寻找依靠的支点，以抵挡无数如敌般灾祸，一面寻求求援的支点，以满足在灵魂中延伸至永恒的无尽愿望，一面期待慰藉，以面对由无数离别、分散、毁坏和死亡而来的悲伤与忧愁；忽然，阐明奇迹的《古兰经》中这段经文的真理显现出来：</w:t>
      </w:r>
      <w:r>
        <w:rPr>
          <w:rFonts w:ascii="Amiri" w:hAnsi="Amiri" w:eastAsia="Amiri" w:cs="Amiri"/>
          <w:lang w:val="zh-CN" w:eastAsia="zh-CN" w:bidi="ar-SA"/>
          <w:rtl w:val="1"/>
          <w:cs w:val="1"/>
          <w:color w:val="000000"/>
          <w:sz w:val="24"/>
          <w:szCs w:val="24"/>
        </w:rPr>
        <w:t>ﺳَﺒَّﺢَ ﻟِﻠّٰﻪِ ﻣَﺎ ﻓِﻰ ﺍﻟﺴَّﻤٰﻮَﺍﺕِ وَالْاَرْضِ ﻭَﻫُﻮَ ﺍﻟْﻌَﺰ۪ﻳﺰُ ﺍﻟْﺤَﻜ۪ﻴﻢُ</w:t>
      </w:r>
      <w:r>
        <w:rPr>
          <w:rFonts w:ascii="Times New Roman" w:hAnsi="Times New Roman" w:eastAsia="Noto Serif SC" w:cs="Amiri"/>
          <w:lang w:val="zh-CN" w:eastAsia="zh-CN" w:bidi="ar-SA"/>
          <w:color w:val="000000"/>
          <w:rtl w:val="0"/>
        </w:rPr>
        <w:t xml:space="preserve">（诸天与大地中的一切，都赞颂Allah超绝一切缺欠，并不断彰显祂的完美；祂确是至强而尊贵者，一切权能归于祂，也确是至睿者，一切作为皆充满智慧） </w:t>
      </w:r>
      <w:r>
        <w:rPr>
          <w:rFonts w:ascii="Amiri" w:hAnsi="Amiri" w:eastAsia="Amiri" w:cs="Amiri"/>
          <w:lang w:val="zh-CN" w:eastAsia="zh-CN" w:bidi="ar-SA"/>
          <w:rtl w:val="1"/>
          <w:cs w:val="1"/>
          <w:color w:val="000000"/>
          <w:sz w:val="24"/>
          <w:szCs w:val="24"/>
        </w:rPr>
        <w:t>٭ ﻟَﻪُ ﻣُﻠْﻚُ ﺍﻟﺴَّﻤٰﻮَﺍﺕِ ﻭَ الْاَرْضِ ﻳُﺤْﻴ۪ﻰ ﻭَ ﻳُﻤ۪ﻴﺖُ ﻭَ ﻫُﻮَ ﻋَﻠٰﻰ ﻛُﻞِّ ﺷَﻰْﺀٍ ﻗَﺪ۪ﻳﺮٌ</w:t>
      </w:r>
      <w:r>
        <w:rPr>
          <w:rFonts w:ascii="Times New Roman" w:hAnsi="Times New Roman" w:eastAsia="Noto Serif SC" w:cs="Amiri"/>
          <w:lang w:val="zh-CN" w:eastAsia="zh-CN" w:bidi="ar-SA"/>
          <w:color w:val="000000"/>
          <w:rtl w:val="0"/>
        </w:rPr>
        <w:t>（诸天与大地的王权唯属于祂；祂赋予生命，也使生命死亡；祂对万事万物确是绝对全能的）。它把我从那柔怜、离别、恐惧而悲伤的想象中拯救出来，使我的眼睛睁开。</w:t>
      </w:r>
    </w:p>
    <w:p>
      <w:r>
        <w:rPr>
          <w:rFonts w:ascii="Times New Roman" w:hAnsi="Times New Roman" w:eastAsia="Noto Serif SC" w:cs="Amiri"/>
          <w:lang w:val="zh-CN" w:eastAsia="zh-CN" w:bidi="ar-SA"/>
          <w:color w:val="000000"/>
          <w:rtl w:val="0"/>
        </w:rPr>
        <w:t>我看见，结果实的树们以枝头的果实，含笑望着我，说：“你也注意我们吧，不要只盯着废墟。”这段尊贵经文的真理如此提醒我：在凡城原野这页纸上，由暂居的人们之手写成、呈现城市形状的人造书文，遭遇所谓俄国入侵的可怕洪水灾祸而被抹去，为什么使你如此悲痛？请看那位真正的所有者、万有的主人和养育并主宰者、无始的纹饰大师Allah：祂在这凡城书页上的诸般书文，仍以极其灿烂的方式延续着；你从前所见的情景，如今仍在不断书写。那些地方空荡、荒芜、空无一人，你为此哭泣，是因为你忘却了它们真正的所有者，不把人们看作过客，而错把他们当成主人。</w:t>
      </w:r>
    </w:p>
    <w:p>
      <w:r>
        <w:rPr>
          <w:rFonts w:ascii="Times New Roman" w:hAnsi="Times New Roman" w:eastAsia="Noto Serif SC" w:cs="Amiri"/>
          <w:lang w:val="zh-CN" w:eastAsia="zh-CN" w:bidi="ar-SA"/>
          <w:color w:val="000000"/>
          <w:rtl w:val="0"/>
        </w:rPr>
        <w:t>然而，从那错误、那灼痛的处境中，一扇真理之门打开了；自我也准备好完全接纳那真理。正如铁块被放入火中，是为使它柔软，从而赋予它美好而有益的形态；同样，那充满悲伤的状态和那可怕的处境也成了火，使我的自我柔软。阐明奇迹的《古兰经》借上述经文的真理，把信仰诸真理的恩泽完整地显示给它，并使它领受。</w:t>
      </w:r>
    </w:p>
    <w:p>
      <w:r>
        <w:rPr>
          <w:rFonts w:ascii="Times New Roman" w:hAnsi="Times New Roman" w:eastAsia="Noto Serif SC" w:cs="Amiri"/>
          <w:lang w:val="zh-CN" w:eastAsia="zh-CN" w:bidi="ar-SA"/>
          <w:color w:val="000000"/>
          <w:rtl w:val="0"/>
        </w:rPr>
        <w:t>是的，</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这段经文的真理，凭信仰的恩泽——正如我们在《第二十封书信》等论著中确证的那样——赐给灵魂与心灵一个依靠的支点，它随各人信仰力量的程度而展开，竟使对Allah的信仰赋予我一种力量，足以面对比那处境的可怕程度强百倍、危害更大的灾祸。它这样提醒我：你的创造者、这片土地的真正所有者Allah，祂的命令之下，万物都被制服；万物的缰绳都在祂手中；你归属于祂，便已足够。</w:t>
      </w:r>
    </w:p>
    <w:p>
      <w:r>
        <w:rPr>
          <w:rFonts w:ascii="Times New Roman" w:hAnsi="Times New Roman" w:eastAsia="Noto Serif SC" w:cs="Amiri"/>
          <w:lang w:val="zh-CN" w:eastAsia="zh-CN" w:bidi="ar-SA"/>
          <w:color w:val="000000"/>
          <w:rtl w:val="0"/>
        </w:rPr>
        <w:t>自从我依靠并认识我的创造者之后，一切呈现敌人姿态的事物都抛弃了敌意；那些令我哭泣的悲伤境况，也开始使我欢喜。而且，正如我们在许多论著中以确凿证据证明的那样，这段经文又借对后世信仰所发出的光，赐给我一个求援的支点，以回应那些无穷愿望。它如此充足，莫说我对渺小、短暂、暂时的尘世亲友所怀的愿望与依恋，即使在无穷无尽的永恒中、在永存世界里、在永恒幸福中，也足以回应我那无穷而长远的愿望。</w:t>
      </w:r>
    </w:p>
    <w:p>
      <w:r>
        <w:rPr>
          <w:rFonts w:ascii="Times New Roman" w:hAnsi="Times New Roman" w:eastAsia="Noto Serif SC" w:cs="Amiri"/>
          <w:lang w:val="zh-CN" w:eastAsia="zh-CN" w:bidi="ar-SA"/>
          <w:color w:val="000000"/>
          <w:rtl w:val="0"/>
        </w:rPr>
        <w:t>因为，祂以慈悯的一道彰显，每年春天在春天的筵席上，把无数技艺精妙而美味的恩赐赏给祂的宾客，作为一顿早餐让他们享用，使他们欢喜一两小时；这些宾客所处之地，是这暂作旅舍的世界中的一站——大地表面。随后，祂又在他们永恒的居所里，以无尽的时间、无穷种类的恩赐填满八座永存的乐园，为自己的仆人预备妥帖。谁凭信仰依靠这位慈悯普及万物而又至慈者Allah的慈悯，并知道自己归属于祂，就必找到这样一个求援的支点：即使是最低层次，也能援助并持续满足无数永恒的愿望。</w:t>
      </w:r>
    </w:p>
    <w:p>
      <w:r>
        <w:rPr>
          <w:rFonts w:ascii="Times New Roman" w:hAnsi="Times New Roman" w:eastAsia="Noto Serif SC" w:cs="Amiri"/>
          <w:lang w:val="zh-CN" w:eastAsia="zh-CN" w:bidi="ar-SA"/>
          <w:color w:val="000000"/>
          <w:rtl w:val="0"/>
        </w:rPr>
        <w:t>同样，借那段经文的真理，从信仰之光而来的光，以极其灿烂的方式显现，把黑暗的六方照得如同白昼。它如此照亮了我留在这所学府和这座城市的学生与朋友身后哭泣的处境，并提醒我：“亲友们所去的世界并不黑暗；他们只是换了地方，你们还会相见。”于是，它使我完全止住了哭泣。它还使我明白，我会在世上找到接替他们、与他们相似的人。是的，</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Allah既借伊斯帕尔塔学府使已故的凡城学府复活，也以更多、更珍贵的学生和朋友，使那里的亲友们得以在精神上复生。</w:t>
      </w:r>
    </w:p>
    <w:p>
      <w:r>
        <w:rPr>
          <w:rFonts w:ascii="Times New Roman" w:hAnsi="Times New Roman" w:eastAsia="Noto Serif SC" w:cs="Amiri"/>
          <w:lang w:val="zh-CN" w:eastAsia="zh-CN" w:bidi="ar-SA"/>
          <w:color w:val="000000"/>
          <w:rtl w:val="0"/>
        </w:rPr>
        <w:t>它还让我知道，世界并非空虚空荡；我把一个遭受毁坏的国家想象成废墟，是错误的。真正的所有者Allah按祂智慧的要求，正在更换由人手造作的人类图景，更新祂的书文。正如一棵树的一些果实被摘下后，原处又长出别的果实，人类中的这种消逝与离别也是一种更新，一种焕新。从信仰的角度看，这不是因失去亲友而生的痛苦悲伤，而是一种焕新，带来一种甘美的忧伤——那是为了将在另一个美好地方重逢而分别的忧伤。</w:t>
      </w:r>
    </w:p>
    <w:p>
      <w:r>
        <w:rPr>
          <w:rFonts w:ascii="Times New Roman" w:hAnsi="Times New Roman" w:eastAsia="Noto Serif SC" w:cs="Amiri"/>
          <w:lang w:val="zh-CN" w:eastAsia="zh-CN" w:bidi="ar-SA"/>
          <w:color w:val="000000"/>
          <w:rtl w:val="0"/>
        </w:rPr>
        <w:t>它也从那可怕的处境中，照亮了宇宙万有看似黑暗的一面。我那时想为这状态感恩，下面这句阿拉伯语来到心中，恰好描绘了那真理。我这样说：</w:t>
      </w:r>
      <w:r>
        <w:rPr>
          <w:rFonts w:ascii="Amiri" w:hAnsi="Amiri" w:eastAsia="Amiri" w:cs="Amiri"/>
          <w:lang w:val="zh-CN" w:eastAsia="zh-CN" w:bidi="ar-SA"/>
          <w:rtl w:val="1"/>
          <w:cs w:val="1"/>
          <w:color w:val="000000"/>
          <w:sz w:val="24"/>
          <w:szCs w:val="24"/>
        </w:rPr>
        <w:t>ﺍَﻟْﺤَﻤْﺪُ ﻟِﻠّٰﻪِ ﻋَﻠٰﻰ ﻧُﻮﺭِ الْا۪يمَانِ</w:t>
      </w:r>
      <w:r>
        <w:rPr>
          <w:rFonts w:ascii="Times New Roman" w:hAnsi="Times New Roman" w:eastAsia="Noto Serif SC" w:cs="Amiri"/>
          <w:lang w:val="zh-CN" w:eastAsia="zh-CN" w:bidi="ar-SA"/>
          <w:color w:val="000000"/>
          <w:rtl w:val="0"/>
        </w:rPr>
        <w:t xml:space="preserve">（一切赞美与称颂全归Allah，因为祂赐下信仰之光；这光使人看清万有真相，一切完善与恩赐唯属于祂） </w:t>
      </w:r>
      <w:r>
        <w:rPr>
          <w:rFonts w:ascii="Amiri" w:hAnsi="Amiri" w:eastAsia="Amiri" w:cs="Amiri"/>
          <w:lang w:val="zh-CN" w:eastAsia="zh-CN" w:bidi="ar-SA"/>
          <w:rtl w:val="1"/>
          <w:cs w:val="1"/>
          <w:color w:val="000000"/>
          <w:sz w:val="24"/>
          <w:szCs w:val="24"/>
        </w:rPr>
        <w:t>ﺍﻟْﻤُﺼَﻮِّﺭِ ﻣَﺎ ﻳُﺘَﻮَﻫَّﻢُ ﺍَﺟَﺎﻧِﺐَ ﺍَﻋْﺪَﺍﺀً ﺍَﻣْﻮَﺍﺗًﺎ ﻣُﻮَﺣِّﺸ۪ﻴﻦَ ﺍَﻳْﺘَﺎﻣًﺎ ﺑَﺎﻛ۪ﻴﻦَ</w:t>
      </w:r>
      <w:r>
        <w:rPr>
          <w:rFonts w:ascii="Times New Roman" w:hAnsi="Times New Roman" w:eastAsia="Noto Serif SC" w:cs="Amiri"/>
          <w:lang w:val="zh-CN" w:eastAsia="zh-CN" w:bidi="ar-SA"/>
          <w:color w:val="000000"/>
          <w:rtl w:val="0"/>
        </w:rPr>
        <w:t xml:space="preserve">（它照见那些被臆想为陌生者、敌人、可怖亡者、孤苦哭泣之孤儿者的真实情状，使眼前的虚妄图景转为真理）  </w:t>
      </w:r>
      <w:r>
        <w:rPr>
          <w:rFonts w:ascii="Amiri" w:hAnsi="Amiri" w:eastAsia="Amiri" w:cs="Amiri"/>
          <w:lang w:val="zh-CN" w:eastAsia="zh-CN" w:bidi="ar-SA"/>
          <w:rtl w:val="1"/>
          <w:cs w:val="1"/>
          <w:color w:val="000000"/>
          <w:sz w:val="24"/>
          <w:szCs w:val="24"/>
        </w:rPr>
        <w:t>ﺍَﻭِﺩَّﺍﺀَ ﺍِﺧْﻮَﺍﻧًﺎ ﺍَﺣْﻴَﺎﺀً ﻣُﻮﻧِﺴ۪ﻴﻦَ ﻣُﺮَﺧَّﺼ۪ﻴﻦَ ﻣَﺴْﺮُﻭﺭ۪ﻳﻦَ ﺫَﺍﻛِﺮ۪ﻳﻦَ ﻣُﺴَﺒِّﺤ۪ﻴﻦَ</w:t>
      </w:r>
      <w:r>
        <w:rPr>
          <w:rFonts w:ascii="Times New Roman" w:hAnsi="Times New Roman" w:eastAsia="Noto Serif SC" w:cs="Amiri"/>
          <w:lang w:val="zh-CN" w:eastAsia="zh-CN" w:bidi="ar-SA"/>
          <w:color w:val="000000"/>
          <w:rtl w:val="0"/>
        </w:rPr>
        <w:t>（又照见他们实为友爱者、兄弟、活着而亲切相伴者、完成职责而获释者、喜乐者、记念Allah并赞颂祂超绝一切缺欠者）。意思是说：“由于那剧烈状态造成的疏忽，宇宙万有在我疏忽自我的臆想中，被显示为一幅可怕图景：有些是陌生者和敌人</w:t>
      </w:r>
      <w:r>
        <w:rPr>
          <w:rStyle w:val="FootnoteReference"/>
        </w:rPr>
        <w:footnoteReference w:id="49"/>
      </w:r>
      <w:r>
        <w:rPr>
          <w:rFonts w:ascii="Times New Roman" w:hAnsi="Times New Roman" w:eastAsia="Noto Serif SC" w:cs="Amiri"/>
          <w:lang w:val="zh-CN" w:eastAsia="zh-CN" w:bidi="ar-SA"/>
          <w:color w:val="000000"/>
          <w:rtl w:val="0"/>
        </w:rPr>
        <w:t>，有些是可怕的亡者，还有些是因孤苦而哭泣的孤儿。我以信仰之光，如亲眼见证般看见：那些看似陌生者和敌人的，其实都是朋友和兄弟；那些可怕的亡者，有些仍然活着、与人亲切相伴，有些则是完成职责后获释的人；那些哭泣孤儿的哀号，原来都是记念与赞颂Allah的低回吟唱。我既以信仰之光看见这些，便向我的创造者、具威严者Allah献上无尽的赞美，因为祂赐给我信仰——那无数恩赐的源泉。并且，在这个世界以及我那与世界同样广阔的私人世界里，我有权凭自己的认识与意愿，把一切存在用于对Allah的赞美和赞颂。从这一角度看，我们同那一切存在中的每一个及其全体，都以它们的状态之语一同说：</w:t>
      </w:r>
      <w:r>
        <w:rPr>
          <w:rFonts w:ascii="Amiri" w:hAnsi="Amiri" w:eastAsia="Amiri" w:cs="Amiri"/>
          <w:lang w:val="zh-CN" w:eastAsia="zh-CN" w:bidi="ar-SA"/>
          <w:rtl w:val="1"/>
          <w:cs w:val="1"/>
          <w:color w:val="000000"/>
          <w:sz w:val="24"/>
          <w:szCs w:val="24"/>
        </w:rPr>
        <w:t>الْحَمْدُ لِلَّهِ عَلَى نُورِ الْإِيمَانِ</w:t>
      </w:r>
      <w:r>
        <w:rPr>
          <w:rFonts w:ascii="Times New Roman" w:hAnsi="Times New Roman" w:eastAsia="Noto Serif SC" w:cs="Amiri"/>
          <w:lang w:val="zh-CN" w:eastAsia="zh-CN" w:bidi="ar-SA"/>
          <w:color w:val="000000"/>
          <w:rtl w:val="0"/>
        </w:rPr>
        <w:t>（一切赞美与称颂全归Allah，因为祂赐下信仰之光；这光使万有呈现真相，一切完善与恩赐唯属于祂）。”</w:t>
      </w:r>
    </w:p>
    <w:p>
      <w:r>
        <w:rPr>
          <w:rFonts w:ascii="Times New Roman" w:hAnsi="Times New Roman" w:eastAsia="Noto Serif SC" w:cs="Amiri"/>
          <w:lang w:val="zh-CN" w:eastAsia="zh-CN" w:bidi="ar-SA"/>
          <w:color w:val="000000"/>
          <w:rtl w:val="0"/>
        </w:rPr>
        <w:t>同样，在那可怕而疏忽的状态中，生命的种种乐趣曾跌至虚无，一切愿望曾全然退缩枯萎，属于我自身的恩赐与乐趣曾被挤压在极狭窄的圈子里，甚至趋于毁灭；忽然，正如我们在其他论著中确证的那样，信仰之光把心灵周围那狭窄的圈子扩展到包容整个宇宙。它使尘世与后世都变成恩赐的筵席、慈悯的托盘，取代霍尔霍尔园中那些已经枯萎、失去乐趣的恩赐。它还把眼、耳、心等人的官能——不止十种，而是上百种——每一种都显示为一只极长的手，可以按每位信士的程度伸向慈悯普及万物者Allah的两张筵席，从四面八方拾取恩赐。为表达这崇高真理，也为感念那无尽恩赐，我当时这样说：</w:t>
      </w:r>
      <w:r>
        <w:rPr>
          <w:rFonts w:ascii="Amiri" w:hAnsi="Amiri" w:eastAsia="Amiri" w:cs="Amiri"/>
          <w:lang w:val="zh-CN" w:eastAsia="zh-CN" w:bidi="ar-SA"/>
          <w:rtl w:val="1"/>
          <w:cs w:val="1"/>
          <w:color w:val="000000"/>
          <w:sz w:val="24"/>
          <w:szCs w:val="24"/>
        </w:rPr>
        <w:t>ﺍَﻟْﺤَﻤْﺪُ ﻟِﻠّٰﻪِ ﻋَﻠٰﻰ ﻧُﻮﺭِ الْا۪يمَانِ</w:t>
      </w:r>
      <w:r>
        <w:rPr>
          <w:rFonts w:ascii="Times New Roman" w:hAnsi="Times New Roman" w:eastAsia="Noto Serif SC" w:cs="Amiri"/>
          <w:lang w:val="zh-CN" w:eastAsia="zh-CN" w:bidi="ar-SA"/>
          <w:color w:val="000000"/>
          <w:rtl w:val="0"/>
        </w:rPr>
        <w:t xml:space="preserve">（一切赞美与称颂全归Allah，因为祂赐下信仰之光；这光使人看清万有真相，一切完善与恩赐唯属于祂） </w:t>
      </w:r>
      <w:r>
        <w:rPr>
          <w:rFonts w:ascii="Amiri" w:hAnsi="Amiri" w:eastAsia="Amiri" w:cs="Amiri"/>
          <w:lang w:val="zh-CN" w:eastAsia="zh-CN" w:bidi="ar-SA"/>
          <w:rtl w:val="1"/>
          <w:cs w:val="1"/>
          <w:color w:val="000000"/>
          <w:sz w:val="24"/>
          <w:szCs w:val="24"/>
        </w:rPr>
        <w:t>ﺍﻟْﻤُﺼَﻮِّﺭِ ﻟِﻠﺪَّﺍﺭَﻳْﻦِ ﻣَﻤْﻠُﻮﺅَﺗَﻴْﻦِ ﻣِﻦَ ﺍﻟﻨِّﻌْﻤَﺔِ ﻭَ ﺍﻟﺮَّﺣْﻤَﺔِ</w:t>
      </w:r>
      <w:r>
        <w:rPr>
          <w:rFonts w:ascii="Times New Roman" w:hAnsi="Times New Roman" w:eastAsia="Noto Serif SC" w:cs="Amiri"/>
          <w:lang w:val="zh-CN" w:eastAsia="zh-CN" w:bidi="ar-SA"/>
          <w:color w:val="000000"/>
          <w:rtl w:val="0"/>
        </w:rPr>
        <w:t xml:space="preserve">（这光照见尘世与后世这两个世界都充满恩赐与慈悯，并向人展示其中无尽的恩惠） </w:t>
      </w:r>
      <w:r>
        <w:rPr>
          <w:rFonts w:ascii="Amiri" w:hAnsi="Amiri" w:eastAsia="Amiri" w:cs="Amiri"/>
          <w:lang w:val="zh-CN" w:eastAsia="zh-CN" w:bidi="ar-SA"/>
          <w:rtl w:val="1"/>
          <w:cs w:val="1"/>
          <w:color w:val="000000"/>
          <w:sz w:val="24"/>
          <w:szCs w:val="24"/>
        </w:rPr>
        <w:t>ﻟِﻜُﻞِّ ﻣُﺆْﻣِﻦٍ ﺣَﻘًّﺎ ﻳَﺴْﺘَﻔ۪ﻴﺪُ ﻣِﻨْﻬُﻤَﺎ ﺑِﺤَﻮَﺍﺳِّﻪِ ﺍﻟْﻜَﺜ۪ﻴﺮَﺓِ</w:t>
      </w:r>
      <w:r>
        <w:rPr>
          <w:rFonts w:ascii="Times New Roman" w:hAnsi="Times New Roman" w:eastAsia="Noto Serif SC" w:cs="Amiri"/>
          <w:lang w:val="zh-CN" w:eastAsia="zh-CN" w:bidi="ar-SA"/>
          <w:color w:val="000000"/>
          <w:rtl w:val="0"/>
        </w:rPr>
        <w:t xml:space="preserve">（每一位真正的信士都确实可以凭自己众多的感官与内在官能，从这两个世界中获益） </w:t>
      </w:r>
      <w:r>
        <w:rPr>
          <w:rFonts w:ascii="Amiri" w:hAnsi="Amiri" w:eastAsia="Amiri" w:cs="Amiri"/>
          <w:lang w:val="zh-CN" w:eastAsia="zh-CN" w:bidi="ar-SA"/>
          <w:rtl w:val="1"/>
          <w:cs w:val="1"/>
          <w:color w:val="000000"/>
          <w:sz w:val="24"/>
          <w:szCs w:val="24"/>
        </w:rPr>
        <w:t>ﺍﻟْﻤُﻨْﻜَﺸِﻔَﺔِ ﺑِﺎِﺫْﻥِ ﺧَﺎﻟِﻘِﻪ۪</w:t>
      </w:r>
      <w:r>
        <w:rPr>
          <w:rFonts w:ascii="Times New Roman" w:hAnsi="Times New Roman" w:eastAsia="Noto Serif SC" w:cs="Amiri"/>
          <w:lang w:val="zh-CN" w:eastAsia="zh-CN" w:bidi="ar-SA"/>
          <w:color w:val="000000"/>
          <w:rtl w:val="0"/>
        </w:rPr>
        <w:t>（这些官能都凭其创造者的许可而展开，使人得以领受祂广布的恩赐）。意思是说：“信仰之光把尘世与后世显示为充满恩赐与慈悯；作为对信仰之光这一恩赐的回应，我若能做得到，愿以自身存在的一切微粒，向赐我信仰的创造者献上充满尘世与后世的赞美和感恩。因为，真正的信士凭他们因信仰之光与伊斯兰而展开、舒展的一切感官之手，正是借这光从那两张宏大的筵席中获益。”</w:t>
      </w:r>
    </w:p>
    <w:p>
      <w:r>
        <w:rPr>
          <w:rFonts w:ascii="Times New Roman" w:hAnsi="Times New Roman" w:eastAsia="Noto Serif SC" w:cs="Amiri"/>
          <w:lang w:val="zh-CN" w:eastAsia="zh-CN" w:bidi="ar-SA"/>
          <w:color w:val="000000"/>
          <w:rtl w:val="0"/>
        </w:rPr>
        <w:t>既然信仰在这个世界能产生如此巨大的作用，那么在永存的居所，它必会结出这样的果实、流下这样的恩泽：以此世的理智无法包容，也无法描述。</w:t>
      </w:r>
    </w:p>
    <w:p>
      <w:r>
        <w:rPr>
          <w:rFonts w:ascii="Times New Roman" w:hAnsi="Times New Roman" w:eastAsia="Noto Serif SC" w:cs="Amiri"/>
          <w:lang w:val="zh-CN" w:eastAsia="zh-CN" w:bidi="ar-SA"/>
          <w:color w:val="000000"/>
          <w:rtl w:val="0"/>
        </w:rPr>
        <w:t>那些像我一样因年老而承受许多亲友离别之苦的老年男子和老年女子啊！你们当中最年长的人，尽管表面上比我年老，我却认为在精神上我比他们更苍老。因为我天性中有更多对同类的柔怜与怜悯之情，除了自己的痛苦，还因这怜爱的奥义承受成千上万兄弟的痛苦，所以我仿佛已活了数百年般苍老。而你们无论遭受过多少离别灾祸，也没有遭受过我所遭受的那般深重。</w:t>
      </w:r>
    </w:p>
    <w:p>
      <w:r>
        <w:rPr>
          <w:rFonts w:ascii="Times New Roman" w:hAnsi="Times New Roman" w:eastAsia="Noto Serif SC" w:cs="Amiri"/>
          <w:lang w:val="zh-CN" w:eastAsia="zh-CN" w:bidi="ar-SA"/>
          <w:color w:val="000000"/>
          <w:rtl w:val="0"/>
        </w:rPr>
        <w:t>因为我没有儿子，不会只挂念自己的儿子。我天性中这种过强的怜悯与怜爱，使我因这怜爱的奥义，对成千上万穆斯林子女、甚至无辜动物的痛苦，也感到柔怜和悲痛。我没有一个专属的家，不能把心思只倾注于它；相反，从伊斯兰的热忱出发，我把这个国家、乃至伊斯兰世界所在的大陆都当作自己的家一样关怀。我因这两个大家庭中教友们的痛苦而悲伤，因与他们的离别而忧愁！</w:t>
      </w:r>
    </w:p>
    <w:p>
      <w:r>
        <w:rPr>
          <w:rFonts w:ascii="Times New Roman" w:hAnsi="Times New Roman" w:eastAsia="Noto Serif SC" w:cs="Amiri"/>
          <w:lang w:val="zh-CN" w:eastAsia="zh-CN" w:bidi="ar-SA"/>
          <w:color w:val="000000"/>
          <w:rtl w:val="0"/>
        </w:rPr>
        <w:t>就这样，对于我因年迈和离别灾祸而生的一切悲痛，信仰之光完全足够；它赐给我不会破碎的恳求、不会断绝的希望、不会熄灭的光明、不会穷尽的慰藉。当然，对你们因年迈而生的黑暗、疏忽、悲痛与痛苦，信仰也是完全足够，且丰盈有余。其实，最黑暗、最无光、最无慰藉的晚年，最痛苦、最可怕的离别，是迷误者与放纵者的晚年和离别。</w:t>
      </w:r>
    </w:p>
    <w:p>
      <w:r>
        <w:rPr>
          <w:rFonts w:ascii="Times New Roman" w:hAnsi="Times New Roman" w:eastAsia="Noto Serif SC" w:cs="Amiri"/>
          <w:lang w:val="zh-CN" w:eastAsia="zh-CN" w:bidi="ar-SA"/>
          <w:color w:val="000000"/>
          <w:rtl w:val="0"/>
        </w:rPr>
        <w:t>要体味那带来恳求、光明与慰藉的信仰，感受它的作用，必须采取一种与晚年相称、与伊斯兰相合、以全然奴仆意识为本的自觉态度；绝不是竭力模仿年轻人，把头伸进他们醉意的疏忽中，忘掉自己的年迈。请思考这段圣训的意义：</w:t>
      </w:r>
      <w:r>
        <w:rPr>
          <w:rFonts w:ascii="Amiri" w:hAnsi="Amiri" w:eastAsia="Amiri" w:cs="Amiri"/>
          <w:lang w:val="zh-CN" w:eastAsia="zh-CN" w:bidi="ar-SA"/>
          <w:rtl w:val="1"/>
          <w:cs w:val="1"/>
          <w:color w:val="000000"/>
          <w:sz w:val="24"/>
          <w:szCs w:val="24"/>
        </w:rPr>
        <w:t>ﺧَﻴْﺮُ ﺷَﺒَﺎﺑِﻜُﻢْ ﻣَﻦْ ﺗَﺸَﺒَّﻪَ ﺑِﻜُﻬُﻮﻟِﻜُﻢْ ﻭَﺷَﺮُّ ﻛُﻬُﻮﻟِﻜُﻢْ ﻣَﻦْ ﺗَﺸَﺒَّﻪَ ﺑِﺸَﺒَﺎﺑِﻜُﻢْ</w:t>
      </w:r>
      <w:r>
        <w:rPr>
          <w:rFonts w:ascii="Times New Roman" w:hAnsi="Times New Roman" w:eastAsia="Noto Serif SC" w:cs="Amiri"/>
          <w:lang w:val="zh-CN" w:eastAsia="zh-CN" w:bidi="ar-SA"/>
          <w:color w:val="000000"/>
          <w:rtl w:val="0"/>
        </w:rPr>
        <w:t>（你们青年中最好的，是仿效你们长者的人；你们长者中最坏的，是仿效你们青年的人）——</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（或者，正如他大致所说的那样）——。也就是说：“你们青年中最好的，是在持重和远离放纵方面效仿老人的人；你们老人中最坏的，是在放纵和把头埋入疏忽方面效仿青年的人。”</w:t>
      </w:r>
    </w:p>
    <w:p>
      <w:r>
        <w:rPr>
          <w:rFonts w:ascii="Times New Roman" w:hAnsi="Times New Roman" w:eastAsia="Noto Serif SC" w:cs="Amiri"/>
          <w:lang w:val="zh-CN" w:eastAsia="zh-CN" w:bidi="ar-SA"/>
          <w:color w:val="000000"/>
          <w:rtl w:val="0"/>
        </w:rPr>
        <w:t>我的老年兄弟们、老年姊妹们啊！尊贵的圣训中说：“一位六七十岁的老年信士，在Allah的神圣尊前举手祈祷时，Allah的慈悯会因敬重他而不好意思让他的双手空空而归。”既然慈悯如此敬重你们，你们也要以全然奴仆意识，回敬慈悯对你们的这份尊重。</w:t>
      </w:r>
    </w:p>
    <w:p>
      <w:pPr>
        <w:pStyle w:val="Heading2"/>
      </w:pPr>
      <w:r>
        <w:rPr>
          <w:rFonts w:ascii="Times New Roman" w:hAnsi="Times New Roman" w:eastAsia="Noto Serif SC" w:cs="Amiri"/>
          <w:lang w:val="zh-CN" w:eastAsia="zh-CN" w:bidi="ar-SA"/>
          <w:color w:val="000000"/>
          <w:rtl w:val="0"/>
        </w:rPr>
        <w:t>第十四项恳求</w:t>
      </w:r>
    </w:p>
    <w:p>
      <w:r>
        <w:rPr>
          <w:rFonts w:ascii="Times New Roman" w:hAnsi="Times New Roman" w:eastAsia="Noto Serif SC" w:cs="Amiri"/>
          <w:lang w:val="zh-CN" w:eastAsia="zh-CN" w:bidi="ar-SA"/>
          <w:color w:val="000000"/>
          <w:rtl w:val="0"/>
        </w:rPr>
        <w:t>《第四道光芒》中光明的“Allah足以为我们依靠”经文，其开头概要如此说道：曾有一段时期，逐世者使我与一切隔绝，我因而陷入五种离乡之境。在困恼带来的疏忽中，我没有仰望《光明论》那赐予慰藉、带来援助的光辉，而是径直观看自己的心灵，寻找自己的灵魂。</w:t>
      </w:r>
    </w:p>
    <w:p>
      <w:r>
        <w:rPr>
          <w:rFonts w:ascii="Times New Roman" w:hAnsi="Times New Roman" w:eastAsia="Noto Serif SC" w:cs="Amiri"/>
          <w:lang w:val="zh-CN" w:eastAsia="zh-CN" w:bidi="ar-SA"/>
          <w:color w:val="000000"/>
          <w:rtl w:val="0"/>
        </w:rPr>
        <w:t>我看见，一种极其强烈的永存之爱、一种炽烈的生存之恋、一种深切的生命渴望，以及无边的无力和无尽的匮乏，正在我里面支配一切。然而，可怕的消亡正在熄灭那永存。在那种心境中，我如同一位忧伤的诗人那样说道：</w:t>
      </w:r>
    </w:p>
    <w:p>
      <w:pPr>
        <w:pStyle w:val="Heading2"/>
      </w:pPr>
      <w:r>
        <w:rPr>
          <w:rFonts w:ascii="Times New Roman" w:hAnsi="Times New Roman" w:eastAsia="Noto Serif SC" w:cs="Amiri"/>
          <w:lang w:val="zh-CN" w:eastAsia="zh-CN" w:bidi="ar-SA"/>
          <w:color w:val="000000"/>
          <w:rtl w:val="0"/>
        </w:rPr>
        <w:t>我的肉身之宅啊，口舌祈求永存，至高无上的真实主宰Allah却要它消亡，</w:t>
      </w:r>
    </w:p>
    <w:p>
      <w:r>
        <w:rPr>
          <w:rFonts w:ascii="Times New Roman" w:hAnsi="Times New Roman" w:eastAsia="Noto Serif SC" w:cs="Amiri"/>
          <w:lang w:val="zh-CN" w:eastAsia="zh-CN" w:bidi="ar-SA"/>
          <w:color w:val="000000"/>
          <w:rtl w:val="0"/>
        </w:rPr>
        <w:t>我患上无药可医的病痛；可叹，鲁格曼竟毫不知情。</w:t>
      </w:r>
    </w:p>
    <w:p>
      <w:r>
        <w:rPr>
          <w:rFonts w:ascii="Times New Roman" w:hAnsi="Times New Roman" w:eastAsia="Noto Serif SC" w:cs="Amiri"/>
          <w:lang w:val="zh-CN" w:eastAsia="zh-CN" w:bidi="ar-SA"/>
          <w:color w:val="000000"/>
          <w:rtl w:val="0"/>
        </w:rPr>
        <w:t>我绝望地低下头，忽然，</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前来援助我，说：“你要专注地诵读我！”我便每天诵读五百遍。随着诵读，它珍贵光辉中的九个“足以为靠”层次，不仅以知识性的确信，更以亲眼见证般的确信，向我展开。</w:t>
      </w:r>
    </w:p>
    <w:p>
      <w:r>
        <w:rPr>
          <w:rFonts w:ascii="Times New Roman" w:hAnsi="Times New Roman" w:eastAsia="Noto Serif SC" w:cs="Amiri"/>
          <w:lang w:val="zh-CN" w:eastAsia="zh-CN" w:bidi="ar-SA"/>
          <w:color w:val="000000"/>
          <w:rtl w:val="0"/>
        </w:rPr>
        <w:t>“Allah足以为我们依靠”的光明第一层：我里面的永存之爱，并非指向我自己的永存；其根源在于，我的本质中存有那位绝对完善者Allah——祂无需任何缘由，其自身即是所爱——某一尊名之彰显的一道影子，祂也是具完善与威严者。于是，我天性中那本当朝向那位绝对完善者的存在、完善与永存的自然之爱，因疏忽而迷失方向，紧抓住那道影子，爱上了镜子的永存。</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（Allah足以为我们依靠，祂已满足我们的一切需要；我们所托靠的监护者何其美好）来到，揭开了那层帷幕。</w:t>
      </w:r>
    </w:p>
    <w:p>
      <w:r>
        <w:rPr>
          <w:rFonts w:ascii="Times New Roman" w:hAnsi="Times New Roman" w:eastAsia="Noto Serif SC" w:cs="Amiri"/>
          <w:lang w:val="zh-CN" w:eastAsia="zh-CN" w:bidi="ar-SA"/>
          <w:color w:val="000000"/>
          <w:rtl w:val="0"/>
        </w:rPr>
        <w:t>我看见、感到，并以真实确证亲味到：我的永存之乐与幸福，原封不动地、而且以更完善的方式，存在于我对具完善的永存者Allah之永存的确认、信仰和深刻领认中，也存在于我对祂是我的养育并主宰者、是应受崇拜之主的确认、信仰和深刻领认中。《足以为靠论著》已借十二种极其深微的共同默示与信仰意识阐明了这一点的论据，那些意识足以使具有感受力的人惊叹不已。</w:t>
      </w:r>
    </w:p>
    <w:p>
      <w:r>
        <w:rPr>
          <w:rFonts w:ascii="Times New Roman" w:hAnsi="Times New Roman" w:eastAsia="Noto Serif SC" w:cs="Amiri"/>
          <w:lang w:val="zh-CN" w:eastAsia="zh-CN" w:bidi="ar-SA"/>
          <w:color w:val="000000"/>
          <w:rtl w:val="0"/>
        </w:rPr>
        <w:t>“Allah足以为我们依靠”的光明第二层：我天性中无边的无力，与衰老、离乡、孤独和隔绝交织在一起；正当逐世者以阴谋和密探向我进攻之时，我对自己的心灵说：“一个双手被缚、衰弱多病的孤身之人，竟有千军万马向他攻来。难道我没有一个可以依靠的支点吗？”于是，我求告</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（Allah足以为我们依靠，祂已满足我们的一切需要；我们所托靠的监护者何其美好）这段经文。它告诉我：</w:t>
      </w:r>
    </w:p>
    <w:p>
      <w:r>
        <w:rPr>
          <w:rFonts w:ascii="Times New Roman" w:hAnsi="Times New Roman" w:eastAsia="Noto Serif SC" w:cs="Amiri"/>
          <w:lang w:val="zh-CN" w:eastAsia="zh-CN" w:bidi="ar-SA"/>
          <w:color w:val="000000"/>
          <w:rtl w:val="0"/>
        </w:rPr>
        <w:t>凭信仰的归属凭证，你归属于一位绝对全能的君王Allah：每年春天，祂在大地上以完美的秩序，把全部装备赋予由四十万个族群组成的植物和动物大军；又以人类为首，把动物庞大军团的全部粮饷，都放入名为种子和果核的慈悯精华之中。这些精华，并非文明人近来发现的肉、糖及其他食物的提取物可比，而是比那些文明精华完善百倍。祂又把这些精华，裹在关于其成熟与展开的预定配方里，为保存起见，将它们安放在小箱中。那些小箱，从</w:t>
      </w:r>
      <w:r>
        <w:rPr>
          <w:rFonts w:ascii="Amiri" w:hAnsi="Amiri" w:eastAsia="Amiri" w:cs="Amiri"/>
          <w:lang w:val="zh-CN" w:eastAsia="zh-CN" w:bidi="ar-SA"/>
          <w:rtl w:val="1"/>
          <w:cs w:val="1"/>
          <w:color w:val="000000"/>
          <w:sz w:val="24"/>
          <w:szCs w:val="24"/>
        </w:rPr>
        <w:t>كُنْ</w:t>
      </w:r>
      <w:r>
        <w:rPr>
          <w:rFonts w:ascii="Times New Roman" w:hAnsi="Times New Roman" w:eastAsia="Noto Serif SC" w:cs="Amiri"/>
          <w:lang w:val="zh-CN" w:eastAsia="zh-CN" w:bidi="ar-SA"/>
          <w:color w:val="000000"/>
          <w:rtl w:val="0"/>
        </w:rPr>
        <w:t>（存在吧）号令中的“卡夫—努恩”字母工厂里，以极迅速、极容易、极繁多的方式被创造出来，因此《古兰经》说：“创造者一下令，事物便出现。”既然你凭信仰的归属凭证，能够找到这样一个依靠的支点，你便能倚仗无边的能力和权能。</w:t>
      </w:r>
    </w:p>
    <w:p>
      <w:r>
        <w:rPr>
          <w:rFonts w:ascii="Times New Roman" w:hAnsi="Times New Roman" w:eastAsia="Noto Serif SC" w:cs="Amiri"/>
          <w:lang w:val="zh-CN" w:eastAsia="zh-CN" w:bidi="ar-SA"/>
          <w:color w:val="000000"/>
          <w:rtl w:val="0"/>
        </w:rPr>
        <w:t>我不断从这段经文领受这一教诲，便获得了一种精神力量；我感到自己拥有信仰的能力，不仅能挑战眼前的敌人，甚至能挑战整个世界。于是，我以全部灵魂说道：</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w:t>
      </w:r>
    </w:p>
    <w:p>
      <w:r>
        <w:rPr>
          <w:rFonts w:ascii="Times New Roman" w:hAnsi="Times New Roman" w:eastAsia="Noto Serif SC" w:cs="Amiri"/>
          <w:lang w:val="zh-CN" w:eastAsia="zh-CN" w:bidi="ar-SA"/>
          <w:color w:val="000000"/>
          <w:rtl w:val="0"/>
        </w:rPr>
        <w:t>“Allah足以为我们依靠”的光明第三层：在那些离乡、疾病和受屈的压迫下，我感到自己与尘世的联系已经断绝；正当信仰启发我，使我知道自己将在永恒的世界、永存的国度里成为持久幸福的候选者时，我抛弃了流淌悲叹的“唉，唉！”，发出了流露欣慰的“啊，啊！”</w:t>
      </w:r>
    </w:p>
    <w:p>
      <w:r>
        <w:rPr>
          <w:rFonts w:ascii="Times New Roman" w:hAnsi="Times New Roman" w:eastAsia="Noto Serif SC" w:cs="Amiri"/>
          <w:lang w:val="zh-CN" w:eastAsia="zh-CN" w:bidi="ar-SA"/>
          <w:color w:val="000000"/>
          <w:rtl w:val="0"/>
        </w:rPr>
        <w:t>然而，这一想象的终极目的、灵魂的目标与天性的归宿，唯有借一位绝对全能者Allah的无边权能，借祂对人类无限的眷顾与重视才能实现：祂知晓并记录祂一切受造物的全部动静、一切状态和行为，无论言语还是行动；祂使这个微小而绝对无力的人类成为自己的友伴和对话者，并赋予他高于一切受造物的地位。我正这样思索时，关于这两点——也就是这样一种权能的运作，以及表面上微不足道的人所具有的真实重要性——我希望得到一种阐释，使信仰得以展开，使心灵获得安宁。于是，我再次求告那段经文。它吩咐道：“请留意</w:t>
      </w:r>
      <w:r>
        <w:rPr>
          <w:rFonts w:ascii="Amiri" w:hAnsi="Amiri" w:eastAsia="Amiri" w:cs="Amiri"/>
          <w:lang w:val="zh-CN" w:eastAsia="zh-CN" w:bidi="ar-SA"/>
          <w:rtl w:val="1"/>
          <w:cs w:val="1"/>
          <w:color w:val="000000"/>
          <w:sz w:val="24"/>
          <w:szCs w:val="24"/>
        </w:rPr>
        <w:t>ﺣَﺴْﺒُﻨَﺎ</w:t>
      </w:r>
      <w:r>
        <w:rPr>
          <w:rFonts w:ascii="Times New Roman" w:hAnsi="Times New Roman" w:eastAsia="Noto Serif SC" w:cs="Amiri"/>
          <w:lang w:val="zh-CN" w:eastAsia="zh-CN" w:bidi="ar-SA"/>
          <w:color w:val="000000"/>
          <w:rtl w:val="0"/>
        </w:rPr>
        <w:t>（Allah足以为我们依靠）中的</w:t>
      </w:r>
      <w:r>
        <w:rPr>
          <w:rFonts w:ascii="Amiri" w:hAnsi="Amiri" w:eastAsia="Amiri" w:cs="Amiri"/>
          <w:lang w:val="zh-CN" w:eastAsia="zh-CN" w:bidi="ar-SA"/>
          <w:rtl w:val="1"/>
          <w:cs w:val="1"/>
          <w:color w:val="000000"/>
          <w:sz w:val="24"/>
          <w:szCs w:val="24"/>
        </w:rPr>
        <w:t>ﻧَﺎ</w:t>
      </w:r>
      <w:r>
        <w:rPr>
          <w:rFonts w:ascii="Times New Roman" w:hAnsi="Times New Roman" w:eastAsia="Noto Serif SC" w:cs="Amiri"/>
          <w:lang w:val="zh-CN" w:eastAsia="zh-CN" w:bidi="ar-SA"/>
          <w:color w:val="000000"/>
          <w:rtl w:val="0"/>
        </w:rPr>
        <w:t>（“我们”这一人称，表明这认信与托靠并非独自一人的言语，而是共同体的宣告），并倾听：谁在以状态之语和口舌之言，与你一同说</w:t>
      </w:r>
      <w:r>
        <w:rPr>
          <w:rFonts w:ascii="Amiri" w:hAnsi="Amiri" w:eastAsia="Amiri" w:cs="Amiri"/>
          <w:lang w:val="zh-CN" w:eastAsia="zh-CN" w:bidi="ar-SA"/>
          <w:rtl w:val="1"/>
          <w:cs w:val="1"/>
          <w:color w:val="000000"/>
          <w:sz w:val="24"/>
          <w:szCs w:val="24"/>
        </w:rPr>
        <w:t>ﺣَﺴْﺒُﻨَﺎ</w:t>
      </w:r>
      <w:r>
        <w:rPr>
          <w:rFonts w:ascii="Times New Roman" w:hAnsi="Times New Roman" w:eastAsia="Noto Serif SC" w:cs="Amiri"/>
          <w:lang w:val="zh-CN" w:eastAsia="zh-CN" w:bidi="ar-SA"/>
          <w:color w:val="000000"/>
          <w:rtl w:val="0"/>
        </w:rPr>
        <w:t>（Allah足以为我们依靠）！”</w:t>
      </w:r>
    </w:p>
    <w:p>
      <w:r>
        <w:rPr>
          <w:rFonts w:ascii="Times New Roman" w:hAnsi="Times New Roman" w:eastAsia="Noto Serif SC" w:cs="Amiri"/>
          <w:lang w:val="zh-CN" w:eastAsia="zh-CN" w:bidi="ar-SA"/>
          <w:color w:val="000000"/>
          <w:rtl w:val="0"/>
        </w:rPr>
        <w:t>我忽然看见，无数飞鸟和如小鸟般的飞虫、不可计数的动物、无穷的植物和无尽的树木，也像我一样，以状态之语，重温</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的意义，并使每个人都想起：它们有一位承担其全部生活条件的护佑者。这位护佑者，以如此宏大的权能与威严，从我们眼前那些彼此相似、成分相同的鸟卵，那些仿佛互为摹本的小滴，那些好像完全一样的颗粒，以及那些彼此相似的种子里，创造并造就鸟类的十万种类、动物的十万式样、植物的十万品种和树木的十万门类；祂使之毫无错误、毫无缺欠、毫不混淆，华美而合乎尺度，秩序井然，彼此分离，各具特征。尤其在每年春天，祂都在极其广阔的范围内，以极繁多、极容易的方式施行创造。它们共同受造、彼此相似，又在你中有我、依同一样式受造的情形中，向我们显示祂的独一，以及祂在每一事物中彰显的独一性；它们也使人明白，任何介入或参与都不可能触及这种展示无数奇迹的养育与主宰作为，以及创造者的支配。我如此领悟了。</w:t>
      </w:r>
    </w:p>
    <w:p>
      <w:r>
        <w:rPr>
          <w:rFonts w:ascii="Times New Roman" w:hAnsi="Times New Roman" w:eastAsia="Noto Serif SC" w:cs="Amiri"/>
          <w:lang w:val="zh-CN" w:eastAsia="zh-CN" w:bidi="ar-SA"/>
          <w:color w:val="000000"/>
          <w:rtl w:val="0"/>
        </w:rPr>
        <w:t>凡想像每位信士一样认识我的人格身份和人性本质，并渴望成为像我一样的人，就请看</w:t>
      </w:r>
      <w:r>
        <w:rPr>
          <w:rFonts w:ascii="Amiri" w:hAnsi="Amiri" w:eastAsia="Amiri" w:cs="Amiri"/>
          <w:lang w:val="zh-CN" w:eastAsia="zh-CN" w:bidi="ar-SA"/>
          <w:rtl w:val="1"/>
          <w:cs w:val="1"/>
          <w:color w:val="000000"/>
          <w:sz w:val="24"/>
          <w:szCs w:val="24"/>
        </w:rPr>
        <w:t>ﺣَﺴْﺒُﻨَﺎ</w:t>
      </w:r>
      <w:r>
        <w:rPr>
          <w:rFonts w:ascii="Times New Roman" w:hAnsi="Times New Roman" w:eastAsia="Noto Serif SC" w:cs="Amiri"/>
          <w:lang w:val="zh-CN" w:eastAsia="zh-CN" w:bidi="ar-SA"/>
          <w:color w:val="000000"/>
          <w:rtl w:val="0"/>
        </w:rPr>
        <w:t>（Allah足以为我们依靠）中</w:t>
      </w:r>
      <w:r>
        <w:rPr>
          <w:rFonts w:ascii="Amiri" w:hAnsi="Amiri" w:eastAsia="Amiri" w:cs="Amiri"/>
          <w:lang w:val="zh-CN" w:eastAsia="zh-CN" w:bidi="ar-SA"/>
          <w:rtl w:val="1"/>
          <w:cs w:val="1"/>
          <w:color w:val="000000"/>
          <w:sz w:val="24"/>
          <w:szCs w:val="24"/>
        </w:rPr>
        <w:t>ﻧَﺎ</w:t>
      </w:r>
      <w:r>
        <w:rPr>
          <w:rFonts w:ascii="Times New Roman" w:hAnsi="Times New Roman" w:eastAsia="Noto Serif SC" w:cs="Amiri"/>
          <w:lang w:val="zh-CN" w:eastAsia="zh-CN" w:bidi="ar-SA"/>
          <w:color w:val="000000"/>
          <w:rtl w:val="0"/>
        </w:rPr>
        <w:t>（“我们”这一人称所构成的共同归属）这一共同体里的“我”，也就是对我自我的解释。我这看似微不足道、卑贱而匮乏的存在——如同每位信士的存在——究竟是什么？生命是什么？人性是什么？伊斯兰是什么？求证的信仰是什么？对Allah的真知是什么？爱恋又当是怎样的？愿他们明白，并领受其中的教诲！</w:t>
      </w:r>
    </w:p>
    <w:p>
      <w:r>
        <w:rPr>
          <w:rFonts w:ascii="Times New Roman" w:hAnsi="Times New Roman" w:eastAsia="Noto Serif SC" w:cs="Amiri"/>
          <w:lang w:val="zh-CN" w:eastAsia="zh-CN" w:bidi="ar-SA"/>
          <w:color w:val="000000"/>
          <w:rtl w:val="0"/>
        </w:rPr>
        <w:t>“Allah足以为我们依靠”的光明第四层：有一次，衰老、离乡、疾病和挫败等震撼我存在的遭遇，恰逢我疏忽之时；它们使我痛苦地忧虑：我深切关怀并倾心依恋的自身存在，乃至一切受造物的存在，“正在走向无有。”于是，我再次求告这段“足以为靠”经文。它说：“留意我的意义，用信仰的望远镜观看！”</w:t>
      </w:r>
    </w:p>
    <w:p>
      <w:r>
        <w:rPr>
          <w:rFonts w:ascii="Times New Roman" w:hAnsi="Times New Roman" w:eastAsia="Noto Serif SC" w:cs="Amiri"/>
          <w:lang w:val="zh-CN" w:eastAsia="zh-CN" w:bidi="ar-SA"/>
          <w:color w:val="000000"/>
          <w:rtl w:val="0"/>
        </w:rPr>
        <w:t>我便观看，以信仰之眼看见：我这微粒般的存在，如同每位信士的存在，是无边存在的一面镜子，是借无限展开而获得无数存在的一种媒介，也是一句智慧之言，能结出许多比自身更珍贵、永存的存在之果；从其归属而言，它即便只活一瞬，也如一种永恒的存在一样珍贵。我以知识性的确信认识了这一点。</w:t>
      </w:r>
    </w:p>
    <w:p>
      <w:r>
        <w:rPr>
          <w:rFonts w:ascii="Times New Roman" w:hAnsi="Times New Roman" w:eastAsia="Noto Serif SC" w:cs="Amiri"/>
          <w:lang w:val="zh-CN" w:eastAsia="zh-CN" w:bidi="ar-SA"/>
          <w:color w:val="000000"/>
          <w:rtl w:val="0"/>
        </w:rPr>
        <w:t>因为，我以信仰的意识明白，我的这个存在是其存在由自身而必然者Allah的作品、技艺与彰显，便摆脱了野蛮的臆想，摆脱了无数离别以及无数分离与离别的痛苦；我也认识到，借与Allah神圣作为和诸尊名数目相应的友爱纽带，我与万有、尤其与有生命者建立了关系，在我以这些纽带所联系的一切所爱存在中，暂时的离别之内存在着持久的相会。</w:t>
      </w:r>
    </w:p>
    <w:p>
      <w:r>
        <w:rPr>
          <w:rFonts w:ascii="Times New Roman" w:hAnsi="Times New Roman" w:eastAsia="Noto Serif SC" w:cs="Amiri"/>
          <w:lang w:val="zh-CN" w:eastAsia="zh-CN" w:bidi="ar-SA"/>
          <w:color w:val="000000"/>
          <w:rtl w:val="0"/>
        </w:rPr>
        <w:t>就这样，凭借信仰以及信仰中的归属，我的这个存在也如每位信士一样，获得无数存在那没有别离的光辉；即便自身离去，它们仍留在身后，因此，它便如同自己依然存在一样感到欣慰。</w:t>
      </w:r>
    </w:p>
    <w:p>
      <w:r>
        <w:rPr>
          <w:rFonts w:ascii="Times New Roman" w:hAnsi="Times New Roman" w:eastAsia="Noto Serif SC" w:cs="Amiri"/>
          <w:lang w:val="zh-CN" w:eastAsia="zh-CN" w:bidi="ar-SA"/>
          <w:color w:val="000000"/>
          <w:rtl w:val="0"/>
        </w:rPr>
        <w:t>总之：死亡不是离别，而是相会，是迁居，是结出永存果实的抽穗。</w:t>
      </w:r>
    </w:p>
    <w:p>
      <w:r>
        <w:rPr>
          <w:rFonts w:ascii="Times New Roman" w:hAnsi="Times New Roman" w:eastAsia="Noto Serif SC" w:cs="Amiri"/>
          <w:lang w:val="zh-CN" w:eastAsia="zh-CN" w:bidi="ar-SA"/>
          <w:color w:val="000000"/>
          <w:rtl w:val="0"/>
        </w:rPr>
        <w:t>“Allah足以为我们依靠”的光明第五层：又有一次，我的生命在极其艰难的条件下受到震撼，它使我的注目转向寿命与生命。我看见：我的寿命正在飞奔而去，已接近后世；我的生命也在压迫之下趋于熄灭。然而，在论“永生者”尊名的论著中所阐明的生命重要职责、伟大美德和珍贵益处，不该如此迅速地熄灭，而应长久存活。我痛苦地这样思索，再次求告我的导师——</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（Allah足以为我们依靠，祂已满足我们的一切需要；我们所托靠的监护者何其美好）这段经文。它说：“你当依照赐你生命的永生而维持万有者Allah来看待生命！”</w:t>
      </w:r>
    </w:p>
    <w:p>
      <w:r>
        <w:rPr>
          <w:rFonts w:ascii="Times New Roman" w:hAnsi="Times New Roman" w:eastAsia="Noto Serif SC" w:cs="Amiri"/>
          <w:lang w:val="zh-CN" w:eastAsia="zh-CN" w:bidi="ar-SA"/>
          <w:color w:val="000000"/>
          <w:rtl w:val="0"/>
        </w:rPr>
        <w:t>我便观看，看见：我的生命若指向我自己是一，指向永生而维持万有者Allah则是一百；其结果若属于我是一，属于创造我的主则是一千。如此看来，只要活在Allah悦纳的范围内，一瞬也已足够，无须长久的时间。</w:t>
      </w:r>
    </w:p>
    <w:p>
      <w:r>
        <w:rPr>
          <w:rFonts w:ascii="Times New Roman" w:hAnsi="Times New Roman" w:eastAsia="Noto Serif SC" w:cs="Amiri"/>
          <w:lang w:val="zh-CN" w:eastAsia="zh-CN" w:bidi="ar-SA"/>
          <w:color w:val="000000"/>
          <w:rtl w:val="0"/>
        </w:rPr>
        <w:t>这一真理将由四项论题加以阐明。那些尚未死去的人，或者那些想要活过来的人，当在这四项论题中寻找生命的本质、真理与真正权利，愿他们找到，并活过来！……</w:t>
      </w:r>
    </w:p>
    <w:p>
      <w:r>
        <w:rPr>
          <w:rFonts w:ascii="Times New Roman" w:hAnsi="Times New Roman" w:eastAsia="Noto Serif SC" w:cs="Amiri"/>
          <w:lang w:val="zh-CN" w:eastAsia="zh-CN" w:bidi="ar-SA"/>
          <w:color w:val="000000"/>
          <w:rtl w:val="0"/>
        </w:rPr>
        <w:t>其概要是：生命越是指向永生而维持万有者Allah，信仰也越成为生命的生命与灵魂，生命便越获得永存；它不仅结出永存的果实，还如此升高，以至接受永恒的彰显，不再计较寿命的长短。</w:t>
      </w:r>
    </w:p>
    <w:p>
      <w:r>
        <w:rPr>
          <w:rFonts w:ascii="Times New Roman" w:hAnsi="Times New Roman" w:eastAsia="Noto Serif SC" w:cs="Amiri"/>
          <w:lang w:val="zh-CN" w:eastAsia="zh-CN" w:bidi="ar-SA"/>
          <w:color w:val="000000"/>
          <w:rtl w:val="0"/>
        </w:rPr>
        <w:t>“Allah足以为我们依靠”的光明第六层：在末世事件中，尘世废墟正宣告普遍的离别；衰老则提醒我自身个别的离别。在我生命的暮年，我天性中的爱美之心、求美之爱与倾心完善之情，以一种异常的敏锐展开之时，始终施行破坏的消逝与消亡，以及不断造成分离的死亡与无有，正以可怕的姿态摧残这个美丽的世界和这些美丽的受造物，把它们撕成碎片，毁坏它们的美丽；我以非凡的意识和感伤看见了这一切。我天性中的非真实爱恋对此强烈激荡、愤然反抗；为了寻找慰藉的依据，我再次求告这段“足以为靠”经文。它说：“诵读我，并专注地观看我的意义！”</w:t>
      </w:r>
    </w:p>
    <w:p>
      <w:r>
        <w:rPr>
          <w:rFonts w:ascii="Times New Roman" w:hAnsi="Times New Roman" w:eastAsia="Noto Serif SC" w:cs="Amiri"/>
          <w:lang w:val="zh-CN" w:eastAsia="zh-CN" w:bidi="ar-SA"/>
          <w:color w:val="000000"/>
          <w:rtl w:val="0"/>
        </w:rPr>
        <w:t>于是，我进入《光明章》中</w:t>
      </w:r>
      <w:r>
        <w:rPr>
          <w:rFonts w:ascii="Amiri" w:hAnsi="Amiri" w:eastAsia="Amiri" w:cs="Amiri"/>
          <w:lang w:val="zh-CN" w:eastAsia="zh-CN" w:bidi="ar-SA"/>
          <w:rtl w:val="1"/>
          <w:cs w:val="1"/>
          <w:color w:val="000000"/>
          <w:sz w:val="24"/>
          <w:szCs w:val="24"/>
        </w:rPr>
        <w:t>ﺍَﻟﻠّٰﻪُ ﻧُﻮﺭُ ﺍﻟﺴَّﻤٰﻮَﺍﺕِ وَالْاَرْضِ ﺍِﻟٰﻰ ﺍٰﺧِﺮِ</w:t>
      </w:r>
      <w:r>
        <w:rPr>
          <w:rFonts w:ascii="Times New Roman" w:hAnsi="Times New Roman" w:eastAsia="Noto Serif SC" w:cs="Amiri"/>
          <w:lang w:val="zh-CN" w:eastAsia="zh-CN" w:bidi="ar-SA"/>
          <w:color w:val="000000"/>
          <w:rtl w:val="0"/>
        </w:rPr>
        <w:t>（Allah是诸天与大地的光明……）这段经文的天文台，以信仰的望远镜观看这段“足以为靠”经文最遥远的层次，又以信仰意识的显微镜观看它最精微的奥秘，看见了：</w:t>
      </w:r>
    </w:p>
    <w:p>
      <w:r>
        <w:rPr>
          <w:rFonts w:ascii="Times New Roman" w:hAnsi="Times New Roman" w:eastAsia="Noto Serif SC" w:cs="Amiri"/>
          <w:lang w:val="zh-CN" w:eastAsia="zh-CN" w:bidi="ar-SA"/>
          <w:color w:val="000000"/>
          <w:rtl w:val="0"/>
        </w:rPr>
        <w:t>正如镜子、玻璃、透明之物，乃至水泡，都显示太阳光辉中隐秘而多样的美，以及那光辉称为七色的各种美丽；它们借自身的更新与运动、各自不同的禀赋和折射，使那美与那些美丽焕然一新；又借折射，把太阳、其光辉及其七色的隐秘之美美好地彰显出来。</w:t>
      </w:r>
    </w:p>
    <w:p>
      <w:r>
        <w:rPr>
          <w:rFonts w:ascii="Times New Roman" w:hAnsi="Times New Roman" w:eastAsia="Noto Serif SC" w:cs="Amiri"/>
          <w:lang w:val="zh-CN" w:eastAsia="zh-CN" w:bidi="ar-SA"/>
          <w:color w:val="000000"/>
          <w:rtl w:val="0"/>
        </w:rPr>
        <w:t>同样，这些美丽的受造之作、这些可爱的受造物、这些美好的存在，为无始无终的太阳——具威严的至美者Allah——的神圣之美，以及祂无数美妙尊名的永恒之美充当镜子，并为其彰显的更新而不停地来来去去。它们身上所见的美丽与美好，并非它们自己的所有，而是种种迹象、标记、闪光与彰显，指向一种愿意显现的永恒而神圣之美，一种不断彰显、愿意被看见的超越而超绝一切缺欠之美。《光明论》中已详细阐释了许多极有力的证据。这里开始说明：仅从中选取三项，以简明而极合理的方式加以论述。</w:t>
      </w:r>
    </w:p>
    <w:p>
      <w:r>
        <w:rPr>
          <w:rFonts w:ascii="Times New Roman" w:hAnsi="Times New Roman" w:eastAsia="Noto Serif SC" w:cs="Amiri"/>
          <w:lang w:val="zh-CN" w:eastAsia="zh-CN" w:bidi="ar-SA"/>
          <w:color w:val="000000"/>
          <w:rtl w:val="0"/>
        </w:rPr>
        <w:t>凡具有健全鉴赏力的人看见这部论著，都会惊叹不已，并且认为，不但自己应当从中受益，也必须努力使他人受益。尤其在第二项确证中，阐明了五点。凡是理智未腐、心灵未坏的人，必定会以赏识、赞美和认同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w:t>
      </w:r>
      <w:r>
        <w:rPr>
          <w:rFonts w:ascii="Amiri" w:hAnsi="Amiri" w:eastAsia="Amiri" w:cs="Amiri"/>
          <w:lang w:val="zh-CN" w:eastAsia="zh-CN" w:bidi="ar-SA"/>
          <w:rtl w:val="1"/>
          <w:cs w:val="1"/>
          <w:color w:val="000000"/>
          <w:sz w:val="24"/>
          <w:szCs w:val="24"/>
        </w:rPr>
        <w:t>تَبَارَكَ اللَّهُ</w:t>
      </w:r>
      <w:r>
        <w:rPr>
          <w:rFonts w:ascii="Times New Roman" w:hAnsi="Times New Roman" w:eastAsia="Noto Serif SC" w:cs="Amiri"/>
          <w:lang w:val="zh-CN" w:eastAsia="zh-CN" w:bidi="ar-SA"/>
          <w:color w:val="000000"/>
          <w:rtl w:val="0"/>
        </w:rPr>
        <w:t>（Allah的福佑增盛，祂的恩惠与完善超越一切）；他也会领悟并确信：这部论著是一项非凡的奇迹，能使那被视为匮乏而卑微的存在升为崇高。</w:t>
      </w:r>
    </w:p>
    <w:p>
      <w:pPr>
        <w:pStyle w:val="Heading2"/>
      </w:pPr>
      <w:r>
        <w:rPr>
          <w:rFonts w:ascii="Times New Roman" w:hAnsi="Times New Roman" w:eastAsia="Noto Serif SC" w:cs="Amiri"/>
          <w:lang w:val="zh-CN" w:eastAsia="zh-CN" w:bidi="ar-SA"/>
          <w:color w:val="000000"/>
          <w:rtl w:val="0"/>
        </w:rPr>
        <w:t>第十五项恳求</w:t>
      </w:r>
    </w:p>
    <w:p>
      <w:r>
        <w:rPr>
          <w:rStyle w:val="FootnoteReference"/>
        </w:rPr>
        <w:footnoteReference w:id="50"/>
      </w:r>
      <w:r>
        <w:rPr>
          <w:rFonts w:ascii="Times New Roman" w:hAnsi="Times New Roman" w:eastAsia="Noto Serif SC" w:cs="Amiri"/>
          <w:lang w:val="zh-CN" w:eastAsia="zh-CN" w:bidi="ar-SA"/>
          <w:color w:val="000000"/>
          <w:rtl w:val="0"/>
        </w:rPr>
        <w:t>曾有一段时期，我被派驻埃米尔达，独居一所住所，仿佛身处单独监禁；那些令我难以承受的监视与压制折磨着我，使我厌倦生活，甚至为离开监狱而懊悔。我全心全意地渴望代尼兹利监狱，并盼望进入坟墓。当我认定“监狱和坟墓比这种生活方式更可取”，正要决定入狱或入墓之时，Allah的眷顾前来援助，把新出的复制机交给了扎赫拉学府的弟子们——他们手中的笔就是复制机。忽然间，《光明论》珍贵的各本文集，每一本都凭一支笔复制出五百册。这些开拓的展开，使我爱上那困恼的生活，让我说出：“愿有无限的感恩。”</w:t>
      </w:r>
    </w:p>
    <w:p>
      <w:r>
        <w:rPr>
          <w:rFonts w:ascii="Times New Roman" w:hAnsi="Times New Roman" w:eastAsia="Noto Serif SC" w:cs="Amiri"/>
          <w:lang w:val="zh-CN" w:eastAsia="zh-CN" w:bidi="ar-SA"/>
          <w:color w:val="000000"/>
          <w:rtl w:val="0"/>
        </w:rPr>
        <w:t>过了一段时间，《光明论》的隐秘敌人无法忍受光明的开拓，便煽动政府反对我们。生活再次开始令我难以承受。忽然，Allah的眷顾彰显。那些最需要光明论著的相关官员，因职务关系，以极大的好奇与专注研读了被查抄的光明论著。然而，光明论著使他们的心灵归向自己，成为它的支持者。他们由批评转为赞赏，光明讲堂因而大大扩展；它给我们带来的益处，比物质损失多百倍，也把我们的困恼与焦虑化为乌有。</w:t>
      </w:r>
    </w:p>
    <w:p>
      <w:r>
        <w:rPr>
          <w:rFonts w:ascii="Times New Roman" w:hAnsi="Times New Roman" w:eastAsia="Noto Serif SC" w:cs="Amiri"/>
          <w:lang w:val="zh-CN" w:eastAsia="zh-CN" w:bidi="ar-SA"/>
          <w:color w:val="000000"/>
          <w:rtl w:val="0"/>
        </w:rPr>
        <w:t>随后，那些隐秘的伪信敌人使政府把注意力转向我个人，使人重提我过去的政治生涯。他们既使司法机关、也使教育部门、治安机关和内政部心生疑虑。在各党派的潮流与共产主义者的掩护下，无政府主义者的煽动使那些疑虑扩大。他们开始压迫、拘押我们，查抄落到他们手中的论著。光明弟子的活动陷入停顿。一些官员抱着败坏我个人名誉的想法，提出无人会相信的指控，企图散布种种离奇的诽谤，却未能使任何人相信。</w:t>
      </w:r>
    </w:p>
    <w:p>
      <w:r>
        <w:rPr>
          <w:rFonts w:ascii="Times New Roman" w:hAnsi="Times New Roman" w:eastAsia="Noto Serif SC" w:cs="Amiri"/>
          <w:lang w:val="zh-CN" w:eastAsia="zh-CN" w:bidi="ar-SA"/>
          <w:color w:val="000000"/>
          <w:rtl w:val="0"/>
        </w:rPr>
        <w:t>随后，他们以极其卑劣的借口，在隆冬最严寒的日子里拘押我，把我关进一间宽大而冰冷、两天没有火炉的囚室，使我处于完全隔绝之中。过去在自己的小房间里，我每天多次生火，火盆中始终有火，即便如此，我因衰弱和疾病仍难以支撑。如今在这种境况下，我既因寒冷而发寒热，又在极度的困恼与愤怒中挣扎；忽然，借Allah的一种眷顾，一项真理在我心中展开。</w:t>
      </w:r>
    </w:p>
    <w:p>
      <w:r>
        <w:rPr>
          <w:rFonts w:ascii="Times New Roman" w:hAnsi="Times New Roman" w:eastAsia="Noto Serif SC" w:cs="Amiri"/>
          <w:lang w:val="zh-CN" w:eastAsia="zh-CN" w:bidi="ar-SA"/>
          <w:color w:val="000000"/>
          <w:rtl w:val="0"/>
        </w:rPr>
        <w:t>我的灵魂受到这样的提醒：“你把监狱命名为优素福囚校。在代尼兹利，你们的安逸、精神收益、狱中囚犯从光明论著所得的益处，以及光明论著在广大领域的开拓等结果，比你们的困恼多千倍；它们使你们不再抱怨，而是千万次感恩，使你们每一小时的囚禁与困恼都成为十小时的崇拜，使那些易逝的时刻化为永存。</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这第三所优素福囚校中的受难者从光明论著获益并得到慰藉，也将使你这冰冷而沉重的困恼转为温暖，化为喜乐。至于那些令你愤怒的人，如果他们是受了蒙骗，便是在不知情中压迫你，不值得你愤怒。如果他们是明知故犯，怀着恶意、为了迷误而伤害并折磨你，那么不久之后，他们将因死亡的永恒消灭而进入坟墓的单独监禁，承受持久而困苦的惩罚。而你因他们的压迫，既获得回赐，又使易逝的时刻永存，还获得精神的乐趣，并以纯诚履行宗教与学术职责！”</w:t>
      </w:r>
    </w:p>
    <w:p>
      <w:r>
        <w:rPr>
          <w:rFonts w:ascii="Times New Roman" w:hAnsi="Times New Roman" w:eastAsia="Noto Serif SC" w:cs="Amiri"/>
          <w:lang w:val="zh-CN" w:eastAsia="zh-CN" w:bidi="ar-SA"/>
          <w:color w:val="000000"/>
          <w:rtl w:val="0"/>
        </w:rPr>
        <w:t>我便以全部力量说：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（一切赞美与称颂全归Allah；一切完善与恩赐唯属于祂，万有都仰赖祂，祂在无始无终中独配一切赞美）。我出于人性的情感，怜悯那些压迫者，并祈祷说：“我的养育并主宰者Allah啊！求您改善他们！”</w:t>
      </w:r>
    </w:p>
    <w:p>
      <w:r>
        <w:rPr>
          <w:rFonts w:ascii="Times New Roman" w:hAnsi="Times New Roman" w:eastAsia="Noto Serif SC" w:cs="Amiri"/>
          <w:lang w:val="zh-CN" w:eastAsia="zh-CN" w:bidi="ar-SA"/>
          <w:color w:val="000000"/>
          <w:rtl w:val="0"/>
        </w:rPr>
        <w:t>正如我在这次新事件中的供词里写给内政部的那样，这件事在十个方面都是违法的；那些以法律之名践踏法律的压迫者——真正的罪责本在他们——竟寻找那样的借口，以那些令闻者发笑、使崇尚正义者落泪的诽谤和捏造，向公正之人表明：他们在法律与正义方面找不到任何可能侵害《光明论》及其弟子，便陷入了疯狂。</w:t>
      </w:r>
    </w:p>
    <w:p>
      <w:r>
        <w:rPr>
          <w:rFonts w:ascii="Times New Roman" w:hAnsi="Times New Roman" w:eastAsia="Noto Serif SC" w:cs="Amiri"/>
          <w:lang w:val="zh-CN" w:eastAsia="zh-CN" w:bidi="ar-SA"/>
          <w:color w:val="000000"/>
          <w:rtl w:val="0"/>
        </w:rPr>
        <w:t>例如，那些刺探了我们一个月的官员，找不到任何借口，便写了一张纸条：“赛义德的仆人从一家商店买了拉克酒，给他送去了。”他们找不到任何人肯在纸条上签名，随后抓来一个粗野而醉酒的人，威胁他说：“来，把这个签了！”那人却说：“真该忏悔，这样荒唐的谎言谁能签？”他迫使他们撕掉了纸条。</w:t>
      </w:r>
    </w:p>
    <w:p>
      <w:r>
        <w:rPr>
          <w:rFonts w:ascii="Times New Roman" w:hAnsi="Times New Roman" w:eastAsia="Noto Serif SC" w:cs="Amiri"/>
          <w:lang w:val="zh-CN" w:eastAsia="zh-CN" w:bidi="ar-SA"/>
          <w:color w:val="000000"/>
          <w:rtl w:val="0"/>
        </w:rPr>
        <w:t>第二个例子：一位我不认识、如今仍不相识的人，把自己的马给我乘用，让我散心；我因身体不适，为了呼吸新鲜空气，夏天里大多日子会出游一两个小时。我曾答应给那位马和车的主人价值五十里拉的书籍，以免破坏自己的准则，不欠下人情。这件事难道有丝毫危害的可能吗？然而，省长、司法人员、治安人员和警察，竟向我们问了五十次：“那匹马是谁的？”仿佛那是一桩重大的政治事件，是一起触及治安的事故。甚至，为了终止这些毫无意义的追问，有两个人出于仗义，一个说“马是我的”，另一个说“车是我的”，结果两人也都与我一起被拘押了。</w:t>
      </w:r>
    </w:p>
    <w:p>
      <w:r>
        <w:rPr>
          <w:rFonts w:ascii="Times New Roman" w:hAnsi="Times New Roman" w:eastAsia="Noto Serif SC" w:cs="Amiri"/>
          <w:lang w:val="zh-CN" w:eastAsia="zh-CN" w:bidi="ar-SA"/>
          <w:color w:val="000000"/>
          <w:rtl w:val="0"/>
        </w:rPr>
        <w:t>比照这些例子，我们观看了许多儿戏般的闹剧，不禁笑着哭了；我们也明白：凡侵害《光明论》及其弟子的人，都会使自己成为笑柄。</w:t>
      </w:r>
    </w:p>
    <w:p>
      <w:r>
        <w:rPr>
          <w:rFonts w:ascii="Times New Roman" w:hAnsi="Times New Roman" w:eastAsia="Noto Serif SC" w:cs="Amiri"/>
          <w:lang w:val="zh-CN" w:eastAsia="zh-CN" w:bidi="ar-SA"/>
          <w:color w:val="000000"/>
          <w:rtl w:val="0"/>
        </w:rPr>
        <w:t>那些例子中还有一段有趣的对话：我的拘押文书上写的理由是破坏治安罪，因此我还没看到那张纸条，就对总检察长说：“昨夜我背后非议了你。”又对一名代表公安厅长让我开口的警察说：“倘若我对这个国家公共治安的贡献，比不上千名总检察长和千名公安厅长，愿Allah毁灭我！”——这句话我连说了三遍。</w:t>
      </w:r>
    </w:p>
    <w:p>
      <w:r>
        <w:rPr>
          <w:rFonts w:ascii="Times New Roman" w:hAnsi="Times New Roman" w:eastAsia="Noto Serif SC" w:cs="Amiri"/>
          <w:lang w:val="zh-CN" w:eastAsia="zh-CN" w:bidi="ar-SA"/>
          <w:color w:val="000000"/>
          <w:rtl w:val="0"/>
        </w:rPr>
        <w:t>随后，就在此时，在这严寒中，正当我最需要休息、避免受冻并不再思虑尘世的时候，那些以令人察觉其恶意与蓄意的方式，把我推向这难以承受的流放、隔绝、拘押和压迫的人，使我异常愤恨、怒火中烧。一种眷顾前来援助，心灵受到这样的提醒：</w:t>
      </w:r>
    </w:p>
    <w:p>
      <w:r>
        <w:rPr>
          <w:rFonts w:ascii="Times New Roman" w:hAnsi="Times New Roman" w:eastAsia="Noto Serif SC" w:cs="Amiri"/>
          <w:lang w:val="zh-CN" w:eastAsia="zh-CN" w:bidi="ar-SA"/>
          <w:color w:val="000000"/>
          <w:rtl w:val="0"/>
        </w:rPr>
        <w:t>在人们对你施加的纯粹不义中，Allah预知与裁定的正义占有很大一份；你在这监狱里也有可吃的给养，那给养召唤你来到这里。对此，你当以悦纳与顺服回应。</w:t>
      </w:r>
    </w:p>
    <w:p>
      <w:r>
        <w:rPr>
          <w:rFonts w:ascii="Times New Roman" w:hAnsi="Times New Roman" w:eastAsia="Noto Serif SC" w:cs="Amiri"/>
          <w:lang w:val="zh-CN" w:eastAsia="zh-CN" w:bidi="ar-SA"/>
          <w:color w:val="000000"/>
          <w:rtl w:val="0"/>
        </w:rPr>
        <w:t>Allah的智慧与慈悯也占有很大一份，那就是以光明照亮这狱中的人，给予他们慰藉，并使你们获得回赐。对这一份，你应当在坚忍中千万次感恩。</w:t>
      </w:r>
    </w:p>
    <w:p>
      <w:r>
        <w:rPr>
          <w:rFonts w:ascii="Times New Roman" w:hAnsi="Times New Roman" w:eastAsia="Noto Serif SC" w:cs="Amiri"/>
          <w:lang w:val="zh-CN" w:eastAsia="zh-CN" w:bidi="ar-SA"/>
          <w:color w:val="000000"/>
          <w:rtl w:val="0"/>
        </w:rPr>
        <w:t>其中也有十分之一的份额，属于你自我所不自知的过失。对这一份，你当求Allah赦宥并忏悔，对自己的自我说：“你挨这一巴掌是应得的！”</w:t>
      </w:r>
    </w:p>
    <w:p>
      <w:r>
        <w:rPr>
          <w:rFonts w:ascii="Times New Roman" w:hAnsi="Times New Roman" w:eastAsia="Noto Serif SC" w:cs="Amiri"/>
          <w:lang w:val="zh-CN" w:eastAsia="zh-CN" w:bidi="ar-SA"/>
          <w:color w:val="000000"/>
          <w:rtl w:val="0"/>
        </w:rPr>
        <w:t>此外，那些隐秘敌人以阴谋诱骗一些单纯而多疑的官员，驱使他们施行那种不义，因此他们也占有一份。对此，《光明论》扇向那些伪信者的沉重精神耳光，已替你完全向他们讨回了公道。那对他们已经足够了。</w:t>
      </w:r>
    </w:p>
    <w:p>
      <w:r>
        <w:rPr>
          <w:rFonts w:ascii="Times New Roman" w:hAnsi="Times New Roman" w:eastAsia="Noto Serif SC" w:cs="Amiri"/>
          <w:lang w:val="zh-CN" w:eastAsia="zh-CN" w:bidi="ar-SA"/>
          <w:color w:val="000000"/>
          <w:rtl w:val="0"/>
        </w:rPr>
        <w:t>最后一份，属于实际充当媒介的官员。念及他们即使抱着批评光明论著的意图去阅读，也必然且无疑会在信仰方面获益，对这一份，你当遵循</w:t>
      </w:r>
      <w:r>
        <w:rPr>
          <w:rFonts w:ascii="Amiri" w:hAnsi="Amiri" w:eastAsia="Amiri" w:cs="Amiri"/>
          <w:lang w:val="zh-CN" w:eastAsia="zh-CN" w:bidi="ar-SA"/>
          <w:rtl w:val="1"/>
          <w:cs w:val="1"/>
          <w:color w:val="000000"/>
          <w:sz w:val="24"/>
          <w:szCs w:val="24"/>
        </w:rPr>
        <w:t>ﻭَﺍﻟْﻜَﺎﻇِﻤ۪ﻴﻦَ ﺍﻟْﻐَﻴْﻆَ ﻭَﺍﻟْﻌَﺎﻓ۪ﻴﻦَ ﻋَﻦِ ﺍﻟﻨَّﺎﺱِ</w:t>
      </w:r>
      <w:r>
        <w:rPr>
          <w:rFonts w:ascii="Times New Roman" w:hAnsi="Times New Roman" w:eastAsia="Noto Serif SC" w:cs="Amiri"/>
          <w:lang w:val="zh-CN" w:eastAsia="zh-CN" w:bidi="ar-SA"/>
          <w:color w:val="000000"/>
          <w:rtl w:val="0"/>
        </w:rPr>
        <w:t>（他们抑忍怒火，不使其转为伤害；他们宽赦众人的过失）的准则，宽恕他们，这才是品格的崇高。</w:t>
      </w:r>
    </w:p>
    <w:p>
      <w:r>
        <w:rPr>
          <w:rFonts w:ascii="Times New Roman" w:hAnsi="Times New Roman" w:eastAsia="Noto Serif SC" w:cs="Amiri"/>
          <w:lang w:val="zh-CN" w:eastAsia="zh-CN" w:bidi="ar-SA"/>
          <w:color w:val="000000"/>
          <w:rtl w:val="0"/>
        </w:rPr>
        <w:t>我也因这真实无误的提醒而无比欣慰、满怀感恩，决定留在这所新的优素福囚校；甚至为了帮助那些反对我的人，我还决意做一件无害却足以使自己受罚的事。</w:t>
      </w:r>
    </w:p>
    <w:p>
      <w:r>
        <w:rPr>
          <w:rFonts w:ascii="Times New Roman" w:hAnsi="Times New Roman" w:eastAsia="Noto Serif SC" w:cs="Amiri"/>
          <w:lang w:val="zh-CN" w:eastAsia="zh-CN" w:bidi="ar-SA"/>
          <w:color w:val="000000"/>
          <w:rtl w:val="0"/>
        </w:rPr>
        <w:t>像我这样七十五岁、与世无涉的人，在尘世所爱的朋友中，七十人只剩下五人还在世；而七万部光明抄本将留下来，见证我的光明职责，自由地四处流传；我还有成千上万的兄弟和继承者，能代替一条舌头，以成千上万条舌头履行信仰的服务。对于像我这样的人，坟墓比这监狱好上百倍。而这监狱，也比外面那种在失去自由的压制之下的所谓自由安逸百倍、有益百倍。因为在外面，我独自一人要承受上百名相关官员的压制；在监狱里，我与上百名囚犯相伴，只须因实际情势而承受典狱长、看守长等一两人轻微的压制。与此相对，我在监狱里还得到许多朋友兄弟般的礼遇和慰藉。伊斯兰的怜爱与人性的天性，又使人在这种境况下怜悯老年人，把监狱的劳苦化为慈悯。想到这些，我便悦纳了监狱。</w:t>
      </w:r>
    </w:p>
    <w:p>
      <w:r>
        <w:rPr>
          <w:rFonts w:ascii="Times New Roman" w:hAnsi="Times New Roman" w:eastAsia="Noto Serif SC" w:cs="Amiri"/>
          <w:lang w:val="zh-CN" w:eastAsia="zh-CN" w:bidi="ar-SA"/>
          <w:color w:val="000000"/>
          <w:rtl w:val="0"/>
        </w:rPr>
        <w:t>我来到这第三次法庭时，因衰弱、衰老和疾病，连站立都感到困难，便坐在法庭门外的一张椅子上。忽然来了一位法官，怒气冲冲，以侮辱的口吻说：“他为什么不站着等？”我也因自己年老，对这种毫无怜悯的态度感到愤怒。忽然我看见，许多穆斯林怀着深切的怜爱与友爱，仁慈地看着我，聚集在我们周围，不肯被驱散。忽然，有“两项真理”受到提醒：</w:t>
      </w:r>
    </w:p>
    <w:p>
      <w:r>
        <w:rPr>
          <w:rFonts w:ascii="Times New Roman" w:hAnsi="Times New Roman" w:eastAsia="Noto Serif SC" w:cs="Amiri"/>
          <w:lang w:val="zh-CN" w:eastAsia="zh-CN" w:bidi="ar-SA"/>
          <w:color w:val="000000"/>
          <w:rtl w:val="0"/>
        </w:rPr>
        <w:t>第一项：我和光明论著的隐秘敌人认为，只要违背我的意愿，击碎公众对我的敬重，就能阻挡光明的开拓。于是，他们欺骗一些单纯的官员，抱着使我在民众眼中声名扫地的想法，驱使他们以这种侮辱性的方式对待我。对此，Allah的眷顾为回报光明论著的信仰服务，赐下这样的荣宠：“不要看那一个人对你的侮辱，且看这一百个人！他们赞赏你们的服务，满怀怜爱地同情你们，正亲切地迎接并护送你们。”</w:t>
      </w:r>
    </w:p>
    <w:p>
      <w:r>
        <w:rPr>
          <w:rFonts w:ascii="Times New Roman" w:hAnsi="Times New Roman" w:eastAsia="Noto Serif SC" w:cs="Amiri"/>
          <w:lang w:val="zh-CN" w:eastAsia="zh-CN" w:bidi="ar-SA"/>
          <w:color w:val="000000"/>
          <w:rtl w:val="0"/>
        </w:rPr>
        <w:t>甚至第二天，我在预审法官办公室回答总检察长的问题时，近一千名民众在政府庭院里、面对法庭的窗户，极其关切地聚集起来；他们以状态之语，仿佛用姿态表达着：“不要压迫这些人！”警察无法驱散他们。我的心灵受到这样的提醒：</w:t>
      </w:r>
    </w:p>
    <w:p>
      <w:r>
        <w:rPr>
          <w:rFonts w:ascii="Times New Roman" w:hAnsi="Times New Roman" w:eastAsia="Noto Serif SC" w:cs="Amiri"/>
          <w:lang w:val="zh-CN" w:eastAsia="zh-CN" w:bidi="ar-SA"/>
          <w:color w:val="000000"/>
          <w:rtl w:val="0"/>
        </w:rPr>
        <w:t>这些民众身处这个危险的时代，渴望一种完全的慰藉、一道不会熄灭的光明、一种坚定的信仰，以及通向永恒幸福的真实佳音；他们也在本能地寻求这些。他们听说，自己所寻求的能在光明论著中找到，因此，只因我这个微不足道的人为信仰提供了一点服务，他们便对我表示了远超过我本分的礼遇。</w:t>
      </w:r>
    </w:p>
    <w:p>
      <w:r>
        <w:rPr>
          <w:rFonts w:ascii="Times New Roman" w:hAnsi="Times New Roman" w:eastAsia="Noto Serif SC" w:cs="Amiri"/>
          <w:lang w:val="zh-CN" w:eastAsia="zh-CN" w:bidi="ar-SA"/>
          <w:color w:val="000000"/>
          <w:rtl w:val="0"/>
        </w:rPr>
        <w:t>第二项真理：少数受骗之人误以为我们破坏治安，抱着侮辱我们、击碎公众敬重的意图，对我们施以恶待；与此相对，无数追求真理者和未来世代，将以赞赏为我们喝彩。心灵如此受到提醒。</w:t>
      </w:r>
    </w:p>
    <w:p>
      <w:r>
        <w:rPr>
          <w:rFonts w:ascii="Times New Roman" w:hAnsi="Times New Roman" w:eastAsia="Noto Serif SC" w:cs="Amiri"/>
          <w:lang w:val="zh-CN" w:eastAsia="zh-CN" w:bidi="ar-SA"/>
          <w:color w:val="000000"/>
          <w:rtl w:val="0"/>
        </w:rPr>
        <w:t>是的，无政府主义在共产主义的掩护下，竭力破坏公共治安，造成可怕的祸乱；面对这一切，《光明论》及其弟子凭借求证信仰的力量，在这片国土的每一处阻止并粉碎那可怕的败坏，努力维护安全与秩序。光明弟子人数众多，遍布全国；二十年来，相关的三四所法庭和十个省的治安机关，都未曾发现并记录他们任何破坏治安的事件。三个省的一些公正的治安人员这样说：</w:t>
      </w:r>
    </w:p>
    <w:p>
      <w:r>
        <w:rPr>
          <w:rFonts w:ascii="Times New Roman" w:hAnsi="Times New Roman" w:eastAsia="Noto Serif SC" w:cs="Amiri"/>
          <w:lang w:val="zh-CN" w:eastAsia="zh-CN" w:bidi="ar-SA"/>
          <w:color w:val="000000"/>
          <w:rtl w:val="0"/>
        </w:rPr>
        <w:t>“光明学生是一属精神上的治安力量。他们帮助我们维护治安。每一个以求证信仰阅读《光明论》的人，他们都在其头脑中留下一位制止者，努力保障社会安宁。”</w:t>
      </w:r>
    </w:p>
    <w:p>
      <w:r>
        <w:rPr>
          <w:rFonts w:ascii="Times New Roman" w:hAnsi="Times New Roman" w:eastAsia="Noto Serif SC" w:cs="Amiri"/>
          <w:lang w:val="zh-CN" w:eastAsia="zh-CN" w:bidi="ar-SA"/>
          <w:color w:val="000000"/>
          <w:rtl w:val="0"/>
        </w:rPr>
        <w:t>代尼兹利监狱就是其中的一个例证。《光明论》和专为那里的囚犯所写的《果实论著》传入以后，三四个月之内，那两百多名囚犯便变得极为顺从，虔敬向善，改过自新；甚至一个曾杀死三四个人的人，连杀死木虱也会有所顾忌。他开始成为一个充满怜悯、不造成伤害、有益于国家的成员。连公职人员也惊讶而赞赏地看待这种境况。还有一些尚未获刑的年轻人说：“如果光明学习者仍被关在监狱里，我们就要设法让自己被判罪，努力受到刑罚，以便向他们求教，成为像他们一样的人。我们要借他们的教导改过自新。”</w:t>
      </w:r>
    </w:p>
    <w:p>
      <w:r>
        <w:rPr>
          <w:rFonts w:ascii="Times New Roman" w:hAnsi="Times New Roman" w:eastAsia="Noto Serif SC" w:cs="Amiri"/>
          <w:lang w:val="zh-CN" w:eastAsia="zh-CN" w:bidi="ar-SA"/>
          <w:color w:val="000000"/>
          <w:rtl w:val="0"/>
        </w:rPr>
        <w:t>那些以破坏治安来指控具有这种品格的光明学生的人，必定已经受骗，或以极其恶劣的方式被人蒙蔽；又或者，他们正有意或无意地为无政府主义效力，欺骗政府，企图用各种折磨来压垮我们。</w:t>
      </w:r>
    </w:p>
    <w:p>
      <w:r>
        <w:rPr>
          <w:rFonts w:ascii="Times New Roman" w:hAnsi="Times New Roman" w:eastAsia="Noto Serif SC" w:cs="Amiri"/>
          <w:lang w:val="zh-CN" w:eastAsia="zh-CN" w:bidi="ar-SA"/>
          <w:color w:val="000000"/>
          <w:rtl w:val="0"/>
        </w:rPr>
        <w:t>对此，我们说：既然死亡不会被消灭，坟墓也不会关闭，而尘世旅舍中的行旅，正以极快的速度、仓皇匆忙地一队接着一队，随后进入黄土之后并消失不见，那么，我们彼此必定很快就要分离。你们必将以极为可怕的方式，看到你们暴行的惩罚。至少，面对死亡这份受压迫信士的退役证，你们将登上永恒死刑的绞架。你们在尘世中自以为会永远长存而获得的短暂欢娱，将转为长存而剧烈的痛苦。</w:t>
      </w:r>
    </w:p>
    <w:p>
      <w:r>
        <w:rPr>
          <w:rFonts w:ascii="Times New Roman" w:hAnsi="Times New Roman" w:eastAsia="Noto Serif SC" w:cs="Amiri"/>
          <w:lang w:val="zh-CN" w:eastAsia="zh-CN" w:bidi="ar-SA"/>
          <w:color w:val="000000"/>
          <w:rtl w:val="0"/>
        </w:rPr>
        <w:t>令人遗憾的是，我们那些隐秘的伪信敌人，有时给伊斯兰真理贴上“内在修持”的标签；这真理，是这个虔敬民族以数亿位达到亲近Allah者品阶的殉道者和英勇战士的鲜血与宝剑赢得并守护的。他们又把只是那轮太阳一道光芒的内在修持取向，说成那轮太阳本身，欺骗政府中一些疏忽的官员；还给卓有成效地致力于《古兰经》真理和信仰诸真理的光明学生，冠以“修持道路追随者”和“政治结社者”之名，企图煽动他们反对我们。无论对他们，还是对听信他们而反对我们的人，我们都如在代尼兹利公正法庭上那样说：</w:t>
      </w:r>
    </w:p>
    <w:p>
      <w:r>
        <w:rPr>
          <w:rFonts w:ascii="Times New Roman" w:hAnsi="Times New Roman" w:eastAsia="Noto Serif SC" w:cs="Amiri"/>
          <w:lang w:val="zh-CN" w:eastAsia="zh-CN" w:bidi="ar-SA"/>
          <w:color w:val="000000"/>
          <w:rtl w:val="0"/>
        </w:rPr>
        <w:t>“数亿颗头颅曾为之献身的那项神圣真理，愿我们的头颅也为它献身。即使你们把尘世变成烈火，压在我们头上，那些为《古兰经》真理而献身的头颅，也绝不会向无神否认缴械投降，绝不会放弃自己的神圣职责。</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（若Allah意欲，这事必会成就）！”</w:t>
      </w:r>
    </w:p>
    <w:p>
      <w:r>
        <w:rPr>
          <w:rFonts w:ascii="Times New Roman" w:hAnsi="Times New Roman" w:eastAsia="Noto Serif SC" w:cs="Amiri"/>
          <w:lang w:val="zh-CN" w:eastAsia="zh-CN" w:bidi="ar-SA"/>
          <w:color w:val="000000"/>
          <w:rtl w:val="0"/>
        </w:rPr>
        <w:t>面对老年遭遇带来的痛苦与绝望，有来自信仰和《古兰经》、急速前来援助的神圣慰藉；因此，我绝不会拿这老年最困苦的一年，去换青年时代最舒畅的十年。尤其是，在狱中履行主命礼拜并忏悔的人，他的每一个小时都抵得十个小时的崇拜功修；在疾病和受压迫之中，每一个短暂的日子，在回赐方面又能为人赢得十天长存的生命。对于像我这样在坟墓门前等待换岗的人，这是何等的感恩理由！我从那灵性的提醒中明白了这一点。我说：“我对我的养育并主宰者Allah有无穷的感恩！”我为自己的老年而欣喜，也甘心接受自己的监禁。</w:t>
      </w:r>
    </w:p>
    <w:p>
      <w:r>
        <w:rPr>
          <w:rFonts w:ascii="Times New Roman" w:hAnsi="Times New Roman" w:eastAsia="Noto Serif SC" w:cs="Amiri"/>
          <w:lang w:val="zh-CN" w:eastAsia="zh-CN" w:bidi="ar-SA"/>
          <w:color w:val="000000"/>
          <w:rtl w:val="0"/>
        </w:rPr>
        <w:t>因为，生命不会停驻，它迅速逝去。若生命在乐趣和舒畅中过去，乐趣的消逝便成为痛苦；于是，生命既带着惋惜，又带着不感恩和疏忽遗忘，并把某些罪孽留在原处，短暂地一去不返。若生命在监禁和劳苦中过去，痛苦的消逝便成为一种精神上的乐趣；它又被算作一种崇拜功修，因而从一个方面得以长存，并以美好的果实为人赢得长存的生命。它为过去的罪孽和导致入狱的过错赎罪，把它们洗净。从这一角度看，囚犯中凡是履行主命的人，都应当在坚忍中感恩。</w:t>
      </w:r>
    </w:p>
    <w:p>
      <w:pPr>
        <w:pStyle w:val="Heading2"/>
      </w:pPr>
      <w:r>
        <w:rPr>
          <w:rFonts w:ascii="Times New Roman" w:hAnsi="Times New Roman" w:eastAsia="Noto Serif SC" w:cs="Amiri"/>
          <w:lang w:val="zh-CN" w:eastAsia="zh-CN" w:bidi="ar-SA"/>
          <w:color w:val="000000"/>
          <w:rtl w:val="0"/>
        </w:rPr>
        <w:t>第十六次恳求</w:t>
      </w:r>
    </w:p>
    <w:p>
      <w:r>
        <w:rPr>
          <w:rFonts w:ascii="Times New Roman" w:hAnsi="Times New Roman" w:eastAsia="Noto Serif SC" w:cs="Amiri"/>
          <w:lang w:val="zh-CN" w:eastAsia="zh-CN" w:bidi="ar-SA"/>
          <w:color w:val="000000"/>
          <w:rtl w:val="0"/>
        </w:rPr>
        <w:t>有一次，在老年时期，我服完一年刑期，从埃斯基谢希尔监狱获释。他们把我流放到卡斯塔莫努，又让我在警察局里做了两三个月的客人。我是一个厌倦同忠实朋友往来、离群索居的人，也是一个不能忍受更换衣着的人；我在这样的地方会受到多大的折磨，可想而知。</w:t>
      </w:r>
    </w:p>
    <w:p>
      <w:r>
        <w:rPr>
          <w:rFonts w:ascii="Times New Roman" w:hAnsi="Times New Roman" w:eastAsia="Noto Serif SC" w:cs="Amiri"/>
          <w:lang w:val="zh-CN" w:eastAsia="zh-CN" w:bidi="ar-SA"/>
          <w:color w:val="000000"/>
          <w:rtl w:val="0"/>
        </w:rPr>
        <w:t>就在我处于这种绝望之中时，Allah的眷顾忽然前来援助我的老年。那警局里的警长和警察，都变得如同忠实的朋友。他们从未提醒我把帽子戴在头上，反而像我的仆人一样，随时带我到城市四周散步。</w:t>
      </w:r>
    </w:p>
    <w:p>
      <w:r>
        <w:rPr>
          <w:rFonts w:ascii="Times New Roman" w:hAnsi="Times New Roman" w:eastAsia="Noto Serif SC" w:cs="Amiri"/>
          <w:lang w:val="zh-CN" w:eastAsia="zh-CN" w:bidi="ar-SA"/>
          <w:color w:val="000000"/>
          <w:rtl w:val="0"/>
        </w:rPr>
        <w:t>后来，我进入警局对面的卡斯塔莫努光明经学院，开始撰写《光明论》。费伊齐、艾敏、希尔米、萨迪克、纳齐夫、萨拉赫丁等英勇的光明学生，为刊布和复写《光明论》，经常来到那所经学院。他们把我青年时代与昔日学生共同进行的珍贵学术研讨，以更加光彩的方式展现了出来。</w:t>
      </w:r>
    </w:p>
    <w:p>
      <w:r>
        <w:rPr>
          <w:rFonts w:ascii="Times New Roman" w:hAnsi="Times New Roman" w:eastAsia="Noto Serif SC" w:cs="Amiri"/>
          <w:lang w:val="zh-CN" w:eastAsia="zh-CN" w:bidi="ar-SA"/>
          <w:color w:val="000000"/>
          <w:rtl w:val="0"/>
        </w:rPr>
        <w:t>后来，我们隐秘的敌人使一些官员、某些自负的宗教教师和教团导师对我们产生疑惧。他们促成了我和从五六个省来到代尼兹利监狱的光明学生，在那所优素福经学院里相聚。这第十六次恳求的详细情况，见诸我从卡斯塔莫努寄出、收入《附录》的书信，我在代尼兹利监狱秘密寄给那里兄弟们的短笺，以及法庭上的《辩护论著》；它们都鲜明地显示了这次恳求的真实情形。详细内容请见《附录》和我的辩护，这里只作极为简要的指示。</w:t>
      </w:r>
    </w:p>
    <w:p>
      <w:r>
        <w:rPr>
          <w:rFonts w:ascii="Times New Roman" w:hAnsi="Times New Roman" w:eastAsia="Noto Serif SC" w:cs="Amiri"/>
          <w:lang w:val="zh-CN" w:eastAsia="zh-CN" w:bidi="ar-SA"/>
          <w:color w:val="000000"/>
          <w:rtl w:val="0"/>
        </w:rPr>
        <w:t>我把那些秘存而重要的文集，尤其是关于苏富扬和《光明论》诸般非凡恩迹的论著，藏在煤炭和木柴下面，以便在我去世后，或在当权者听取真理、幡然醒悟之后刊行。我正安然等待时，搜查人员和副总检察长忽然突击了我的住所。他们从木柴下面找出了那些隐秘而重要的论著，又逮捕了我，在我健康受损的情况下，把我送往厄斯帕尔塔监狱。</w:t>
      </w:r>
    </w:p>
    <w:p>
      <w:r>
        <w:rPr>
          <w:rFonts w:ascii="Times New Roman" w:hAnsi="Times New Roman" w:eastAsia="Noto Serif SC" w:cs="Amiri"/>
          <w:lang w:val="zh-CN" w:eastAsia="zh-CN" w:bidi="ar-SA"/>
          <w:color w:val="000000"/>
          <w:rtl w:val="0"/>
        </w:rPr>
        <w:t>我极其痛苦，并为《光明论》遭受的那场损害深感悲伤；就在这时，Allah的一项眷顾赶来援助我们。政府官员开始怀着极大的好奇和专注，阅读那些曾被秘藏、而他们又极需阅读的重要论著；各大官方机构几乎变成了光明学舍。他们本怀批评之心，却开始赞赏。甚至在代尼兹利，我们毫不知情时，许多官方和非官方人士就在极其隐秘的情况下，阅读了已经印行的《至大迹象论著》，巩固了自己的信仰。他们使我们的牢狱灾祸化为乌有。</w:t>
      </w:r>
    </w:p>
    <w:p>
      <w:r>
        <w:rPr>
          <w:rFonts w:ascii="Times New Roman" w:hAnsi="Times New Roman" w:eastAsia="Noto Serif SC" w:cs="Amiri"/>
          <w:lang w:val="zh-CN" w:eastAsia="zh-CN" w:bidi="ar-SA"/>
          <w:color w:val="000000"/>
          <w:rtl w:val="0"/>
        </w:rPr>
        <w:t>后来，他们把我送进代尼兹利监狱，又把我关进绝对隔离之中一间腐臭、潮湿而冰冷的囚室。年老、疾病、无辜的朋友因我受苦而带给我的深切悲痛，以及《光明论》停写和被没收所带来的沉重惋惜，使我在极大的烦闷中挣扎。就在这时，养育并主宰者Allah的眷顾忽然赶来援助。那座庞大的监狱顷刻间变成了一所光明学舍，并证明自己就是一所优素福经学院；《光明论》借扎赫拉经学院英雄们的钻石之笔开始传播。甚至那位光明英雄，在那样严酷的条件下，三四个月内就写下了二十多篇《果实》与《辩护集》论著。他们在狱内狱外都开始取得开拓。祂把那场灾祸中的损害化为巨大的益处，把我们的烦闷化为欢喜，再次显示了</w:t>
      </w:r>
      <w:r>
        <w:rPr>
          <w:rFonts w:ascii="Amiri" w:hAnsi="Amiri" w:eastAsia="Amiri" w:cs="Amiri"/>
          <w:lang w:val="zh-CN" w:eastAsia="zh-CN" w:bidi="ar-SA"/>
          <w:rtl w:val="1"/>
          <w:cs w:val="1"/>
          <w:color w:val="000000"/>
          <w:sz w:val="24"/>
          <w:szCs w:val="24"/>
        </w:rPr>
        <w:t>ﻋَﺴٰٓﻰ ﺍَﻥْ ﺗَﻜْﺮَﻫُﻮﺍ ﺷَﻴْﺌًﺎ ﻭَﻫُﻮَ ﺧَﻴْﺮٌ ﻟَﻜُﻢْ</w:t>
      </w:r>
      <w:r>
        <w:rPr>
          <w:rFonts w:ascii="Times New Roman" w:hAnsi="Times New Roman" w:eastAsia="Noto Serif SC" w:cs="Amiri"/>
          <w:lang w:val="zh-CN" w:eastAsia="zh-CN" w:bidi="ar-SA"/>
          <w:color w:val="000000"/>
          <w:rtl w:val="0"/>
        </w:rPr>
        <w:t>（或许你们厌恶某件事，而那件事对你们其实更好；表面的厌恶性并不能取消它所含的真实益处）的奥义。</w:t>
      </w:r>
    </w:p>
    <w:p>
      <w:r>
        <w:rPr>
          <w:rFonts w:ascii="Times New Roman" w:hAnsi="Times New Roman" w:eastAsia="Noto Serif SC" w:cs="Amiri"/>
          <w:lang w:val="zh-CN" w:eastAsia="zh-CN" w:bidi="ar-SA"/>
          <w:color w:val="000000"/>
          <w:rtl w:val="0"/>
        </w:rPr>
        <w:t>后来，第一专家委员会依据错误而表面化的记录，对我们提出猛烈批评；教育部长又发起可怕的攻击，并发表声明反对我们。甚至有消息说，他们正设法判处我们中一些人的死刑。就在那个时候，养育并主宰者Allah的一项眷顾赶来援助我们。</w:t>
      </w:r>
    </w:p>
    <w:p>
      <w:r>
        <w:rPr>
          <w:rFonts w:ascii="Times New Roman" w:hAnsi="Times New Roman" w:eastAsia="Noto Serif SC" w:cs="Amiri"/>
          <w:lang w:val="zh-CN" w:eastAsia="zh-CN" w:bidi="ar-SA"/>
          <w:color w:val="000000"/>
          <w:rtl w:val="0"/>
        </w:rPr>
        <w:t>我们原本等待安卡拉专家委员会的猛烈批评，等来的却是他们赞赏的报告。他们在五箱《光明论》论著中，只找出了五到十处笔误；我们则在法庭上证明，他们指为笔误和错误的地方恰恰是真理，在他们称为笔误和错误的条目上，犯错的其实是他们自己。同样，在他们五页的报告中，我们也指出了五到十处笔误和错误。我们送往七个机关的《果实》和《辩护书》论著，以及送交司法部的全部《光明论》论著，尤其是那些秘存论著中痛切而严厉的抨击，使我们原本等待威吓性的严令；然而，他们非但不加干涉，反而极为温和，甚至以安慰的方式谋求和解，正如总理寄给我们的信一样。这一切确证了以下事实：</w:t>
      </w:r>
    </w:p>
    <w:p>
      <w:r>
        <w:rPr>
          <w:rFonts w:ascii="Times New Roman" w:hAnsi="Times New Roman" w:eastAsia="Noto Serif SC" w:cs="Amiri"/>
          <w:lang w:val="zh-CN" w:eastAsia="zh-CN" w:bidi="ar-SA"/>
          <w:color w:val="000000"/>
          <w:rtl w:val="0"/>
        </w:rPr>
        <w:t>《光明论》的诸真理，凭Allah眷顾所显的非凡恩迹，战胜了他们，并以引导的方式使他们阅读这些真理；它把那些广大的机构变成了一类学舍，挽救了许多犹豫困惑者的信仰，也给我们带来比自身烦闷多百倍的精神舒畅和益处。</w:t>
      </w:r>
    </w:p>
    <w:p>
      <w:r>
        <w:rPr>
          <w:rFonts w:ascii="Times New Roman" w:hAnsi="Times New Roman" w:eastAsia="Noto Serif SC" w:cs="Amiri"/>
          <w:lang w:val="zh-CN" w:eastAsia="zh-CN" w:bidi="ar-SA"/>
          <w:color w:val="000000"/>
          <w:rtl w:val="0"/>
        </w:rPr>
        <w:t>后来，隐秘的敌人给我下了毒。《光明论》的殉道英雄、已故的背诵全本《古兰经》的阿里，代替我进了医院，又代替我前往死后复起前的中间世界，使我们绝望地痛哭。在这场灾祸之前，我曾在卡斯塔莫努的山上多次高喊：“兄弟们！不要把肉给马，也不要把草给狮子。”也就是说，不要把每一部论著都交给每一个人，以免我们遭到攻击。步行需七天路程之外的背诵全本《古兰经》的阿里</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降临于他），仿佛借灵性的电话听见了一般，在同一时刻写信给我说：“是的，我的导师，这是《光明论》的一项非凡恩迹：它不把肉给马，也不把草给狮子；相反，它把草给马，把肉给狮子，因为它把《忠诚论著》交给了那位狮子般的教师。”七天后，我们收到了他的信；一算时间，我在山上高喊时，他也正在信中写下那些奇异的话语。</w:t>
      </w:r>
    </w:p>
    <w:p>
      <w:r>
        <w:rPr>
          <w:rFonts w:ascii="Times New Roman" w:hAnsi="Times New Roman" w:eastAsia="Noto Serif SC" w:cs="Amiri"/>
          <w:lang w:val="zh-CN" w:eastAsia="zh-CN" w:bidi="ar-SA"/>
          <w:color w:val="000000"/>
          <w:rtl w:val="0"/>
        </w:rPr>
        <w:t>这样一位《光明论》精神英雄的去世，隐秘伪信者以种种阴谋设法使我们受罚，以及我因中毒所致的疾病而可能被官方强送医院的忧虑，正使我们备受压迫时，Allah的眷顾忽然前来援助。</w:t>
      </w:r>
    </w:p>
    <w:p>
      <w:r>
        <w:rPr>
          <w:rFonts w:ascii="Times New Roman" w:hAnsi="Times New Roman" w:eastAsia="Noto Serif SC" w:cs="Amiri"/>
          <w:lang w:val="zh-CN" w:eastAsia="zh-CN" w:bidi="ar-SA"/>
          <w:color w:val="000000"/>
          <w:rtl w:val="0"/>
        </w:rPr>
        <w:t>我那些蒙福兄弟的纯诚祈祷，使中毒的危险得以过去；有力的迹象显示，那位已故殉道者在墓中仍研读《光明论》，并以《光明论》回答审问天使；代替他、承续他的方式为《光明论》服务的代尼兹利英雄哈桑·费伊齐</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降临于他）和他的朋友们，在暗中卓有成效地服务；连我们的敌人，也因囚犯骤然借《光明论》改过自新，而支持我们出狱；《光明论》的学生又像洞窟同伴一样，把那处令人烦闷的苦修之所，变成了洞窟同伴和古代禁欲苦修者的洞穴；他们又以心灵的安宁，努力刊布和抄写《光明论》。这一切都证明，养育并主宰者Allah的眷顾已经赶来援助我们。</w:t>
      </w:r>
    </w:p>
    <w:p>
      <w:r>
        <w:rPr>
          <w:rFonts w:ascii="Times New Roman" w:hAnsi="Times New Roman" w:eastAsia="Noto Serif SC" w:cs="Amiri"/>
          <w:lang w:val="zh-CN" w:eastAsia="zh-CN" w:bidi="ar-SA"/>
          <w:color w:val="000000"/>
          <w:rtl w:val="0"/>
        </w:rPr>
        <w:t>我心中又浮现这样的念头：既然像至大先导者那样至为卓越的独立判法大学者们也曾遭受监禁，像先导者艾哈迈德·本·罕百里那样的至大奋斗者，也曾仅因《古兰经》的一个问题而在狱中备受折磨；他却不抱怨，以完备的坚忍坚定不移，在这些问题上毫不缄默。还有许多先导者和渊博精深的学者，虽然遭受了比你们多得多的折磨，却在完备的坚忍中感恩，毫不动摇。那么，你们为《古兰经》的多项真理获得了极大的回赐和收益，却只受了很少的劳苦，当然应当为此献上万千感谢。</w:t>
      </w:r>
    </w:p>
    <w:p>
      <w:r>
        <w:rPr>
          <w:rFonts w:ascii="Times New Roman" w:hAnsi="Times New Roman" w:eastAsia="Noto Serif SC" w:cs="Amiri"/>
          <w:lang w:val="zh-CN" w:eastAsia="zh-CN" w:bidi="ar-SA"/>
          <w:color w:val="000000"/>
          <w:rtl w:val="0"/>
        </w:rPr>
        <w:t>是的，我要简要说明：人类的暴行之中，Allah预知与裁定的一次公正彰显；我老年的沉重烦闷之中，养育并主宰者Allah的一次眷顾彰显。</w:t>
      </w:r>
    </w:p>
    <w:p>
      <w:r>
        <w:rPr>
          <w:rFonts w:ascii="Times New Roman" w:hAnsi="Times New Roman" w:eastAsia="Noto Serif SC" w:cs="Amiri"/>
          <w:lang w:val="zh-CN" w:eastAsia="zh-CN" w:bidi="ar-SA"/>
          <w:color w:val="000000"/>
          <w:rtl w:val="0"/>
        </w:rPr>
        <w:t>我二十来岁时，常常反复说：“到了晚年，我也要像古代退隐洞穴、弃绝尘世的人一样，退入一个洞穴、一座山中，离开人们的社会生活。”在第一次世界大战期间，我在东北被俘时也曾下定决心：“从今以后，我要在洞穴里度过一生，摆脱政治生活和社会生活。我已经介入得够多了。”正当这样说时，养育并主宰者Allah的眷顾和预定的公正一同彰显了。祂怜悯我的老年，以一种远比我的决定和愿望更有益的方式，把我想象中的那些洞穴，变成了监狱、隐居处、孤独中的苦修之所和绝对隔离的住所。祂赐给我远超禁欲苦修者和隐士山间洞穴的“优素福经学院”，又赐给我使我们不致虚耗时光的隔离室。祂既赐给我洞穴在后世的益处，也赐给我为信仰和《古兰经》诸真理而奋斗的服务。</w:t>
      </w:r>
    </w:p>
    <w:p>
      <w:r>
        <w:rPr>
          <w:rFonts w:ascii="Times New Roman" w:hAnsi="Times New Roman" w:eastAsia="Noto Serif SC" w:cs="Amiri"/>
          <w:lang w:val="zh-CN" w:eastAsia="zh-CN" w:bidi="ar-SA"/>
          <w:color w:val="000000"/>
          <w:rtl w:val="0"/>
        </w:rPr>
        <w:t>我甚至曾决心，在朋友们无罪释放之后，设法找个罪名，继续留在监狱里；让胡斯雷夫、费伊齐这样的独身者留在我身旁。我还要留在隔离囚室里，借以回避与人们来往，不把时间耗在无意义的闲谈、矫饰和自我炫耀上。</w:t>
      </w:r>
    </w:p>
    <w:p>
      <w:r>
        <w:rPr>
          <w:rFonts w:ascii="Times New Roman" w:hAnsi="Times New Roman" w:eastAsia="Noto Serif SC" w:cs="Amiri"/>
          <w:lang w:val="zh-CN" w:eastAsia="zh-CN" w:bidi="ar-SA"/>
          <w:color w:val="000000"/>
          <w:rtl w:val="0"/>
        </w:rPr>
        <w:t>然而，Allah的预知与裁定以及我们的命分，把我们引向另一处苦修之所。凭着</w:t>
      </w:r>
      <w:r>
        <w:rPr>
          <w:rFonts w:ascii="Amiri" w:hAnsi="Amiri" w:eastAsia="Amiri" w:cs="Amiri"/>
          <w:lang w:val="zh-CN" w:eastAsia="zh-CN" w:bidi="ar-SA"/>
          <w:rtl w:val="1"/>
          <w:cs w:val="1"/>
          <w:color w:val="000000"/>
          <w:sz w:val="24"/>
          <w:szCs w:val="24"/>
        </w:rPr>
        <w:t>ﺍَﻟْﺨَﻴْﺮُ ﻓ۪ﻰ ﻣَﺎ ﺍﺧْﺘَﺎﺭَﻩُ ﺍﻟﻠّٰﻪُ</w:t>
      </w:r>
      <w:r>
        <w:rPr>
          <w:rFonts w:ascii="Times New Roman" w:hAnsi="Times New Roman" w:eastAsia="Noto Serif SC" w:cs="Amiri"/>
          <w:lang w:val="zh-CN" w:eastAsia="zh-CN" w:bidi="ar-SA"/>
          <w:color w:val="000000"/>
          <w:rtl w:val="0"/>
        </w:rPr>
        <w:t xml:space="preserve">（真正的善，就在Allah所选择的事情中；祂为我们作出的选择才是最有益的） </w:t>
      </w:r>
      <w:r>
        <w:rPr>
          <w:rFonts w:ascii="Amiri" w:hAnsi="Amiri" w:eastAsia="Amiri" w:cs="Amiri"/>
          <w:lang w:val="zh-CN" w:eastAsia="zh-CN" w:bidi="ar-SA"/>
          <w:rtl w:val="1"/>
          <w:cs w:val="1"/>
          <w:color w:val="000000"/>
          <w:sz w:val="24"/>
          <w:szCs w:val="24"/>
        </w:rPr>
        <w:t>٭ ﻋَﺴٰٓﻰ ﺍَﻥْ ﺗَﻜْﺮَﻫُﻮﺍ ﺷَﻴْﺌًﺎ ﻭَﻫُﻮَ ﺧَﻴْﺮٌ ﻟَﻜُﻢْ</w:t>
      </w:r>
      <w:r>
        <w:rPr>
          <w:rFonts w:ascii="Times New Roman" w:hAnsi="Times New Roman" w:eastAsia="Noto Serif SC" w:cs="Amiri"/>
          <w:lang w:val="zh-CN" w:eastAsia="zh-CN" w:bidi="ar-SA"/>
          <w:color w:val="000000"/>
          <w:rtl w:val="0"/>
        </w:rPr>
        <w:t>（或许你们厌恶某件事，而那件事对你们其实更好；表面的厌恶性并不能取消它所含的真实益处）的奥义，祂怜悯我的老年，又要我在信仰服务中更加努力地工作，于是超越我们的选择和筹谋，在这第三所优素福经学院里赋予了我职责。</w:t>
      </w:r>
    </w:p>
    <w:p>
      <w:r>
        <w:rPr>
          <w:rFonts w:ascii="Times New Roman" w:hAnsi="Times New Roman" w:eastAsia="Noto Serif SC" w:cs="Amiri"/>
          <w:lang w:val="zh-CN" w:eastAsia="zh-CN" w:bidi="ar-SA"/>
          <w:color w:val="000000"/>
          <w:rtl w:val="0"/>
        </w:rPr>
        <w:t>是的，Allah的眷顾怜悯我的老年，把那些只属于没有强大而隐秘敌人的青年时代的洞穴，变为监狱中单独隔离的住所。其中有三项智慧，对《光明论》的服务也有三项重要益处：</w:t>
      </w:r>
    </w:p>
    <w:p>
      <w:r>
        <w:rPr>
          <w:rFonts w:ascii="Times New Roman" w:hAnsi="Times New Roman" w:eastAsia="Noto Serif SC" w:cs="Amiri"/>
          <w:lang w:val="zh-CN" w:eastAsia="zh-CN" w:bidi="ar-SA"/>
          <w:color w:val="000000"/>
          <w:rtl w:val="0"/>
        </w:rPr>
        <w:t>第一项智慧与益处：在这个时代，光明学生若要相聚，只有在优素福经学院里才能不受伤害。至于彼此见面交谈，在外界既花费钱财，又引人怀疑。甚至有些人为了见我，花掉四五十里拉前来，却只能见二十分钟，或者根本见不到便回去。我为了亲眼见到一些兄弟，也曾甘愿承受牢狱之苦。可见，监禁对我们是一项恩赐，是一种慈悯。</w:t>
      </w:r>
    </w:p>
    <w:p>
      <w:r>
        <w:rPr>
          <w:rFonts w:ascii="Times New Roman" w:hAnsi="Times New Roman" w:eastAsia="Noto Serif SC" w:cs="Amiri"/>
          <w:lang w:val="zh-CN" w:eastAsia="zh-CN" w:bidi="ar-SA"/>
          <w:color w:val="000000"/>
          <w:rtl w:val="0"/>
        </w:rPr>
        <w:t>第二项智慧与益处：在这个时代，借《光明论》从事信仰服务，要靠在各地宣扬，并吸引有需要者的注意。我们的监禁正把人们的目光引向《光明论》，起到了宣扬的作用。最顽抗或最需要的人找到了它，挽救了自己的信仰；顽抗被折服，危险得以摆脱，《光明论》的学舍也随之扩大。</w:t>
      </w:r>
    </w:p>
    <w:p>
      <w:r>
        <w:rPr>
          <w:rFonts w:ascii="Times New Roman" w:hAnsi="Times New Roman" w:eastAsia="Noto Serif SC" w:cs="Amiri"/>
          <w:lang w:val="zh-CN" w:eastAsia="zh-CN" w:bidi="ar-SA"/>
          <w:color w:val="000000"/>
          <w:rtl w:val="0"/>
        </w:rPr>
        <w:t>第三项智慧与益处：入狱的光明学生，既从彼此的境况、品格、精诚与奉献中学习，也不再为《光明论》的服务寻求尘世利益。是的，在优素福经学院里，他们亲眼看见众多迹象：每一项烦闷和劳苦，都带来十倍、乃至百倍的物质与精神益处、美好的结果，以及对信仰广泛而纯诚的服务。因此，他们得以达到完全的精诚，不再降格去追求微小而私人的利益。</w:t>
      </w:r>
    </w:p>
    <w:p>
      <w:r>
        <w:rPr>
          <w:rFonts w:ascii="Times New Roman" w:hAnsi="Times New Roman" w:eastAsia="Noto Serif SC" w:cs="Amiri"/>
          <w:lang w:val="zh-CN" w:eastAsia="zh-CN" w:bidi="ar-SA"/>
          <w:color w:val="000000"/>
          <w:rtl w:val="0"/>
        </w:rPr>
        <w:t>这些苦修之所，对我另有一种优美，以及一种悲哀却甜美的境况。是这样的：</w:t>
      </w:r>
    </w:p>
    <w:p>
      <w:r>
        <w:rPr>
          <w:rFonts w:ascii="Times New Roman" w:hAnsi="Times New Roman" w:eastAsia="Noto Serif SC" w:cs="Amiri"/>
          <w:lang w:val="zh-CN" w:eastAsia="zh-CN" w:bidi="ar-SA"/>
          <w:color w:val="000000"/>
          <w:rtl w:val="0"/>
        </w:rPr>
        <w:t>我仿佛又看见了青年时代在我们家乡所见的旧式经学院的相同情景。因为，在东部各省，按旧俗，一些经学院学生的口粮由外面送来，有些经学院则在院内自己烹煮。它们还在许多其他方面与这处苦修之所相似。我怀着甜美的怀念，每当观看这里，神思便回到那古老的青年时代和美好的岁月，忘却老年的种种境况……</w:t>
      </w:r>
    </w:p>
    <w:p>
      <w:pPr>
        <w:pStyle w:val="Heading2"/>
      </w:pPr>
      <w:r>
        <w:rPr>
          <w:rFonts w:ascii="Times New Roman" w:hAnsi="Times New Roman" w:eastAsia="Noto Serif SC" w:cs="Amiri"/>
          <w:lang w:val="zh-CN" w:eastAsia="zh-CN" w:bidi="ar-SA"/>
          <w:color w:val="000000"/>
          <w:rtl w:val="0"/>
        </w:rPr>
        <w:t>《第二十六闪光》附篇</w:t>
      </w:r>
    </w:p>
    <w:p>
      <w:r>
        <w:rPr>
          <w:rFonts w:ascii="Times New Roman" w:hAnsi="Times New Roman" w:eastAsia="Noto Serif SC" w:cs="Amiri"/>
          <w:lang w:val="zh-CN" w:eastAsia="zh-CN" w:bidi="ar-SA"/>
          <w:color w:val="000000"/>
          <w:rtl w:val="0"/>
        </w:rPr>
        <w:t>此篇即《第二十一封书信》，因已收入《书信集》，故不再收录于此。</w:t>
      </w:r>
    </w:p>
    <w:p>
      <w:pPr>
        <w:pStyle w:val="Heading1"/>
        <w:pageBreakBefore/>
      </w:pPr>
      <w:r>
        <w:rPr>
          <w:rFonts w:ascii="Times New Roman" w:hAnsi="Times New Roman" w:eastAsia="Noto Serif SC" w:cs="Amiri"/>
          <w:lang w:val="zh-CN" w:eastAsia="zh-CN" w:bidi="ar-SA"/>
          <w:color w:val="000000"/>
          <w:rtl w:val="0"/>
        </w:rPr>
        <w:t>第二十七篇闪光</w:t>
      </w:r>
    </w:p>
    <w:p>
      <w:r>
        <w:rPr>
          <w:rFonts w:ascii="Times New Roman" w:hAnsi="Times New Roman" w:eastAsia="Noto Serif SC" w:cs="Amiri"/>
          <w:lang w:val="zh-CN" w:eastAsia="zh-CN" w:bidi="ar-SA"/>
          <w:color w:val="000000"/>
          <w:rtl w:val="0"/>
        </w:rPr>
        <w:t>本篇是埃斯基谢希尔法庭辩护词，曾刊载于以《古兰经》书法抄写的《闪光集》合订本，部分内容也曾刊载于《生平史》。</w:t>
      </w:r>
    </w:p>
    <w:p>
      <w:pPr>
        <w:pStyle w:val="Heading1"/>
        <w:pageBreakBefore/>
      </w:pPr>
      <w:r>
        <w:rPr>
          <w:rFonts w:ascii="Times New Roman" w:hAnsi="Times New Roman" w:eastAsia="Noto Serif SC" w:cs="Amiri"/>
          <w:lang w:val="zh-CN" w:eastAsia="zh-CN" w:bidi="ar-SA"/>
          <w:color w:val="000000"/>
          <w:rtl w:val="0"/>
        </w:rPr>
        <w:t>第二十八篇闪光</w:t>
      </w:r>
    </w:p>
    <w:p>
      <w:r>
        <w:rPr>
          <w:rFonts w:ascii="Times New Roman" w:hAnsi="Times New Roman" w:eastAsia="Noto Serif SC" w:cs="Amiri"/>
          <w:lang w:val="zh-CN" w:eastAsia="zh-CN" w:bidi="ar-SA"/>
          <w:color w:val="000000"/>
          <w:rtl w:val="0"/>
        </w:rPr>
        <w:t>这部论著仅有若干部分收录于此；其全文已刊载于以《古兰经》书法抄写的《闪光集》合订本。</w:t>
      </w:r>
    </w:p>
    <w:p>
      <w:pPr>
        <w:pStyle w:val="Heading2"/>
      </w:pPr>
      <w:r>
        <w:rPr>
          <w:rFonts w:ascii="Times New Roman" w:hAnsi="Times New Roman" w:eastAsia="Noto Serif SC" w:cs="Amiri"/>
          <w:lang w:val="zh-CN" w:eastAsia="zh-CN" w:bidi="ar-SA"/>
          <w:color w:val="000000"/>
          <w:rtl w:val="0"/>
        </w:rPr>
        <w:t>第二项精义</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ﻭَﻣَﺎ ﺧَﻠَﻘْﺖُ ﺍﻟْﺠِﻦَّ وَالْاِنْسَ اِلَّا ﻟِﻴَﻌْﺒُﺪُﻭﻥِ</w:t>
      </w:r>
      <w:r>
        <w:rPr>
          <w:rFonts w:ascii="Times New Roman" w:hAnsi="Times New Roman" w:eastAsia="Noto Serif SC" w:cs="Amiri"/>
          <w:lang w:val="zh-CN" w:eastAsia="zh-CN" w:bidi="ar-SA"/>
          <w:color w:val="000000"/>
          <w:rtl w:val="0"/>
        </w:rPr>
        <w:t xml:space="preserve">（我创造精灵与人类，只为让他们崇拜我；他们受造的宗旨，正是认识自身仆人的地位并履行崇拜） </w:t>
      </w:r>
      <w:r>
        <w:rPr>
          <w:rFonts w:ascii="Amiri" w:hAnsi="Amiri" w:eastAsia="Amiri" w:cs="Amiri"/>
          <w:lang w:val="zh-CN" w:eastAsia="zh-CN" w:bidi="ar-SA"/>
          <w:rtl w:val="1"/>
          <w:cs w:val="1"/>
          <w:color w:val="000000"/>
          <w:sz w:val="24"/>
          <w:szCs w:val="24"/>
        </w:rPr>
        <w:t>٭ ﻣَٓﺎ ﺍُﺭ۪ﻳﺪُ ﻣِﻨْﻬُﻢْ ﻣِﻦْ ﺭِﺯْﻕٍ ﻭَﻣَٓﺎ ﺍُﺭ۪ﻳﺪُ ﺍَﻥْ ﻳُﻄْﻌِﻤُﻮﻥِ</w:t>
      </w:r>
      <w:r>
        <w:rPr>
          <w:rFonts w:ascii="Times New Roman" w:hAnsi="Times New Roman" w:eastAsia="Noto Serif SC" w:cs="Amiri"/>
          <w:lang w:val="zh-CN" w:eastAsia="zh-CN" w:bidi="ar-SA"/>
          <w:color w:val="000000"/>
          <w:rtl w:val="0"/>
        </w:rPr>
        <w:t xml:space="preserve">（我不向他们索取任何给养，也不要求他们供养我；我毫无匮乏，绝不依赖他们的供奉） </w:t>
      </w:r>
      <w:r>
        <w:rPr>
          <w:rFonts w:ascii="Amiri" w:hAnsi="Amiri" w:eastAsia="Amiri" w:cs="Amiri"/>
          <w:lang w:val="zh-CN" w:eastAsia="zh-CN" w:bidi="ar-SA"/>
          <w:rtl w:val="1"/>
          <w:cs w:val="1"/>
          <w:color w:val="000000"/>
          <w:sz w:val="24"/>
          <w:szCs w:val="24"/>
        </w:rPr>
        <w:t>٭ ﺍِﻥَّ ﺍﻟﻠّٰﻪَ ﻫُﻮَ ﺍﻟﺮَّﺯَّﺍﻕُ ﺫُﻭ ﺍﻟْﻘُﻮَّﺓِ ﺍﻟْﻤَﺘ۪ﻴﻦُ</w:t>
      </w:r>
      <w:r>
        <w:rPr>
          <w:rFonts w:ascii="Times New Roman" w:hAnsi="Times New Roman" w:eastAsia="Noto Serif SC" w:cs="Amiri"/>
          <w:lang w:val="zh-CN" w:eastAsia="zh-CN" w:bidi="ar-SA"/>
          <w:color w:val="000000"/>
          <w:rtl w:val="0"/>
        </w:rPr>
        <w:t>（Allah确是赐予万物给养者，祂拥有宏大力量，坚固无比；给养唯由祂掌握，祂的权能永不衰竭）。这段尊贵经文的表层意义，按许多经注的表述，并未显出《古兰经》奇迹般的高妙表达，因此长久以来总萦绕于我的思绪。我将借《古兰经》的恩泽，把来自它的极美而崇高的意义中的三个方面，概要阐明。</w:t>
      </w:r>
    </w:p>
    <w:p>
      <w:r>
        <w:rPr>
          <w:rFonts w:ascii="Times New Roman" w:hAnsi="Times New Roman" w:eastAsia="Noto Serif SC" w:cs="Amiri"/>
          <w:lang w:val="zh-CN" w:eastAsia="zh-CN" w:bidi="ar-SA"/>
          <w:color w:val="000000"/>
          <w:rtl w:val="0"/>
        </w:rPr>
        <w:t>第一：至高无上的真实主宰Allah，为了尊崇并荣耀祂的使者，有时把本可属于使者的一些情状归于祂自身。</w:t>
      </w:r>
    </w:p>
    <w:p>
      <w:r>
        <w:rPr>
          <w:rFonts w:ascii="Times New Roman" w:hAnsi="Times New Roman" w:eastAsia="Noto Serif SC" w:cs="Amiri"/>
          <w:lang w:val="zh-CN" w:eastAsia="zh-CN" w:bidi="ar-SA"/>
          <w:color w:val="000000"/>
          <w:rtl w:val="0"/>
        </w:rPr>
        <w:t>这里也是如此：“我的使者不会因履行使者使命、传达全然奴仆意识的职责，而向你们索取报酬、工价、奖赏或食物。”具有这一意义的“我创造你们，是要你们崇拜我，不是让你们给我给养、供养我”这段经文，所指应当是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（愿Allah赐他尊荣、恩福与平安）提供食物与给养。否则，它就只是宣告一件显而易见、众所周知的事，不符合《古兰经》奇迹的雄辩。</w:t>
      </w:r>
    </w:p>
    <w:p>
      <w:r>
        <w:rPr>
          <w:rFonts w:ascii="Times New Roman" w:hAnsi="Times New Roman" w:eastAsia="Noto Serif SC" w:cs="Amiri"/>
          <w:lang w:val="zh-CN" w:eastAsia="zh-CN" w:bidi="ar-SA"/>
          <w:color w:val="000000"/>
          <w:rtl w:val="0"/>
        </w:rPr>
        <w:t>第二方面：人深受给养问题所困，因而以谋求给养为借口，以为它会妨碍全然奴仆意识，想为自己寻找开脱。对此，尊贵经文说：“你们是为全然奴仆意识而受造，你们受造的结果就是全然奴仆意识。谋求给养，就Allah的命令而言，也是一种全然奴仆意识。你们为我的受造物——你们自身、家眷和牲畜，其给养都由我承担——备办给养，并不等于是为我备办给养和食物；你们并非为此受造。因为赐予万物给养者是我。你们所关怀的、属于我的仆人们，其给养由我赐予。你们不要以此为借口，放弃全然奴仆意识！”</w:t>
      </w:r>
    </w:p>
    <w:p>
      <w:r>
        <w:rPr>
          <w:rFonts w:ascii="Times New Roman" w:hAnsi="Times New Roman" w:eastAsia="Noto Serif SC" w:cs="Amiri"/>
          <w:lang w:val="zh-CN" w:eastAsia="zh-CN" w:bidi="ar-SA"/>
          <w:color w:val="000000"/>
          <w:rtl w:val="0"/>
        </w:rPr>
        <w:t>如果没有这一层意义，那么，向至高无上的真实主宰Allah提供给养和食物绝无可能，这是显而易见、人所共知的；经文便等于宣告已知之事。修辞学中有一条既定原则：一段话的意义若已知且显而易见，那么这一意义并非本意，本意是它的一项必然含义或自然推论。例如，你对某人说：“你能背诵全本《古兰经》。”这就等于宣告对方已知的事。可见，真正要表达的是：“我知道你能背诵全本《古兰经》。”因为他不知道我已知此事，所以我才告诉他。</w:t>
      </w:r>
    </w:p>
    <w:p>
      <w:r>
        <w:rPr>
          <w:rFonts w:ascii="Times New Roman" w:hAnsi="Times New Roman" w:eastAsia="Noto Serif SC" w:cs="Amiri"/>
          <w:lang w:val="zh-CN" w:eastAsia="zh-CN" w:bidi="ar-SA"/>
          <w:color w:val="000000"/>
          <w:rtl w:val="0"/>
        </w:rPr>
        <w:t>依据这条原则，经文否定向至高无上的真实主宰Allah提供给养和食物，借以含蓄表达的意义就是：“你们受造，并不是为了给属于我的受造物提供给养；他们属于我，我也已承诺承担他们的给养。你们真正的职责是全然奴仆意识。遵照我的命令努力谋求给养，也是一种崇拜功修。”</w:t>
      </w:r>
    </w:p>
    <w:p>
      <w:r>
        <w:rPr>
          <w:rFonts w:ascii="Times New Roman" w:hAnsi="Times New Roman" w:eastAsia="Noto Serif SC" w:cs="Amiri"/>
          <w:lang w:val="zh-CN" w:eastAsia="zh-CN" w:bidi="ar-SA"/>
          <w:color w:val="000000"/>
          <w:rtl w:val="0"/>
        </w:rPr>
        <w:t>第三方面：正如《忠诚章》中，</w:t>
      </w:r>
      <w:r>
        <w:rPr>
          <w:rFonts w:ascii="Amiri" w:hAnsi="Amiri" w:eastAsia="Amiri" w:cs="Amiri"/>
          <w:lang w:val="zh-CN" w:eastAsia="zh-CN" w:bidi="ar-SA"/>
          <w:rtl w:val="1"/>
          <w:cs w:val="1"/>
          <w:color w:val="000000"/>
          <w:sz w:val="24"/>
          <w:szCs w:val="24"/>
        </w:rPr>
        <w:t>ﻟَﻢْ ﻳَﻠِﺪْ ﻭَ ﻟَﻢْ ﻳُﻮﻟَﺪْ</w:t>
      </w:r>
      <w:r>
        <w:rPr>
          <w:rFonts w:ascii="Times New Roman" w:hAnsi="Times New Roman" w:eastAsia="Noto Serif SC" w:cs="Amiri"/>
          <w:lang w:val="zh-CN" w:eastAsia="zh-CN" w:bidi="ar-SA"/>
          <w:color w:val="000000"/>
          <w:rtl w:val="0"/>
        </w:rPr>
        <w:t>（祂未曾生养，也未曾被生养；祂既不成为父母，也不成为子女）的表层含义已知且显而易见，所以本意是这层含义的一项必然推论。也就是说：“凡有父母或子女者，都不可能是应受崇拜的主。”同样，至高无上的真实主宰Allah的</w:t>
      </w:r>
      <w:r>
        <w:rPr>
          <w:rFonts w:ascii="Amiri" w:hAnsi="Amiri" w:eastAsia="Amiri" w:cs="Amiri"/>
          <w:lang w:val="zh-CN" w:eastAsia="zh-CN" w:bidi="ar-SA"/>
          <w:rtl w:val="1"/>
          <w:cs w:val="1"/>
          <w:color w:val="000000"/>
          <w:sz w:val="24"/>
          <w:szCs w:val="24"/>
        </w:rPr>
        <w:t>ﻟَﻢْ ﻳَﻠِﺪْ ﻭَ ﻟَﻢْ ﻳُﻮﻟَﺪْ</w:t>
      </w:r>
      <w:r>
        <w:rPr>
          <w:rFonts w:ascii="Times New Roman" w:hAnsi="Times New Roman" w:eastAsia="Noto Serif SC" w:cs="Amiri"/>
          <w:lang w:val="zh-CN" w:eastAsia="zh-CN" w:bidi="ar-SA"/>
          <w:color w:val="000000"/>
          <w:rtl w:val="0"/>
        </w:rPr>
        <w:t>（祂未曾生养，也未曾被生养；祂既不成为父母，也不成为子女），以其无始无终的意义，对尊贵的尔萨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（愿Allah赐他平安）、乌宰尔</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天使、星辰及其他虚妄受拜者的应受崇拜之神圣性作出否定时，其判断也极为明显而人所共知。与此完全一样，在我们这个例子中，“凡能接受给养和供养的事物，都不可能是应受崇拜的主。”具有这一意义的经文是说：你们应受崇拜的主——具威严的赐予万物给养者Allah——不向你们索取给养，你们也不是为了供养祂而受造。换言之，需要给养、接受供养的万有，都不配受崇拜。</w:t>
      </w:r>
    </w:p>
    <w:p>
      <w:pPr>
        <w:pStyle w:val="Heading3"/>
        <w:jc w:val="right"/>
      </w:pPr>
      <w:r>
        <w:rPr>
          <w:rFonts w:ascii="Times New Roman" w:hAnsi="Times New Roman" w:eastAsia="Noto Serif SC" w:cs="Amiri"/>
          <w:lang w:val="zh-CN" w:eastAsia="zh-CN" w:bidi="ar-SA"/>
          <w:color w:val="000000"/>
          <w:rtl w:val="0"/>
        </w:rPr>
        <w:t>赛义德·努尔西</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ﺍَﻭْ ﻫُﻢْ ﻗَٓﺎﺋِﻠُﻮﻥَ</w:t>
      </w:r>
      <w:r>
        <w:rPr>
          <w:rFonts w:ascii="Times New Roman" w:hAnsi="Times New Roman" w:eastAsia="Noto Serif SC" w:cs="Amiri"/>
          <w:lang w:val="zh-CN" w:eastAsia="zh-CN" w:bidi="ar-SA"/>
          <w:color w:val="000000"/>
          <w:rtl w:val="0"/>
        </w:rPr>
        <w:t>（还是他们在说……；以连续的语势引出他们将要说出的言辞）。应雷菲特询问这段尊贵经文</w:t>
      </w:r>
      <w:r>
        <w:rPr>
          <w:rFonts w:ascii="Amiri" w:hAnsi="Amiri" w:eastAsia="Amiri" w:cs="Amiri"/>
          <w:lang w:val="zh-CN" w:eastAsia="zh-CN" w:bidi="ar-SA"/>
          <w:rtl w:val="1"/>
          <w:cs w:val="1"/>
          <w:color w:val="000000"/>
          <w:sz w:val="24"/>
          <w:szCs w:val="24"/>
        </w:rPr>
        <w:t>ﺍَﻭْ ﻫُﻢْ ﻗَٓﺎﺋِﻠُﻮﻥَ</w:t>
      </w:r>
      <w:r>
        <w:rPr>
          <w:rFonts w:ascii="Times New Roman" w:hAnsi="Times New Roman" w:eastAsia="Noto Serif SC" w:cs="Amiri"/>
          <w:lang w:val="zh-CN" w:eastAsia="zh-CN" w:bidi="ar-SA"/>
          <w:color w:val="000000"/>
          <w:rtl w:val="0"/>
        </w:rPr>
        <w:t>（还是他们在说……；以连续的语势引出他们将要说出的言辞）中</w:t>
      </w:r>
      <w:r>
        <w:rPr>
          <w:rFonts w:ascii="Amiri" w:hAnsi="Amiri" w:eastAsia="Amiri" w:cs="Amiri"/>
          <w:lang w:val="zh-CN" w:eastAsia="zh-CN" w:bidi="ar-SA"/>
          <w:rtl w:val="1"/>
          <w:cs w:val="1"/>
          <w:color w:val="000000"/>
          <w:sz w:val="24"/>
          <w:szCs w:val="24"/>
        </w:rPr>
        <w:t>ﻗَٓﺎﺋِﻠُﻮﻥَ</w:t>
      </w:r>
      <w:r>
        <w:rPr>
          <w:rFonts w:ascii="Times New Roman" w:hAnsi="Times New Roman" w:eastAsia="Noto Serif SC" w:cs="Amiri"/>
          <w:lang w:val="zh-CN" w:eastAsia="zh-CN" w:bidi="ar-SA"/>
          <w:color w:val="000000"/>
          <w:rtl w:val="0"/>
        </w:rPr>
        <w:t>（他们说；这一复数动词指一群人正在发表言论）一词的含义，又因他在狱中晨礼之后像其他人一样躺下休息而生出慵懒，为了不让那钻石般的笔陷入怠惰，写下此文。</w:t>
      </w:r>
    </w:p>
    <w:p>
      <w:pPr>
        <w:pStyle w:val="Heading2"/>
      </w:pPr>
      <w:r>
        <w:rPr>
          <w:rFonts w:ascii="Times New Roman" w:hAnsi="Times New Roman" w:eastAsia="Noto Serif SC" w:cs="Amiri"/>
          <w:lang w:val="zh-CN" w:eastAsia="zh-CN" w:bidi="ar-SA"/>
          <w:color w:val="000000"/>
          <w:rtl w:val="0"/>
        </w:rPr>
        <w:t>睡眠分为三种：</w:t>
      </w:r>
    </w:p>
    <w:p>
      <w:r>
        <w:rPr>
          <w:rFonts w:ascii="Times New Roman" w:hAnsi="Times New Roman" w:eastAsia="Noto Serif SC" w:cs="Amiri"/>
          <w:lang w:val="zh-CN" w:eastAsia="zh-CN" w:bidi="ar-SA"/>
          <w:color w:val="000000"/>
          <w:rtl w:val="0"/>
        </w:rPr>
        <w:t>第一种是盖鲁莱，即晨后睡眠：从破晓之后，一直到可憎时辰结束。</w:t>
      </w:r>
    </w:p>
    <w:p>
      <w:r>
        <w:rPr>
          <w:rFonts w:ascii="Times New Roman" w:hAnsi="Times New Roman" w:eastAsia="Noto Serif SC" w:cs="Amiri"/>
          <w:lang w:val="zh-CN" w:eastAsia="zh-CN" w:bidi="ar-SA"/>
          <w:color w:val="000000"/>
          <w:rtl w:val="0"/>
        </w:rPr>
        <w:t>据圣训，这种睡眠会造成给养减少与失去福泽，因此违背圣行。因为，为谋求给养而劳作、预备各项先决工作，最适宜的时间正是凉爽时分。过了这段时间，慵懒便会袭来。这既损害当天的劳作，并因此损害给养，也造成缺乏福泽；这一点已由许多经验所证实。</w:t>
      </w:r>
    </w:p>
    <w:p>
      <w:r>
        <w:rPr>
          <w:rFonts w:ascii="Times New Roman" w:hAnsi="Times New Roman" w:eastAsia="Noto Serif SC" w:cs="Amiri"/>
          <w:lang w:val="zh-CN" w:eastAsia="zh-CN" w:bidi="ar-SA"/>
          <w:color w:val="000000"/>
          <w:rtl w:val="0"/>
        </w:rPr>
        <w:t>第二种是费鲁莱，即午后睡眠：从晡礼之后，直到昏礼。</w:t>
      </w:r>
    </w:p>
    <w:p>
      <w:r>
        <w:rPr>
          <w:rFonts w:ascii="Times New Roman" w:hAnsi="Times New Roman" w:eastAsia="Noto Serif SC" w:cs="Amiri"/>
          <w:lang w:val="zh-CN" w:eastAsia="zh-CN" w:bidi="ar-SA"/>
          <w:color w:val="000000"/>
          <w:rtl w:val="0"/>
        </w:rPr>
        <w:t>这种睡眠会使生命减损。也就是说，从物质方面看，睡眠带来的昏沉，使当天的生命带上睡意，如同半睡，变得极为短促，因而显出实际的减损；从精神方面看，当天生命的物质与精神结果，大多在午后显现，若以睡眠度过那段时间，就等于没有看见那结果，仿佛那一天未曾活过。</w:t>
      </w:r>
    </w:p>
    <w:p>
      <w:r>
        <w:rPr>
          <w:rFonts w:ascii="Times New Roman" w:hAnsi="Times New Roman" w:eastAsia="Noto Serif SC" w:cs="Amiri"/>
          <w:lang w:val="zh-CN" w:eastAsia="zh-CN" w:bidi="ar-SA"/>
          <w:color w:val="000000"/>
          <w:rtl w:val="0"/>
        </w:rPr>
        <w:t>第三种是盖伊鲁莱，即午间睡眠；这种睡眠是高贵的圣行，从上午较迟的时候直到午后不久。</w:t>
      </w:r>
    </w:p>
    <w:p>
      <w:r>
        <w:rPr>
          <w:rFonts w:ascii="Times New Roman" w:hAnsi="Times New Roman" w:eastAsia="Noto Serif SC" w:cs="Amiri"/>
          <w:lang w:val="zh-CN" w:eastAsia="zh-CN" w:bidi="ar-SA"/>
          <w:color w:val="000000"/>
          <w:rtl w:val="0"/>
        </w:rPr>
        <w:t>这种睡眠能助人夜间起身礼拜，所以属于圣行；同时，在阿拉伯半岛所谓正午时分的酷热猛烈之际暂停各项事务，本是当地民族与环境形成的习俗，因而更加巩固了这一高贵圣行。这种睡眠既能延长生命，也能增加给养。因为，半小时的盖伊鲁莱相当于两小时夜间睡眠。也就是说，它每天给生命增添一个半小时；又为谋求给养的工作时间，从作为死亡兄弟的睡眠手中夺回一个半小时，使它活过来，并加入劳作的时间。</w:t>
      </w:r>
    </w:p>
    <w:p>
      <w:pPr>
        <w:pStyle w:val="Heading3"/>
        <w:jc w:val="right"/>
      </w:pPr>
      <w:r>
        <w:rPr>
          <w:rFonts w:ascii="Times New Roman" w:hAnsi="Times New Roman" w:eastAsia="Noto Serif SC" w:cs="Amiri"/>
          <w:lang w:val="zh-CN" w:eastAsia="zh-CN" w:bidi="ar-SA"/>
          <w:color w:val="000000"/>
          <w:rtl w:val="0"/>
        </w:rPr>
        <w:t>赛义德·努尔西</w:t>
      </w:r>
    </w:p>
    <w:p>
      <w:pPr>
        <w:pStyle w:val="Heading2"/>
      </w:pPr>
      <w:r>
        <w:rPr>
          <w:rFonts w:ascii="Times New Roman" w:hAnsi="Times New Roman" w:eastAsia="Noto Serif SC" w:cs="Amiri"/>
          <w:lang w:val="zh-CN" w:eastAsia="zh-CN" w:bidi="ar-SA"/>
          <w:color w:val="000000"/>
          <w:rtl w:val="0"/>
        </w:rPr>
        <w:t>“这也很好。”</w:t>
      </w:r>
    </w:p>
    <w:p>
      <w:r>
        <w:rPr>
          <w:rFonts w:ascii="Times New Roman" w:hAnsi="Times New Roman" w:eastAsia="Noto Serif SC" w:cs="Amiri"/>
          <w:lang w:val="zh-CN" w:eastAsia="zh-CN" w:bidi="ar-SA"/>
          <w:color w:val="000000"/>
          <w:rtl w:val="0"/>
        </w:rPr>
        <w:t>在礼拜后的赞颂中诵读</w:t>
      </w:r>
      <w:r>
        <w:rPr>
          <w:rFonts w:ascii="Amiri" w:hAnsi="Amiri" w:eastAsia="Amiri" w:cs="Amiri"/>
          <w:lang w:val="zh-CN" w:eastAsia="zh-CN" w:bidi="ar-SA"/>
          <w:rtl w:val="1"/>
          <w:cs w:val="1"/>
          <w:color w:val="000000"/>
          <w:sz w:val="24"/>
          <w:szCs w:val="24"/>
        </w:rPr>
        <w:t>ﺍَﻟْﻒُ ﺍَﻟْﻒِ صَلَاةٍ ﻭَ ﺍَﻟْﻒُ ﺍَﻟْﻒِ سَلَامٍ ﻋَﻠَﻴْﻚَ ﻳَﺎ ﺭَﺳُﻮﻝَ ﺍﻟﻠّٰﻪِ</w:t>
      </w:r>
      <w:r>
        <w:rPr>
          <w:rFonts w:ascii="Times New Roman" w:hAnsi="Times New Roman" w:eastAsia="Noto Serif SC" w:cs="Amiri"/>
          <w:lang w:val="zh-CN" w:eastAsia="zh-CN" w:bidi="ar-SA"/>
          <w:color w:val="000000"/>
          <w:rtl w:val="0"/>
        </w:rPr>
        <w:t>（愿千千尊荣与恩福、千千平安归于你，Allah的使者啊；赞祝与祝安重重无尽，全为你献上）这一句时，我从远处隐约看见一项展开的精微奥义。我未能完整把握它，但要以指示的方式，说出其中一两句。</w:t>
      </w:r>
    </w:p>
    <w:p>
      <w:r>
        <w:rPr>
          <w:rFonts w:ascii="Times New Roman" w:hAnsi="Times New Roman" w:eastAsia="Noto Serif SC" w:cs="Amiri"/>
          <w:lang w:val="zh-CN" w:eastAsia="zh-CN" w:bidi="ar-SA"/>
          <w:color w:val="000000"/>
          <w:rtl w:val="0"/>
        </w:rPr>
        <w:t>我看见，夜的世界仿佛是大地上一处新开启的居所。宵礼时，我进入了那个世界。由于想象异常开阔，也由于人的本性与整个世界息息相关，我在那一夜把广袤的大地看作一处居所。有生命者和人变得极其渺小，小得几乎无法看见。在想象中，我只看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（愿Allah赐他尊荣、恩福与平安）那独一无二的精神人格，使这处居所充满生机、亲切与光明。</w:t>
      </w:r>
    </w:p>
    <w:p>
      <w:r>
        <w:rPr>
          <w:rFonts w:ascii="Times New Roman" w:hAnsi="Times New Roman" w:eastAsia="Noto Serif SC" w:cs="Amiri"/>
          <w:lang w:val="zh-CN" w:eastAsia="zh-CN" w:bidi="ar-SA"/>
          <w:color w:val="000000"/>
          <w:rtl w:val="0"/>
        </w:rPr>
        <w:t>一个人进入新居所时，会向其中的人致安；同样，我内心也涌起一股强烈愿望，想说：“万千平安</w:t>
      </w:r>
      <w:r>
        <w:rPr>
          <w:rStyle w:val="FootnoteReference"/>
        </w:rPr>
        <w:footnoteReference w:id="51"/>
      </w:r>
      <w:r>
        <w:rPr>
          <w:rFonts w:ascii="Times New Roman" w:hAnsi="Times New Roman" w:eastAsia="Noto Serif SC" w:cs="Amiri"/>
          <w:lang w:val="zh-CN" w:eastAsia="zh-CN" w:bidi="ar-SA"/>
          <w:color w:val="000000"/>
          <w:rtl w:val="0"/>
        </w:rPr>
        <w:t>归于你，</w:t>
      </w:r>
      <w:r>
        <w:rPr>
          <w:rFonts w:ascii="Amiri" w:hAnsi="Amiri" w:eastAsia="Amiri" w:cs="Amiri"/>
          <w:lang w:val="zh-CN" w:eastAsia="zh-CN" w:bidi="ar-SA"/>
          <w:rtl w:val="1"/>
          <w:cs w:val="1"/>
          <w:color w:val="000000"/>
          <w:sz w:val="24"/>
          <w:szCs w:val="24"/>
        </w:rPr>
        <w:t>يَا رَسُولَ اللهِ</w:t>
      </w:r>
      <w:r>
        <w:rPr>
          <w:rFonts w:ascii="Times New Roman" w:hAnsi="Times New Roman" w:eastAsia="Noto Serif SC" w:cs="Amiri"/>
          <w:lang w:val="zh-CN" w:eastAsia="zh-CN" w:bidi="ar-SA"/>
          <w:color w:val="000000"/>
          <w:rtl w:val="0"/>
        </w:rPr>
        <w:t>（Allah的使者啊）！”仿佛我正按人类与精灵的数目向你致安；也就是说，借致安向你表示：重新缔结效忠之约，接受你的使命，遵从你带来的律法，服从你的命令，并保证你不会受到我们的攻击。我又使我世界中那些组成部分——一切有意识的受造物，全体精灵与人类——都开口说话，以他们每一个的名义，奉上包含上述意义的一份平安祝愿。</w:t>
      </w:r>
    </w:p>
    <w:p>
      <w:r>
        <w:rPr>
          <w:rFonts w:ascii="Times New Roman" w:hAnsi="Times New Roman" w:eastAsia="Noto Serif SC" w:cs="Amiri"/>
          <w:lang w:val="zh-CN" w:eastAsia="zh-CN" w:bidi="ar-SA"/>
          <w:color w:val="000000"/>
          <w:rtl w:val="0"/>
        </w:rPr>
        <w:t>他以带来的光明与馈赠照亮了我的这个世界，也同样照亮每个人在今世的各个世界，并施予恩赐。怀着对其馈赠的感恩，作为一种回应，我说：“愿万千尊荣、恩福与平安降临于你！”也就是说，我无法回报你的这份善行；只能恳求我们的创造者Allah，从祂的慈悯宝库中，按诸天居民的数目，将同样的慈悯降予你，以此表达感恩。我在想象中感受到的，正是这层意义。</w:t>
      </w:r>
    </w:p>
    <w:p>
      <w:r>
        <w:rPr>
          <w:rFonts w:ascii="Times New Roman" w:hAnsi="Times New Roman" w:eastAsia="Noto Serif SC" w:cs="Amiri"/>
          <w:lang w:val="zh-CN" w:eastAsia="zh-CN" w:bidi="ar-SA"/>
          <w:color w:val="000000"/>
          <w:rtl w:val="0"/>
        </w:rPr>
        <w:t>这位艾哈迈德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就全然奴仆意识而言——由于他从受造物一方转向Allah——祈求带有慈悯意义的尊荣与恩福；就使者使命而言——由于他从Allah一方担任受造物的使者——祈求平安。正如他配得按精灵与人类数目而来的平安，而我们也以精灵与人类的数目，呈上普遍重新缔结的效忠之约；同样，他也配得按诸天居民的数目，从慈悯宝库中、以每一个的名义而来的一份尊荣与恩福。</w:t>
      </w:r>
    </w:p>
    <w:p>
      <w:r>
        <w:rPr>
          <w:rFonts w:ascii="Times New Roman" w:hAnsi="Times New Roman" w:eastAsia="Noto Serif SC" w:cs="Amiri"/>
          <w:lang w:val="zh-CN" w:eastAsia="zh-CN" w:bidi="ar-SA"/>
          <w:color w:val="000000"/>
          <w:rtl w:val="0"/>
        </w:rPr>
        <w:t>因为，借他带来的光明，每一事物的完善得以看见，每一存在的价值得以显明，每一受造物所负的神圣职责得以观见，每一件受造之作中Allah的诸宗旨得以彰显。因此，每一事物若以自身存在状态表达尚且如此，倘若也能以言语表达，它们必定会说</w:t>
      </w:r>
      <w:r>
        <w:rPr>
          <w:rFonts w:ascii="Amiri" w:hAnsi="Amiri" w:eastAsia="Amiri" w:cs="Amiri"/>
          <w:lang w:val="zh-CN" w:eastAsia="zh-CN" w:bidi="ar-SA"/>
          <w:rtl w:val="1"/>
          <w:cs w:val="1"/>
          <w:color w:val="000000"/>
          <w:sz w:val="24"/>
          <w:szCs w:val="24"/>
        </w:rPr>
        <w:t>ٔاَلصَّلَاةُ ﻭَ السَّلَامُ ﻋَﻠَﻴْﻚَ ﻳَﺎ ﺭَﺳُﻮﻝَ ﺍﻟﻠّٰﻪٔ</w:t>
      </w:r>
      <w:r>
        <w:rPr>
          <w:rFonts w:ascii="Times New Roman" w:hAnsi="Times New Roman" w:eastAsia="Noto Serif SC" w:cs="Amiri"/>
          <w:lang w:val="zh-CN" w:eastAsia="zh-CN" w:bidi="ar-SA"/>
          <w:color w:val="000000"/>
          <w:rtl w:val="0"/>
        </w:rPr>
        <w:t>（愿尊荣、恩福与平安归于你，Allah的使者啊）。所以，我们代表它们全体，在精神上说</w:t>
      </w:r>
      <w:r>
        <w:rPr>
          <w:rFonts w:ascii="Amiri" w:hAnsi="Amiri" w:eastAsia="Amiri" w:cs="Amiri"/>
          <w:lang w:val="zh-CN" w:eastAsia="zh-CN" w:bidi="ar-SA"/>
          <w:rtl w:val="1"/>
          <w:cs w:val="1"/>
          <w:color w:val="000000"/>
          <w:sz w:val="24"/>
          <w:szCs w:val="24"/>
        </w:rPr>
        <w:t>ٔﺍَﻟْﻒُ ﺍَﻟْﻒِ صَلَاةٍ ﻭَ ﺍَﻟْﻒُ ﺍَﻟْﻒِ سَلَامٍ ﻋَﻠَﻴْﻚَ ﻳَﺎ ﺭَﺳُﻮﻝَ ﺍﻟﻠّٰﻪِ ﺑِﻌَﺪَﺩِ ﺍﻟْﺠِﻦِّ ﻭَ الْاِنْسِ ﻭَ ﺑِﻌَﺪَﺩِ ﺍﻟْﻤَﻠَﻚِ ﻭَ ﺍﻟﻨُّﺠُﻮﻡِٔ</w:t>
      </w:r>
      <w:r>
        <w:rPr>
          <w:rFonts w:ascii="Times New Roman" w:hAnsi="Times New Roman" w:eastAsia="Noto Serif SC" w:cs="Amiri"/>
          <w:lang w:val="zh-CN" w:eastAsia="zh-CN" w:bidi="ar-SA"/>
          <w:color w:val="000000"/>
          <w:rtl w:val="0"/>
        </w:rPr>
        <w:t>（愿千千尊荣与恩福、千千平安归于你，Allah的使者啊；其数目如同精灵与人类，又如天使与群星，重重无尽）。</w:t>
      </w:r>
      <w:r>
        <w:rPr>
          <w:rFonts w:ascii="Amiri" w:hAnsi="Amiri" w:eastAsia="Amiri" w:cs="Amiri"/>
          <w:lang w:val="zh-CN" w:eastAsia="zh-CN" w:bidi="ar-SA"/>
          <w:rtl w:val="1"/>
          <w:cs w:val="1"/>
          <w:color w:val="000000"/>
          <w:sz w:val="24"/>
          <w:szCs w:val="24"/>
        </w:rPr>
        <w:t>ﻓَﻴَﻜْﻔ۪ﻴﻚَ ﺍَﻥَّ ﺍﻟﻠّٰﻪَ ﺻَﻠّٰﻰ ﺑِﻨَﻔْﺴِﻪ۪ ﻭَ اَمْلَاكَهُ ﺻَﻠَّﺖْ ﻋَﻠَﻴْﻪِ ﻭَ ﺳَﻠَّﻤَﺖْ</w:t>
      </w:r>
      <w:r>
        <w:rPr>
          <w:rFonts w:ascii="Times New Roman" w:hAnsi="Times New Roman" w:eastAsia="Noto Serif SC" w:cs="Amiri"/>
          <w:lang w:val="zh-CN" w:eastAsia="zh-CN" w:bidi="ar-SA"/>
          <w:color w:val="000000"/>
          <w:rtl w:val="0"/>
        </w:rPr>
        <w:t>（Allah亲自赐你尊荣与恩福，祂的天使们也祝福你、祈愿你平安；这对你已然足够）</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亲爱的兄弟！</w:t>
      </w:r>
    </w:p>
    <w:p>
      <w:r>
        <w:rPr>
          <w:rFonts w:ascii="Times New Roman" w:hAnsi="Times New Roman" w:eastAsia="Noto Serif SC" w:cs="Amiri"/>
          <w:lang w:val="zh-CN" w:eastAsia="zh-CN" w:bidi="ar-SA"/>
          <w:color w:val="000000"/>
          <w:rtl w:val="0"/>
        </w:rPr>
        <w:t>你要求我对存在单一论作一些解释。关于这个问题，《第三十一封书信》的一篇闪光中，针对尊贵的穆赫伊丁在这一问题上的见解，有一个极有力而详尽的回答。目前我只说以下几点：</w:t>
      </w:r>
    </w:p>
    <w:p>
      <w:r>
        <w:rPr>
          <w:rFonts w:ascii="Times New Roman" w:hAnsi="Times New Roman" w:eastAsia="Noto Serif SC" w:cs="Amiri"/>
          <w:lang w:val="zh-CN" w:eastAsia="zh-CN" w:bidi="ar-SA"/>
          <w:color w:val="000000"/>
          <w:rtl w:val="0"/>
        </w:rPr>
        <w:t>向当代人宣讲这一存在单一论问题，会造成严重伤害。譬喻和象征若从特选者之手落入普通人之手，从知识之手落入无知之手，就会被当作真实本体。</w:t>
      </w:r>
      <w:r>
        <w:rPr>
          <w:rStyle w:val="FootnoteReference"/>
        </w:rPr>
        <w:footnoteReference w:id="52"/>
      </w:r>
      <w:r>
        <w:rPr>
          <w:rFonts w:ascii="Times New Roman" w:hAnsi="Times New Roman" w:eastAsia="Noto Serif SC" w:cs="Amiri"/>
          <w:lang w:val="zh-CN" w:eastAsia="zh-CN" w:bidi="ar-SA"/>
          <w:color w:val="000000"/>
          <w:rtl w:val="0"/>
        </w:rPr>
        <w:t>同样，存在单一论这类崇高真理，若传到疏忽而沉湎于种种外因的普通人那里，就会被理解为自然本身，并造成三项重要伤害：</w:t>
      </w:r>
    </w:p>
    <w:p>
      <w:r>
        <w:rPr>
          <w:rFonts w:ascii="Times New Roman" w:hAnsi="Times New Roman" w:eastAsia="Noto Serif SC" w:cs="Amiri"/>
          <w:lang w:val="zh-CN" w:eastAsia="zh-CN" w:bidi="ar-SA"/>
          <w:color w:val="000000"/>
          <w:rtl w:val="0"/>
        </w:rPr>
        <w:t>第一：存在单一论的思想路径，本是为了至高无上的真实主宰Allah，几乎否认宇宙的存在；可是，一旦进入大众，尤其进入疏忽的大众，以及受唯物论思想浸染的心灵，它便会走向为了宇宙与物质而否认Allah应受崇拜的神圣性。</w:t>
      </w:r>
    </w:p>
    <w:p>
      <w:r>
        <w:rPr>
          <w:rFonts w:ascii="Times New Roman" w:hAnsi="Times New Roman" w:eastAsia="Noto Serif SC" w:cs="Amiri"/>
          <w:lang w:val="zh-CN" w:eastAsia="zh-CN" w:bidi="ar-SA"/>
          <w:color w:val="000000"/>
          <w:rtl w:val="0"/>
        </w:rPr>
        <w:t>第二：存在单一论的思想路径，强烈否认除Allah之外的万有具有养育与主宰之权，以至否认它们的存在并消除二元性；它非但看不见不断命人作恶之自我的独立存在，连一切事物的独立存在都不予承认。可是，在这个时代，自然主义思想占据上风，骄傲与自我主张又使不断命人作恶的自我膨胀，加之人们在一定程度上忘却后世与创造者Allah，一些不断命人作恶的自我成了小小的法老，几乎要把自己的自我奉为受崇拜者。向具有这种倾向的人宣讲存在单一论，会把不断命人作恶的自我娇纵到无法约束的地步——</w:t>
      </w:r>
      <w:r>
        <w:rPr>
          <w:rFonts w:ascii="Amiri" w:hAnsi="Amiri" w:eastAsia="Amiri" w:cs="Amiri"/>
          <w:lang w:val="zh-CN" w:eastAsia="zh-CN" w:bidi="ar-SA"/>
          <w:rtl w:val="1"/>
          <w:cs w:val="1"/>
          <w:color w:val="000000"/>
          <w:sz w:val="24"/>
          <w:szCs w:val="24"/>
        </w:rPr>
        <w:t>أَعُوذُ بِاللَّهِ</w:t>
      </w:r>
      <w:r>
        <w:rPr>
          <w:rFonts w:ascii="Times New Roman" w:hAnsi="Times New Roman" w:eastAsia="Noto Serif SC" w:cs="Amiri"/>
          <w:lang w:val="zh-CN" w:eastAsia="zh-CN" w:bidi="ar-SA"/>
          <w:color w:val="000000"/>
          <w:rtl w:val="0"/>
        </w:rPr>
        <w:t>（我求Allah护佑，免受此害）！</w:t>
      </w:r>
    </w:p>
    <w:p>
      <w:r>
        <w:rPr>
          <w:rFonts w:ascii="Times New Roman" w:hAnsi="Times New Roman" w:eastAsia="Noto Serif SC" w:cs="Amiri"/>
          <w:lang w:val="zh-CN" w:eastAsia="zh-CN" w:bidi="ar-SA"/>
          <w:color w:val="000000"/>
          <w:rtl w:val="0"/>
        </w:rPr>
        <w:t>第三：它会引发一些想象，不符合那位具威严者Allah存在的必然性、神圣与超绝；祂超绝于变化、更替、分解与空间限定，神圣无染、清高无瑕、完全超脱、至高无上。它也会成为错误灌输的依据。诚然，谈论存在单一论的人，若能在思想上从大地升至昴宿星团，把宇宙抛在身后，目光凝定至高宝座，以全然沉浸的状态视宇宙为无有，便能凭信仰之力，直接从独一而无二者Allah观看万物。否则，若一个人停在宇宙之后而观看宇宙，看见眼前种种外因，又从尘世大地出发观望，他当然有可能淹没在外因之中，陷入自然主义的泥沼。</w:t>
      </w:r>
    </w:p>
    <w:p>
      <w:r>
        <w:rPr>
          <w:rFonts w:ascii="Times New Roman" w:hAnsi="Times New Roman" w:eastAsia="Noto Serif SC" w:cs="Amiri"/>
          <w:lang w:val="zh-CN" w:eastAsia="zh-CN" w:bidi="ar-SA"/>
          <w:color w:val="000000"/>
          <w:rtl w:val="0"/>
        </w:rPr>
        <w:t>在思想上升至至高宝座的人，可以像哲拉鲁丁·鲁米那样说：“竖起耳朵！你也能像天生的留声机一样，从至高无上的真实主宰Allah那里，听见你从众人处听到的话语。”否则，对于无法像哲拉鲁丁那样升到如此高度、又不能将从尘世大地直到至高宝座的万有视为镜子的人，若你说：“倾听吧，你能从众人那里听见Allah的言辞。”他便会如在精神上从至高宝座跌落到尘世大地，陷入违背真理的虚妄想象。</w:t>
      </w:r>
    </w:p>
    <w:p>
      <w:r>
        <w:rPr>
          <w:rFonts w:ascii="Amiri" w:hAnsi="Amiri" w:eastAsia="Amiri" w:cs="Amiri"/>
          <w:lang w:val="zh-CN" w:eastAsia="zh-CN" w:bidi="ar-SA"/>
          <w:rtl w:val="1"/>
          <w:cs w:val="1"/>
          <w:color w:val="000000"/>
          <w:sz w:val="24"/>
          <w:szCs w:val="24"/>
        </w:rPr>
        <w:t>ﻗُﻞِ ﺍﻟﻠّٰﻪُ ﺛُﻢَّ ﺫَﺭْﻫُﻢْ ﻓ۪ﻰ ﺧَﻮْﺿِﻬِﻢْ ﻳَﻠْﻌَﺒُﻮﻥَ</w:t>
      </w:r>
      <w:r>
        <w:rPr>
          <w:rFonts w:ascii="Times New Roman" w:hAnsi="Times New Roman" w:eastAsia="Noto Serif SC" w:cs="Amiri"/>
          <w:lang w:val="zh-CN" w:eastAsia="zh-CN" w:bidi="ar-SA"/>
          <w:color w:val="000000"/>
          <w:rtl w:val="0"/>
        </w:rPr>
        <w:t xml:space="preserve">（你说：“Allah。”然后任他们沉湎于自己的空谈中嬉戏） </w:t>
      </w:r>
      <w:r>
        <w:rPr>
          <w:rFonts w:ascii="Amiri" w:hAnsi="Amiri" w:eastAsia="Amiri" w:cs="Amiri"/>
          <w:lang w:val="zh-CN" w:eastAsia="zh-CN" w:bidi="ar-SA"/>
          <w:rtl w:val="1"/>
          <w:cs w:val="1"/>
          <w:color w:val="000000"/>
          <w:sz w:val="24"/>
          <w:szCs w:val="24"/>
        </w:rPr>
        <w:t>٭ ﻣَﺎ ﻟِﻠﺘُّﺮَﺍﺏِ ﻭَ ﻟِﺮَﺏِّ الْاَرْبَابِ</w:t>
      </w:r>
      <w:r>
        <w:rPr>
          <w:rFonts w:ascii="Times New Roman" w:hAnsi="Times New Roman" w:eastAsia="Noto Serif SC" w:cs="Amiri"/>
          <w:lang w:val="zh-CN" w:eastAsia="zh-CN" w:bidi="ar-SA"/>
          <w:color w:val="000000"/>
          <w:rtl w:val="0"/>
        </w:rPr>
        <w:t xml:space="preserve">（尘土怎能与养育并主宰众主宰者相比？二者毫无可相提并论之处） </w:t>
      </w:r>
      <w:r>
        <w:rPr>
          <w:rFonts w:ascii="Amiri" w:hAnsi="Amiri" w:eastAsia="Amiri" w:cs="Amiri"/>
          <w:lang w:val="zh-CN" w:eastAsia="zh-CN" w:bidi="ar-SA"/>
          <w:rtl w:val="1"/>
          <w:cs w:val="1"/>
          <w:color w:val="000000"/>
          <w:sz w:val="24"/>
          <w:szCs w:val="24"/>
        </w:rPr>
        <w:t>ﺳُﺒْﺤَﺎﻥَ ﻣَﻦْ ﺗَﻘَﺪَّﺱَ ﻋَﻦِ الْاَشْبَاهِ ﺫَﺍﺗُﻪُ</w:t>
      </w:r>
      <w:r>
        <w:rPr>
          <w:rFonts w:ascii="Times New Roman" w:hAnsi="Times New Roman" w:eastAsia="Noto Serif SC" w:cs="Amiri"/>
          <w:lang w:val="zh-CN" w:eastAsia="zh-CN" w:bidi="ar-SA"/>
          <w:color w:val="000000"/>
          <w:rtl w:val="0"/>
        </w:rPr>
        <w:t xml:space="preserve">（赞颂Allah超绝一切；祂的本体远离任何同类，绝无与之相匹者） </w:t>
      </w:r>
      <w:r>
        <w:rPr>
          <w:rFonts w:ascii="Amiri" w:hAnsi="Amiri" w:eastAsia="Amiri" w:cs="Amiri"/>
          <w:lang w:val="zh-CN" w:eastAsia="zh-CN" w:bidi="ar-SA"/>
          <w:rtl w:val="1"/>
          <w:cs w:val="1"/>
          <w:color w:val="000000"/>
          <w:sz w:val="24"/>
          <w:szCs w:val="24"/>
        </w:rPr>
        <w:t>ﻭَﺗَﻨَﺰَّﻫَﺖْ ﻋَﻦْ ﻣُﺸَﺎﺑَﻬَﺔِ الْاَمْثَالِ ﺻِﻔَﺎﺗُﻪُ</w:t>
      </w:r>
      <w:r>
        <w:rPr>
          <w:rFonts w:ascii="Times New Roman" w:hAnsi="Times New Roman" w:eastAsia="Noto Serif SC" w:cs="Amiri"/>
          <w:lang w:val="zh-CN" w:eastAsia="zh-CN" w:bidi="ar-SA"/>
          <w:color w:val="000000"/>
          <w:rtl w:val="0"/>
        </w:rPr>
        <w:t xml:space="preserve">（祂的诸属性远离与任何相似者相像，绝不沾染受造物的局限） </w:t>
      </w:r>
      <w:r>
        <w:rPr>
          <w:rFonts w:ascii="Amiri" w:hAnsi="Amiri" w:eastAsia="Amiri" w:cs="Amiri"/>
          <w:lang w:val="zh-CN" w:eastAsia="zh-CN" w:bidi="ar-SA"/>
          <w:rtl w:val="1"/>
          <w:cs w:val="1"/>
          <w:color w:val="000000"/>
          <w:sz w:val="24"/>
          <w:szCs w:val="24"/>
        </w:rPr>
        <w:t>ﻭَﺷَﻬِﺪَ ﻋَﻠٰﻰ ﺭُﺑُﻮﺑِﻴَّﺘِﻪ۪ ﺍٰﻳَﺎﺗُﻪُ</w:t>
      </w:r>
      <w:r>
        <w:rPr>
          <w:rFonts w:ascii="Times New Roman" w:hAnsi="Times New Roman" w:eastAsia="Noto Serif SC" w:cs="Amiri"/>
          <w:lang w:val="zh-CN" w:eastAsia="zh-CN" w:bidi="ar-SA"/>
          <w:color w:val="000000"/>
          <w:rtl w:val="0"/>
        </w:rPr>
        <w:t xml:space="preserve">（祂的种种迹象见证祂的养育与主宰，昭示万物皆由祂治理） </w:t>
      </w:r>
      <w:r>
        <w:rPr>
          <w:rFonts w:ascii="Amiri" w:hAnsi="Amiri" w:eastAsia="Amiri" w:cs="Amiri"/>
          <w:lang w:val="zh-CN" w:eastAsia="zh-CN" w:bidi="ar-SA"/>
          <w:rtl w:val="1"/>
          <w:cs w:val="1"/>
          <w:color w:val="000000"/>
          <w:sz w:val="24"/>
          <w:szCs w:val="24"/>
        </w:rPr>
        <w:t>ﺟَﻞَّ جَلَالُهُ</w:t>
      </w:r>
      <w:r>
        <w:rPr>
          <w:rFonts w:ascii="Times New Roman" w:hAnsi="Times New Roman" w:eastAsia="Noto Serif SC" w:cs="Amiri"/>
          <w:lang w:val="zh-CN" w:eastAsia="zh-CN" w:bidi="ar-SA"/>
          <w:color w:val="000000"/>
          <w:rtl w:val="0"/>
        </w:rPr>
        <w:t xml:space="preserve">（祂的威严至高无上，超越一切） </w:t>
      </w:r>
      <w:r>
        <w:rPr>
          <w:rFonts w:ascii="Amiri" w:hAnsi="Amiri" w:eastAsia="Amiri" w:cs="Amiri"/>
          <w:lang w:val="zh-CN" w:eastAsia="zh-CN" w:bidi="ar-SA"/>
          <w:rtl w:val="1"/>
          <w:cs w:val="1"/>
          <w:color w:val="000000"/>
          <w:sz w:val="24"/>
          <w:szCs w:val="24"/>
        </w:rPr>
        <w:t>وَلَا ﺍِﻟٰﻪَ اِلَّا ﻫُﻮَ</w:t>
      </w:r>
      <w:r>
        <w:rPr>
          <w:rFonts w:ascii="Times New Roman" w:hAnsi="Times New Roman" w:eastAsia="Noto Serif SC" w:cs="Amiri"/>
          <w:lang w:val="zh-CN" w:eastAsia="zh-CN" w:bidi="ar-SA"/>
          <w:color w:val="000000"/>
          <w:rtl w:val="0"/>
        </w:rPr>
        <w:t>（除祂之外，绝无应受崇拜者）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2"/>
      </w:pPr>
      <w:r>
        <w:rPr>
          <w:rFonts w:ascii="Times New Roman" w:hAnsi="Times New Roman" w:eastAsia="Noto Serif SC" w:cs="Amiri"/>
          <w:lang w:val="zh-CN" w:eastAsia="zh-CN" w:bidi="ar-SA"/>
          <w:color w:val="000000"/>
          <w:rtl w:val="0"/>
        </w:rPr>
        <w:t>对一个问题的回答</w:t>
      </w:r>
    </w:p>
    <w:p>
      <w:r>
        <w:rPr>
          <w:rFonts w:ascii="Times New Roman" w:hAnsi="Times New Roman" w:eastAsia="Noto Serif SC" w:cs="Amiri"/>
          <w:lang w:val="zh-CN" w:eastAsia="zh-CN" w:bidi="ar-SA"/>
          <w:color w:val="000000"/>
          <w:rtl w:val="0"/>
        </w:rPr>
        <w:t>我没有时间权衡穆斯塔法·萨布里与穆萨·贝库夫的见解。我只说这一点：“一个犯了过度，另一个犯了不足。”穆斯塔法·萨布里在自己的辩护中，相对于穆萨·贝库夫固然有理；但贬低穆赫伊丁这样一位堪称伊斯兰诸学科奇迹的人物，却是不公正的。</w:t>
      </w:r>
    </w:p>
    <w:p>
      <w:r>
        <w:rPr>
          <w:rFonts w:ascii="Times New Roman" w:hAnsi="Times New Roman" w:eastAsia="Noto Serif SC" w:cs="Amiri"/>
          <w:lang w:val="zh-CN" w:eastAsia="zh-CN" w:bidi="ar-SA"/>
          <w:color w:val="000000"/>
          <w:rtl w:val="0"/>
        </w:rPr>
        <w:t>诚然，穆赫伊丁本人是引导正道者，也是受Allah悦纳者。但他的每一本书并不都能作为引导者与指路者。他在许多真理问题上没有依循尺度，因而违背逊尼正统学派的原则。他的某些言辞，表面上表达迷误，但他本人远离迷误。言辞有时看似不信，其说话者却不会因此成为不信者。</w:t>
      </w:r>
    </w:p>
    <w:p>
      <w:r>
        <w:rPr>
          <w:rFonts w:ascii="Times New Roman" w:hAnsi="Times New Roman" w:eastAsia="Noto Serif SC" w:cs="Amiri"/>
          <w:lang w:val="zh-CN" w:eastAsia="zh-CN" w:bidi="ar-SA"/>
          <w:color w:val="000000"/>
          <w:rtl w:val="0"/>
        </w:rPr>
        <w:t>穆斯塔法·萨布里没有考虑这些要点；出于固守逊尼正统学派的原则，他在一些方面犯了不足。</w:t>
      </w:r>
    </w:p>
    <w:p>
      <w:r>
        <w:rPr>
          <w:rFonts w:ascii="Times New Roman" w:hAnsi="Times New Roman" w:eastAsia="Noto Serif SC" w:cs="Amiri"/>
          <w:lang w:val="zh-CN" w:eastAsia="zh-CN" w:bidi="ar-SA"/>
          <w:color w:val="000000"/>
          <w:rtl w:val="0"/>
        </w:rPr>
        <w:t>穆萨·贝库夫则过度支持革新，又以迎合现代性的思想，走上了十分错误的道路。他以错误的解释，歪曲伊斯兰的一些真理。他把像艾布·阿拉·麦阿里这样一位应被摒弃的人置于穷究真理者之上，又过分支持穆赫伊丁那些合乎自己思想、却违背逊尼正统学派的论点，因而犯了更大的过度。</w:t>
      </w:r>
      <w:r>
        <w:rPr>
          <w:rFonts w:ascii="Amiri" w:hAnsi="Amiri" w:eastAsia="Amiri" w:cs="Amiri"/>
          <w:lang w:val="zh-CN" w:eastAsia="zh-CN" w:bidi="ar-SA"/>
          <w:rtl w:val="1"/>
          <w:cs w:val="1"/>
          <w:color w:val="000000"/>
          <w:sz w:val="24"/>
          <w:szCs w:val="24"/>
        </w:rPr>
        <w:t>ﻗَﺎﻝَ ﻣُﺤْﻴِﻰ ﺍﻟﺪّ۪ﻳﻦِ</w:t>
      </w:r>
      <w:r>
        <w:rPr>
          <w:rFonts w:ascii="Times New Roman" w:hAnsi="Times New Roman" w:eastAsia="Noto Serif SC" w:cs="Amiri"/>
          <w:lang w:val="zh-CN" w:eastAsia="zh-CN" w:bidi="ar-SA"/>
          <w:color w:val="000000"/>
          <w:rtl w:val="0"/>
        </w:rPr>
        <w:t>（穆赫伊丁说）：</w:t>
      </w:r>
      <w:r>
        <w:rPr>
          <w:rFonts w:ascii="Amiri" w:hAnsi="Amiri" w:eastAsia="Amiri" w:cs="Amiri"/>
          <w:lang w:val="zh-CN" w:eastAsia="zh-CN" w:bidi="ar-SA"/>
          <w:rtl w:val="1"/>
          <w:cs w:val="1"/>
          <w:color w:val="000000"/>
          <w:sz w:val="24"/>
          <w:szCs w:val="24"/>
        </w:rPr>
        <w:t>ﺗَﺤْﺮُﻡُ ﻣُﻄَﺎﻟَﻌَﺔُ ﻛُﺘُﺒِﻨَﺎ ﻋَﻠٰﻰ ﻣَﻦْ ﻟَﻴْﺲَ ﻣِﻨَّﺎ</w:t>
      </w:r>
      <w:r>
        <w:rPr>
          <w:rFonts w:ascii="Times New Roman" w:hAnsi="Times New Roman" w:eastAsia="Noto Serif SC" w:cs="Amiri"/>
          <w:lang w:val="zh-CN" w:eastAsia="zh-CN" w:bidi="ar-SA"/>
          <w:color w:val="000000"/>
          <w:rtl w:val="0"/>
        </w:rPr>
        <w:t>（不属于我们的人，不可研读我们的著作）。也就是说：“不属于我们、又不认识我们品阶的人，不要阅读我们的书，否则会受到损害。”诚然，在这个时代阅读穆赫伊丁的著作，尤其是其中关于存在单一论的论述，是有害的。</w:t>
      </w:r>
    </w:p>
    <w:p>
      <w:pPr>
        <w:pStyle w:val="Heading3"/>
        <w:jc w:val="right"/>
      </w:pPr>
      <w:r>
        <w:rPr>
          <w:rFonts w:ascii="Times New Roman" w:hAnsi="Times New Roman" w:eastAsia="Noto Serif SC" w:cs="Amiri"/>
          <w:lang w:val="zh-CN" w:eastAsia="zh-CN" w:bidi="ar-SA"/>
          <w:color w:val="000000"/>
          <w:rtl w:val="0"/>
        </w:rPr>
        <w:t>赛义德·努尔西</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之名，依凭祂而行；祂是慈悯普及万物者，也是至慈者）。我怀着对未来与结局的忧虑，以洞察结局的透镜，从监狱的窗户望向一场极其华丽的夜间庆典；此时，人类那些令人为之哭泣的欢笑，呈现在我眼前。我要说明那一刻展现在我想象视野中的情景。</w:t>
      </w:r>
    </w:p>
    <w:p>
      <w:r>
        <w:rPr>
          <w:rFonts w:ascii="Times New Roman" w:hAnsi="Times New Roman" w:eastAsia="Noto Serif SC" w:cs="Amiri"/>
          <w:lang w:val="zh-CN" w:eastAsia="zh-CN" w:bidi="ar-SA"/>
          <w:color w:val="000000"/>
          <w:rtl w:val="0"/>
        </w:rPr>
        <w:t>正如电影中能显现古时躺卧墓中者生前的情状，我仿佛看见那些在不远的将来将属于墓地的人们，以及他们那如遗体般仍在活动的躯体。我为那些欢笑者哭泣。忽然，一阵惊恐与怜悯涌上心头。我回到理智，向真理问道：“这幻象是什么？”真理说：</w:t>
      </w:r>
    </w:p>
    <w:p>
      <w:r>
        <w:rPr>
          <w:rFonts w:ascii="Times New Roman" w:hAnsi="Times New Roman" w:eastAsia="Noto Serif SC" w:cs="Amiri"/>
          <w:lang w:val="zh-CN" w:eastAsia="zh-CN" w:bidi="ar-SA"/>
          <w:color w:val="000000"/>
          <w:rtl w:val="0"/>
        </w:rPr>
        <w:t>五十年后，这些尽情欢笑取乐的可怜人中，五十个里面有五个将如腰背弯曲的七十岁老人；其余四十五个将已在墓中腐烂。那些美丽的面容、那些欢乐的笑声，都将变成自己的反面。依据</w:t>
      </w:r>
      <w:r>
        <w:rPr>
          <w:rFonts w:ascii="Amiri" w:hAnsi="Amiri" w:eastAsia="Amiri" w:cs="Amiri"/>
          <w:lang w:val="zh-CN" w:eastAsia="zh-CN" w:bidi="ar-SA"/>
          <w:rtl w:val="1"/>
          <w:cs w:val="1"/>
          <w:color w:val="000000"/>
          <w:sz w:val="24"/>
          <w:szCs w:val="24"/>
        </w:rPr>
        <w:t>ﻛُﻞُّ ﺍٰﺕٍ ﻗَﺮ۪ﻳﺐٌ</w:t>
      </w:r>
      <w:r>
        <w:rPr>
          <w:rFonts w:ascii="Times New Roman" w:hAnsi="Times New Roman" w:eastAsia="Noto Serif SC" w:cs="Amiri"/>
          <w:lang w:val="zh-CN" w:eastAsia="zh-CN" w:bidi="ar-SA"/>
          <w:color w:val="000000"/>
          <w:rtl w:val="0"/>
        </w:rPr>
        <w:t>（凡正在来临的，都已临近；凡注定到来的，并不遥远）这一原则，既然把不久将发生之事视作已经发生，在某种程度上就是真实，那么你所见的当然不是幻象。</w:t>
      </w:r>
    </w:p>
    <w:p>
      <w:r>
        <w:rPr>
          <w:rFonts w:ascii="Times New Roman" w:hAnsi="Times New Roman" w:eastAsia="Noto Serif SC" w:cs="Amiri"/>
          <w:lang w:val="zh-CN" w:eastAsia="zh-CN" w:bidi="ar-SA"/>
          <w:color w:val="000000"/>
          <w:rtl w:val="0"/>
        </w:rPr>
        <w:t>既然世人因疏忽而发出的欢笑，是这些令人哭泣之痛楚境况的帷幕，而且短暂易逝，那么，能使可怜人那颗崇拜永恒的心灵、那倾慕永存之爱的灵魂欢笑并喜悦的，当然是这样一些娱乐：它们在Allah许可的范围内，满怀感恩，内心安宁，没有疏忽，纯洁无邪；也是这样一些欢乐：它们就回赐而言长存不灭。</w:t>
      </w:r>
    </w:p>
    <w:p>
      <w:r>
        <w:rPr>
          <w:rFonts w:ascii="Times New Roman" w:hAnsi="Times New Roman" w:eastAsia="Noto Serif SC" w:cs="Amiri"/>
          <w:lang w:val="zh-CN" w:eastAsia="zh-CN" w:bidi="ar-SA"/>
          <w:color w:val="000000"/>
          <w:rtl w:val="0"/>
        </w:rPr>
        <w:t>正因如此，为使节庆不被疏忽占据、不偏离Allah许可的范围，传述中对记念Allah与感恩有极大的劝勉。这样，人们便能在节庆中把欢乐与喜悦这些恩赐转化为感恩，使恩赐得以延续并增加。因为，感恩使恩赐增加，驱散疏忽。</w:t>
      </w:r>
    </w:p>
    <w:p>
      <w:pPr>
        <w:pStyle w:val="Heading3"/>
        <w:jc w:val="right"/>
      </w:pPr>
      <w:r>
        <w:rPr>
          <w:rFonts w:ascii="Times New Roman" w:hAnsi="Times New Roman" w:eastAsia="Noto Serif SC" w:cs="Amiri"/>
          <w:lang w:val="zh-CN" w:eastAsia="zh-CN" w:bidi="ar-SA"/>
          <w:color w:val="000000"/>
          <w:rtl w:val="0"/>
        </w:rPr>
        <w:t>赛义德·努尔西</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ﺍِﻥَّ ﺍﻟﻨَّﻔْﺲَ لَاَمَّارَةٌ ﺑِﺎﻟﺴُّٓﻮﺀِ</w:t>
      </w:r>
      <w:r>
        <w:rPr>
          <w:rFonts w:ascii="Times New Roman" w:hAnsi="Times New Roman" w:eastAsia="Noto Serif SC" w:cs="Amiri"/>
          <w:lang w:val="zh-CN" w:eastAsia="zh-CN" w:bidi="ar-SA"/>
          <w:color w:val="000000"/>
          <w:rtl w:val="0"/>
        </w:rPr>
        <w:t>（自我确实具有强烈而持续命人作恶的性质，不断催逼人走向恶）。其含义</w:t>
      </w:r>
      <w:r>
        <w:rPr>
          <w:rStyle w:val="FootnoteReference"/>
        </w:rPr>
        <w:footnoteReference w:id="53"/>
      </w:r>
      <w:r>
        <w:rPr>
          <w:rFonts w:ascii="Times New Roman" w:hAnsi="Times New Roman" w:eastAsia="Noto Serif SC" w:cs="Amiri"/>
          <w:lang w:val="zh-CN" w:eastAsia="zh-CN" w:bidi="ar-SA"/>
          <w:color w:val="000000"/>
          <w:rtl w:val="0"/>
        </w:rPr>
        <w:t>是：“自我总是驱人作恶。”这节经文与</w:t>
      </w:r>
      <w:r>
        <w:rPr>
          <w:rFonts w:ascii="Amiri" w:hAnsi="Amiri" w:eastAsia="Amiri" w:cs="Amiri"/>
          <w:lang w:val="zh-CN" w:eastAsia="zh-CN" w:bidi="ar-SA"/>
          <w:rtl w:val="1"/>
          <w:cs w:val="1"/>
          <w:color w:val="000000"/>
          <w:sz w:val="24"/>
          <w:szCs w:val="24"/>
        </w:rPr>
        <w:t>ﺍَﻋْﺪٰﻯ ﻋَﺪُﻭِّﻙَ ﻧَﻔْﺴُﻚَ ﺍﻟَّﺘ۪ﻰ ﺑَﻴْﻦَ ﺟَﻨْﺒَﻴْﻚَ</w:t>
      </w:r>
      <w:r>
        <w:rPr>
          <w:rFonts w:ascii="Times New Roman" w:hAnsi="Times New Roman" w:eastAsia="Noto Serif SC" w:cs="Amiri"/>
          <w:lang w:val="zh-CN" w:eastAsia="zh-CN" w:bidi="ar-SA"/>
          <w:color w:val="000000"/>
          <w:rtl w:val="0"/>
        </w:rPr>
        <w:t>（你最猛烈、最具危害的敌人，便是居于你两胁之间的那个自我）这一圣训的高尚含义——“你最有害的敌人是你的自我”——共有下面这一项精义。</w:t>
      </w:r>
    </w:p>
    <w:p>
      <w:r>
        <w:rPr>
          <w:rFonts w:ascii="Times New Roman" w:hAnsi="Times New Roman" w:eastAsia="Noto Serif SC" w:cs="Amiri"/>
          <w:lang w:val="zh-CN" w:eastAsia="zh-CN" w:bidi="ar-SA"/>
          <w:color w:val="000000"/>
          <w:rtl w:val="0"/>
        </w:rPr>
        <w:t>只要拥有未经净化的、不断命人作恶的自我，一个欣赏并喜爱自己自我的人，就不会爱别人。即使表面上有所爱，也不可能真诚；他爱的只会是自己从那人中得到的利益与快乐。他总是努力使自己受赞赏、受喜爱。他不把过失归于自己，反像律师一样为自己辩护、开脱。他以夸张甚至谎言赞美、洗清自己的自我，几乎把它神圣化；又依照自己的程度，受到</w:t>
      </w:r>
      <w:r>
        <w:rPr>
          <w:rFonts w:ascii="Amiri" w:hAnsi="Amiri" w:eastAsia="Amiri" w:cs="Amiri"/>
          <w:lang w:val="zh-CN" w:eastAsia="zh-CN" w:bidi="ar-SA"/>
          <w:rtl w:val="1"/>
          <w:cs w:val="1"/>
          <w:color w:val="000000"/>
          <w:sz w:val="24"/>
          <w:szCs w:val="24"/>
        </w:rPr>
        <w:t>ﻣَﻦِ ﺍﺗَّﺨَﺬَ ﺍِﻟٰﻬَﻪُ ﻫَﻮٰﻳﻪُ</w:t>
      </w:r>
      <w:r>
        <w:rPr>
          <w:rFonts w:ascii="Times New Roman" w:hAnsi="Times New Roman" w:eastAsia="Noto Serif SC" w:cs="Amiri"/>
          <w:lang w:val="zh-CN" w:eastAsia="zh-CN" w:bidi="ar-SA"/>
          <w:color w:val="000000"/>
          <w:rtl w:val="0"/>
        </w:rPr>
        <w:t>（谁顺从欲望，把私欲奉为自己崇拜和服从的主）这节经文的一记耳光。他的自我夸赞和讨人喜爱，反而招来轻视，使人疏远。</w:t>
      </w:r>
    </w:p>
    <w:p>
      <w:r>
        <w:rPr>
          <w:rFonts w:ascii="Times New Roman" w:hAnsi="Times New Roman" w:eastAsia="Noto Serif SC" w:cs="Amiri"/>
          <w:lang w:val="zh-CN" w:eastAsia="zh-CN" w:bidi="ar-SA"/>
          <w:color w:val="000000"/>
          <w:rtl w:val="0"/>
        </w:rPr>
        <w:t>他在后世的功修中也会失去真诚，混入炫耀。他不见结局，不思后果，感情又耽于眼前的快乐；于是被自我欲望击败，听从迷失方向的情感所作的判断，为了一个小时快乐的享受而坐牢一年，为了片刻的骄傲或报复而受罚十年。他仿佛一个任性的孩子，把所学习的《古兰经》末卷换成一颗糖果；他把钻石般珍贵的善功，用作玻璃碎片般毫无价值的快乐与自我主张的手段，只为抚慰自己的情感、满足欲望、遂其所愿，因而在有利可图的事上反遭亏损。</w:t>
      </w:r>
      <w:r>
        <w:rPr>
          <w:rFonts w:ascii="Amiri" w:hAnsi="Amiri" w:eastAsia="Amiri" w:cs="Amiri"/>
          <w:lang w:val="zh-CN" w:eastAsia="zh-CN" w:bidi="ar-SA"/>
          <w:rtl w:val="1"/>
          <w:cs w:val="1"/>
          <w:color w:val="000000"/>
          <w:sz w:val="24"/>
          <w:szCs w:val="24"/>
        </w:rPr>
        <w:t>ﺍَﻟﻠّٰﻬُﻢَّ ﺍﺣْﻔَﻈْﻨَﺎ ﻣِﻦْ ﺷَﺮِّ ﺍﻟﻨَّﻔْﺲِ ﻭَﺍﻟﺸَّﻴْﻄَﺎﻥِ ﻭَﻣِﻦْ ﺷَﺮِّ ﺍﻟْﺠِﻦِّ وَالْاِنْسَانِ</w:t>
      </w:r>
      <w:r>
        <w:rPr>
          <w:rFonts w:ascii="Times New Roman" w:hAnsi="Times New Roman" w:eastAsia="Noto Serif SC" w:cs="Amiri"/>
          <w:lang w:val="zh-CN" w:eastAsia="zh-CN" w:bidi="ar-SA"/>
          <w:color w:val="000000"/>
          <w:rtl w:val="0"/>
        </w:rPr>
        <w:t>（Allah啊，求你护佑我们，免受自我与恶魔的伤害，也免受精灵与人类之恶的伤害）</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短暂时间里的不信，何以应在火狱中受无穷期监禁？这怎么算公正？</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按照一年三百六十五天计算，在人间公正律法下，一分钟杀人尚须判处七百八十八万四千分钟监禁；而一分钟的不信相当于一千次杀人，因此，一个二十年间生活在不信中并死于不信的人，依人间公正律法，应被监禁五十七万亿二千零一十二亿年。那么，</w:t>
      </w:r>
      <w:r>
        <w:rPr>
          <w:rFonts w:ascii="Amiri" w:hAnsi="Amiri" w:eastAsia="Amiri" w:cs="Amiri"/>
          <w:lang w:val="zh-CN" w:eastAsia="zh-CN" w:bidi="ar-SA"/>
          <w:rtl w:val="1"/>
          <w:cs w:val="1"/>
          <w:color w:val="000000"/>
          <w:sz w:val="24"/>
          <w:szCs w:val="24"/>
        </w:rPr>
        <w:t>ﺧَﺎﻟِﺪ۪ﻳﻦَ ﻓ۪ﻴﻬَﺎ ﺍَﺑَﺪًﺍ</w:t>
      </w:r>
      <w:r>
        <w:rPr>
          <w:rFonts w:ascii="Times New Roman" w:hAnsi="Times New Roman" w:eastAsia="Noto Serif SC" w:cs="Amiri"/>
          <w:lang w:val="zh-CN" w:eastAsia="zh-CN" w:bidi="ar-SA"/>
          <w:color w:val="000000"/>
          <w:rtl w:val="0"/>
        </w:rPr>
        <w:t>（他们将永远居住其中，直至无穷，没有终期）与Allah公正之间的契合，由此便可理解。</w:t>
      </w:r>
    </w:p>
    <w:p>
      <w:r>
        <w:rPr>
          <w:rFonts w:ascii="Times New Roman" w:hAnsi="Times New Roman" w:eastAsia="Noto Serif SC" w:cs="Amiri"/>
          <w:lang w:val="zh-CN" w:eastAsia="zh-CN" w:bidi="ar-SA"/>
          <w:color w:val="000000"/>
          <w:rtl w:val="0"/>
        </w:rPr>
        <w:t>两个极其遥远的数字之间，其关系的奥义是这样的：杀人与不信都是破坏与侵害，因而会影响他人。一分钟杀人，至少按表面惯例，会夺走被害者十五年的生命，杀人者便代之以入狱。一分钟的不信，则是否认一千零一个Allah尊名，贬损它们的纹饰，侵害宇宙的诸项权利，否认宇宙的诸般完善，拒绝无数关于Allah独一的证据，并驳回它们的见证。因此，它把不信者抛入最低下的境地，又以</w:t>
      </w:r>
      <w:r>
        <w:rPr>
          <w:rFonts w:ascii="Amiri" w:hAnsi="Amiri" w:eastAsia="Amiri" w:cs="Amiri"/>
          <w:lang w:val="zh-CN" w:eastAsia="zh-CN" w:bidi="ar-SA"/>
          <w:rtl w:val="1"/>
          <w:cs w:val="1"/>
          <w:color w:val="000000"/>
          <w:sz w:val="24"/>
          <w:szCs w:val="24"/>
        </w:rPr>
        <w:t>ﺧَﺎﻟِﺪ۪ﻳﻦَ</w:t>
      </w:r>
      <w:r>
        <w:rPr>
          <w:rFonts w:ascii="Times New Roman" w:hAnsi="Times New Roman" w:eastAsia="Noto Serif SC" w:cs="Amiri"/>
          <w:lang w:val="zh-CN" w:eastAsia="zh-CN" w:bidi="ar-SA"/>
          <w:color w:val="000000"/>
          <w:rtl w:val="0"/>
        </w:rPr>
        <w:t>（他们将永居其中，不能脱离）将他们禁锢。</w:t>
      </w:r>
    </w:p>
    <w:p>
      <w:pPr>
        <w:pStyle w:val="Heading3"/>
        <w:jc w:val="right"/>
      </w:pPr>
      <w:r>
        <w:rPr>
          <w:rFonts w:ascii="Times New Roman" w:hAnsi="Times New Roman" w:eastAsia="Noto Serif SC" w:cs="Amiri"/>
          <w:lang w:val="zh-CN" w:eastAsia="zh-CN" w:bidi="ar-SA"/>
          <w:color w:val="000000"/>
          <w:rtl w:val="0"/>
        </w:rPr>
        <w:t>赛义德·努尔西</w:t>
      </w:r>
    </w:p>
    <w:p>
      <w:pPr>
        <w:pStyle w:val="Heading2"/>
      </w:pPr>
      <w:r>
        <w:rPr>
          <w:rFonts w:ascii="Times New Roman" w:hAnsi="Times New Roman" w:eastAsia="Noto Serif SC" w:cs="Amiri"/>
          <w:lang w:val="zh-CN" w:eastAsia="zh-CN" w:bidi="ar-SA"/>
          <w:color w:val="000000"/>
          <w:rtl w:val="0"/>
        </w:rPr>
        <w:t>一处意味深长的优美吻合</w:t>
      </w:r>
    </w:p>
    <w:p>
      <w:r>
        <w:rPr>
          <w:rFonts w:ascii="Times New Roman" w:hAnsi="Times New Roman" w:eastAsia="Noto Serif SC" w:cs="Amiri"/>
          <w:lang w:val="zh-CN" w:eastAsia="zh-CN" w:bidi="ar-SA"/>
          <w:color w:val="000000"/>
          <w:rtl w:val="0"/>
        </w:rPr>
        <w:t>那份议案规定向《光明论》作者的宗教学校拨付十五万里拉；议案中用以指控《光明论》学生并要求处罚他们的第一百六十三条，恰好与二百名议员中的一百六十三名议员之数相吻合。这吻合在精神上这样说：共和政府一百六十三名议员以嘉许之心签署的姓名，废除了法律第一百六十三条针对他们的裁决。</w:t>
      </w:r>
    </w:p>
    <w:p>
      <w:r>
        <w:rPr>
          <w:rFonts w:ascii="Times New Roman" w:hAnsi="Times New Roman" w:eastAsia="Noto Serif SC" w:cs="Amiri"/>
          <w:lang w:val="zh-CN" w:eastAsia="zh-CN" w:bidi="ar-SA"/>
          <w:color w:val="000000"/>
          <w:rtl w:val="0"/>
        </w:rPr>
        <w:t>还有一处意味深长的优美吻合：《光明论》的一百二十八个部分，共构成一百一十五部书。《光明论》的学生和作者开始被拘留的日期是一九三五年四月二十七日，法院作出决定和判决的日期是一九三五年八月十九日，两日期间共一百一十五天，与《光明论》各部书的数目相吻合；同时，它又与受到讯问、被列为罪犯的一百一十五人的人数完全吻合。这表明：《光明论》作者及其学生遭遇的苦难，正由一只眷顾之手加以安排。</w:t>
      </w:r>
      <w:r>
        <w:rPr>
          <w:rStyle w:val="FootnoteReference"/>
        </w:rPr>
        <w:footnoteReference w:id="54"/>
      </w:r>
    </w:p>
    <w:p>
      <w:r>
        <w:rPr>
          <w:rFonts w:ascii="Times New Roman" w:hAnsi="Times New Roman" w:eastAsia="Noto Serif SC" w:cs="Amiri"/>
          <w:lang w:val="zh-CN" w:eastAsia="zh-CN" w:bidi="ar-SA"/>
          <w:color w:val="000000"/>
          <w:rtl w:val="0"/>
        </w:rPr>
        <w:t>本《闪光》开头，先导者阿里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（愿Allah喜悦他）曾对《光明论》有所指示，因此，我们的一位兄弟怀着激动的渴慕，把《光明论》命名为《钻石珍宝光明》，并反复书写这个名称。在本《闪光》末尾收录他的文字，被视为合宜：</w:t>
      </w:r>
    </w:p>
    <w:p>
      <w:r>
        <w:rPr>
          <w:rFonts w:ascii="Times New Roman" w:hAnsi="Times New Roman" w:eastAsia="Noto Serif SC" w:cs="Amiri"/>
          <w:lang w:val="zh-CN" w:eastAsia="zh-CN" w:bidi="ar-SA"/>
          <w:color w:val="000000"/>
          <w:rtl w:val="0"/>
        </w:rPr>
        <w:t>一个身处敬畏之境的学生，即使失去理智，难道还能离开《光明论》和珍贵钻石的光明吗？我料想，像您这个无力的学生这样，领受《光明论》的非凡恩迹、美德与乐趣，摘取其甘甜果实的人，实在少有。我虽如此无力，又未能为《光明论》服务，却蒙受您所赐予的眷顾，为此我满怀感恩。因此，莫说是我，您的任何学生都不能离开那吉祥的钻石及其乐趣。</w:t>
      </w:r>
    </w:p>
    <w:p>
      <w:r>
        <w:rPr>
          <w:rFonts w:ascii="Times New Roman" w:hAnsi="Times New Roman" w:eastAsia="Noto Serif SC" w:cs="Amiri"/>
          <w:lang w:val="zh-CN" w:eastAsia="zh-CN" w:bidi="ar-SA"/>
          <w:color w:val="000000"/>
          <w:rtl w:val="0"/>
        </w:rPr>
        <w:t>我冒昧仰赖您的宽宥：这次对《光明论》的搜查中，有两项非凡恩迹丝毫不差地显现出来。监狱里的警察、宪兵和狱卒进行严密搜查时，我妹妹那年仅七八岁的儿子，竟在无人看见的情况下，把《光明论》的书册放进自己的书包，带走了。</w:t>
      </w:r>
    </w:p>
    <w:p>
      <w:r>
        <w:rPr>
          <w:rFonts w:ascii="Times New Roman" w:hAnsi="Times New Roman" w:eastAsia="Noto Serif SC" w:cs="Amiri"/>
          <w:lang w:val="zh-CN" w:eastAsia="zh-CN" w:bidi="ar-SA"/>
          <w:color w:val="000000"/>
          <w:rtl w:val="0"/>
        </w:rPr>
        <w:t>搜查是在我的房间里进行的。孩子来到房间，见屋内一片慌乱，便把另放在房间一角的《光明论》书册装进书包。屋内的职员一个也没有察觉，也没有对孩子说什么。这个勇于自我牺牲的孩子径直走到母亲那里，说：“我把舅舅平时读给我们听的《光明论》书册带来了。他们要把这些书拿走。他们不知道，趁他们翻找别的书信和书籍时，我把这些书拿来放进了书包。请您把它们妥善藏好，保管起来。我非常喜欢听人读这些书。</w:t>
      </w:r>
    </w:p>
    <w:p>
      <w:r>
        <w:rPr>
          <w:rFonts w:ascii="Times New Roman" w:hAnsi="Times New Roman" w:eastAsia="Noto Serif SC" w:cs="Amiri"/>
          <w:lang w:val="zh-CN" w:eastAsia="zh-CN" w:bidi="ar-SA"/>
          <w:color w:val="000000"/>
          <w:rtl w:val="0"/>
        </w:rPr>
        <w:t>舅舅以前常读给我们听。他读的时候，我就会进入另一种精神状态。”他这样对母亲说完，便回学校去了。就这样，《钻石珍宝光明》书册没有落入他们手中。</w:t>
      </w:r>
    </w:p>
    <w:p>
      <w:r>
        <w:rPr>
          <w:rFonts w:ascii="Times New Roman" w:hAnsi="Times New Roman" w:eastAsia="Noto Serif SC" w:cs="Amiri"/>
          <w:lang w:val="zh-CN" w:eastAsia="zh-CN" w:bidi="ar-SA"/>
          <w:color w:val="000000"/>
          <w:rtl w:val="0"/>
        </w:rPr>
        <w:t>这不是非凡恩迹，又是什么？这不是源自《古兰经》的奇迹，又是什么？这种美德，这种乐趣，这颗钻石珍宝，究竟在哪部著作中才有？迄今为止，这《钻石珍宝光明》究竟曾从哪位尊者的口中流出？莫说坐牢，为了这《钻石珍宝光明》，我每时每刻都甘愿欣然接受一切牺牲。在我之后，我的孩子艾敏也准备为这《钻石珍宝光明》的道路奉献自己的一生。</w:t>
      </w:r>
    </w:p>
    <w:p>
      <w:r>
        <w:rPr>
          <w:rFonts w:ascii="Times New Roman" w:hAnsi="Times New Roman" w:eastAsia="Noto Serif SC" w:cs="Amiri"/>
          <w:lang w:val="zh-CN" w:eastAsia="zh-CN" w:bidi="ar-SA"/>
          <w:color w:val="000000"/>
          <w:rtl w:val="0"/>
        </w:rPr>
        <w:t>现在，为证明这《钻石珍宝光明》的第二项非凡恩迹，我要证明：从三岁到八岁的亲属和我的孩子，都愿为这《钻石珍宝光明》自我牺牲，并准备在这条道路上毫不犹豫地献出生命。因为，我阅读这《钻石珍宝光明》时，他们全都聚到了我身边。我疼爱他们，给每人倒了一杯茶，然后继续读这《钻石珍宝光明》。他们齐声问道：“这是什么？这是怎样的文字？”我说：“这是《钻石珍宝光明》。”随即开始读给他们听。读《第十言》时，几个小时已经过去了。孩子们出于好奇，一有不明白的地方就立刻问我。我把这《钻石珍宝光明》讲解得让他们能够理解；这时，孩子们的面色不断变化，变得越发美好。而我每看他们的脸，就仿佛在每个人身上分别看见了一位光明的赛义德。</w:t>
      </w:r>
    </w:p>
    <w:p>
      <w:r>
        <w:rPr>
          <w:rFonts w:ascii="Times New Roman" w:hAnsi="Times New Roman" w:eastAsia="Noto Serif SC" w:cs="Amiri"/>
          <w:lang w:val="zh-CN" w:eastAsia="zh-CN" w:bidi="ar-SA"/>
          <w:color w:val="000000"/>
          <w:rtl w:val="0"/>
        </w:rPr>
        <w:t>他们问道：“哪个是光明，哪个是珍宝，哪个又是钻石？”我回答：“光明，就是阅读这些文字。你们看，你们身上已经出现了一种美好。”他们彼此看着对方的脸，表示认同。“那么，钻石是什么？就是写下这些话语。到那时候，也就是你们写作的时候，你们的文字就会像钻石一样珍贵。”他们也认同了。“那么，珍宝是什么？那就是你们从这部书中获得的信仰。”他们便一齐诵念了作证之言。这场谈话过去了三四个小时，我竟没有察觉。</w:t>
      </w:r>
    </w:p>
    <w:p>
      <w:r>
        <w:rPr>
          <w:rFonts w:ascii="Times New Roman" w:hAnsi="Times New Roman" w:eastAsia="Noto Serif SC" w:cs="Amiri"/>
          <w:lang w:val="zh-CN" w:eastAsia="zh-CN" w:bidi="ar-SA"/>
          <w:color w:val="000000"/>
          <w:rtl w:val="0"/>
        </w:rPr>
        <w:t>我说：“《钻石珍宝光明》就是这个。”他们表示认同，全都望着我，问道：“这是谁写的？”</w:t>
      </w:r>
    </w:p>
    <w:p>
      <w:pPr>
        <w:pStyle w:val="Heading2"/>
      </w:pPr>
      <w:r>
        <w:rPr>
          <w:rFonts w:ascii="Times New Roman" w:hAnsi="Times New Roman" w:eastAsia="Noto Serif SC" w:cs="Amiri"/>
          <w:lang w:val="zh-CN" w:eastAsia="zh-CN" w:bidi="ar-SA"/>
          <w:color w:val="000000"/>
          <w:rtl w:val="0"/>
        </w:rPr>
        <w:t>您无力的学生</w:t>
      </w:r>
    </w:p>
    <w:p>
      <w:pPr>
        <w:pStyle w:val="Heading2"/>
      </w:pPr>
      <w:r>
        <w:rPr>
          <w:rFonts w:ascii="Times New Roman" w:hAnsi="Times New Roman" w:eastAsia="Noto Serif SC" w:cs="Amiri"/>
          <w:lang w:val="zh-CN" w:eastAsia="zh-CN" w:bidi="ar-SA"/>
          <w:color w:val="000000"/>
          <w:rtl w:val="0"/>
        </w:rPr>
        <w:t>谢菲克</w:t>
      </w:r>
    </w:p>
    <w:p>
      <w:pPr>
        <w:pStyle w:val="Heading2"/>
      </w:pPr>
      <w:r>
        <w:rPr>
          <w:rFonts w:ascii="Times New Roman" w:hAnsi="Times New Roman" w:eastAsia="Noto Serif SC" w:cs="Amiri"/>
          <w:lang w:val="zh-CN" w:eastAsia="zh-CN" w:bidi="ar-SA"/>
          <w:color w:val="000000"/>
          <w:rtl w:val="0"/>
        </w:rPr>
        <w:t>泽卡伊的梦</w:t>
      </w:r>
    </w:p>
    <w:p>
      <w:r>
        <w:rPr>
          <w:rFonts w:ascii="Times New Roman" w:hAnsi="Times New Roman" w:eastAsia="Noto Serif SC" w:cs="Amiri"/>
          <w:lang w:val="zh-CN" w:eastAsia="zh-CN" w:bidi="ar-SA"/>
          <w:color w:val="000000"/>
          <w:rtl w:val="0"/>
        </w:rPr>
        <w:t>今天早晨，我在梦中来到一片清澈明净的海边，仿佛伊斯坦布尔的托普哈内海岸。我想是上午时分，太阳的光辉在那片浩瀚大海上泛起怡人的粼粼波光。我面向大海。一位青年从海的中部和南部方向游来，游到岸边，把扛在肩上的一张犁带上岸。获释以后，我们正在那里迎接全体兄弟；这时，两名骑手沿着海岸，从西方疾驰而来。有人说：“导师来了！”人群随即分开。那两位骑着青黑马、面色黝黑而心怀敬爱的尊者毫不停留，向东方远去。我正要投入那片大海时，醒来了。</w:t>
      </w:r>
    </w:p>
    <w:p>
      <w:pPr>
        <w:pStyle w:val="Heading2"/>
      </w:pPr>
      <w:r>
        <w:rPr>
          <w:rFonts w:ascii="Times New Roman" w:hAnsi="Times New Roman" w:eastAsia="Noto Serif SC" w:cs="Amiri"/>
          <w:lang w:val="zh-CN" w:eastAsia="zh-CN" w:bidi="ar-SA"/>
          <w:color w:val="000000"/>
          <w:rtl w:val="0"/>
        </w:rPr>
        <w:t>泽卡伊</w:t>
      </w:r>
    </w:p>
    <w:p>
      <w:r>
        <w:rPr>
          <w:rFonts w:ascii="Times New Roman" w:hAnsi="Times New Roman" w:eastAsia="Noto Serif SC" w:cs="Amiri"/>
          <w:lang w:val="zh-CN" w:eastAsia="zh-CN" w:bidi="ar-SA"/>
          <w:color w:val="000000"/>
          <w:rtl w:val="0"/>
        </w:rPr>
        <w:t>这是对怀着偏袒之心、以敌对《光明论》的立场所说的话作出的回应。</w:t>
      </w:r>
    </w:p>
    <w:p>
      <w:r>
        <w:rPr>
          <w:rFonts w:ascii="Times New Roman" w:hAnsi="Times New Roman" w:eastAsia="Noto Serif SC" w:cs="Amiri"/>
          <w:lang w:val="zh-CN" w:eastAsia="zh-CN" w:bidi="ar-SA"/>
          <w:color w:val="000000"/>
          <w:rtl w:val="0"/>
        </w:rPr>
        <w:t>倘若你的目的是自我夸耀、称扬自己，</w:t>
      </w:r>
      <w:r>
        <w:br/>
      </w:r>
      <w:r>
        <w:rPr>
          <w:rFonts w:ascii="Times New Roman" w:hAnsi="Times New Roman" w:eastAsia="Noto Serif SC" w:cs="Amiri"/>
          <w:lang w:val="zh-CN" w:eastAsia="zh-CN" w:bidi="ar-SA"/>
          <w:color w:val="000000"/>
          <w:rtl w:val="0"/>
        </w:rPr>
        <w:t>你也不过是《光明论》最黯淡星辰的卫星。</w:t>
      </w:r>
      <w:r>
        <w:br/>
      </w:r>
      <w:r>
        <w:rPr>
          <w:rFonts w:ascii="Times New Roman" w:hAnsi="Times New Roman" w:eastAsia="Noto Serif SC" w:cs="Amiri"/>
          <w:lang w:val="zh-CN" w:eastAsia="zh-CN" w:bidi="ar-SA"/>
          <w:color w:val="000000"/>
          <w:rtl w:val="0"/>
        </w:rPr>
        <w:t>我的兄弟，切莫把它当作行星；</w:t>
      </w:r>
      <w:r>
        <w:br/>
      </w:r>
      <w:r>
        <w:rPr>
          <w:rFonts w:ascii="Times New Roman" w:hAnsi="Times New Roman" w:eastAsia="Noto Serif SC" w:cs="Amiri"/>
          <w:lang w:val="zh-CN" w:eastAsia="zh-CN" w:bidi="ar-SA"/>
          <w:color w:val="000000"/>
          <w:rtl w:val="0"/>
        </w:rPr>
        <w:t>莫说大地，连太阳也是它的卫星。</w:t>
      </w:r>
      <w:r>
        <w:br/>
      </w:r>
      <w:r>
        <w:rPr>
          <w:rFonts w:ascii="Times New Roman" w:hAnsi="Times New Roman" w:eastAsia="Noto Serif SC" w:cs="Amiri"/>
          <w:lang w:val="zh-CN" w:eastAsia="zh-CN" w:bidi="ar-SA"/>
          <w:color w:val="000000"/>
          <w:rtl w:val="0"/>
        </w:rPr>
        <w:t>《光明论》不久必将在世间放射光芒；</w:t>
      </w:r>
      <w:r>
        <w:br/>
      </w:r>
      <w:r>
        <w:rPr>
          <w:rFonts w:ascii="Times New Roman" w:hAnsi="Times New Roman" w:eastAsia="Noto Serif SC" w:cs="Amiri"/>
          <w:lang w:val="zh-CN" w:eastAsia="zh-CN" w:bidi="ar-SA"/>
          <w:color w:val="000000"/>
          <w:rtl w:val="0"/>
        </w:rPr>
        <w:t>它不会熄灭，或许只会暂时隐没，因为它是光上之光。</w:t>
      </w:r>
      <w:r>
        <w:br/>
      </w:r>
      <w:r>
        <w:rPr>
          <w:rFonts w:ascii="Times New Roman" w:hAnsi="Times New Roman" w:eastAsia="Noto Serif SC" w:cs="Amiri"/>
          <w:lang w:val="zh-CN" w:eastAsia="zh-CN" w:bidi="ar-SA"/>
          <w:color w:val="000000"/>
          <w:rtl w:val="0"/>
        </w:rPr>
        <w:t>那是一道光，是真理的海洋，是纯粹的引导。</w:t>
      </w:r>
      <w:r>
        <w:br/>
      </w:r>
      <w:r>
        <w:rPr>
          <w:rFonts w:ascii="Times New Roman" w:hAnsi="Times New Roman" w:eastAsia="Noto Serif SC" w:cs="Amiri"/>
          <w:lang w:val="zh-CN" w:eastAsia="zh-CN" w:bidi="ar-SA"/>
          <w:color w:val="000000"/>
          <w:rtl w:val="0"/>
        </w:rPr>
        <w:t>请诵读</w:t>
      </w:r>
      <w:r>
        <w:rPr>
          <w:rFonts w:ascii="Amiri" w:hAnsi="Amiri" w:eastAsia="Amiri" w:cs="Amiri"/>
          <w:lang w:val="zh-CN" w:eastAsia="zh-CN" w:bidi="ar-SA"/>
          <w:rtl w:val="1"/>
          <w:cs w:val="1"/>
          <w:color w:val="000000"/>
          <w:sz w:val="24"/>
          <w:szCs w:val="24"/>
        </w:rPr>
        <w:t>ﻣَﻦْ ﺍَﺻْﺤَﺎﺏُ ﺍﻟﺼِّﺮَﺍﻁِ ﺍﻟﺴَّﻮِﻯِّ ﻭَ ﻣَﻦِ ﺍﻫْﺘَﺪٰﻯ</w:t>
      </w:r>
      <w:r>
        <w:rPr>
          <w:rFonts w:ascii="Times New Roman" w:hAnsi="Times New Roman" w:eastAsia="Noto Serif SC" w:cs="Amiri"/>
          <w:lang w:val="zh-CN" w:eastAsia="zh-CN" w:bidi="ar-SA"/>
          <w:color w:val="000000"/>
          <w:rtl w:val="0"/>
        </w:rPr>
        <w:t>（哪些人是平坦正路的同行者，哪些人又获得了正道的引导）。</w:t>
      </w:r>
    </w:p>
    <w:p>
      <w:r>
        <w:rPr>
          <w:rFonts w:ascii="Times New Roman" w:hAnsi="Times New Roman" w:eastAsia="Noto Serif SC" w:cs="Amiri"/>
          <w:lang w:val="zh-CN" w:eastAsia="zh-CN" w:bidi="ar-SA"/>
          <w:color w:val="000000"/>
          <w:rtl w:val="0"/>
        </w:rPr>
        <w:t>不该对Allah有所怨尤，此处的目的只是叙说；</w:t>
      </w:r>
      <w:r>
        <w:br/>
      </w:r>
      <w:r>
        <w:rPr>
          <w:rFonts w:ascii="Times New Roman" w:hAnsi="Times New Roman" w:eastAsia="Noto Serif SC" w:cs="Amiri"/>
          <w:lang w:val="zh-CN" w:eastAsia="zh-CN" w:bidi="ar-SA"/>
          <w:color w:val="000000"/>
          <w:rtl w:val="0"/>
        </w:rPr>
        <w:t>我沿神圣律法前行时，一切皆为Allah所知。</w:t>
      </w:r>
      <w:r>
        <w:br/>
      </w:r>
      <w:r>
        <w:rPr>
          <w:rFonts w:ascii="Times New Roman" w:hAnsi="Times New Roman" w:eastAsia="Noto Serif SC" w:cs="Amiri"/>
          <w:lang w:val="zh-CN" w:eastAsia="zh-CN" w:bidi="ar-SA"/>
          <w:color w:val="000000"/>
          <w:rtl w:val="0"/>
        </w:rPr>
        <w:t>我也曾为《光明论》服务；</w:t>
      </w:r>
      <w:r>
        <w:br/>
      </w:r>
      <w:r>
        <w:rPr>
          <w:rFonts w:ascii="Times New Roman" w:hAnsi="Times New Roman" w:eastAsia="Noto Serif SC" w:cs="Amiri"/>
          <w:lang w:val="zh-CN" w:eastAsia="zh-CN" w:bidi="ar-SA"/>
          <w:color w:val="000000"/>
          <w:rtl w:val="0"/>
        </w:rPr>
        <w:t>蒙择选的阿里与至大援佑者，</w:t>
      </w:r>
      <w:r>
        <w:br/>
      </w:r>
      <w:r>
        <w:rPr>
          <w:rFonts w:ascii="Times New Roman" w:hAnsi="Times New Roman" w:eastAsia="Noto Serif SC" w:cs="Amiri"/>
          <w:lang w:val="zh-CN" w:eastAsia="zh-CN" w:bidi="ar-SA"/>
          <w:color w:val="000000"/>
          <w:rtl w:val="0"/>
        </w:rPr>
        <w:t>曾在《哲勒哲鲁提耶祷文》和一些颂诗中指示《光明论》。</w:t>
      </w:r>
      <w:r>
        <w:br/>
      </w:r>
      <w:r>
        <w:rPr>
          <w:rFonts w:ascii="Times New Roman" w:hAnsi="Times New Roman" w:eastAsia="Noto Serif SC" w:cs="Amiri"/>
          <w:lang w:val="zh-CN" w:eastAsia="zh-CN" w:bidi="ar-SA"/>
          <w:color w:val="000000"/>
          <w:rtl w:val="0"/>
        </w:rPr>
        <w:t>《光明论》是坚固不裂的牢靠凭依；</w:t>
      </w:r>
      <w:r>
        <w:br/>
      </w:r>
      <w:r>
        <w:rPr>
          <w:rFonts w:ascii="Times New Roman" w:hAnsi="Times New Roman" w:eastAsia="Noto Serif SC" w:cs="Amiri"/>
          <w:lang w:val="zh-CN" w:eastAsia="zh-CN" w:bidi="ar-SA"/>
          <w:color w:val="000000"/>
          <w:rtl w:val="0"/>
        </w:rPr>
        <w:t>我之所以紧守它，是因为它既是引导，又是真理的本身。</w:t>
      </w:r>
      <w:r>
        <w:br/>
      </w:r>
      <w:r>
        <w:rPr>
          <w:rFonts w:ascii="Times New Roman" w:hAnsi="Times New Roman" w:eastAsia="Noto Serif SC" w:cs="Amiri"/>
          <w:lang w:val="zh-CN" w:eastAsia="zh-CN" w:bidi="ar-SA"/>
          <w:color w:val="000000"/>
          <w:rtl w:val="0"/>
        </w:rPr>
        <w:t>他们把我们关进了优素福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（愿Allah赐他平安）曾经所在之地；</w:t>
      </w:r>
      <w:r>
        <w:br/>
      </w:r>
      <w:r>
        <w:rPr>
          <w:rFonts w:ascii="Times New Roman" w:hAnsi="Times New Roman" w:eastAsia="Noto Serif SC" w:cs="Amiri"/>
          <w:lang w:val="zh-CN" w:eastAsia="zh-CN" w:bidi="ar-SA"/>
          <w:color w:val="000000"/>
          <w:rtl w:val="0"/>
        </w:rPr>
        <w:t>尊贵的导师也与我们同在。</w:t>
      </w:r>
    </w:p>
    <w:p>
      <w:pPr>
        <w:pStyle w:val="Heading2"/>
      </w:pPr>
      <w:r>
        <w:rPr>
          <w:rFonts w:ascii="Times New Roman" w:hAnsi="Times New Roman" w:eastAsia="Noto Serif SC" w:cs="Amiri"/>
          <w:lang w:val="zh-CN" w:eastAsia="zh-CN" w:bidi="ar-SA"/>
          <w:color w:val="000000"/>
          <w:rtl w:val="0"/>
        </w:rPr>
        <w:t>哈利勒·易卜拉欣</w:t>
      </w:r>
    </w:p>
    <w:p>
      <w:pPr>
        <w:pStyle w:val="Heading2"/>
      </w:pPr>
      <w:r>
        <w:rPr>
          <w:rFonts w:ascii="Times New Roman" w:hAnsi="Times New Roman" w:eastAsia="Noto Serif SC" w:cs="Amiri"/>
          <w:lang w:val="zh-CN" w:eastAsia="zh-CN" w:bidi="ar-SA"/>
          <w:color w:val="000000"/>
          <w:rtl w:val="0"/>
        </w:rPr>
        <w:t>第二十八《闪光》的第二十八项精义</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لَا ﻳَﺴَّﻤَّﻌُﻮﻥَ ﺍِﻟَﻰ الْمَلَاِ الْاَعْلٰى ﻭَﻳُﻘْﺬَﻓُﻮﻥَ ﻣِﻦْ ﻛُﻞِّ ﺟَﺎﻧِﺐٍ</w:t>
      </w:r>
      <w:r>
        <w:rPr>
          <w:rFonts w:ascii="Times New Roman" w:hAnsi="Times New Roman" w:eastAsia="Noto Serif SC" w:cs="Amiri"/>
          <w:lang w:val="zh-CN" w:eastAsia="zh-CN" w:bidi="ar-SA"/>
          <w:color w:val="000000"/>
          <w:rtl w:val="0"/>
        </w:rPr>
        <w:t xml:space="preserve">（他们不能偷听至高天使集会的言谈，并从各方面遭到投掷驱逐） </w:t>
      </w:r>
      <w:r>
        <w:rPr>
          <w:rFonts w:ascii="Amiri" w:hAnsi="Amiri" w:eastAsia="Amiri" w:cs="Amiri"/>
          <w:lang w:val="zh-CN" w:eastAsia="zh-CN" w:bidi="ar-SA"/>
          <w:rtl w:val="1"/>
          <w:cs w:val="1"/>
          <w:color w:val="000000"/>
          <w:sz w:val="24"/>
          <w:szCs w:val="24"/>
        </w:rPr>
        <w:t>٭ ﺩُﺣُﻮﺭًﺍ ﻭَﻟَﻬُﻢْ ﻋَﺬَﺍﺏٌ ﻭَﺍﺻِﺐٌ</w:t>
      </w:r>
      <w:r>
        <w:rPr>
          <w:rFonts w:ascii="Times New Roman" w:hAnsi="Times New Roman" w:eastAsia="Noto Serif SC" w:cs="Amiri"/>
          <w:lang w:val="zh-CN" w:eastAsia="zh-CN" w:bidi="ar-SA"/>
          <w:color w:val="000000"/>
          <w:rtl w:val="0"/>
        </w:rPr>
        <w:t xml:space="preserve">（他们被远远逐退，并将承受持续不断的惩罚） </w:t>
      </w:r>
      <w:r>
        <w:rPr>
          <w:rFonts w:ascii="Amiri" w:hAnsi="Amiri" w:eastAsia="Amiri" w:cs="Amiri"/>
          <w:lang w:val="zh-CN" w:eastAsia="zh-CN" w:bidi="ar-SA"/>
          <w:rtl w:val="1"/>
          <w:cs w:val="1"/>
          <w:color w:val="000000"/>
          <w:sz w:val="24"/>
          <w:szCs w:val="24"/>
        </w:rPr>
        <w:t>٭ اِلَّا ﻣَﻦْ ﺧَﻄِﻒَ ﺍﻟْﺨَﻄْﻔَﺔَ ﻓَﺎَﺗْﺒَﻌَﻪُ ﺷِﻬَﺎﺏٌ ﺛَﺎﻗِﺐٌ</w:t>
      </w:r>
      <w:r>
        <w:rPr>
          <w:rFonts w:ascii="Times New Roman" w:hAnsi="Times New Roman" w:eastAsia="Noto Serif SC" w:cs="Amiri"/>
          <w:lang w:val="zh-CN" w:eastAsia="zh-CN" w:bidi="ar-SA"/>
          <w:color w:val="000000"/>
          <w:rtl w:val="0"/>
        </w:rPr>
        <w:t xml:space="preserve">（唯有猛然偷得一句者，随即便有明亮而灼穿一切的流星追赶他） </w:t>
      </w:r>
      <w:r>
        <w:rPr>
          <w:rFonts w:ascii="Amiri" w:hAnsi="Amiri" w:eastAsia="Amiri" w:cs="Amiri"/>
          <w:lang w:val="zh-CN" w:eastAsia="zh-CN" w:bidi="ar-SA"/>
          <w:rtl w:val="1"/>
          <w:cs w:val="1"/>
          <w:color w:val="000000"/>
          <w:sz w:val="24"/>
          <w:szCs w:val="24"/>
        </w:rPr>
        <w:t>٭ ﻭَﻟَﻘَﺪْ ﺯَﻳَّﻨَّﺎ ﺍﻟﺴَّﻤَٓﺎﺀَ ﺍﻟﺪُّﻧْﻴَﺎ ﺑِﻤَﺼَﺎﺑ۪ﻴﺢَ ﻭَﺟَﻌَﻠْﻨَﺎﻫَﺎ ﺭُﺟُﻮﻣًﺎ ﻟِﻠﺸَّﻴَﺎﻃ۪ﻴﻦِ</w:t>
      </w:r>
      <w:r>
        <w:rPr>
          <w:rFonts w:ascii="Times New Roman" w:hAnsi="Times New Roman" w:eastAsia="Noto Serif SC" w:cs="Amiri"/>
          <w:lang w:val="zh-CN" w:eastAsia="zh-CN" w:bidi="ar-SA"/>
          <w:color w:val="000000"/>
          <w:rtl w:val="0"/>
        </w:rPr>
        <w:t>（我确已以盏盏明灯装饰最近的天，并使它们成为投掷众恶魔的利器）等经文的一项重要精义，将借迷误者的一项批评之机缘加以阐明。如下：</w:t>
      </w:r>
    </w:p>
    <w:p>
      <w:r>
        <w:rPr>
          <w:rFonts w:ascii="Times New Roman" w:hAnsi="Times New Roman" w:eastAsia="Noto Serif SC" w:cs="Amiri"/>
          <w:lang w:val="zh-CN" w:eastAsia="zh-CN" w:bidi="ar-SA"/>
          <w:color w:val="000000"/>
          <w:rtl w:val="0"/>
        </w:rPr>
        <w:t>精灵与恶魔的密探偷听诸天界的消息，带来幽隐的消息，再传给占卜者、唯物主义者和一些招魂术者等宣称能报道幽隐之事的人。在启示开始降下之时，为不使启示蒙受任何怀疑，他们那持续的密探活动，比往常更加受到流星的击射与禁止。借上述经文的机缘，本文将对一个极为重要、包含三个层面的问题作出简要回答。</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从这类经文可以理解：为了探知一件个别、有时甚至属于某个人的幽隐事件，密探恶魔竟潜入距离极其遥远的诸天界；仿佛在那极其辽阔的境域，到处都在谈论那件个别事件，无论哪个恶魔潜入哪个地方，都能听到一鳞半爪的消息，再把它带回来。理智与智慧都不能接受这样的含义。</w:t>
      </w:r>
    </w:p>
    <w:p>
      <w:r>
        <w:rPr>
          <w:rFonts w:ascii="Times New Roman" w:hAnsi="Times New Roman" w:eastAsia="Noto Serif SC" w:cs="Amiri"/>
          <w:lang w:val="zh-CN" w:eastAsia="zh-CN" w:bidi="ar-SA"/>
          <w:color w:val="000000"/>
          <w:rtl w:val="0"/>
        </w:rPr>
        <w:t>此外，依经文的明确表述，一些负有使者使命者和具有非凡恩迹者，竟能像从近处取物一样，摘取位于诸天之上的乐园果实；有时又仿佛从近处观赏乐园。在极致的遥远之中又存在极致的临近，这个问题是当今时代的理智无法理解的。</w:t>
      </w:r>
    </w:p>
    <w:p>
      <w:r>
        <w:rPr>
          <w:rFonts w:ascii="Times New Roman" w:hAnsi="Times New Roman" w:eastAsia="Noto Serif SC" w:cs="Amiri"/>
          <w:lang w:val="zh-CN" w:eastAsia="zh-CN" w:bidi="ar-SA"/>
          <w:color w:val="000000"/>
          <w:rtl w:val="0"/>
        </w:rPr>
        <w:t>再者，一个个别人的个别境况，竟成为广阔而普遍的诸天界中至高天使集会谈论的题目，这与宇宙极其睿智的运行智慧并不相合。然而，这三个问题又都被列为伊斯兰的真理。</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首先：在名为《第十五言》的论著中，借七项确凿的前提，以七个层次证明了</w:t>
      </w:r>
      <w:r>
        <w:rPr>
          <w:rFonts w:ascii="Amiri" w:hAnsi="Amiri" w:eastAsia="Amiri" w:cs="Amiri"/>
          <w:lang w:val="zh-CN" w:eastAsia="zh-CN" w:bidi="ar-SA"/>
          <w:rtl w:val="1"/>
          <w:cs w:val="1"/>
          <w:color w:val="000000"/>
          <w:sz w:val="24"/>
          <w:szCs w:val="24"/>
        </w:rPr>
        <w:t>ﻭَﻟَﻘَﺪْ ﺯَﻳَّﻨَّﺎ ﺍﻟﺴَّﻤَٓﺎﺀَ ﺍﻟﺪُّﻧْﻴَﺎ ﺑِﻤَﺼَﺎﺑ۪ﻴﺢَ ﻭَﺟَﻌَﻠْﻨَﺎﻫَﺎ ﺭُﺟُﻮﻣًﺎ ﻟِﻠﺸَّﻴَﺎﻃ۪ﻴﻦِ</w:t>
      </w:r>
      <w:r>
        <w:rPr>
          <w:rFonts w:ascii="Times New Roman" w:hAnsi="Times New Roman" w:eastAsia="Noto Serif SC" w:cs="Amiri"/>
          <w:lang w:val="zh-CN" w:eastAsia="zh-CN" w:bidi="ar-SA"/>
          <w:color w:val="000000"/>
          <w:rtl w:val="0"/>
        </w:rPr>
        <w:t>（我确已以盏盏明灯装饰最近的天，并使它们成为投掷众恶魔的利器）这节经文所表达的、以群星把密探恶魔从诸天逐升并驱逐的事实。其证明方式足以使最顽固的唯物主义者也信服、缄默并接受。</w:t>
      </w:r>
    </w:p>
    <w:p>
      <w:r>
        <w:rPr>
          <w:rFonts w:ascii="Times New Roman" w:hAnsi="Times New Roman" w:eastAsia="Noto Serif SC" w:cs="Amiri"/>
          <w:lang w:val="zh-CN" w:eastAsia="zh-CN" w:bidi="ar-SA"/>
          <w:color w:val="000000"/>
          <w:rtl w:val="0"/>
        </w:rPr>
        <w:t>其次：我们将借一个比喻作出指示，使这三项看似遥远的伊斯兰真理，为短浅的心智所亲近理解。</w:t>
      </w:r>
    </w:p>
    <w:p>
      <w:r>
        <w:rPr>
          <w:rFonts w:ascii="Times New Roman" w:hAnsi="Times New Roman" w:eastAsia="Noto Serif SC" w:cs="Amiri"/>
          <w:lang w:val="zh-CN" w:eastAsia="zh-CN" w:bidi="ar-SA"/>
          <w:color w:val="000000"/>
          <w:rtl w:val="0"/>
        </w:rPr>
        <w:t>譬如，假设一个政府的军事部门位于国土东部，司法部门位于西部，教育部门位于北部，学术部门位于南部，内政部门位于中央；各部门借无线电话和电报，以极有秩序的方式了解并获知与自己有关的一切情况。那么，整个国家仿佛既是司法部门，也是军事部门；既是内政部门，也是学术部门。</w:t>
      </w:r>
    </w:p>
    <w:p>
      <w:r>
        <w:rPr>
          <w:rFonts w:ascii="Times New Roman" w:hAnsi="Times New Roman" w:eastAsia="Noto Serif SC" w:cs="Amiri"/>
          <w:lang w:val="zh-CN" w:eastAsia="zh-CN" w:bidi="ar-SA"/>
          <w:color w:val="000000"/>
          <w:rtl w:val="0"/>
        </w:rPr>
        <w:t>再譬如，一些国家拥有多个政府和各自不同的首都。有时，由于殖民地、特权或贸易关系，它们在同一个国家里分别拥有不同的管辖权。属民与民族虽是同一个，各国政府却凭自己的特权与那些属民发生关系。彼此相距极远的这些政府，其事务却相互接触；它们在每一户人家里彼此临近，在每一个人身上都有共同参与。个别事务由接触点上的一个小部门处理。并非每一件个别事务都要从普遍的总部门发出；但是，当谈论这些个别事务时，由于它们直接依照普遍总部门的法律办理，便会被表述成仿佛来自普遍总部门，也仿佛曾在那个部门里成为谈论的题目。</w:t>
      </w:r>
    </w:p>
    <w:p>
      <w:r>
        <w:rPr>
          <w:rFonts w:ascii="Times New Roman" w:hAnsi="Times New Roman" w:eastAsia="Noto Serif SC" w:cs="Amiri"/>
          <w:lang w:val="zh-CN" w:eastAsia="zh-CN" w:bidi="ar-SA"/>
          <w:color w:val="000000"/>
          <w:rtl w:val="0"/>
        </w:rPr>
        <w:t>正如这两个比喻，诸天界就首都与中心而言虽然极其遥远，却有延伸到大地之国人们心中的精神电话。诸天界也不只观看物质世界；由于它包含诸灵魂的世界与天使统御的世界，从某一方面说，它已在帷幕之下包摄了可见世界。</w:t>
      </w:r>
    </w:p>
    <w:p>
      <w:r>
        <w:rPr>
          <w:rFonts w:ascii="Times New Roman" w:hAnsi="Times New Roman" w:eastAsia="Noto Serif SC" w:cs="Amiri"/>
          <w:lang w:val="zh-CN" w:eastAsia="zh-CN" w:bidi="ar-SA"/>
          <w:color w:val="000000"/>
          <w:rtl w:val="0"/>
        </w:rPr>
        <w:t>同样，属于永存世界与长存居所的乐园，虽有无边的遥远，其支配之域也已在可见的帷幕之下，以光明的方式向各处延伸、展开。</w:t>
      </w:r>
    </w:p>
    <w:p>
      <w:r>
        <w:rPr>
          <w:rFonts w:ascii="Times New Roman" w:hAnsi="Times New Roman" w:eastAsia="Noto Serif SC" w:cs="Amiri"/>
          <w:lang w:val="zh-CN" w:eastAsia="zh-CN" w:bidi="ar-SA"/>
          <w:color w:val="000000"/>
          <w:rtl w:val="0"/>
        </w:rPr>
        <w:t>具威严的至睿创造者Allah，凭祂的智慧与权能，把人各种感觉的中枢分别安置在头部；这些中枢虽彼此不同，每一个却能统管整个身体、整个形体，并将其纳入自己的支配之域。</w:t>
      </w:r>
    </w:p>
    <w:p>
      <w:r>
        <w:rPr>
          <w:rFonts w:ascii="Times New Roman" w:hAnsi="Times New Roman" w:eastAsia="Noto Serif SC" w:cs="Amiri"/>
          <w:lang w:val="zh-CN" w:eastAsia="zh-CN" w:bidi="ar-SA"/>
          <w:color w:val="000000"/>
          <w:rtl w:val="0"/>
        </w:rPr>
        <w:t>同样，这个作为至大之人的宇宙，也包含着数千个世界，如同层层相入、彼此包容的范围。其中发生的状况与事件，依其普遍或个别、特殊或宏大而成为关注的对象：也就是说，个别者在个别而临近的地方处理，普遍而宏大者则在普遍而崇高的所在处理。</w:t>
      </w:r>
    </w:p>
    <w:p>
      <w:r>
        <w:rPr>
          <w:rFonts w:ascii="Times New Roman" w:hAnsi="Times New Roman" w:eastAsia="Noto Serif SC" w:cs="Amiri"/>
          <w:lang w:val="zh-CN" w:eastAsia="zh-CN" w:bidi="ar-SA"/>
          <w:color w:val="000000"/>
          <w:rtl w:val="0"/>
        </w:rPr>
        <w:t>然而，有时一件个别而特殊的事件会遍及一个广大的世界，使人在任何角落都能听见它。</w:t>
      </w:r>
    </w:p>
    <w:p>
      <w:r>
        <w:rPr>
          <w:rFonts w:ascii="Times New Roman" w:hAnsi="Times New Roman" w:eastAsia="Noto Serif SC" w:cs="Amiri"/>
          <w:lang w:val="zh-CN" w:eastAsia="zh-CN" w:bidi="ar-SA"/>
          <w:color w:val="000000"/>
          <w:rtl w:val="0"/>
        </w:rPr>
        <w:t>有时，大规模的部署并非为了对抗敌人的力量，而是为了显示威严。譬如，穆罕默德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事件和《古兰经》启示这一神圣事件，是整个诸天界、乃至那境域每个角落都最为重视的事件。因此，在遥远而崇高的辽阔诸天各处堡垒布置守卫，以群星为投石机，呈现并表达出驱逐密探恶魔的情状。这是来自养育并主宰者的一项指示，用以宣告《古兰经》启示的威严程度、王权的辉煌，以及任何方面都不能侵入怀疑的真实程度。为此，在那个时代、那个世纪，群星被降下和投掷的情形比往常更多。奇迹般阐明的《古兰经》，也传译并宣告那造化中的宣告，指向那天上的指示。</w:t>
      </w:r>
    </w:p>
    <w:p>
      <w:r>
        <w:rPr>
          <w:rFonts w:ascii="Times New Roman" w:hAnsi="Times New Roman" w:eastAsia="Noto Serif SC" w:cs="Amiri"/>
          <w:lang w:val="zh-CN" w:eastAsia="zh-CN" w:bidi="ar-SA"/>
          <w:color w:val="000000"/>
          <w:rtl w:val="0"/>
        </w:rPr>
        <w:t>是的，密探恶魔本可因一位天使的一口气而被吹走，却借这样一项宏大的天上指示，使它们与天使交战；这当然是为了显示《古兰经》启示那王权的威严。</w:t>
      </w:r>
    </w:p>
    <w:p>
      <w:r>
        <w:rPr>
          <w:rFonts w:ascii="Times New Roman" w:hAnsi="Times New Roman" w:eastAsia="Noto Serif SC" w:cs="Amiri"/>
          <w:lang w:val="zh-CN" w:eastAsia="zh-CN" w:bidi="ar-SA"/>
          <w:color w:val="000000"/>
          <w:rtl w:val="0"/>
        </w:rPr>
        <w:t>同样，《古兰经》这威严的宣示与诸天宏大的部署，并不是为了表明精灵和恶魔拥有足以迫使诸天居民作战和防守的力量或防御能力。相反，《古兰经》启示是在整个辽阔诸天为众天使所谈论的真理；恶魔为了稍稍接触它，不得不一直攀至诸天，却一无所成并遭到击射。这指明：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（愿Allah赐他尊荣、恩福与平安）的心灵，直到诸天界，直到至高宝座，在这条漫长的道路上，精灵和恶魔在任何地方都无法干预。因此，降临穆罕默德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（愿Allah赐他尊荣、恩福与平安）心灵的启示，来到穆罕默德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（愿Allah赐他尊荣、恩福与平安）面前的哲布勒伊来，以及呈现于穆罕默德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（愿Allah赐他尊荣、恩福与平安）目光中的幽隐诸真理，都坚实而正直，任何怀疑都不能侵入。奇迹般阐明的《古兰经》，正以奇迹的方式报道这一点。</w:t>
      </w:r>
    </w:p>
    <w:p>
      <w:r>
        <w:rPr>
          <w:rFonts w:ascii="Times New Roman" w:hAnsi="Times New Roman" w:eastAsia="Noto Serif SC" w:cs="Amiri"/>
          <w:lang w:val="zh-CN" w:eastAsia="zh-CN" w:bidi="ar-SA"/>
          <w:color w:val="000000"/>
          <w:rtl w:val="0"/>
        </w:rPr>
        <w:t>至于乐园虽属永存世界、极其遥远，却能在最近的地方被看见，有时还能从其中取得果实，这可以借前面两个比喻的奥义来理解。这个易逝的世界与可见世界，是幽隐世界和长存居所的一层帷幕。乐园的至大中心虽在远处，但借形象世界之镜的媒介，它可以在各处显现。同样，借达到真实确知程度的信仰，乐园在这个易逝世界中——愿比喻无不当——也可以拥有某种属地与区域；还可以借心灵电话与崇高的诸灵魂相互通信，收到它们送来的礼物。</w:t>
      </w:r>
    </w:p>
    <w:p>
      <w:r>
        <w:rPr>
          <w:rFonts w:ascii="Times New Roman" w:hAnsi="Times New Roman" w:eastAsia="Noto Serif SC" w:cs="Amiri"/>
          <w:lang w:val="zh-CN" w:eastAsia="zh-CN" w:bidi="ar-SA"/>
          <w:color w:val="000000"/>
          <w:rtl w:val="0"/>
        </w:rPr>
        <w:t>至于一个普遍的总部门如何处理一件属于个人的个别事件，也就是说，经注中所谓恶魔为了给占卜者带来幽隐消息而一直攀上诸天偷听，再带回残缺而错误的消息，这些表述的真实含义应当是：</w:t>
      </w:r>
    </w:p>
    <w:p>
      <w:r>
        <w:rPr>
          <w:rFonts w:ascii="Times New Roman" w:hAnsi="Times New Roman" w:eastAsia="Noto Serif SC" w:cs="Amiri"/>
          <w:lang w:val="zh-CN" w:eastAsia="zh-CN" w:bidi="ar-SA"/>
          <w:color w:val="000000"/>
          <w:rtl w:val="0"/>
        </w:rPr>
        <w:t>它们并非要前往诸天界的首都去探取那则个别消息。相反，诸天界涵盖大气层，其中某些位置——愿譬喻无不当——如同哨所。在这些位置上，诸天界与大地之国发生联系；恶魔便为了个别事件，在那些个别所在偷听。甚至人的心灵也是这样的所在之一：带来启示灵感的天使与隶属于个人的恶魔，就在那个位置上彼此争战。</w:t>
      </w:r>
    </w:p>
    <w:p>
      <w:r>
        <w:rPr>
          <w:rFonts w:ascii="Times New Roman" w:hAnsi="Times New Roman" w:eastAsia="Noto Serif SC" w:cs="Amiri"/>
          <w:lang w:val="zh-CN" w:eastAsia="zh-CN" w:bidi="ar-SA"/>
          <w:color w:val="000000"/>
          <w:rtl w:val="0"/>
        </w:rPr>
        <w:t>至于伊斯兰信仰与《古兰经》的诸真理，以及穆罕默德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种种事件，即使个别而细微，也被视为最重大、最普遍的事件，仿佛在至高宝座和诸天界这一最普遍的范围中，刊载于宇宙诸般既定之事的灵魂报章上，成为每个角落谈论的题目。同时，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（愿Allah赐他尊荣、恩福与平安）的心灵直到宝座之域，任何方面都绝无干预的可能；恶魔除了偷听诸天之外，已别无办法。借此表明并显示：《古兰经》启示和艾哈迈德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（愿Allah赐他尊荣、恩福与平安）的先知身份处于何等崇高的真实之位，任何悖谬、错误和诡诈都绝无可能接近它。这是极其雄辩、乃至奇迹般的宣告与展示。</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第二十九篇闪光</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（奉Allah之名，依凭祂而行；祂是慈悯普及万物者，也是至慈者）</w:t>
      </w:r>
    </w:p>
    <w:p>
      <w:pPr>
        <w:pStyle w:val="Heading2"/>
      </w:pPr>
      <w:r>
        <w:rPr>
          <w:rFonts w:ascii="Times New Roman" w:hAnsi="Times New Roman" w:eastAsia="Noto Serif SC" w:cs="Amiri"/>
          <w:lang w:val="zh-CN" w:eastAsia="zh-CN" w:bidi="ar-SA"/>
          <w:color w:val="000000"/>
          <w:rtl w:val="0"/>
        </w:rPr>
        <w:t>撰述旨趣</w:t>
      </w:r>
    </w:p>
    <w:p>
      <w:r>
        <w:rPr>
          <w:rFonts w:ascii="Times New Roman" w:hAnsi="Times New Roman" w:eastAsia="Noto Serif SC" w:cs="Amiri"/>
          <w:lang w:val="zh-CN" w:eastAsia="zh-CN" w:bidi="ar-SA"/>
          <w:color w:val="000000"/>
          <w:rtl w:val="0"/>
        </w:rPr>
        <w:t>十三年来，我的心灵与理智相互交融，促使我走上《显示奇迹、雄辩阐明的古兰经》借经文所命令的思悟之道：</w:t>
      </w:r>
      <w:r>
        <w:rPr>
          <w:rFonts w:ascii="Amiri" w:hAnsi="Amiri" w:eastAsia="Amiri" w:cs="Amiri"/>
          <w:lang w:val="zh-CN" w:eastAsia="zh-CN" w:bidi="ar-SA"/>
          <w:rtl w:val="1"/>
          <w:cs w:val="1"/>
          <w:color w:val="000000"/>
          <w:sz w:val="24"/>
          <w:szCs w:val="24"/>
        </w:rPr>
        <w:t>ﻟَﻌَﻠَّﻜُﻢْ ﺗَﺘَﻔَﻜَّﺮُﻭﻥَ</w:t>
      </w:r>
      <w:r>
        <w:rPr>
          <w:rFonts w:ascii="Times New Roman" w:hAnsi="Times New Roman" w:eastAsia="Noto Serif SC" w:cs="Amiri"/>
          <w:lang w:val="zh-CN" w:eastAsia="zh-CN" w:bidi="ar-SA"/>
          <w:color w:val="000000"/>
          <w:rtl w:val="0"/>
        </w:rPr>
        <w:t xml:space="preserve">（以便你们思悟） </w:t>
      </w:r>
      <w:r>
        <w:rPr>
          <w:rFonts w:ascii="Amiri" w:hAnsi="Amiri" w:eastAsia="Amiri" w:cs="Amiri"/>
          <w:lang w:val="zh-CN" w:eastAsia="zh-CN" w:bidi="ar-SA"/>
          <w:rtl w:val="1"/>
          <w:cs w:val="1"/>
          <w:color w:val="000000"/>
          <w:sz w:val="24"/>
          <w:szCs w:val="24"/>
        </w:rPr>
        <w:t>٭ ﻟَﻌَﻠَّﻬُﻢْ ﻳَﺘَﻔَﻜَّﺮُﻭﻥَ</w:t>
      </w:r>
      <w:r>
        <w:rPr>
          <w:rFonts w:ascii="Times New Roman" w:hAnsi="Times New Roman" w:eastAsia="Noto Serif SC" w:cs="Amiri"/>
          <w:lang w:val="zh-CN" w:eastAsia="zh-CN" w:bidi="ar-SA"/>
          <w:color w:val="000000"/>
          <w:rtl w:val="0"/>
        </w:rPr>
        <w:t xml:space="preserve">（以便他们思悟） </w:t>
      </w:r>
      <w:r>
        <w:rPr>
          <w:rFonts w:ascii="Amiri" w:hAnsi="Amiri" w:eastAsia="Amiri" w:cs="Amiri"/>
          <w:lang w:val="zh-CN" w:eastAsia="zh-CN" w:bidi="ar-SA"/>
          <w:rtl w:val="1"/>
          <w:cs w:val="1"/>
          <w:color w:val="000000"/>
          <w:sz w:val="24"/>
          <w:szCs w:val="24"/>
        </w:rPr>
        <w:t>٭ ﺍَﻭَﻟَﻢْ ﻳَﺘَﻔَﻜَّﺮُﻭﺍ ﻓ۪ٓﻰ ﺍَﻧْﻔُﺴِﻬِﻢْ ﻣَﺎ ﺧَﻠَﻖَ ﺍﻟﻠّٰﻪُ ﺍﻟﺴَّﻤٰﻮَﺍﺕِ ﻭَ الْاَرْضَ</w:t>
      </w:r>
      <w:r>
        <w:rPr>
          <w:rFonts w:ascii="Times New Roman" w:hAnsi="Times New Roman" w:eastAsia="Noto Serif SC" w:cs="Amiri"/>
          <w:lang w:val="zh-CN" w:eastAsia="zh-CN" w:bidi="ar-SA"/>
          <w:color w:val="000000"/>
          <w:rtl w:val="0"/>
        </w:rPr>
        <w:t xml:space="preserve">（难道他们不在自身之中思悟：Allah怎样创造了诸天与大地吗） </w:t>
      </w:r>
      <w:r>
        <w:rPr>
          <w:rFonts w:ascii="Amiri" w:hAnsi="Amiri" w:eastAsia="Amiri" w:cs="Amiri"/>
          <w:lang w:val="zh-CN" w:eastAsia="zh-CN" w:bidi="ar-SA"/>
          <w:rtl w:val="1"/>
          <w:cs w:val="1"/>
          <w:color w:val="000000"/>
          <w:sz w:val="24"/>
          <w:szCs w:val="24"/>
        </w:rPr>
        <w:t>٭ لَاٰيَاتٍ ﻟِﻘَﻮْﻡٍ ﻳَﺘَﻔَﻜَّﺮُﻭﻥَ</w:t>
      </w:r>
      <w:r>
        <w:rPr>
          <w:rFonts w:ascii="Times New Roman" w:hAnsi="Times New Roman" w:eastAsia="Noto Serif SC" w:cs="Amiri"/>
          <w:lang w:val="zh-CN" w:eastAsia="zh-CN" w:bidi="ar-SA"/>
          <w:color w:val="000000"/>
          <w:rtl w:val="0"/>
        </w:rPr>
        <w:t>（对于思悟的民众，其中确有种种迹象）。这段尊贵圣训又宣告，有时一小时的思悟等同于一年的崇拜功修，从而极大地激励人思悟：</w:t>
      </w:r>
      <w:r>
        <w:rPr>
          <w:rFonts w:ascii="Amiri" w:hAnsi="Amiri" w:eastAsia="Amiri" w:cs="Amiri"/>
          <w:lang w:val="zh-CN" w:eastAsia="zh-CN" w:bidi="ar-SA"/>
          <w:rtl w:val="1"/>
          <w:cs w:val="1"/>
          <w:color w:val="000000"/>
          <w:sz w:val="24"/>
          <w:szCs w:val="24"/>
        </w:rPr>
        <w:t>ﺗَﻔَﻜُّﺮُ ﺳَﺎﻋَﺔٍ ﺧَﻴْﺮٌ ﻣِﻦْ ﻋِﺒَﺎﺩَﺓِ ﺳَﻨَﺔٍ</w:t>
      </w:r>
      <w:r>
        <w:rPr>
          <w:rFonts w:ascii="Times New Roman" w:hAnsi="Times New Roman" w:eastAsia="Noto Serif SC" w:cs="Amiri"/>
          <w:lang w:val="zh-CN" w:eastAsia="zh-CN" w:bidi="ar-SA"/>
          <w:color w:val="000000"/>
          <w:rtl w:val="0"/>
        </w:rPr>
        <w:t>（一小时有觉悟的思悟，比一年的崇拜功修更为优越）。因此，这十三年来，为了把思悟之道上呈现在我理智与心灵中的宏大光明和深远真理保存下来，我设定了一些提示性的词句。这些词句并非用来指示那些光明本身，而是用来指向它们的存在，使思悟易于进行，并保持其秩序。每当我独自循着思悟前行时，就用各种很不相同的阿拉伯语句，口头记念这些词句。</w:t>
      </w:r>
    </w:p>
    <w:p>
      <w:r>
        <w:rPr>
          <w:rFonts w:ascii="Times New Roman" w:hAnsi="Times New Roman" w:eastAsia="Noto Serif SC" w:cs="Amiri"/>
          <w:lang w:val="zh-CN" w:eastAsia="zh-CN" w:bidi="ar-SA"/>
          <w:color w:val="000000"/>
          <w:rtl w:val="0"/>
        </w:rPr>
        <w:t>在这漫长的岁月里，纵然反复记念了数千次，我既没有感到厌倦，它们带给我的乐趣也没有减少，我心灵对它们的需要更没有消失。因为那些思悟全是《古兰经》经文的闪光；经文具有不使人厌倦、使其甜美常驻的特性，而这特性的一种显现，便在那面思悟之镜中映现成形。</w:t>
      </w:r>
    </w:p>
    <w:p>
      <w:r>
        <w:rPr>
          <w:rFonts w:ascii="Times New Roman" w:hAnsi="Times New Roman" w:eastAsia="Noto Serif SC" w:cs="Amiri"/>
          <w:lang w:val="zh-CN" w:eastAsia="zh-CN" w:bidi="ar-SA"/>
          <w:color w:val="000000"/>
          <w:rtl w:val="0"/>
        </w:rPr>
        <w:t>后来我看到，《光明论》各部分中那些强有力的生命枢结与灿烂光明，正是那一系列思悟的闪光。想到它们既对我产生了影响，也会对其他人产生影响，我曾打算在晚年把全集书写下来。诚然，许多重要片段已经收入各篇论著，但它们汇成整体之后，自会另有一种力量与价值。</w:t>
      </w:r>
    </w:p>
    <w:p>
      <w:r>
        <w:rPr>
          <w:rFonts w:ascii="Times New Roman" w:hAnsi="Times New Roman" w:eastAsia="Noto Serif SC" w:cs="Amiri"/>
          <w:lang w:val="zh-CN" w:eastAsia="zh-CN" w:bidi="ar-SA"/>
          <w:color w:val="000000"/>
          <w:rtl w:val="0"/>
        </w:rPr>
        <w:t>由于生命终期并不确定，而我在狱中的刑囚身份与境况又变得比死亡更加难熬，我便不再等待晚年；在兄弟们的坚持与再三恳求下，未加改动，把那一系列思悟写成七章。</w:t>
      </w:r>
    </w:p>
    <w:p>
      <w:r>
        <w:rPr>
          <w:rFonts w:ascii="Times New Roman" w:hAnsi="Times New Roman" w:eastAsia="Noto Serif SC" w:cs="Amiri"/>
          <w:lang w:val="zh-CN" w:eastAsia="zh-CN" w:bidi="ar-SA"/>
          <w:color w:val="000000"/>
          <w:rtl w:val="0"/>
        </w:rPr>
        <w:t xml:space="preserve">——本闪光的其余六章，已刊于《古兰经书法闪光集》。—— </w:t>
      </w:r>
      <w:r>
        <w:rPr>
          <w:rFonts w:ascii="Amiri" w:hAnsi="Amiri" w:eastAsia="Amiri" w:cs="Amiri"/>
          <w:lang w:val="zh-CN" w:eastAsia="zh-CN" w:bidi="ar-SA"/>
          <w:rtl w:val="1"/>
          <w:cs w:val="1"/>
          <w:color w:val="000000"/>
          <w:sz w:val="24"/>
          <w:szCs w:val="24"/>
        </w:rPr>
        <w:t>ﺍَﻟْﺒَﺎﺏُ ﺍﻟﺜَّﺎﻟِﺚُ ﻓ۪ﻰ ﻣَﺮَﺍﺗِﺐِ ﺍَﻟﻠّٰﻪُ ﺍَﻛْﺒَﺮُ</w:t>
      </w:r>
      <w:r>
        <w:rPr>
          <w:rFonts w:ascii="Times New Roman" w:hAnsi="Times New Roman" w:eastAsia="Noto Serif SC" w:cs="Amiri"/>
          <w:lang w:val="zh-CN" w:eastAsia="zh-CN" w:bidi="ar-SA"/>
          <w:color w:val="000000"/>
          <w:rtl w:val="0"/>
        </w:rPr>
        <w:t xml:space="preserve">（第三章：论“Allah至大”这一赞词的诸层级）， 这三十三个层级中，我们将记念其中七层。这些层级的重要一部分，已在《第二十封书信》第二篇、《第三十二言》第二停驻处末尾和第三停驻处开头得到阐释。想理解这些层级真实本质的人，请查阅那两篇《言》。 </w:t>
      </w:r>
      <w:r>
        <w:rPr>
          <w:rFonts w:ascii="Amiri" w:hAnsi="Amiri" w:eastAsia="Amiri" w:cs="Amiri"/>
          <w:lang w:val="zh-CN" w:eastAsia="zh-CN" w:bidi="ar-SA"/>
          <w:rtl w:val="1"/>
          <w:cs w:val="1"/>
          <w:color w:val="000000"/>
          <w:sz w:val="24"/>
          <w:szCs w:val="24"/>
        </w:rPr>
        <w:t>ﺍَﻟْﻤَﺮْﺗَﺒَﺔُ الْاُولٰى﴿ ﻭَ ﻗُﻞِ ﺍﻟْﺤَﻤْﺪُ ﻟِﻠّٰﻪِ ﺍﻟَّﺬ۪ﻯ ﻟَﻢْ ﻳَﺘَّﺨِﺬْ ﻭَﻟَﺪًﺍ ﻭَ ﻟَﻢْ ﻳَﻜُﻦْ ﻟَﻪُ ﺷَﺮ۪ﻳﻚٌ ﻓِﻰ ﺍﻟْﻤُﻠْﻚِ ﻭَ ﻟَﻢْ ﻳَﻜُﻦْ ﻟَﻪُ ﻭَﻟِﻰٌّ ﻣِﻦَ ﺍﻟﺬُّﻝِّ ﻭَ ﻛَﺒِّﺮْﻩُ ﺗَﻜْﺒ۪ﻴﺮًﺍ ٠</w:t>
      </w:r>
      <w:r>
        <w:rPr>
          <w:rFonts w:ascii="Times New Roman" w:hAnsi="Times New Roman" w:eastAsia="Noto Serif SC" w:cs="Amiri"/>
          <w:lang w:val="zh-CN" w:eastAsia="zh-CN" w:bidi="ar-SA"/>
          <w:color w:val="000000"/>
          <w:rtl w:val="0"/>
        </w:rPr>
        <w:t xml:space="preserve">（第一层级。你说：一切赞美与称颂全归Allah。祂未曾收养子嗣，在主权与统治上没有任何伙伴，也从不因卑弱而需要任何扶助者。你要竭力尊大祂，承认祂远超一切有限与不足） </w:t>
      </w:r>
      <w:r>
        <w:rPr>
          <w:rFonts w:ascii="Amiri" w:hAnsi="Amiri" w:eastAsia="Amiri" w:cs="Amiri"/>
          <w:lang w:val="zh-CN" w:eastAsia="zh-CN" w:bidi="ar-SA"/>
          <w:rtl w:val="1"/>
          <w:cs w:val="1"/>
          <w:color w:val="000000"/>
          <w:sz w:val="24"/>
          <w:szCs w:val="24"/>
        </w:rPr>
        <w:t>ﻟَﺒَّﻴْﻚَ ﻭَ ﺳَﻌْﺪَﻳْﻚَ ﺟَﻞَّ جَلَالُهُ ٠</w:t>
      </w:r>
      <w:r>
        <w:rPr>
          <w:rFonts w:ascii="Times New Roman" w:hAnsi="Times New Roman" w:eastAsia="Noto Serif SC" w:cs="Amiri"/>
          <w:lang w:val="zh-CN" w:eastAsia="zh-CN" w:bidi="ar-SA"/>
          <w:color w:val="000000"/>
          <w:rtl w:val="0"/>
        </w:rPr>
        <w:t xml:space="preserve">（我恭候您的召唤，并愿为促成您的善福而效力。祂的威严至高无上） </w:t>
      </w:r>
      <w:r>
        <w:rPr>
          <w:rFonts w:ascii="Amiri" w:hAnsi="Amiri" w:eastAsia="Amiri" w:cs="Amiri"/>
          <w:lang w:val="zh-CN" w:eastAsia="zh-CN" w:bidi="ar-SA"/>
          <w:rtl w:val="1"/>
          <w:cs w:val="1"/>
          <w:color w:val="000000"/>
          <w:sz w:val="24"/>
          <w:szCs w:val="24"/>
        </w:rPr>
        <w:t>ﺍَﻟﻠّٰﻪُ ﺍَﻛْﺒَﺮُ ﻣِﻦْ ﻛُﻞِّ ﺷَﻰْﺀٍ ﻗُﺪْﺭَﺓً ﻭَ ﻋِﻠْﻤًﺎ ﺍِﺫْ ﻫُﻮَ ﺍﻟْﺨَﺎﻟِﻖُ ﺍﻟْﺒَﺎﺭِﺉُ ﺍﻟْﻤُﺼَﻮِّﺭُ ﺍﻟَّﺬ۪ﻯ ﺻَﻨَﻊَ الْاِنْسَانَ ﺑِﻘُﺪْﺭَﺗِﻪ۪ ﻛَﺎﻟْﻜَﺎﺋِﻨَﺎﺕِ ﻭَ ﻛَﺘَﺐَ   ﺍﻟْﻜَﺎﺋِﻨَﺎﺕِ ﺑِﻘَﻠَﻢِ ﻗَﺪَﺭِﻩ۪ ﻛَﻤَﺎ ﻛَﺘَﺐَ الْاِنْسَانَ ﺑِﺬٰﻟِﻚَ ﺍﻟْﻘَﻠَﻢِ ﺍِﺫْ ﺫَﺍﻙَ ﺍﻟْﻌَﺎﻟَﻢُ ﺍﻟْﻜَﺒ۪ﻴﺮُ ﻛَﻬٰﺬَﺍ ﺍﻟْﻌَﺎﻟَﻢِ ﺍﻟﺼَّﻐ۪ﻴﺮِ ﻣَﺼْﻨُﻮﻉُ ﻗُﺪْﺭَﺗِﻪ۪ ﻣَﻜْﺘُﻮﺏُ ﻗَﺪَﺭِﻩ۪ ﺍِﺑْﺪَﺍﻋُﻪُ ﻟِﺬَﺍﻙَ ﺻَﻴَّﺮَﻩُ ﻣَﺴْﺠِﺪًﺍ ﺍ۪ﻳﺠَﺎﺩُﻩُ ﻟِﻬٰﺬَﺍ ﺻَﻴَّﺮَﻩُ ﺳَﺎﺟِﺪًﺍ ﺍِﻧْﺸَﺎﺋُﻪُ ﻟِﺬَﺍﻙَ ﺻَﻴَّﺮَ ﺫَﺍﻙَ ﻣُﻠْﻜًﺎ ﺑِﻨَﺎﺋُﻪُ ﻟِﻬٰﺬَﺍ ﺻَﻴَّﺮَﻩُ ﻣَﻤْﻠُﻮﻛًﺎ</w:t>
      </w:r>
      <w:r>
        <w:rPr>
          <w:rFonts w:ascii="Times New Roman" w:hAnsi="Times New Roman" w:eastAsia="Noto Serif SC" w:cs="Amiri"/>
          <w:lang w:val="zh-CN" w:eastAsia="zh-CN" w:bidi="ar-SA"/>
          <w:color w:val="000000"/>
          <w:rtl w:val="0"/>
        </w:rPr>
        <w:t xml:space="preserve">（Allah至大，在权能和知识上超越一切。因为祂是创造者、从无到有地开创者、赋予万物形态者。祂以权能造化了人，正如造化万有；又以预定之笔写下万有，正如以同一支笔写下人。那宏大的世界正如这微小的世界：同为祂权能的创造之作，同为祂预定的书写之物。祂对宏宇的原创，使宏宇成为一座礼拜之殿；祂对微尘的存在赋予，使微尘成为一个俯首敬拜者。祂对宏宇的建构，使之成为祂统治的国度；祂对微尘的营造，使之成为受祂治理和拥有的仆民） </w:t>
      </w:r>
      <w:r>
        <w:rPr>
          <w:rFonts w:ascii="Amiri" w:hAnsi="Amiri" w:eastAsia="Amiri" w:cs="Amiri"/>
          <w:lang w:val="zh-CN" w:eastAsia="zh-CN" w:bidi="ar-SA"/>
          <w:rtl w:val="1"/>
          <w:cs w:val="1"/>
          <w:color w:val="000000"/>
          <w:sz w:val="24"/>
          <w:szCs w:val="24"/>
        </w:rPr>
        <w:t>ﺻَﻨْﻌَﺘُﻪُ ﻓ۪ﻰ ﺫَﺍﻙَ ﺗَﻈَﺎﻫَﺮَﺕْ ﻛِﺘَﺎﺑًﺎ ﺻِﺒْﻐَﺘُﻪُ ﻓ۪ﻰ ﻫٰﺬَﺍ ﺗَﺰَﺍﻫَﺮَﺕْ ﺧِﻄَﺎﺑًﺎ ﻗُﺪْﺭَﺗُﻪُ ﻓ۪ﻰ ﺫَﺍﻙَ ﺗُﻈْﻬِﺮُ ﺣِﺸْﻤَﺘَﻪُ ﺭَﺣْﻤَﺘُﻪُ ﻓ۪ﻰ ﻫٰﺬَﺍ ﺗَﻨْﻈِﻢُ ﻧِﻌْﻤَﺘَﻪُ ﺣِﺸْﻤَﺘُﻪُ ﻓ۪ﻰ ﺫَﺍﻙَ ﺗَﺸْﻬَﺪُ ﻫُﻮَ ﺍﻟْﻮَﺍﺣِﺪُ ﻧِﻌْﻤَﺘُﻪُ ﻓ۪ﻰ ﻫٰﺬَﺍ ﺗُﻌْﻠِﻦُ ﻫُﻮَ الْاَحَدُ ﺳِﻜَّﺘُﻪُ ﻓ۪ﻰ ﺫَﺍﻙَ ﻓِﻰ ﺍﻟْﻜُﻞِّ ﻭَ الْاَجْزَاءِ ﺳُﻜُﻮﻧًﺎ ﺣَﺮَﻛَﺔً ﺧَﺎﺗَﻤُﻪُ ﻓ۪ﻰ ﻫٰﺬَﺍ ﻓِﻰ ﺍﻟْﺠِﺴْﻢِ ﻭَ الْاَعْضَاءِ ﺣُﺠَﻴْﺮَﺓً ﺫَﺭَّﺓً ٠</w:t>
      </w:r>
      <w:r>
        <w:rPr>
          <w:rFonts w:ascii="Times New Roman" w:hAnsi="Times New Roman" w:eastAsia="Noto Serif SC" w:cs="Amiri"/>
          <w:lang w:val="zh-CN" w:eastAsia="zh-CN" w:bidi="ar-SA"/>
          <w:color w:val="000000"/>
          <w:rtl w:val="0"/>
        </w:rPr>
        <w:t xml:space="preserve">（祂在宏宇中的创造之艺显成一部书；祂的创造色彩在微尘中呈现为一席言辞。祂的权能在宏宇中昭示威严；祂的慈悯在微尘中编排恩赐。祂的威严在宏宇中见证祂是独一者；祂的恩赐在微尘中宣告祂是独一无二者。祂的印记在宏宇的全体与各部分中，在静止与运动中；祂的封印在微尘的身体与各器官中，在小室与微粒中） </w:t>
      </w:r>
      <w:r>
        <w:rPr>
          <w:rFonts w:ascii="Amiri" w:hAnsi="Amiri" w:eastAsia="Amiri" w:cs="Amiri"/>
          <w:lang w:val="zh-CN" w:eastAsia="zh-CN" w:bidi="ar-SA"/>
          <w:rtl w:val="1"/>
          <w:cs w:val="1"/>
          <w:color w:val="000000"/>
          <w:sz w:val="24"/>
          <w:szCs w:val="24"/>
        </w:rPr>
        <w:t>ﻓَﺎﻧْﻈُﺮْ ﺍِﻟٰﻰ ﺍٰﺛَﺎﺭِﻩِ ﺍﻟْﻤُﺘَّﺴِﻘَﺔِ ﻛَﻴْﻒَ ﺗَﺮٰﻯ ﻛَﺎﻟْﻔَﻠَﻖِ ﺳَﺨَﺎﻭَﺓً ﻣُﻄْﻠَﻘَﺔً ﻣَﻊَ ﺍِﻧْﺘِﻈَﺎﻡٍ ﻣُﻄْﻠَﻖٍ ﻓ۪ﻰ ﺳُﺮْﻋَﺔٍ ﻣُﻄْﻠَﻘَﺔٍ ﻣَﻊَ ﺍِﺗِّﺰَﺍﻥٍ ﻣُﻄْﻠَﻖٍ ﻓ۪ﻰ ﺳُﻬُﻮﻟَﺔٍ ﻣُﻄْﻠَﻘَﺔٍ ﻣَﻊَ ﺍِﺗِّﻘَﺎﻥٍ ﻣُﻄْﻠَﻖٍ ﻓ۪ﻰ ﻭُﺳْﻌَﺔٍ ﻣُﻄْﻠَﻘَﺔٍ ﻣَﻊَ ﺣُﺴْﻦِ ﺻُﻨْﻊٍ ﻣُﻄْﻠَﻖٍ ﻓ۪ﻰ ﺑُﻌْﺪَﺓٍ ﻣُﻄْﻠَﻘَﺔٍ ﻣَﻊَ ﺍِﺗِّﻔَﺎﻕٍ ﻣُﻄْﻠَﻖٍ ﻓ۪ﻰ ﺧِﻠْﻄَﺔٍ ﻣُﻄْﻠَﻘَﺔٍ ﻣَﻊَ ﺍِﻣْﺘِﻴَﺎﺯٍ ﻣُﻄْﻠَﻖٍ ﻓ۪ﻰ ﺭُﺧْﺼَﺔٍ ﻣُﻄْﻠَﻘَﺔٍ ﻣَﻊَ ﻏُﻠُﻮٍّ ﻣُﻄْﻠَﻖٍ ٠</w:t>
      </w:r>
      <w:r>
        <w:rPr>
          <w:rFonts w:ascii="Times New Roman" w:hAnsi="Times New Roman" w:eastAsia="Noto Serif SC" w:cs="Amiri"/>
          <w:lang w:val="zh-CN" w:eastAsia="zh-CN" w:bidi="ar-SA"/>
          <w:color w:val="000000"/>
          <w:rtl w:val="0"/>
        </w:rPr>
        <w:t xml:space="preserve">（请看祂彼此衔接的种种作为：你会在诸天中看到绝对的慷慨与绝对的秩序并存，绝对的迅速与绝对的均衡并存，绝对的简易与绝对的精工匠造并存，绝对的广阔与绝对的工艺精美并存，绝对的遥远与绝对的和谐并存，绝对的交融与绝对的分别并存，绝对的轻灵与绝对的崇高并存） </w:t>
      </w:r>
      <w:r>
        <w:rPr>
          <w:rFonts w:ascii="Amiri" w:hAnsi="Amiri" w:eastAsia="Amiri" w:cs="Amiri"/>
          <w:lang w:val="zh-CN" w:eastAsia="zh-CN" w:bidi="ar-SA"/>
          <w:rtl w:val="1"/>
          <w:cs w:val="1"/>
          <w:color w:val="000000"/>
          <w:sz w:val="24"/>
          <w:szCs w:val="24"/>
        </w:rPr>
        <w:t>ﻓَﻬٰﺬِﻩِ ﺍﻟْﻜَﻴْﻔِﻴَّﺔُ ﺍﻟْﻤَﺸْﻬُﻮﺩَﺓُ ﺷَﺎﻫِﺪَﺓٌ ﻟِﻠْﻌَﺎﻗِﻞِ ﺍﻟْﻤُﺤَﻘِّﻖِ ﻣُﺠْﺒِﺮَﺓٌ لِلْاَحْمَقِ ﺍﻟْﻤُﻨَﺎﻓِﻖِ ﻋَﻠٰﻰ ﻗَﺒُﻮﻝِ ﺍﻟﺼَّﻨْﻌَﺔِ ﻭَ ﺍﻟْﻮَﺣْﺪَﺓِ ﻟِﻠْﺤَﻖِّ ﺫِﻯ ﺍﻟْﻘُﺪْﺭَﺓِ ﺍﻟْﻤُﻄْﻠَﻘَﺔِ ﻭَ ﻫُﻮَ ﺍﻟْﻌَﻠ۪ﻴﻢُ ﺍﻟْﻤُﻄْﻠَﻖُ ٠</w:t>
      </w:r>
      <w:r>
        <w:rPr>
          <w:rFonts w:ascii="Times New Roman" w:hAnsi="Times New Roman" w:eastAsia="Noto Serif SC" w:cs="Amiri"/>
          <w:lang w:val="zh-CN" w:eastAsia="zh-CN" w:bidi="ar-SA"/>
          <w:color w:val="000000"/>
          <w:rtl w:val="0"/>
        </w:rPr>
        <w:t xml:space="preserve">（这亲见的状况，对穷究真理的理智者是一项见证；对虚伪而抗拒的愚人则构成迫使，使其不得不承认创造之艺，以及那位拥有无限权能的真实主宰Allah的独一。祂也是知识无限的全知者） </w:t>
      </w:r>
      <w:r>
        <w:rPr>
          <w:rFonts w:ascii="Amiri" w:hAnsi="Amiri" w:eastAsia="Amiri" w:cs="Amiri"/>
          <w:lang w:val="zh-CN" w:eastAsia="zh-CN" w:bidi="ar-SA"/>
          <w:rtl w:val="1"/>
          <w:cs w:val="1"/>
          <w:color w:val="000000"/>
          <w:sz w:val="24"/>
          <w:szCs w:val="24"/>
        </w:rPr>
        <w:t>ﻭَ ﻓِﻰ ﺍﻟْﻮَﺣْﺪَﺓِ ﺳُﻬُﻮﻟَﺔٌ ﻣُﻄْﻠَﻘَﺔٌ ﻭَ ﻓِﻰ ﺍﻟْﻜَﺜْﺮَﺓِ ﻭَ ﺍﻟﺸِّﺮْﻛَﺔِ ﺻُﻌُﻮﺑَﺔٌ ﻣُﻨْﻐَﻠِﻘَﺔٌ ٠</w:t>
      </w:r>
      <w:r>
        <w:rPr>
          <w:rFonts w:ascii="Times New Roman" w:hAnsi="Times New Roman" w:eastAsia="Noto Serif SC" w:cs="Amiri"/>
          <w:lang w:val="zh-CN" w:eastAsia="zh-CN" w:bidi="ar-SA"/>
          <w:color w:val="000000"/>
          <w:rtl w:val="0"/>
        </w:rPr>
        <w:t xml:space="preserve">（独一之中有绝对的简易；众多与合伙之中，则有封闭而无出路的困难） </w:t>
      </w:r>
      <w:r>
        <w:rPr>
          <w:rFonts w:ascii="Amiri" w:hAnsi="Amiri" w:eastAsia="Amiri" w:cs="Amiri"/>
          <w:lang w:val="zh-CN" w:eastAsia="zh-CN" w:bidi="ar-SA"/>
          <w:rtl w:val="1"/>
          <w:cs w:val="1"/>
          <w:color w:val="000000"/>
          <w:sz w:val="24"/>
          <w:szCs w:val="24"/>
        </w:rPr>
        <w:t>ﺍِﻥْ ﺍُﺳْﻨِﺪَ ﻛُﻞُّ الْاَشْيَاءِ ﻟِﻠْﻮَﺍﺣِﺪِ ﻓَﺎﻟْﻜَﺎﺋِﻨَﺎﺕُ ﻛَﺎﻟﻨَّﺨْﻠَﺔِ ﻭَ ﺍﻟﻨَّﺨْﻠَﺔُ ﻛَﺎﻟﺜَّﻤَﺮَﺓِ ﺳُﻬُﻮﻟَﺔً ﻓِﻰ الْاِبْتِدَاعِ ٠</w:t>
      </w:r>
      <w:r>
        <w:rPr>
          <w:rFonts w:ascii="Times New Roman" w:hAnsi="Times New Roman" w:eastAsia="Noto Serif SC" w:cs="Amiri"/>
          <w:lang w:val="zh-CN" w:eastAsia="zh-CN" w:bidi="ar-SA"/>
          <w:color w:val="000000"/>
          <w:rtl w:val="0"/>
        </w:rPr>
        <w:t xml:space="preserve">（若把万物归于独一者，宇宙就如同一棵枣椰树，枣椰树就如同一粒果实，在创新造化上无比简易） </w:t>
      </w:r>
      <w:r>
        <w:rPr>
          <w:rFonts w:ascii="Amiri" w:hAnsi="Amiri" w:eastAsia="Amiri" w:cs="Amiri"/>
          <w:lang w:val="zh-CN" w:eastAsia="zh-CN" w:bidi="ar-SA"/>
          <w:rtl w:val="1"/>
          <w:cs w:val="1"/>
          <w:color w:val="000000"/>
          <w:sz w:val="24"/>
          <w:szCs w:val="24"/>
        </w:rPr>
        <w:t>ﺍِﻥْ ﺍُﺳْﻨِﺪَ ﻟِﻠْﻜَﺜْﺮَﺓِ ﻓَﺎﻟﻨَّﺨْﻠَﺔُ ﻛَﺎﻟْﻜَﺎﺋِﻨَﺎﺕِ ﻭَ ﺍﻟﺜَّﻤَﺮَﺓُ ﻛَﺎﻟﺸَّﺠَﺮَﺍﺕِ ﺻُﻌُﻮﺑَﺔً ﻓِﻰ الْاِمْتِنَاعِ ٠</w:t>
      </w:r>
      <w:r>
        <w:rPr>
          <w:rFonts w:ascii="Times New Roman" w:hAnsi="Times New Roman" w:eastAsia="Noto Serif SC" w:cs="Amiri"/>
          <w:lang w:val="zh-CN" w:eastAsia="zh-CN" w:bidi="ar-SA"/>
          <w:color w:val="000000"/>
          <w:rtl w:val="0"/>
        </w:rPr>
        <w:t xml:space="preserve">（若把万物归于众多者，枣椰树就会像整个宇宙，一粒果实就会像所有树木，困难达到不可能的程度）   </w:t>
      </w:r>
      <w:r>
        <w:rPr>
          <w:rFonts w:ascii="Amiri" w:hAnsi="Amiri" w:eastAsia="Amiri" w:cs="Amiri"/>
          <w:lang w:val="zh-CN" w:eastAsia="zh-CN" w:bidi="ar-SA"/>
          <w:rtl w:val="1"/>
          <w:cs w:val="1"/>
          <w:color w:val="000000"/>
          <w:sz w:val="24"/>
          <w:szCs w:val="24"/>
        </w:rPr>
        <w:t>ﺍِﺫِ ﺍﻟْﻮَﺍﺣِﺪُ ﺑِﺎﻟْﻔِﻌْﻞِ ﺍﻟْﻮَﺍﺣِﺪِ ﻳُﺤَﺼِّﻞُ ﻧَﺘ۪ﻴﺠَﺔً ﻭَ ﻭَﺿْﻌِﻴَّﺔً ﻟِﻠْﻜَﺜ۪ﻴﺮِ بِلَا ﻛُﻠْﻔَﺔٍ ﻭَ لَا ﻣُﺒَﺎﺷَﺮَﺓٍ ٠</w:t>
      </w:r>
      <w:r>
        <w:rPr>
          <w:rFonts w:ascii="Times New Roman" w:hAnsi="Times New Roman" w:eastAsia="Noto Serif SC" w:cs="Amiri"/>
          <w:lang w:val="zh-CN" w:eastAsia="zh-CN" w:bidi="ar-SA"/>
          <w:color w:val="000000"/>
          <w:rtl w:val="0"/>
        </w:rPr>
        <w:t xml:space="preserve">（独一者凭独一的作为，便为众多事物造成结果与局面，无须劳苦，也无须逐一接触） </w:t>
      </w:r>
      <w:r>
        <w:rPr>
          <w:rFonts w:ascii="Amiri" w:hAnsi="Amiri" w:eastAsia="Amiri" w:cs="Amiri"/>
          <w:lang w:val="zh-CN" w:eastAsia="zh-CN" w:bidi="ar-SA"/>
          <w:rtl w:val="1"/>
          <w:cs w:val="1"/>
          <w:color w:val="000000"/>
          <w:sz w:val="24"/>
          <w:szCs w:val="24"/>
        </w:rPr>
        <w:t>ﻟَﻮْ ﺍُﺣ۪ﻴﻠَﺖْ ﺗِﻠْﻚَ ﺍﻟْﻮَﺿْﻌِﻴَّﺔُ ﻭَ ﺍﻟﻨَّﺘ۪ﻴﺠَﺔُ ﺍِﻟَﻰ ﺍﻟْﻜَﺜْﺮَﺓِ لَا ﻳُﻤْﻜِﻦُ ﺍَﻥْ ﺗَﺼِﻞَ ﺍِﻟَﻴْﻬَﺎ اِلَّا ﺑِﺘَﻜَﻠُّﻔَﺎﺕٍ ﻭَ ﻣُﺒَﺎﺷَﺮَﺍﺕٍ ﻭَ ﻣُﺸَﺎﺟَﺮَﺍﺕٍ ٠</w:t>
      </w:r>
      <w:r>
        <w:rPr>
          <w:rFonts w:ascii="Times New Roman" w:hAnsi="Times New Roman" w:eastAsia="Noto Serif SC" w:cs="Amiri"/>
          <w:lang w:val="zh-CN" w:eastAsia="zh-CN" w:bidi="ar-SA"/>
          <w:color w:val="000000"/>
          <w:rtl w:val="0"/>
        </w:rPr>
        <w:t xml:space="preserve">（若把那局面与结果归于众多者，就只能通过繁劳、逐一接触和相互争执，才能达到） </w:t>
      </w:r>
      <w:r>
        <w:rPr>
          <w:rFonts w:ascii="Amiri" w:hAnsi="Amiri" w:eastAsia="Amiri" w:cs="Amiri"/>
          <w:lang w:val="zh-CN" w:eastAsia="zh-CN" w:bidi="ar-SA"/>
          <w:rtl w:val="1"/>
          <w:cs w:val="1"/>
          <w:color w:val="000000"/>
          <w:sz w:val="24"/>
          <w:szCs w:val="24"/>
        </w:rPr>
        <w:t>كَالْاَم۪يرِ ﻣَﻊَ ﺍﻟﻨَّﻔَﺮَﺍﺕِ ﻭَ ﺍﻟْﺒَﺎﻧ۪ﻰ ﻣَﻊَ ﺍﻟْﺤَﺠَﺮَﺍﺕِ ﻭَ الْاَرْضِ ﻣَﻊَ ﺍﻟﻨُّﺠُﻮﻡِ ﻭَ ﺍﻟﺴَّﻴَّﺎﺭَﺍﺕِ ﻭَ ﺍﻟْﻔَﻮَّﺍﺭَﺓِ ﻣَﻊَ ﺍﻟْﻘَﻄَﺮَﺍﺕِ ﻭَ ﻧُﻘْﻄَﺔِ ﺍﻟْﻤَﺮْﻛَﺰِ ﻣَﻊَ ﺍﻟﻨُّﻘَﻂِ ﻓِﻰ ﺍﻟﺪَّﺍﺋِﺮَﺓِ ﺑِﺴِﺮِّ ﺍَﻥَّ ﻓِﻰ ﺍﻟْﻮَﺣْﺪَﺓِ ﻳَﻘُﻮﻡُ الْاِنْتِسَابُ ﻣَﻘَﺎﻡَ ﻗُﺪْﺭَﺓٍ ﻏَﻴْﺮَ ﻣَﺤْﺪُﻭﺩَﺓٍ ٠</w:t>
      </w:r>
      <w:r>
        <w:rPr>
          <w:rFonts w:ascii="Times New Roman" w:hAnsi="Times New Roman" w:eastAsia="Noto Serif SC" w:cs="Amiri"/>
          <w:lang w:val="zh-CN" w:eastAsia="zh-CN" w:bidi="ar-SA"/>
          <w:color w:val="000000"/>
          <w:rtl w:val="0"/>
        </w:rPr>
        <w:t xml:space="preserve">（这就像统帅与士兵、建筑者与石块、大地与群星和行星、喷泉与水滴、圆心与圆周各点。因为在独一之中，归属关系本身就具有无限权能的地位） </w:t>
      </w:r>
      <w:r>
        <w:rPr>
          <w:rFonts w:ascii="Amiri" w:hAnsi="Amiri" w:eastAsia="Amiri" w:cs="Amiri"/>
          <w:lang w:val="zh-CN" w:eastAsia="zh-CN" w:bidi="ar-SA"/>
          <w:rtl w:val="1"/>
          <w:cs w:val="1"/>
          <w:color w:val="000000"/>
          <w:sz w:val="24"/>
          <w:szCs w:val="24"/>
        </w:rPr>
        <w:t>ﻭَ لَايَضْطَرُّ ﺍﻟﺴَّﺒَﺐُ ﻟِﺤَﻤْﻞِ ﻣَﻨَﺎﺑِﻊِ ﻗُﻮَّﺗِﻪ۪ ﻭَ ﻳَﺘَﻌَﺎﻇَﻢُ الْاَثَرُ ﺑِﺎﻟﻨِّﺴْﺒَﺔِ ﺍِﻟَﻰ ﺍﻟْﻤُﺴْﻨَﺪِ ﺍِﻟَﻴْﻪِ ٠</w:t>
      </w:r>
      <w:r>
        <w:rPr>
          <w:rFonts w:ascii="Times New Roman" w:hAnsi="Times New Roman" w:eastAsia="Noto Serif SC" w:cs="Amiri"/>
          <w:lang w:val="zh-CN" w:eastAsia="zh-CN" w:bidi="ar-SA"/>
          <w:color w:val="000000"/>
          <w:rtl w:val="0"/>
        </w:rPr>
        <w:t xml:space="preserve">（原因无须背负自身力量的源泉，结果却因所归属者而显大） </w:t>
      </w:r>
      <w:r>
        <w:rPr>
          <w:rFonts w:ascii="Amiri" w:hAnsi="Amiri" w:eastAsia="Amiri" w:cs="Amiri"/>
          <w:lang w:val="zh-CN" w:eastAsia="zh-CN" w:bidi="ar-SA"/>
          <w:rtl w:val="1"/>
          <w:cs w:val="1"/>
          <w:color w:val="000000"/>
          <w:sz w:val="24"/>
          <w:szCs w:val="24"/>
        </w:rPr>
        <w:t>ﻭَ ﻓِﻰ ﺍﻟﺸِّﺮْﻛَﺔِ ﻳَﻀْﻄَﺮُّ ﻛُﻞُّ ﺳَﺒَﺐٍ ﻟِﺤَﻤْﻞِ ﻣَﻨَﺎﺑِﻊِ ﻗُﻮَّﺗِﻪ۪ ﻓَﻴَﺘَﺼَﺎﻏَﺮُ الْاَثَرُ ﺑِﻨِﺴْﺒَﺔِ ﺟِﺮْﻣِﻪ۪ ﻭَ ﻣِﻦْ ﻫُﻨَﺎ ﻏَﻠَﺒَﺖِ ﺍﻟﻨَّﻤْﻠَﺔُ ﻭَ ﺍﻟﺬُّﺑَﺎﺑَﺔُ ﻋَﻠَﻰ ﺍﻟْﺠَﺒَﺎﺑِﺮَﺓِ ﻭَ ﺣَﻤَﻠَﺖِ ﺍﻟﻨُّﻮَﺍﺓُ ﺍﻟﺼَّﻐ۪ﻴﺮَﺓُ ﺷَﺠَﺮَﺓً ﻋَﻈ۪ﻴﻤَﺔً ٠</w:t>
      </w:r>
      <w:r>
        <w:rPr>
          <w:rFonts w:ascii="Times New Roman" w:hAnsi="Times New Roman" w:eastAsia="Noto Serif SC" w:cs="Amiri"/>
          <w:lang w:val="zh-CN" w:eastAsia="zh-CN" w:bidi="ar-SA"/>
          <w:color w:val="000000"/>
          <w:rtl w:val="0"/>
        </w:rPr>
        <w:t xml:space="preserve">（在合伙之中，每个原因都被迫背负自身力量的源泉，结果相对于原因的体量便显得微小。正因如此，蚂蚁与苍蝇战胜了暴君，小小的果核扛起了参天大树） </w:t>
      </w:r>
      <w:r>
        <w:rPr>
          <w:rFonts w:ascii="Amiri" w:hAnsi="Amiri" w:eastAsia="Amiri" w:cs="Amiri"/>
          <w:lang w:val="zh-CN" w:eastAsia="zh-CN" w:bidi="ar-SA"/>
          <w:rtl w:val="1"/>
          <w:cs w:val="1"/>
          <w:color w:val="000000"/>
          <w:sz w:val="24"/>
          <w:szCs w:val="24"/>
        </w:rPr>
        <w:t>ﻭَ ﺑِﺴِﺮِّ ﺍَﻥَّ ﻓ۪ﻰ ﺍِﺳْﻨَﺎﺩِ ﻛُﻞِّ الْاَشْيَاءِ ﺍِﻟَﻰ ﺍﻟْﻮَﺍﺣِﺪِ لَا ﻳَﻜُﻮﻥُ الْا۪يجَادُ ﻣِﻦَ ﺍﻟْﻌَﺪَﻡِ ﺍﻟْﻤُﻄْﻠَﻖِ ﺑَﻞْ ﻳَﻜُﻮﻥُ الْا۪يجَادُ ﻋَﻴْﻦَ ﻧَﻘْﻞِ ﺍﻟْﻤَﻮْﺟُﻮﺩِ ﺍﻟْﻌِﻠْﻤِﻰِّ ﺍِﻟَﻰ ﺍﻟْﻮُﺟُﻮﺩِ ﺍﻟْﺨَﺎﺭِﺟِﻰِّ ﻛَﻨَﻘْﻞِ ﺍﻟﺼُّﻮﺭَﺓِ ﺍﻟْﻤُﺘَﻤَﺜِّﻠَﺔِ ﻓِﻰ ﺍﻟْﻤِﺮْﺍٰﺓِ ﺍِﻟَﻰ ﺍﻟﺼَّﺤ۪ﻴﻔَﺔِ ﺍﻟْﻔُﻄُﻮﻏْﺮَﻓِﻴَّﺔِ ﻟِﺘَﺜْﺒ۪ﻴﺖِ ﻭُﺟُﻮﺩٍ ﺧَﺎﺭِﺟِﻰٍّ ﻟَﻬَﺎ ﺑِﻜَﻤَﺎﻝِ ﺍﻟﺴُّﻬُﻮﻟَﺔِ ﺍَﻭْ ﺍِﻇْﻬَﺎﺭِ ﺍﻟْﺨَﻂِّ ﺍﻟْﻤَﻜْﺘُﻮﺏِ ﺑِﻤِﺪَﺍﺩٍ لَا ﻳُﺮٰﻯ ﺑِﻮَﺍﺳِﻄَﺔِ ﻣَﺎﺩَّﺓٍ ﻣُﻈْﻬِﺮَﺓٍ ﻟِﻠْﻜِﺘَﺎﺑَﺔِ ﺍﻟْﻤَﺴْﺘُﻮﺭَﺓِ ٠</w:t>
      </w:r>
      <w:r>
        <w:rPr>
          <w:rFonts w:ascii="Times New Roman" w:hAnsi="Times New Roman" w:eastAsia="Noto Serif SC" w:cs="Amiri"/>
          <w:lang w:val="zh-CN" w:eastAsia="zh-CN" w:bidi="ar-SA"/>
          <w:color w:val="000000"/>
          <w:rtl w:val="0"/>
        </w:rPr>
        <w:t xml:space="preserve">（还因为，把万物归于独一者时，创造并非从绝对无有中造出，而正是把知识中的存在转移到外在存在，如同把镜中映像转移到感光页上，使其外在存在固定下来，极其容易；又像用显影剂，使隐形墨写成的字迹显现出来） </w:t>
      </w:r>
      <w:r>
        <w:rPr>
          <w:rFonts w:ascii="Amiri" w:hAnsi="Amiri" w:eastAsia="Amiri" w:cs="Amiri"/>
          <w:lang w:val="zh-CN" w:eastAsia="zh-CN" w:bidi="ar-SA"/>
          <w:rtl w:val="1"/>
          <w:cs w:val="1"/>
          <w:color w:val="000000"/>
          <w:sz w:val="24"/>
          <w:szCs w:val="24"/>
        </w:rPr>
        <w:t>ﻭَ ﻓ۪ﻰ ﺍِﺳْﻨَﺎﺩِ الْاَشْيَاءِ ﺍِﻟَﻰ الْاَسْبَابِ ﻭَ ﺍﻟْﻜَﺜْﺮَﺓِ ﻳَﻠْﺰَﻡُ الْا۪يجَادُ ﻣِﻦَ ﺍﻟْﻌَﺪَﻡِ ﺍﻟْﻤُﻄْﻠَﻖِ ﻭَ ﻫُﻮَ ﺍِﻥْ ﻟَﻢْ ﻳَﻜُﻦْ مُحَالًا ﻳَﻜُﻮﻥُ ﺍَﺻْﻌَﺐَ الْاَشْيَاءِ ٠</w:t>
      </w:r>
      <w:r>
        <w:rPr>
          <w:rFonts w:ascii="Times New Roman" w:hAnsi="Times New Roman" w:eastAsia="Noto Serif SC" w:cs="Amiri"/>
          <w:lang w:val="zh-CN" w:eastAsia="zh-CN" w:bidi="ar-SA"/>
          <w:color w:val="000000"/>
          <w:rtl w:val="0"/>
        </w:rPr>
        <w:t xml:space="preserve">（若把万物归于诸原因和众多者，就必须从绝对无有中创造；这事纵然不是绝不可能，也是最艰难的事） </w:t>
      </w:r>
      <w:r>
        <w:rPr>
          <w:rFonts w:ascii="Amiri" w:hAnsi="Amiri" w:eastAsia="Amiri" w:cs="Amiri"/>
          <w:lang w:val="zh-CN" w:eastAsia="zh-CN" w:bidi="ar-SA"/>
          <w:rtl w:val="1"/>
          <w:cs w:val="1"/>
          <w:color w:val="000000"/>
          <w:sz w:val="24"/>
          <w:szCs w:val="24"/>
        </w:rPr>
        <w:t>ﻓَﺎﻟﺴُّﻬُﻮﻟَﺔُ ﻓِﻰ ﺍﻟْﻮَﺣْﺪَﺓِ ﻭَﺍﺻِﻠَﺔٌ ﺍِﻟٰﻰ ﺩَﺭَﺟَﺔِ ﺍﻟْﻮُﺟُﻮﺏِ ٠</w:t>
      </w:r>
      <w:r>
        <w:rPr>
          <w:rFonts w:ascii="Times New Roman" w:hAnsi="Times New Roman" w:eastAsia="Noto Serif SC" w:cs="Amiri"/>
          <w:lang w:val="zh-CN" w:eastAsia="zh-CN" w:bidi="ar-SA"/>
          <w:color w:val="000000"/>
          <w:rtl w:val="0"/>
        </w:rPr>
        <w:t xml:space="preserve">（所以，独一中的简易，达到了必然的程度） </w:t>
      </w:r>
      <w:r>
        <w:rPr>
          <w:rFonts w:ascii="Amiri" w:hAnsi="Amiri" w:eastAsia="Amiri" w:cs="Amiri"/>
          <w:lang w:val="zh-CN" w:eastAsia="zh-CN" w:bidi="ar-SA"/>
          <w:rtl w:val="1"/>
          <w:cs w:val="1"/>
          <w:color w:val="000000"/>
          <w:sz w:val="24"/>
          <w:szCs w:val="24"/>
        </w:rPr>
        <w:t>ﻭَ ﺍﻟﺼُّﻌُﻮﺑَﺔُ ﻓِﻰ ﺍﻟْﻜَﺜْﺮَﺓِ ﻭَﺍﺻِﻠَﺔٌ ﺍِﻟٰﻰ ﺩَﺭَﺟَﺔِ الْاِمْتِنَاعِ   ٠</w:t>
      </w:r>
      <w:r>
        <w:rPr>
          <w:rFonts w:ascii="Times New Roman" w:hAnsi="Times New Roman" w:eastAsia="Noto Serif SC" w:cs="Amiri"/>
          <w:lang w:val="zh-CN" w:eastAsia="zh-CN" w:bidi="ar-SA"/>
          <w:color w:val="000000"/>
          <w:rtl w:val="0"/>
        </w:rPr>
        <w:t xml:space="preserve">（众多中的困难，则达到了不可能的程度） </w:t>
      </w:r>
      <w:r>
        <w:rPr>
          <w:rFonts w:ascii="Amiri" w:hAnsi="Amiri" w:eastAsia="Amiri" w:cs="Amiri"/>
          <w:lang w:val="zh-CN" w:eastAsia="zh-CN" w:bidi="ar-SA"/>
          <w:rtl w:val="1"/>
          <w:cs w:val="1"/>
          <w:color w:val="000000"/>
          <w:sz w:val="24"/>
          <w:szCs w:val="24"/>
        </w:rPr>
        <w:t>ﻭَ ﺑِﺤِﻜْﻤَﺔِ ﺍَﻥَّ ﻓِﻰ ﺍﻟْﻮَﺣْﺪَﺓِ ﻳُﻤْﻜِﻦُ الْاِبْدَاعُ ﻭَ ﺍ۪ﻳﺠَﺎﺩُ الْاَيْسِ</w:t>
      </w:r>
      <w:r>
        <w:rPr>
          <w:rFonts w:ascii="Times New Roman" w:hAnsi="Times New Roman" w:eastAsia="Noto Serif SC" w:cs="Amiri"/>
          <w:lang w:val="zh-CN" w:eastAsia="zh-CN" w:bidi="ar-SA"/>
          <w:color w:val="000000"/>
          <w:rtl w:val="0"/>
        </w:rPr>
        <w:t xml:space="preserve">（这也因为，在独一之中可以实现原创，使实有得以出现）， </w:t>
      </w:r>
      <w:r>
        <w:rPr>
          <w:rFonts w:ascii="Amiri" w:hAnsi="Amiri" w:eastAsia="Amiri" w:cs="Amiri"/>
          <w:lang w:val="zh-CN" w:eastAsia="zh-CN" w:bidi="ar-SA"/>
          <w:rtl w:val="1"/>
          <w:cs w:val="1"/>
          <w:color w:val="000000"/>
          <w:sz w:val="24"/>
          <w:szCs w:val="24"/>
        </w:rPr>
        <w:t>اَلْاَيْسُ</w:t>
      </w:r>
      <w:r>
        <w:rPr>
          <w:rFonts w:ascii="Times New Roman" w:hAnsi="Times New Roman" w:eastAsia="Noto Serif SC" w:cs="Amiri"/>
          <w:lang w:val="zh-CN" w:eastAsia="zh-CN" w:bidi="ar-SA"/>
          <w:color w:val="000000"/>
          <w:rtl w:val="0"/>
        </w:rPr>
        <w:t xml:space="preserve">（实有、存在）， </w:t>
      </w:r>
      <w:r>
        <w:rPr>
          <w:rStyle w:val="FootnoteReference"/>
        </w:rPr>
        <w:footnoteReference w:id="55"/>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ﻣِﻦَ ﺍﻟﻠَّﻴْﺲِ</w:t>
      </w:r>
      <w:r>
        <w:rPr>
          <w:rFonts w:ascii="Times New Roman" w:hAnsi="Times New Roman" w:eastAsia="Noto Serif SC" w:cs="Amiri"/>
          <w:lang w:val="zh-CN" w:eastAsia="zh-CN" w:bidi="ar-SA"/>
          <w:color w:val="000000"/>
          <w:rtl w:val="0"/>
        </w:rPr>
        <w:t xml:space="preserve">（从纯粹无有之中）， </w:t>
      </w:r>
      <w:r>
        <w:rPr>
          <w:rFonts w:ascii="Amiri" w:hAnsi="Amiri" w:eastAsia="Amiri" w:cs="Amiri"/>
          <w:lang w:val="zh-CN" w:eastAsia="zh-CN" w:bidi="ar-SA"/>
          <w:rtl w:val="1"/>
          <w:cs w:val="1"/>
          <w:color w:val="000000"/>
          <w:sz w:val="24"/>
          <w:szCs w:val="24"/>
        </w:rPr>
        <w:t>ﺍَﻟﻠَّﻴْﺲُ</w:t>
      </w:r>
      <w:r>
        <w:rPr>
          <w:rFonts w:ascii="Times New Roman" w:hAnsi="Times New Roman" w:eastAsia="Noto Serif SC" w:cs="Amiri"/>
          <w:lang w:val="zh-CN" w:eastAsia="zh-CN" w:bidi="ar-SA"/>
          <w:color w:val="000000"/>
          <w:rtl w:val="0"/>
        </w:rPr>
        <w:t xml:space="preserve">（纯粹的无有、绝对不存在）， </w:t>
      </w:r>
      <w:r>
        <w:rPr>
          <w:rStyle w:val="FootnoteReference"/>
        </w:rPr>
        <w:footnoteReference w:id="56"/>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ﻳَﻌْﻨ۪ﻰ ﺍِﺑْﺪَﺍﻉُ ﺍﻟْﻤَﻮْﺟُﻮﺩِ ﻣِﻦَ ﺍﻟْﻌَﺪَﻡِ ﺍﻟﺼِّﺮْﻑِ بِلَا ﻣُﺪَّﺓٍ ﻭَ لَا ﻣَﺎﺩَّﺓٍ  ﻭَ ﺍِﻓْﺮَﺍﻍُ ﺍﻟﺬَّﺭَّﺍﺕِ ﻓِﻰ ﺍﻟْﻘَﺎﻟَﺐِ ﺍﻟْﻌِﻠْﻤِﻰِّ بِلَا ﻛُﻠْﻔَﺔٍ ﻭَ لَا ﺧِﻠْﻄَﺔٍ ٠</w:t>
      </w:r>
      <w:r>
        <w:rPr>
          <w:rFonts w:ascii="Times New Roman" w:hAnsi="Times New Roman" w:eastAsia="Noto Serif SC" w:cs="Amiri"/>
          <w:lang w:val="zh-CN" w:eastAsia="zh-CN" w:bidi="ar-SA"/>
          <w:color w:val="000000"/>
          <w:rtl w:val="0"/>
        </w:rPr>
        <w:t xml:space="preserve">（也就是说，无须时间与物质，从纯粹无有中原创出存在物；也无须劳苦和混杂，把众微粒倾注到知识中的范型里） </w:t>
      </w:r>
      <w:r>
        <w:rPr>
          <w:rFonts w:ascii="Amiri" w:hAnsi="Amiri" w:eastAsia="Amiri" w:cs="Amiri"/>
          <w:lang w:val="zh-CN" w:eastAsia="zh-CN" w:bidi="ar-SA"/>
          <w:rtl w:val="1"/>
          <w:cs w:val="1"/>
          <w:color w:val="000000"/>
          <w:sz w:val="24"/>
          <w:szCs w:val="24"/>
        </w:rPr>
        <w:t>ﻭَ ﻓِﻰ ﺍﻟﺸِّﺮْﻛَﺔِ ﻭَ ﺍﻟْﻜَﺜْﺮَﺓِ لَا ﻳُﻤْﻜِﻦُ الْاِبْدَاعُ ﻣِﻦَ ﺍﻟْﻌَﺪَﻡِ ﺑِﺎِﺗِّﻔَﺎﻕِ ﻛُﻞِّ ﺍَﻫْﻞِ ﺍﻟْﻌَﻘْﻞِ فَلَا ﺑُﺪَّ ﻟِﻮُﺟُﻮﺩِ ﺫ۪ﻯ ﺣَﻴَﺎﺓٍ ﺟَﻤْﻊُ ﺫَﺭَّﺍﺕٍ ﻣُﻨْﺘَﺸِﺮَﺓٍ ﻓِﻰ الْاَرْضِ ﻭَ ﺍﻟْﻌَﻨَﺎﺻِﺮِ  ﻭَ ﺑِﻌَﺪَﻡِ ﺍﻟْﻘَﺎﻟَﺐِ ﺍﻟْﻌِﻠْﻤِﻰِّ ﻳَﻠْﺰَﻡُ ﻟِﻤُﺤَﺎﻓَﻈَﺔِ ﺍﻟﺬَّﺭَّﺍﺕِ ﻓ۪ﻰ ﺟِﺴْﻢِ ﺫِﻯ ﺍﻟْﺤَﻴَﺎﺓِ ﻭُﺟُﻮﺩُ ﻋِﻠْﻢٍ ﻛُﻠِّﻰٍّ ﻭَ ﺍِﺭَﺍﺩَﺓٍ ﻣُﻄْﻠَﻘَﺔٍ ﻓ۪ﻰ ﻛُﻞِّ ﺫَﺭَّﺓٍ ٠</w:t>
      </w:r>
      <w:r>
        <w:rPr>
          <w:rFonts w:ascii="Times New Roman" w:hAnsi="Times New Roman" w:eastAsia="Noto Serif SC" w:cs="Amiri"/>
          <w:lang w:val="zh-CN" w:eastAsia="zh-CN" w:bidi="ar-SA"/>
          <w:color w:val="000000"/>
          <w:rtl w:val="0"/>
        </w:rPr>
        <w:t xml:space="preserve">（在合伙与众多之中，一切理智者一致承认，不可能从无中原创。要形成生命体，必须收集散布在大地和元素中的微粒；若没有知识中的范型，要在生命体中保存这些微粒，就必得每一微粒都有普遍的知识与无限的意志） </w:t>
      </w:r>
      <w:r>
        <w:rPr>
          <w:rFonts w:ascii="Amiri" w:hAnsi="Amiri" w:eastAsia="Amiri" w:cs="Amiri"/>
          <w:lang w:val="zh-CN" w:eastAsia="zh-CN" w:bidi="ar-SA"/>
          <w:rtl w:val="1"/>
          <w:cs w:val="1"/>
          <w:color w:val="000000"/>
          <w:sz w:val="24"/>
          <w:szCs w:val="24"/>
        </w:rPr>
        <w:t>ﻭَ ﻣَﻊَ ﺫٰﻟِﻚَ ﺍَﻥَّ ﺍﻟﺸُّﺮَﻛَﺎﺀَ ﻣُﺴْﺘَﻐْﻨِﻴَﺔٌ ﻋَﻨْﻬَﺎ ﻭَ ﻣُﻤْﺘَﻨِﻌَﺔٌ ﺑِﺎﻟﺬَّﺍﺕِ ﺑِﺨَﻤْﺴَﺔِ ﻭُﺟُﻮﻩٍ ﻣُﺘَﺪَﺍﺧِﻠَﺔٍ ٠</w:t>
      </w:r>
      <w:r>
        <w:rPr>
          <w:rFonts w:ascii="Times New Roman" w:hAnsi="Times New Roman" w:eastAsia="Noto Serif SC" w:cs="Amiri"/>
          <w:lang w:val="zh-CN" w:eastAsia="zh-CN" w:bidi="ar-SA"/>
          <w:color w:val="000000"/>
          <w:rtl w:val="0"/>
        </w:rPr>
        <w:t xml:space="preserve">（同时，祂无须任何伙伴，而且伙伴在本质上不可能存在；这由五个相互贯通的方面得到证明） </w:t>
      </w:r>
      <w:r>
        <w:rPr>
          <w:rFonts w:ascii="Amiri" w:hAnsi="Amiri" w:eastAsia="Amiri" w:cs="Amiri"/>
          <w:lang w:val="zh-CN" w:eastAsia="zh-CN" w:bidi="ar-SA"/>
          <w:rtl w:val="1"/>
          <w:cs w:val="1"/>
          <w:color w:val="000000"/>
          <w:sz w:val="24"/>
          <w:szCs w:val="24"/>
        </w:rPr>
        <w:t>ﻭَ ﺍﻟﺸُّﺮَﻛَﺎﺀُ ﺍﻟْﻤُﺴْﺘَﻐْﻨِﻴَﺔُ ﻋَﻨْﻬَﺎ ﻭَ ﺍﻟْﻤُﻤْﺘَﻨِﻌَﺔُ ﺑِﺎﻟﺬَّﺍﺕِ ﺗَﺤَﻜُّﻤِﻴَّﺔٌ ﻣَﺤْﻀَﺔٌ لَا ﺍَﻣَﺎﺭَﺓَ ﻋَﻠَﻴْﻬَﺎ ﻭَ لَا ﺍِﺷَﺎﺭَﺓَ ﺍِﻟَﻴْﻬَﺎ ﻓ۪ﻰ ﺷَﻰْﺀٍ ﻣِﻦَ ﺍﻟْﻤَﻮْﺟُﻮﺩَﺍﺕِ</w:t>
      </w:r>
      <w:r>
        <w:rPr>
          <w:rFonts w:ascii="Times New Roman" w:hAnsi="Times New Roman" w:eastAsia="Noto Serif SC" w:cs="Amiri"/>
          <w:lang w:val="zh-CN" w:eastAsia="zh-CN" w:bidi="ar-SA"/>
          <w:color w:val="000000"/>
          <w:rtl w:val="0"/>
        </w:rPr>
        <w:t xml:space="preserve">（那些祂无须、本质上又不可能的伙伴，纯属强自指派；任何存在物中，都没有指明它们的征兆或迹象） </w:t>
      </w:r>
      <w:r>
        <w:rPr>
          <w:rFonts w:ascii="Amiri" w:hAnsi="Amiri" w:eastAsia="Amiri" w:cs="Amiri"/>
          <w:lang w:val="zh-CN" w:eastAsia="zh-CN" w:bidi="ar-SA"/>
          <w:rtl w:val="1"/>
          <w:cs w:val="1"/>
          <w:color w:val="000000"/>
          <w:sz w:val="24"/>
          <w:szCs w:val="24"/>
        </w:rPr>
        <w:t>ﺍِﺫْ ﺧِﻠْﻘَﺔُ ﺍﻟﺴَّﻤٰﻮَﺍﺕِ ﻭَ الْاَرْضِ ﺗَﺴْﺘَﻠْﺰِﻡُ ﻗُﺪْﺭَﺓً ﻛَﺎﻣِﻠَﺔً ﻏَﻴْﺮَ ﻣُﺘَﻨَﺎﻫِﻴَﺔٍ ﺑِﺎﻟﻀَّﺮُﻭﺭَﺓِ ﻓَﺎﺳْﺘُﻐْﻨِﻰَ ﻋَﻦِ ﺍﻟﺸُّﺮَﻛَﺎﺀِ ﻭَ اِلَّا ﻟَﺰِﻡَ ﺗَﺤْﺪ۪ﻳﺪُ ﻭَ ﺍﻧْﺘِﻬَﺎﺀُ ﻗُﺪْﺭَﺓٍ ﻛَﺎﻣِﻠَﺔٍ ﻏَﻴْﺮِ ﻣُﺘَﻨَﺎﻫِﻴَﺔٍ ﻓ۪ﻰ ﻭَﻗْﺖِ ﻋَﺪَﻡِ ﺍﻟﺘَّﻨَﺎﻫ۪ﻰ ﺑِﻘُﻮَّﺓٍ ﻣُﺘَﻨَﺎﻫِﻴَﺔٍ بِلَا ﺿَﺮُﻭﺭَﺓٍ ﻣَﻊَ ﺍﻟﻀَّﺮُﻭﺭَﺓِ ﻓ۪ﻰ ﻋَﻜْﺴِﻪ۪ ﻭَ ﻫُﻮَ ﻣُﺤَﺎﻝٌ ﻓ۪ﻰ ﺧَﻤْﺴَﺔِ ﺍَﻭْﺟُﻪٍ ﻓَﺎﻣْﺘَﻨَﻌَﺖِ ﺍﻟﺸُّﺮَﻛَﺎﺀُ ﻣَﻊَ ﺍَﻥَّ ﺍﻟﺸُّﺮَﻛَﺎﺀَ ﺍﻟْﻤُﻤْﺘَﻨِﻌَﺔَ ﺑِﺘِﻠْﻚَ ﺍﻟْﻮُﺟُﻮﻩِ لَا ﺍِﺷَﺎﺭَﺓَ ﺍِﻟٰﻰ ﻭُﺟُﻮﺩِﻫَﺎ ﻭَ لَا ﺍَﻣَﺎﺭَﺓَ ﻋَﻠٰﻰ ﺗَﺤَﻘُّﻘِﻬَﺎ ﻓ۪ﻰ ﺷَﻰْﺀٍ ﻣِﻦَ ﺍﻟْﻤَﻮْﺟُﻮﺩَﺍﺕِ</w:t>
      </w:r>
      <w:r>
        <w:rPr>
          <w:rFonts w:ascii="Times New Roman" w:hAnsi="Times New Roman" w:eastAsia="Noto Serif SC" w:cs="Amiri"/>
          <w:lang w:val="zh-CN" w:eastAsia="zh-CN" w:bidi="ar-SA"/>
          <w:color w:val="000000"/>
          <w:rtl w:val="0"/>
        </w:rPr>
        <w:t xml:space="preserve">（因为创造诸天与大地，必然要求一种完美、无限、不受限的权能，所以祂不需要伙伴。否则，在无限并未消失之时，却要用有限力量限制并终结这种完美无限的权能；在反面显然必然的情况下，此举毫无必要。这在五个方面都是不可能的，因此伙伴被排除。同时，经这些方面被排除的伙伴，在任何存在物中都没有其存在的迹象，也没有其实现的征兆） </w:t>
      </w:r>
      <w:r>
        <w:rPr>
          <w:rFonts w:ascii="Amiri" w:hAnsi="Amiri" w:eastAsia="Amiri" w:cs="Amiri"/>
          <w:lang w:val="zh-CN" w:eastAsia="zh-CN" w:bidi="ar-SA"/>
          <w:rtl w:val="1"/>
          <w:cs w:val="1"/>
          <w:color w:val="000000"/>
          <w:sz w:val="24"/>
          <w:szCs w:val="24"/>
        </w:rPr>
        <w:t>ﻓَﻘَﺪِ ﺍﺳْﺘَﻔْﺴَﺮْﻧَﺎ ﻫٰﺬِﻩِ ﺍﻟْﻤَﺴْﺌَﻠَﺔَ</w:t>
      </w:r>
      <w:r>
        <w:rPr>
          <w:rFonts w:ascii="Times New Roman" w:hAnsi="Times New Roman" w:eastAsia="Noto Serif SC" w:cs="Amiri"/>
          <w:lang w:val="zh-CN" w:eastAsia="zh-CN" w:bidi="ar-SA"/>
          <w:color w:val="000000"/>
          <w:rtl w:val="0"/>
        </w:rPr>
        <w:t xml:space="preserve">（我们已就这一问题求问）， </w:t>
      </w:r>
      <w:r>
        <w:rPr>
          <w:rFonts w:ascii="Amiri" w:hAnsi="Amiri" w:eastAsia="Amiri" w:cs="Amiri"/>
          <w:lang w:val="zh-CN" w:eastAsia="zh-CN" w:bidi="ar-SA"/>
          <w:rtl w:val="1"/>
          <w:cs w:val="1"/>
          <w:color w:val="000000"/>
          <w:sz w:val="24"/>
          <w:szCs w:val="24"/>
        </w:rPr>
        <w:t>ﻓِﻰ ﺍﻟْﻤَﻮْﻗِﻒِ الْاَوَّلِ</w:t>
      </w:r>
      <w:r>
        <w:rPr>
          <w:rFonts w:ascii="Times New Roman" w:hAnsi="Times New Roman" w:eastAsia="Noto Serif SC" w:cs="Amiri"/>
          <w:lang w:val="zh-CN" w:eastAsia="zh-CN" w:bidi="ar-SA"/>
          <w:color w:val="000000"/>
          <w:rtl w:val="0"/>
        </w:rPr>
        <w:t xml:space="preserve">（在第一停驻处）， </w:t>
      </w:r>
      <w:r>
        <w:rPr>
          <w:rFonts w:ascii="Amiri" w:hAnsi="Amiri" w:eastAsia="Amiri" w:cs="Amiri"/>
          <w:lang w:val="zh-CN" w:eastAsia="zh-CN" w:bidi="ar-SA"/>
          <w:rtl w:val="1"/>
          <w:cs w:val="1"/>
          <w:color w:val="000000"/>
          <w:sz w:val="24"/>
          <w:szCs w:val="24"/>
        </w:rPr>
        <w:t>ﻣِﻦَ ﺍﻟﺮِّﺳَﺎﻟَﺔِ ﺍﻟﺜَّﺎﻧِﻴَﺔِ ﻭَ الثَّلَاث۪ينَ ﻣِﻦَ ﺍﻟﺬَّﺭَّﺍﺕِ ﺍِﻟَﻰ ﺍﻟﺴَّﻴَّﺎﺭَﺍﺕِ</w:t>
      </w:r>
      <w:r>
        <w:rPr>
          <w:rFonts w:ascii="Times New Roman" w:hAnsi="Times New Roman" w:eastAsia="Noto Serif SC" w:cs="Amiri"/>
          <w:lang w:val="zh-CN" w:eastAsia="zh-CN" w:bidi="ar-SA"/>
          <w:color w:val="000000"/>
          <w:rtl w:val="0"/>
        </w:rPr>
        <w:t xml:space="preserve">（即《第三十二言》，从《微粒》到《行星》各篇）， </w:t>
      </w:r>
      <w:r>
        <w:rPr>
          <w:rFonts w:ascii="Amiri" w:hAnsi="Amiri" w:eastAsia="Amiri" w:cs="Amiri"/>
          <w:lang w:val="zh-CN" w:eastAsia="zh-CN" w:bidi="ar-SA"/>
          <w:rtl w:val="1"/>
          <w:cs w:val="1"/>
          <w:color w:val="000000"/>
          <w:sz w:val="24"/>
          <w:szCs w:val="24"/>
        </w:rPr>
        <w:t>ﻭَ ﻓِﻰ ﺍﻟْﻤَﻮْﻗِﻒِ   ﺍﻟﺜَّﺎﻧ۪ﻰ</w:t>
      </w:r>
      <w:r>
        <w:rPr>
          <w:rFonts w:ascii="Times New Roman" w:hAnsi="Times New Roman" w:eastAsia="Noto Serif SC" w:cs="Amiri"/>
          <w:lang w:val="zh-CN" w:eastAsia="zh-CN" w:bidi="ar-SA"/>
          <w:color w:val="000000"/>
          <w:rtl w:val="0"/>
        </w:rPr>
        <w:t xml:space="preserve">（也在第二停驻处）， </w:t>
      </w:r>
      <w:r>
        <w:rPr>
          <w:rFonts w:ascii="Amiri" w:hAnsi="Amiri" w:eastAsia="Amiri" w:cs="Amiri"/>
          <w:lang w:val="zh-CN" w:eastAsia="zh-CN" w:bidi="ar-SA"/>
          <w:rtl w:val="1"/>
          <w:cs w:val="1"/>
          <w:color w:val="000000"/>
          <w:sz w:val="24"/>
          <w:szCs w:val="24"/>
        </w:rPr>
        <w:t>ﻣِﻦَ ﺍﻟﺴَّﻤٰﻮَﺍﺕِ ﺍِﻟَﻰ ﺍﻟﺘَّﺸَﺨُّﺼَﺎﺕِ ﺍﻟْﻮَﺟْﻬِﻴَّﺔِ ﻓَﺎَﻋْﻄَﺖْ ﺟَﻤ۪ﻴﻌُﻬَﺎ ﺟَﻮَﺍﺏَ ﺭَﺩِّ ﺍﻟﺸِّﺮْﻙِ ﺑِﺎِﺭَﺍﺋَﺔِ ﺳِﻜَّﺔِ ﺍﻟﺘَّﻮْﺣ۪ﻴﺪِ ﻓَﻜَﻤَﺎ لَا ﺷُﺮَﻛَﺎﺀَ ﻟَﻪُ ﻛَﺬٰﻟِﻚَ لَا ﻣُﻌ۪ﻴﻦَ وَلَا ﻭُﺯَﺭَﺍﺀَ ﻟَﻪُ ٠</w:t>
      </w:r>
      <w:r>
        <w:rPr>
          <w:rFonts w:ascii="Times New Roman" w:hAnsi="Times New Roman" w:eastAsia="Noto Serif SC" w:cs="Amiri"/>
          <w:lang w:val="zh-CN" w:eastAsia="zh-CN" w:bidi="ar-SA"/>
          <w:color w:val="000000"/>
          <w:rtl w:val="0"/>
        </w:rPr>
        <w:t xml:space="preserve">（从《诸天》到《面容的个性化显现》各篇。它们都借认信Allah独一印记的显现，作出否认合伙的回答。祂没有伙伴，同样也没有辅助者或臣僚） </w:t>
      </w:r>
      <w:r>
        <w:rPr>
          <w:rFonts w:ascii="Amiri" w:hAnsi="Amiri" w:eastAsia="Amiri" w:cs="Amiri"/>
          <w:lang w:val="zh-CN" w:eastAsia="zh-CN" w:bidi="ar-SA"/>
          <w:rtl w:val="1"/>
          <w:cs w:val="1"/>
          <w:color w:val="000000"/>
          <w:sz w:val="24"/>
          <w:szCs w:val="24"/>
        </w:rPr>
        <w:t>ﻭَ ﻣَﺎ الْاَسْبَابُ اِلَّا ﺣِﺠَﺎﺏٌ ﺭَﻗ۪ﻴﻖٌ ﻋَﻠٰﻰ ﺗَﺼَﺮُّﻑِ ﺍﻟْﻘُﺪْﺭَﺓِ الْاَزَلِيَّةِ ﻟَﻴْﺲَ ﻟَﻬَﺎ ﺗَﺎْﺛ۪ﻴﺮٌ ﺍ۪ﻳﺠَﺎﺩِﻯٌّ ﻓ۪ﻰ ﻧَﻔْﺲِ الْاَمْرِ ٠</w:t>
      </w:r>
      <w:r>
        <w:rPr>
          <w:rFonts w:ascii="Times New Roman" w:hAnsi="Times New Roman" w:eastAsia="Noto Serif SC" w:cs="Amiri"/>
          <w:lang w:val="zh-CN" w:eastAsia="zh-CN" w:bidi="ar-SA"/>
          <w:color w:val="000000"/>
          <w:rtl w:val="0"/>
        </w:rPr>
        <w:t xml:space="preserve">（种种原因，只是无始权能施行作为之上的一层轻薄帷幕；在事情本身中，它们没有创造存在的效力） </w:t>
      </w:r>
      <w:r>
        <w:rPr>
          <w:rFonts w:ascii="Amiri" w:hAnsi="Amiri" w:eastAsia="Amiri" w:cs="Amiri"/>
          <w:lang w:val="zh-CN" w:eastAsia="zh-CN" w:bidi="ar-SA"/>
          <w:rtl w:val="1"/>
          <w:cs w:val="1"/>
          <w:color w:val="000000"/>
          <w:sz w:val="24"/>
          <w:szCs w:val="24"/>
        </w:rPr>
        <w:t>ﺍِﺫْ ﺍَﺷْﺮَﻑُ الْاَسْبَابِ ﻭَ ﺍَﻭْﺳَﻌُﻬَﺎ ﺍِﺧْﺘِﻴَﺎﺭًﺍ ﻫُﻮَ الْاِنْسَانُ ﻣَﻊَ ﺍَﻧَّﻪُ ﻟَﻴْﺲَ ﻓ۪ﻰ ﻳَﺪِﻩ۪ ﻣِﻦْ ﺍَﻇْﻬَﺮِ ﺍَﻓْﻌَﺎﻟِﻪِ الْاِخْتِيَارِيَّةِ كَالْاَكْلِ ﻭَ الْكَلَامِ ﻭَ ﺍﻟْﻔِﻜْﺮِ ﻣِﻦْ ﻣِﺎٰﺕِ ﺍَﺟْﺰَﺍﺀٍ اِلَّا ﺟُﺰْﺀٌ ﻭَﺍﺣِﺪٌ ﻣَﺸْﻜُﻮﻙٌ ﻓَﺎِﺫَﺍ ﻛَﺎﻥَ ﺍﻟﺴَّﺒَﺐُ الْاَشْرَفُ ﻭَ الْاَوْسَعُ ﺍِﺧْﺘِﻴَﺎﺭًﺍ ﻣَﻐْﻠُﻮﻝَ الْاَيْد۪ى ﻋَﻦِ ﺍﻟﺘَّﺼَﺮُّﻑِ ﺍﻟْﺤَﻘ۪ﻴﻘِﻰِّ ﻛَﻤَﺎ ﺗَﺮٰﻯ ﻓَﻜَﻴْﻒَ ﻳُﻤْﻜِﻦُ ﺍَﻥْ ﺗَﻜُﻮﻥَ ﺍﻟْﺒَﻬ۪ﻴﻤَﺎﺕُ ﻭَ ﺍﻟْﺠَﻤَﺎﺩَﺍﺕُ ﺷَﺮ۪ﻳﻜًﺎ ﻓِﻰ الْا۪يجَادِ ﻭَ ﺍﻟﺮُّﺑُﻮﺑِﻴَّﺔِ ﻟِﺨَﺎﻟِﻖِ الْاَرْضِ ﻭَ ﺍﻟﺴَّﻤٰﻮَﺍﺕِ ٠</w:t>
      </w:r>
      <w:r>
        <w:rPr>
          <w:rFonts w:ascii="Times New Roman" w:hAnsi="Times New Roman" w:eastAsia="Noto Serif SC" w:cs="Amiri"/>
          <w:lang w:val="zh-CN" w:eastAsia="zh-CN" w:bidi="ar-SA"/>
          <w:color w:val="000000"/>
          <w:rtl w:val="0"/>
        </w:rPr>
        <w:t xml:space="preserve">（最高贵、选择范围最广的原因是人。然而，如你所见，他最明显的自主行为，如饮食、言语、思考，其百项构成中，他能掌握的只有一项，而且仍属可疑。最高贵、选择最广的原因尚且被束缚双手，不能真正支配，那么牲畜和无生物怎么可能成为大地与诸天创造者在创造和养育主宰上的伙伴） </w:t>
      </w:r>
      <w:r>
        <w:rPr>
          <w:rFonts w:ascii="Amiri" w:hAnsi="Amiri" w:eastAsia="Amiri" w:cs="Amiri"/>
          <w:lang w:val="zh-CN" w:eastAsia="zh-CN" w:bidi="ar-SA"/>
          <w:rtl w:val="1"/>
          <w:cs w:val="1"/>
          <w:color w:val="000000"/>
          <w:sz w:val="24"/>
          <w:szCs w:val="24"/>
        </w:rPr>
        <w:t>ﻓَﻜَﻤَﺎ لَا ﻳُﻤْﻜِﻦُ ﺍَﻥْ ﻳَﻜُﻮﻥَ ﺍﻟﻈَّﺮْﻑُ ﺍﻟَّﺬ۪ﻯ ﻭَﺿَﻊَ ﺍﻟﺴُّﻠْﻄَﺎﻥُ ﻓ۪ﻴﻪِ ﺍﻟْﻬَﺪِﻳَّﺔَ ﺍَﻭِ ﺍﻟْﻤَﻨْﺪ۪ﻳﻞُ ﺍﻟَّﺬ۪ﻯ ﻟَﻒَّ ﻓ۪ﻴﻪِ ﺍﻟْﻌَﻄِﻴَّﺔَ ﺍَﻭِ ﺍﻟﻨَّﻔَﺮُ ﺍﻟَّﺬ۪ﻯ ﺍَﺭْﺳَﻞَ ﻋَﻠٰﻰ ﻳَﺪِﻩِ ﺍﻟﻨِّﻌْﻤَﺔَ ﺍِﻟَﻴْﻚَ ﺷُﺮَﻛَﺎﺀَ ﻟﻠِﺴُّﻠْﻄَﺎﻥِ ﻓ۪ﻰ ﺳَﻠْﻄَﻨَﺘِﻪ۪ ﻛَﺬٰﻟِﻚَ لَا ﻳُﻤْﻜِﻦُ ﺍَﻥْ ﻳَﻜُﻮﻥَ الْاَسْبَابُ ﺍﻟْﻤُﺮْﺳَﻠَﺔُ ﻋَﻠٰﻰ ﺍَﻳْﺪ۪ﻳﻬِﻢُ ﺍﻟﻨِّﻌَﻢُ ﺍِﻟَﻴْﻨَﺎ ﻭَ ﺍﻟﻈُّﺮُﻭﻑُ ﺍﻟَّﺘ۪ﻰ ﻫِﻰَ ﺻَﻨَﺎﺩ۪ﻳﻖُ ﻟﻠِﻨِّﻌَﻢِ ﺍﻟْﻤُﺪَّﺧَﺮَﺓِ ﻟَﻨَﺎ ﻭَ الْاَسْبَابُ ﺍﻟَّﺘ۪ﻰ ﺍِﻟْﺘَﻔَّﺖْ ﻋَﻠٰﻰ ﻋَﻄَﺎﻳَﺎ ﺍِﻟٰﻬِﻴَّﺔٍ ﻣُﻬْﺪَﺍﺕٌ ﺍِﻟَﻴْﻨَﺎ ﺷُﺮَﻛَﺎﺀَ ﺍَﻋْﻮَﺍﻧًﺎ ﺍَﻭْ ﻭَﺳَﺎﺋِﻂَ ﻣُﺆَﺛِّﺮَﺓً ٠</w:t>
      </w:r>
      <w:r>
        <w:rPr>
          <w:rFonts w:ascii="Times New Roman" w:hAnsi="Times New Roman" w:eastAsia="Noto Serif SC" w:cs="Amiri"/>
          <w:lang w:val="zh-CN" w:eastAsia="zh-CN" w:bidi="ar-SA"/>
          <w:color w:val="000000"/>
          <w:rtl w:val="0"/>
        </w:rPr>
        <w:t xml:space="preserve">（正如君王把礼物放入容器，或用帕巾包好赠品，或派士兵把恩赐送给你，容器、帕巾、士兵都不可能成为君王王权的伙伴；同样，借诸原因的手把恩赐送给我们，容器储存为我们预备的恩赐，以及包裹在赠予我们的神圣礼物外面的诸原因，都不可能成为伙伴、助手或有效媒介）   </w:t>
      </w:r>
      <w:r>
        <w:rPr>
          <w:rFonts w:ascii="Amiri" w:hAnsi="Amiri" w:eastAsia="Amiri" w:cs="Amiri"/>
          <w:lang w:val="zh-CN" w:eastAsia="zh-CN" w:bidi="ar-SA"/>
          <w:rtl w:val="1"/>
          <w:cs w:val="1"/>
          <w:color w:val="000000"/>
          <w:sz w:val="24"/>
          <w:szCs w:val="24"/>
        </w:rPr>
        <w:t>ﺍَﻟْﻤَﺮْﺗَﺒَﺔُ ﺍﻟﺜَّﺎﻧِﻴَﺔُ</w:t>
      </w:r>
      <w:r>
        <w:rPr>
          <w:rFonts w:ascii="Times New Roman" w:hAnsi="Times New Roman" w:eastAsia="Noto Serif SC" w:cs="Amiri"/>
          <w:lang w:val="zh-CN" w:eastAsia="zh-CN" w:bidi="ar-SA"/>
          <w:color w:val="000000"/>
          <w:rtl w:val="0"/>
        </w:rPr>
        <w:t xml:space="preserve">（第二层级）， </w:t>
      </w:r>
      <w:r>
        <w:rPr>
          <w:rFonts w:ascii="Amiri" w:hAnsi="Amiri" w:eastAsia="Amiri" w:cs="Amiri"/>
          <w:lang w:val="zh-CN" w:eastAsia="zh-CN" w:bidi="ar-SA"/>
          <w:rtl w:val="1"/>
          <w:cs w:val="1"/>
          <w:color w:val="000000"/>
          <w:sz w:val="24"/>
          <w:szCs w:val="24"/>
        </w:rPr>
        <w:t>ﺟَﻞَّ جَلَالُهُ ﺍَﻟﻠّٰﻪُ ﺍَﻛْﺒَﺮُ ﻣِﻦْ ﻛُﻞِّ ﺷَﻰْﺀٍ ﻗُﺪْﺭَﺓً ﻭَ ﻋِﻠْﻤًﺎ ﺍِﺫْ ﻫُﻮَ الْخَلَّاقُ ﺍﻟْﻌَﻠ۪ﻴﻢُ ﺍﻟﺼَّﺎﻧِﻊُ ﺍﻟْﺤَﻜ۪ﻴﻢُ ﺍﻟﺮَّﺣْﻤٰﻦُ ﺍﻟﺮَّﺣ۪ﻴﻢُ ﺍﻟَّﺬ۪ﻯ ﻫٰﺬِﻩِ ﺍﻟْﻤَﻮْﺟُﻮﺩَﺍﺕُ الْاَرْضِيَّةُ ﻭَ الْاَجْرَامُ ﺍﻟْﻌُﻠْﻮِﻳَّﺔُ ﻓ۪ﻰ ﺑُﺴْﺘَﺎﻥِ ﺍﻟْﻜَﺎﺋِﻨَﺎﺕِ ﻣُﻌْﺠِﺰَﺍﺕُ ﻗُﺪْﺭَﺓِ خَلَّاقٍ ﻋَﻠ۪ﻴﻢٍ ﺑِﺎﻟْﺒَﺪَﺍﻫَﺔِ ٠</w:t>
      </w:r>
      <w:r>
        <w:rPr>
          <w:rFonts w:ascii="Times New Roman" w:hAnsi="Times New Roman" w:eastAsia="Noto Serif SC" w:cs="Amiri"/>
          <w:lang w:val="zh-CN" w:eastAsia="zh-CN" w:bidi="ar-SA"/>
          <w:color w:val="000000"/>
          <w:rtl w:val="0"/>
        </w:rPr>
        <w:t xml:space="preserve">（祂的威严至高无上。Allah至大，在权能与知识上超越一切。因为祂是不断创造者、全知者、技艺创造者、至睿者、慈悯普及万物者、至慈者。大地上的万有和高处的天体，在宇宙园圃中，显然都是这位不断创造、全知者权能的奇迹） </w:t>
      </w:r>
      <w:r>
        <w:rPr>
          <w:rFonts w:ascii="Amiri" w:hAnsi="Amiri" w:eastAsia="Amiri" w:cs="Amiri"/>
          <w:lang w:val="zh-CN" w:eastAsia="zh-CN" w:bidi="ar-SA"/>
          <w:rtl w:val="1"/>
          <w:cs w:val="1"/>
          <w:color w:val="000000"/>
          <w:sz w:val="24"/>
          <w:szCs w:val="24"/>
        </w:rPr>
        <w:t>ﻭَ ﻫٰﺬِﻩِ ﺍﻟﻨَّﺒَﺎﺗَﺎﺕُ ﺍﻟْﻤُﺘَﻠَﻮِّﻧَﺔُ ﺍﻟْﻤُﺘَﺰَﻳِّﻨَﺔُ ﺍﻟْﻤَﻨْﺜُﻮﺭَﺓُ ﻭَ ﻫٰﺬِﻩِ ﺍﻟْﺤَﻴْﻮَﺍﻧَﺎﺕُ ﺍﻟْﻤُﺘَﻨَﻮِّﻋَﺔُ ﺍﻟْﻤُﺘَﺒَﺮِّﺟَﺔُ ﺍﻟْﻤَﻨْﺸُﻮﺭَﺓُ ﻓ۪ﻰ ﺣَﺪ۪ﻳﻘَﺔِ الْاَرْضِ ﺧَﻮَﺍﺭِﻕُ ﺻَﻨْﻌَﺔِ ﺻَﺎﻧِﻊٍ ﺣَﻜ۪ﻴﻢٍ ﺑِﺎﻟﻀَّﺮُﻭﺭَﺓِ ﻭَ ﻫٰﺬِﻩِ الْاَزْهَارُ ﺍﻟْﻤُﺘَﺒَﺴِّﻤَﺔُ ﻭَ الْاَثْمَارُ ﺍﻟْﻤُﺘَﺰَﻳِّﻨَﺔُ ﻓ۪ﻰ ﺟِﻨَﺎﻥِ ﻫٰﺬِﻩِ ﺍﻟْﺤَﺪ۪ﻳﻘَﺔِ ﻫَﺪَﺍﻳَﺎﺀُ ﺭَﺣْﻤَﺔِ ﺭَﺣْﻤٰﻦٍ ﺭَﺣ۪ﻴﻢٍ ﺑِﺎﻟْﻤُﺸَﺎﻫَﺪَﺓِ ﺗَﺸْﻬَﺪُ ﻫَﺎﺗ۪ﻴﻚَ ﻭَ ﺗُﻨَﺎﺩ۪ﻯ ﺗَﺎﻙَ ﻭَ ﺗُﻌْﻠِﻦُ ﻫٰﺬِﻩ۪ ﺑِﺎَﻥَّ خَلَّاقَ ﻫَﺎﺗ۪ﻴﻚَ ﻭَ ﻣُﺼَﻮِّﺭَ ﺗَﺎﻙَ ﻭَ ﻭَﺍﻫِﺐَ ﻫٰﺬِﻩ۪ ﻋَﻠٰﻰ ﻛُﻞِّ ﺷَﻰْﺀٍ ﻗَﺪ۪ﻳﺮٌ ﻭَ ﺑِﻜُﻞِّ ﺷَﻰْﺀٍ ﻋَﻠ۪ﻴﻢٌ ﻗَﺪْ ﻭَﺳِﻊَ ﻛُﻞَّ ﺷَﻰْﺀٍ ﺭَﺣْﻤَﺔً ﻭَ ﻋِﻠْﻤًﺎ</w:t>
      </w:r>
      <w:r>
        <w:rPr>
          <w:rFonts w:ascii="Times New Roman" w:hAnsi="Times New Roman" w:eastAsia="Noto Serif SC" w:cs="Amiri"/>
          <w:lang w:val="zh-CN" w:eastAsia="zh-CN" w:bidi="ar-SA"/>
          <w:color w:val="000000"/>
          <w:rtl w:val="0"/>
        </w:rPr>
        <w:t xml:space="preserve">（这些形色各异、装饰华美、遍布林布的植物，和种类繁多、盛装修饰、散布各处的动物，在大地园圃中，必然是至睿创造者的超凡技艺之作。园中微笑的花朵与装饰的果实，亲眼目睹就是慈悯普及、至慈者慈悯的礼物。它们为此作证、呼唤并宣告：前两者的创造者、后两者的赋形者与恩赐赐予者，对一切全能、全知；祂的慈悯与知识包容万有） </w:t>
      </w:r>
      <w:r>
        <w:rPr>
          <w:rFonts w:ascii="Amiri" w:hAnsi="Amiri" w:eastAsia="Amiri" w:cs="Amiri"/>
          <w:lang w:val="zh-CN" w:eastAsia="zh-CN" w:bidi="ar-SA"/>
          <w:rtl w:val="1"/>
          <w:cs w:val="1"/>
          <w:color w:val="000000"/>
          <w:sz w:val="24"/>
          <w:szCs w:val="24"/>
        </w:rPr>
        <w:t>ﺗَﺘَﺴَﺎﻭٰﻯ ﺑِﺎﻟﻨِّﺴْﺒَﺔِ ﺍِﻟٰﻰ ﻗُﺪْﺭَﺗِﻪِ ﺍﻟﺬَّﺭَّﺍﺕُ ﻭَ ﺍﻟﻨُّﺠُﻮﻡُ ﻭَ ﺍﻟْﻘَﻠ۪ﻴﻞُ ﻭَ ﺍﻟْﻜَﺜ۪ﻴﺮُ ﻭَ ﺍﻟﺼَّﻐ۪ﻴﺮُ ﻭَ ﺍﻟْﻜَﺒ۪ﻴﺮُ ﻭَ ﺍﻟْﻤُﺘَﻨَﺎﻫ۪ﻰ ﻭَ ﻏَﻴْﺮُ ﺍﻟْﻤُﺘَﻨَﺎﻫ۪ﻰ</w:t>
      </w:r>
      <w:r>
        <w:rPr>
          <w:rFonts w:ascii="Times New Roman" w:hAnsi="Times New Roman" w:eastAsia="Noto Serif SC" w:cs="Amiri"/>
          <w:lang w:val="zh-CN" w:eastAsia="zh-CN" w:bidi="ar-SA"/>
          <w:color w:val="000000"/>
          <w:rtl w:val="0"/>
        </w:rPr>
        <w:t xml:space="preserve">（相对祂的权能，微粒与群星、少与多、小与大、有限与无限，全都相等） </w:t>
      </w:r>
      <w:r>
        <w:rPr>
          <w:rFonts w:ascii="Amiri" w:hAnsi="Amiri" w:eastAsia="Amiri" w:cs="Amiri"/>
          <w:lang w:val="zh-CN" w:eastAsia="zh-CN" w:bidi="ar-SA"/>
          <w:rtl w:val="1"/>
          <w:cs w:val="1"/>
          <w:color w:val="000000"/>
          <w:sz w:val="24"/>
          <w:szCs w:val="24"/>
        </w:rPr>
        <w:t>ﻭَ ﻛُﻞُّ ﺍﻟْﻮُﻗُﻮﻋَﺎﺕِ ﺍﻟْﻤَﺎﺿِﻴَّﺔِ ﻭَ ﻏَﺮَﺍﺋِﺒِﻬَﺎ ﻣُﻌْﺠِﺰَﺍﺕُ ﺻَﻨْﻌَﺔِ ﺻَﺎﻧِﻊٍ ﺣَﻜ۪ﻴﻢٍ ﺗَﺸْﻬَﺪُ ﻋَﻠٰﻰ ﺍَﻥَّ ﺫٰﻟِﻚَ ﺍﻟﺼَّﺎﻧِﻊَ ﻗَﺪ۪ﻳﺮٌ ﻋَﻠٰﻰ ﻛُﻞِّ الْاِمْكَانَاتِ الْاِسْتِقْبَالِيَّةِ ﻭَ ﻋَﺠَﺎﺋِﺒِﻬَﺎ ﺍِﺫْ ﻫُﻮَ الْخَلَّاقُ ﺍﻟْﻌَﻠ۪ﻴﻢُ ﻭَ ﺍﻟْﻌَﺰ۪ﻳﺰُ ﺍﻟْﺤَﻜ۪ﻴﻢُ ٠</w:t>
      </w:r>
      <w:r>
        <w:rPr>
          <w:rFonts w:ascii="Times New Roman" w:hAnsi="Times New Roman" w:eastAsia="Noto Serif SC" w:cs="Amiri"/>
          <w:lang w:val="zh-CN" w:eastAsia="zh-CN" w:bidi="ar-SA"/>
          <w:color w:val="000000"/>
          <w:rtl w:val="0"/>
        </w:rPr>
        <w:t xml:space="preserve">（过去的一切事件及其奇事，都是至睿技艺创造者的超凡之作。它们证明，那位技艺创造者对未来的一切可能及其奇妙，同样全能，因为祂是不断创造的全知者，也是至胜的至睿者） </w:t>
      </w:r>
      <w:r>
        <w:rPr>
          <w:rFonts w:ascii="Amiri" w:hAnsi="Amiri" w:eastAsia="Amiri" w:cs="Amiri"/>
          <w:lang w:val="zh-CN" w:eastAsia="zh-CN" w:bidi="ar-SA"/>
          <w:rtl w:val="1"/>
          <w:cs w:val="1"/>
          <w:color w:val="000000"/>
          <w:sz w:val="24"/>
          <w:szCs w:val="24"/>
        </w:rPr>
        <w:t>ﻓَﺴُﺒْﺤَﺎﻥَ ﻣَﻦْ ﺟَﻌَﻞَ ﺣَﺪ۪ﻳﻘَﺔَ ﺍَﺭْﺿِﻪ۪ ﻣَﺸْﻬَﺮَ ﺻَﻨْﻌَﺘِﻪ۪ ﻣَﺤْﺸَﺮَ ﻓِﻄْﺮَﺗِﻪ۪ ﻣَﻈْﻬَﺮَ ﻗُﺪْﺭَﺗِﻪ۪ ﻣَﺪَﺍﺭَ ﺣِﻜْﻤَﺘِﻪ۪ ﻣَﺰْﻫَﺮَ ﺭَﺣْﻤَﺘِﻪ۪ ﻣَﺰْﺭَﻉَ ﺟَﻨَّﺘِﻪ۪ ﻣَﻤَﺮَّ ﺍﻟْﻤَﺨْﻠُﻮﻗَﺎﺕِ ﻣَﺴ۪ﻴﻞَ ﺍﻟْﻤَﻮْﺟُﻮﺩَﺍﺕِ ﻣَﻜ۪ﻴﻞَ ﺍﻟْﻤَﺼْﻨُﻮﻋَﺎﺕِ ﻓَﻤُﺰَﻳَّﻦُ ﺍﻟْﺤَﻴْﻮَﺍﻧَﺎﺕِ ﻣُﻨَﻘَّﺶُ ﺍﻟﻄُّﻴُﻮﺭَﺍﺕِ ﻣُﺜَﻤَّﺮُ ﺍﻟﺸَّﺠَﺮَﺍﺕِ ﻣُﺰَﻫَّﺮُ ﺍﻟﻨَّﺒَﺎﺗَﺎﺕِ ﻣُﻌْﺠِﺰَﺍﺕُ ﻋِﻠْﻤِﻪ۪ ﺧَﻮَﺍﺭِﻕُ ﺻُﻨْﻌِﻪ۪ ﻫَﺪَﺍﻳَﺎﺀُ ﺟُﻮﺩِﻩ۪ ﺑَﺮَﺍﻫ۪ﻴﻦُ ﻟُﻄْﻔِﻪ۪ ٠</w:t>
      </w:r>
      <w:r>
        <w:rPr>
          <w:rFonts w:ascii="Times New Roman" w:hAnsi="Times New Roman" w:eastAsia="Noto Serif SC" w:cs="Amiri"/>
          <w:lang w:val="zh-CN" w:eastAsia="zh-CN" w:bidi="ar-SA"/>
          <w:color w:val="000000"/>
          <w:rtl w:val="0"/>
        </w:rPr>
        <w:t xml:space="preserve">（赞颂祂超绝一切缺欠。祂使大地园圃成为展示创造技艺的明场、汇集创造本性的聚场、彰显权能的显处、运转智慧的枢场、绽放慈悯的花苑、乐园的苗床、受造物往来的通道、万有流淌的水道、衡量创造之艺的尺度。妆饰的动物、描纹的禽鸟、结果的树木、开花的植物，都是祂知识的奇迹、技艺的非凡、慷慨的礼物、精妙的证据）   </w:t>
      </w:r>
      <w:r>
        <w:rPr>
          <w:rFonts w:ascii="Amiri" w:hAnsi="Amiri" w:eastAsia="Amiri" w:cs="Amiri"/>
          <w:lang w:val="zh-CN" w:eastAsia="zh-CN" w:bidi="ar-SA"/>
          <w:rtl w:val="1"/>
          <w:cs w:val="1"/>
          <w:color w:val="000000"/>
          <w:sz w:val="24"/>
          <w:szCs w:val="24"/>
        </w:rPr>
        <w:t>ﺗَﺒَﺴُّﻢُ الْاَزْهَارِ ﻣِﻦْ ﺯ۪ﻳﻨَﺔِ الْاَثْمَارِ، ﺗَﺴَﺠُّﻊُ الْاَطْيَارِ ﻓ۪ﻰ ﻧَﺴْﻤَﺔِ الْاَسْحَارِ، ﺗَﻬَﺰُّﺝُ الْاَمْطَارِ ﻋَﻠٰﻰ ﺧُﺪُﻭﺩِ الْاَزْهَارِ، ﺗَﺮَﺣُّﻢُ ﺍﻟْﻮَﺍﻟِﺪَﺍﺕِ ﻋَﻠَﻰ الْاَطْفَالِ ﺍﻟﺼِّﻐَﺎﺭِ، ﺗَﻌَﺮُّﻑُ ﻭَﺩُﻭﺩٍ، ﺗَﻮَﺩُّﺩُ ﺭَﺣْﻤَﺎﻥٍ، ﺗَﺮَﺣُّﻢُ ﺣَﻨَّﺎﻥٍ ﺗَﺤَﻨُّﻦُ ﻣَﻨَّﺎﻥٍ ﻟِﻠْﺠِﻦِّ ﻭَ الْاِنْسَانِ ﻭَ ﺍﻟﺮُّﻭﺡِ ﻭَ ﺍﻟْﺤَﻴْﻮَﺍﻥِ ﻭَ ﺍﻟْﻤَﻠَﻚِ ﻭَ ﺍﻟْﺠَﺎﻥِّ ٠</w:t>
      </w:r>
      <w:r>
        <w:rPr>
          <w:rFonts w:ascii="Times New Roman" w:hAnsi="Times New Roman" w:eastAsia="Noto Serif SC" w:cs="Amiri"/>
          <w:lang w:val="zh-CN" w:eastAsia="zh-CN" w:bidi="ar-SA"/>
          <w:color w:val="000000"/>
          <w:rtl w:val="0"/>
        </w:rPr>
        <w:t xml:space="preserve">（果实的装饰使花儿微笑，黎明的微风使鸟儿欢鸣，细雨在花瓣的面颊上欢欣跃动，母亲怜爱幼小的儿女——这一切，是钟爱者使人认识自己，是慈悯普及者的钟爱，是至慈爱者的怜惜，是广施恩泽者的深切眷爱，惠及精灵、人类、灵魂、动物、天使和一切精灵族类） </w:t>
      </w:r>
      <w:r>
        <w:rPr>
          <w:rFonts w:ascii="Amiri" w:hAnsi="Amiri" w:eastAsia="Amiri" w:cs="Amiri"/>
          <w:lang w:val="zh-CN" w:eastAsia="zh-CN" w:bidi="ar-SA"/>
          <w:rtl w:val="1"/>
          <w:cs w:val="1"/>
          <w:color w:val="000000"/>
          <w:sz w:val="24"/>
          <w:szCs w:val="24"/>
        </w:rPr>
        <w:t>ﻭَ ﺍﻟْﺒُﺬُﻭﺭُ ﻭَ الْاَثْمَارُ ﻭَ ﺍﻟْﺤُﺒُﻮﺏُ ﻭَ الْاَزْهَارُ ﻣُﻌْﺠِﺰَﺍﺕُ ﺍﻟْﺤِﻜْﻤَﺔِ ﺧَﻮَﺍﺭِﻕُ ﺍﻟﺼَّﻨْﻌَﺔِ ﻫَﺪَﺍﻳَﺎﺀُ ﺍﻟﺮَّﺣْﻤَﺔِ ﺑَﺮَﺍﻫ۪ﻴﻦُ ﺍﻟْﻮَﺣْﺪَﺓِ ﺷَﻮَﺍﻫِﺪُ ﻟُﻄْﻔِﻪ۪ ﻓ۪ﻰ ﺩَﺍﺭِ الْاٰخِرَةِ ﺷَﻮَﺍﻫِﺪُ ﺻَﺎﺩِﻗَﺔٌ ﺑِﺎَﻥَّ خَلَّاقَهَا ﻋَﻠٰﻰ ﻛُﻞِّ ﺷَﻰْﺀٍ ﻗَﺪ۪ﻳﺮٌ ﻭَ ﺑِﻜُﻞِّ ﺷَﻰْﺀٍ ﻋَﻠ۪ﻴﻢٌ ﻗَﺪْ ﻭَﺳِﻊَ ﻛُﻞَّ ﺷَﻰْﺀٍ ﺑِﺎﻟﺮَّﺣْﻤَﺔِ ﻭَ ﺍﻟْﻌِﻠْﻢِ ﻭَ ﺍﻟْﺨَﻠْﻖِ ﻭَ ﺍﻟﺘَّﺪْﺑ۪ﻴﺮِ ﻭَ ﺍﻟﺼُّﻨْﻊِ ﻭَ ﺍﻟﺘَّﺼْﻮ۪ﻳﺮِ ٠</w:t>
      </w:r>
      <w:r>
        <w:rPr>
          <w:rFonts w:ascii="Times New Roman" w:hAnsi="Times New Roman" w:eastAsia="Noto Serif SC" w:cs="Amiri"/>
          <w:lang w:val="zh-CN" w:eastAsia="zh-CN" w:bidi="ar-SA"/>
          <w:color w:val="000000"/>
          <w:rtl w:val="0"/>
        </w:rPr>
        <w:t xml:space="preserve">（种子、果实、谷粒和花朵，是智慧的奇迹、技艺的非凡、慈悯的礼物、独一的证据，也是祂在后世之宅精妙的见证。它们真实证明其创造者全能全知；祂以慈悯、知识、创造、治理、技艺和赋形包容万有） </w:t>
      </w:r>
      <w:r>
        <w:rPr>
          <w:rFonts w:ascii="Amiri" w:hAnsi="Amiri" w:eastAsia="Amiri" w:cs="Amiri"/>
          <w:lang w:val="zh-CN" w:eastAsia="zh-CN" w:bidi="ar-SA"/>
          <w:rtl w:val="1"/>
          <w:cs w:val="1"/>
          <w:color w:val="000000"/>
          <w:sz w:val="24"/>
          <w:szCs w:val="24"/>
        </w:rPr>
        <w:t>ﻓَﺎﻟﺸَّﻤْﺲُ ﻛَﺎﻟْﺒُﺬْﺭَﺓِ ﻭَ ﺍﻟﻨَّﺠْﻢُ ﻛَﺎﻟﺰُّﻫْﺮَﺓِ ﻭَ الْاَرْضُ ﻛَﺎﻟْﺤَﺒَّﺔِ لَا ﺗَﺜْﻘُﻞُ ﻋَﻠَﻴْﻪِ ﺑِﺎﻟْﺨَﻠْﻖِ ﻭَ ﺍﻟﺘَّﺪْﺑ۪ﻴﺮِ ﻭَ ﺍﻟﺼُّﻨْﻊِ ﻭَ ﺍﻟﺘَّﺼْﻮ۪ﻳﺮِ ٠</w:t>
      </w:r>
      <w:r>
        <w:rPr>
          <w:rFonts w:ascii="Times New Roman" w:hAnsi="Times New Roman" w:eastAsia="Noto Serif SC" w:cs="Amiri"/>
          <w:lang w:val="zh-CN" w:eastAsia="zh-CN" w:bidi="ar-SA"/>
          <w:color w:val="000000"/>
          <w:rtl w:val="0"/>
        </w:rPr>
        <w:t xml:space="preserve">（太阳如一粒种子，星辰如一朵花，大地如一粒谷；祂创造、治理、营造并赋形于它们，它们都不会成为祂的重负） </w:t>
      </w:r>
      <w:r>
        <w:rPr>
          <w:rFonts w:ascii="Amiri" w:hAnsi="Amiri" w:eastAsia="Amiri" w:cs="Amiri"/>
          <w:lang w:val="zh-CN" w:eastAsia="zh-CN" w:bidi="ar-SA"/>
          <w:rtl w:val="1"/>
          <w:cs w:val="1"/>
          <w:color w:val="000000"/>
          <w:sz w:val="24"/>
          <w:szCs w:val="24"/>
        </w:rPr>
        <w:t>ﻓَﺎﻟْﺒُﺬُﻭﺭُ ﻭَ الْاَثْمَارُ ﻣَﺮَﺍﻳَﺎﺀُ ﺍﻟْﻮَﺣْﺪَﺓِ ﻓ۪ﻰ ﺍَﻗْﻄَﺎﺭِ ﺍﻟْﻜَﺜْﺮَﺓِ ﺍِﺷَﺎﺭَﺍﺕُ ﺍﻟْﻘَﺪَﺭِ ﺭُﻣُﻮﺯَﺍﺕُ ﺍﻟْﻘُﺪْﺭَﺓِ ﺑِﺎَﻥَّ ﺗِﻠْﻚَ ﺍﻟْﻜَﺜْﺮَﺓَ ﻣِﻦْ ﻣَﻨْﺒَﻊِ ﺍﻟْﻮَﺣْﺪَﺓِ ﺗَﺼْﺪُﺭُ ﺷَﺎﻫِﺪَﺓً ﻟِﻮَﺣْﺪَﺓِ ﺍﻟْﻔَﺎﻃِﺮِ ﻓِﻰ ﺍﻟﺼُّﻨْﻊِ ﻭَ ﺍﻟﺘَّﺼْﻮ۪ﻳﺮِ ﺛُﻢَّ ﺍِﻟَﻰ ﺍﻟْﻮَﺣْﺪَﺓِ ﺗَﻨْﺘَﻬ۪ﻰ ﺫَﺍﻛِﺮَﺓً ﻟِﺤِﻜْﻤَﺔِ ﺍﻟﺼَّﺎﻧِﻊِ ﻓِﻰ ﺍﻟْﺨَﻠْﻖِ ﻭَ ﺍﻟﺘَّﺪْﺑ۪ﻴﺮِ ٠</w:t>
      </w:r>
      <w:r>
        <w:rPr>
          <w:rFonts w:ascii="Times New Roman" w:hAnsi="Times New Roman" w:eastAsia="Noto Serif SC" w:cs="Amiri"/>
          <w:lang w:val="zh-CN" w:eastAsia="zh-CN" w:bidi="ar-SA"/>
          <w:color w:val="000000"/>
          <w:rtl w:val="0"/>
        </w:rPr>
        <w:t xml:space="preserve">（种子与果实，是繁多地域中独一的镜子，是预定的指示、权能的隐示。它们证明繁多出自独一之源，见证开创者在技艺与赋形上的独一；又归于独一，提醒技艺创造者在创造与治理中的智慧） </w:t>
      </w:r>
      <w:r>
        <w:rPr>
          <w:rFonts w:ascii="Amiri" w:hAnsi="Amiri" w:eastAsia="Amiri" w:cs="Amiri"/>
          <w:lang w:val="zh-CN" w:eastAsia="zh-CN" w:bidi="ar-SA"/>
          <w:rtl w:val="1"/>
          <w:cs w:val="1"/>
          <w:color w:val="000000"/>
          <w:sz w:val="24"/>
          <w:szCs w:val="24"/>
        </w:rPr>
        <w:t>ﻭَ ﺗَﻠْﻮ۪ﻳﺤَﺎﺕُ ﺍﻟْﺤِﻜْﻤَﺔِ ﺑِﺎَﻥَّ ﺧَﺎﻟِﻖَ ﺍﻟْﻜُﻞِّ ﺑِﻜُﻠِّﻴَّﺔِ ﺍﻟﻨَّﻈَﺮِ ﺍِﻟَﻰ ﺍﻟْﺠُﺰْﺋِﻰِّ ﻳَﻨْﻈُﺮُ ﺛُﻢَّ ﺍِﻟٰﻰ ﺟُﺰْﺋِﻪ۪ ﺍِﺫْ ﺍِﻥْ ﻛَﺎﻥَ ﺛَﻤَﺮًﺍ ﻓَﻬُﻮَ ﺍﻟْﻤَﻘْﺼُﻮﺩُ الْاَظْهَرُ ﻣِﻦْ ﺧَﻠْﻖِ ﻫٰﺬَﺍ ﺍﻟﺸَّﺠَﺮِ ٠</w:t>
      </w:r>
      <w:r>
        <w:rPr>
          <w:rFonts w:ascii="Times New Roman" w:hAnsi="Times New Roman" w:eastAsia="Noto Serif SC" w:cs="Amiri"/>
          <w:lang w:val="zh-CN" w:eastAsia="zh-CN" w:bidi="ar-SA"/>
          <w:color w:val="000000"/>
          <w:rtl w:val="0"/>
        </w:rPr>
        <w:t xml:space="preserve">（智慧的暗示还表明：全有的创造者以普遍的眼光看待个别，再看其细节；若它是果实，就是这棵树被造的最明显目的） </w:t>
      </w:r>
      <w:r>
        <w:rPr>
          <w:rFonts w:ascii="Amiri" w:hAnsi="Amiri" w:eastAsia="Amiri" w:cs="Amiri"/>
          <w:lang w:val="zh-CN" w:eastAsia="zh-CN" w:bidi="ar-SA"/>
          <w:rtl w:val="1"/>
          <w:cs w:val="1"/>
          <w:color w:val="000000"/>
          <w:sz w:val="24"/>
          <w:szCs w:val="24"/>
        </w:rPr>
        <w:t>ﻓَﺎﻟْﺒَﺸَﺮُ ﺛَﻤَﺮٌ ﻟِﻬٰﺬِﻩِ ﺍﻟْﻜَﺎﺋِﻨَﺎﺕِ ﻓَﻬُﻮَ ﺍﻟْﻤَﻘْﺼُﻮﺩُ الْاَظْهَرُ ﻟِﺨَﺎﻟِﻖِ ﺍﻟْﻤَﻮْﺟُﻮﺩَﺍﺕِ ﻭَ ﺍﻟْﻘَﻠْﺐُ ﻛَﺎﻟﻨُّﻮَﺍﺓِ ﻓَﻬُﻮَ ﺍﻟْﻤِﺮْﺍٰﺓُ الْاَنْوَرُ ﻟِﺼَﺎﻧِﻊِ ﺍﻟْﻤَﺨْﻠُﻮﻗَﺎﺕِ ٠</w:t>
      </w:r>
      <w:r>
        <w:rPr>
          <w:rFonts w:ascii="Times New Roman" w:hAnsi="Times New Roman" w:eastAsia="Noto Serif SC" w:cs="Amiri"/>
          <w:lang w:val="zh-CN" w:eastAsia="zh-CN" w:bidi="ar-SA"/>
          <w:color w:val="000000"/>
          <w:rtl w:val="0"/>
        </w:rPr>
        <w:t xml:space="preserve">（人类是宇宙的果实，是万有的创造者最明显的目的；心灵如果核，是受造物的技艺创造者最明亮的镜子） </w:t>
      </w:r>
      <w:r>
        <w:rPr>
          <w:rFonts w:ascii="Amiri" w:hAnsi="Amiri" w:eastAsia="Amiri" w:cs="Amiri"/>
          <w:lang w:val="zh-CN" w:eastAsia="zh-CN" w:bidi="ar-SA"/>
          <w:rtl w:val="1"/>
          <w:cs w:val="1"/>
          <w:color w:val="000000"/>
          <w:sz w:val="24"/>
          <w:szCs w:val="24"/>
        </w:rPr>
        <w:t>ﻣِﻦْ ﻫٰﺬِﻩِ ﺍﻟْﺤِﻜْﻤَﺔِ فَالْاِنْسَانُ الْاَصْغَرُ ﻓ۪ﻰ ﻫٰﺬِﻩِ ﺍﻟْﻜَﺎﺋِﻨَﺎﺕِ ﻫُﻮَ ﺍﻟْﻤَﺪَﺍﺭُ الْاَظْهَرُ ﻟِﻠﻨَّﺸْﺮِ ﻭَ ﺍﻟْﻤَﺤْﺸَﺮِ   ﻓ۪ﻰ ﻫٰﺬِﻩِ ﺍﻟْﻤَﻮْﺟُﻮﺩَﺍﺕِ ﻭَ ﺍﻟﺘَّﺨْﺮ۪ﻳﺐِ ﻭَ ﺍﻟﺘَّﺒْﺪ۪ﻳﻞِ ﻭَ ﺍﻟﺘَّﺤْﻮ۪ﻳﻞِ ﻭَ ﺍﻟﺘَّﺠْﺪ۪ﻳﺪِ ﻟِﻬٰﺬِﻩِ ﺍﻟْﻜَﺎﺋِﻨَﺎﺕِ ٠</w:t>
      </w:r>
      <w:r>
        <w:rPr>
          <w:rFonts w:ascii="Times New Roman" w:hAnsi="Times New Roman" w:eastAsia="Noto Serif SC" w:cs="Amiri"/>
          <w:lang w:val="zh-CN" w:eastAsia="zh-CN" w:bidi="ar-SA"/>
          <w:color w:val="000000"/>
          <w:rtl w:val="0"/>
        </w:rPr>
        <w:t xml:space="preserve">（由此智慧，宇宙中的微小人类，是万有播散与聚集、拆毁与更换、转化与更新最明显的枢纽） </w:t>
      </w:r>
      <w:r>
        <w:rPr>
          <w:rFonts w:ascii="Amiri" w:hAnsi="Amiri" w:eastAsia="Amiri" w:cs="Amiri"/>
          <w:lang w:val="zh-CN" w:eastAsia="zh-CN" w:bidi="ar-SA"/>
          <w:rtl w:val="1"/>
          <w:cs w:val="1"/>
          <w:color w:val="000000"/>
          <w:sz w:val="24"/>
          <w:szCs w:val="24"/>
        </w:rPr>
        <w:t>ﺍَﻟﻠّٰﻪُ ﺍَﻛْﺒَﺮُ ﻳَﺎ ﻛَﺒ۪ﻴﺮُ ﺍَﻧْﺖَ ﺍﻟَّﺬ۪ﻯ لَا ﺗَﻬْﺪِﻯ ﺍﻟْﻌُﻘُﻮﻝُ ﻟِﻜُﻨْﻪِ ﻋَﻈَﻤَﺘِﻪِ ٠</w:t>
      </w:r>
      <w:r>
        <w:rPr>
          <w:rFonts w:ascii="Times New Roman" w:hAnsi="Times New Roman" w:eastAsia="Noto Serif SC" w:cs="Amiri"/>
          <w:lang w:val="zh-CN" w:eastAsia="zh-CN" w:bidi="ar-SA"/>
          <w:color w:val="000000"/>
          <w:rtl w:val="0"/>
        </w:rPr>
        <w:t xml:space="preserve">（Allah至大。至大者啊，理智无法引导人认识您宏大的真实本质，您正是那一位） </w:t>
      </w:r>
      <w:r>
        <w:rPr>
          <w:rFonts w:ascii="Amiri" w:hAnsi="Amiri" w:eastAsia="Amiri" w:cs="Amiri"/>
          <w:lang w:val="zh-CN" w:eastAsia="zh-CN" w:bidi="ar-SA"/>
          <w:rtl w:val="1"/>
          <w:cs w:val="1"/>
          <w:color w:val="000000"/>
          <w:sz w:val="24"/>
          <w:szCs w:val="24"/>
        </w:rPr>
        <w:t>ﻛِﻪ</w:t>
      </w:r>
      <w:r>
        <w:rPr>
          <w:rFonts w:ascii="Times New Roman" w:hAnsi="Times New Roman" w:eastAsia="Noto Serif SC" w:cs="Amiri"/>
          <w:lang w:val="zh-CN" w:eastAsia="zh-CN" w:bidi="ar-SA"/>
          <w:color w:val="000000"/>
          <w:rtl w:val="0"/>
        </w:rPr>
        <w:t xml:space="preserve">（即说：）， </w:t>
      </w:r>
      <w:r>
        <w:rPr>
          <w:rFonts w:ascii="Amiri" w:hAnsi="Amiri" w:eastAsia="Amiri" w:cs="Amiri"/>
          <w:lang w:val="zh-CN" w:eastAsia="zh-CN" w:bidi="ar-SA"/>
          <w:rtl w:val="1"/>
          <w:cs w:val="1"/>
          <w:color w:val="000000"/>
          <w:sz w:val="24"/>
          <w:szCs w:val="24"/>
        </w:rPr>
        <w:t>لَا ﺍِﻟٰﻪَ اِلَّا ﻫُﻮَ ﺑَﺮَﺍﺑَﺮْ ﻣ۪ﻰ ﺯَﻧَﻨْﺪ ﻫَﺮْﺷَﻰْ ﺩَﻣَﺎﺩَﻡْ ﺟُﻮﻳَﺪَﻧْﺪ ﻳَﺎ ﺣَﻖّ ﺳَﺮَﺍﺳَﺮْ ﮔُﻮﻳَﺪَﻧْﺪ ﻳَﺎ ﺣَﻰّ ﺍَﻟْﻤَﺮْﺗَﺒَﺔُ ﺍﻟﺜَّﺎﻟِﺜَﺔُ</w:t>
      </w:r>
      <w:r>
        <w:rPr>
          <w:rFonts w:ascii="Times New Roman" w:hAnsi="Times New Roman" w:eastAsia="Noto Serif SC" w:cs="Amiri"/>
          <w:lang w:val="zh-CN" w:eastAsia="zh-CN" w:bidi="ar-SA"/>
          <w:color w:val="000000"/>
          <w:rtl w:val="0"/>
        </w:rPr>
        <w:t xml:space="preserve">（除祂之外，别无应受崇拜者。万物都不断地向真实主宰祈求；它们自始至终都在向永生者呼救。第三层级）， </w:t>
      </w:r>
      <w:r>
        <w:rPr>
          <w:rStyle w:val="FootnoteReference"/>
        </w:rPr>
        <w:footnoteReference w:id="57"/>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﴾ﺍ۪ﻳﻀَﺎﺣُﻬَﺎ ﻓ۪ﻰ ﺭَﺍْﺱِ ﺍﻟْﻤَﻮْﻗِﻒِ ﺍﻟﺜَّﺎﻟِﺚِ ﻣِﻦَ ﺍﻟﺮِّﺳَﺎﻟَﺔِ ﺍﻟﺜَّﺎﻧِﻴَﺔِ ﻭَ ثَلَاث۪ينَ﴿ ﺍَﻟﻠّٰﻪُ ﺍَﻛْﺒَﺮُ ﻣِﻦْ ﻛُﻞِّ ﺷَﻰْﺀٍ ﻗُﺪْﺭَﺓً ﻭَ ﻋِﻠْﻤًﺎ ﺍِﺫْ ﻫُﻮَ ﺍﻟْﻘَﺪ۪ﻳﺮُ ﺍﻟْﻤُﻘَﺪِّﺭُ ﺍﻟْﻌَﻠ۪ﻴﻢُ ﺍﻟْﺤَﻜ۪ﻴﻢُ ﺍﻟْﻤُﺼَﻮِّﺭُ ﺍﻟْﻜَﺮ۪ﻳﻢُ ﺍﻟﻠَّﻄ۪ﻴﻒُ ﺍﻟْﻤُﺰَﻳِّﻦُ ﺍﻟْﻤُﻨْﻌِﻢُ ﺍﻟْﻮَﺩُﻭﺩُ ﺍﻟْﻤُﺘَﻌَﺮِّﻑُ ﺍﻟﺮَّﺣْﻤٰﻦُ ﺍﻟﺮَّﺣ۪ﻴﻢُ ﺍﻟْﻤُﺘَﺤَﻨِّﻦُ ﺍﻟْﺠَﻤ۪ﻴﻞُ ﺫُﻭ ﺍﻟْﺠَﻤَﺎﻝِ ﻭَ ﺍﻟْﻜَﻤَﺎﻝِ ﺍﻟْﻤُﻄْﻠَﻖِ ﺍﻟﻨَّﻘَّﺎﺵُ الْاَزَلِىُّ ﺍﻟَّﺬ۪ﻯ ﻣَﺎﺣَﻘَﺎﺋِﻖُ ﻫٰﺬِﻩِ ﺍﻟْﻜَﺎﺋِﻨَﺎﺕِ كُلًّا ﻭَ ﺍَﺟْﺰَﺍﺀً ﻭَ ﺻَﺤَﺎﺋِﻒَ ﻭَ ﻃَﺒَﻘَﺎﺕٍ ﻭَ ﻣَﺎ ﺣَﻘَﺎﺋِﻖُ ﻫٰﺬِﻩِ ﺍﻟْﻤَﻮْﺟُﻮﺩَﺍﺕِ ﻛُﻠِّﻴًّﺎ ﻭَ ﺟُﺰْﺋِﻴًّﺎ ﻭَ ﻭُﺟُﻮﺩًﺍ ﻭَ ﺑَﻘَﺎﺀً اِلَّا ﻭَ ﻫِﻰَ ﺧُﻄُﻮﻁُ ﻗَﻠَﻢِ ﻗَﻀَﺎﺋِﻪ۪ ﻭَ ﻗَﺪَﺭِﻩ۪ ﺑِﺘَﻨْﻈ۪ﻴﻢٍ ﻭَ ﺗَﻘْﺪ۪ﻳﺮٍ ﻭَ ﻋِﻠْﻢٍ ﻭَ ﺣِﻜْﻤَﺔٍ</w:t>
      </w:r>
      <w:r>
        <w:rPr>
          <w:rFonts w:ascii="Times New Roman" w:hAnsi="Times New Roman" w:eastAsia="Noto Serif SC" w:cs="Amiri"/>
          <w:lang w:val="zh-CN" w:eastAsia="zh-CN" w:bidi="ar-SA"/>
          <w:color w:val="000000"/>
          <w:rtl w:val="0"/>
        </w:rPr>
        <w:t xml:space="preserve">（其阐释见《第三十二言》第三停驻处开头。Allah至大，在权能与知识上超越一切。因为祂是全能者、量定者、全知者、至睿者、赋形者、至慷慨者、精妙入微者、装饰者、施恩者、富怀深爱者、使自身被认识者、慈悯普及万物者、至慈者、深切怜爱者、至美者，是具有绝对优美与完善者，是无始的纹饰大师。宇宙的真实本质，无论整体与部分、书页与层次；万有的真实本质，无论普遍与个别、存在与长存，都无非是以秩序、量定、知识和智慧写成的祂判定与预定之笔的线条） </w:t>
      </w:r>
      <w:r>
        <w:rPr>
          <w:rFonts w:ascii="Amiri" w:hAnsi="Amiri" w:eastAsia="Amiri" w:cs="Amiri"/>
          <w:lang w:val="zh-CN" w:eastAsia="zh-CN" w:bidi="ar-SA"/>
          <w:rtl w:val="1"/>
          <w:cs w:val="1"/>
          <w:color w:val="000000"/>
          <w:sz w:val="24"/>
          <w:szCs w:val="24"/>
        </w:rPr>
        <w:t>ﻭَ اِلَّا ﻧُﻘُﻮﺵُ ﭘَﺮْﻛَﺎﺭِ ﻋِﻠْﻤِﻪ۪ ﻭَ ﺣِﻜْﻤَﺘِﻪ۪ ﺑِﺼُﻨْﻊٍ ﻭَ ﺗَﺼْﻮ۪ﻳﺮٍ</w:t>
      </w:r>
      <w:r>
        <w:rPr>
          <w:rFonts w:ascii="Times New Roman" w:hAnsi="Times New Roman" w:eastAsia="Noto Serif SC" w:cs="Amiri"/>
          <w:lang w:val="zh-CN" w:eastAsia="zh-CN" w:bidi="ar-SA"/>
          <w:color w:val="000000"/>
          <w:rtl w:val="0"/>
        </w:rPr>
        <w:t xml:space="preserve">（也无非是祂知识与智慧的圆规所描绘、并由创造与赋形完成的纹饰） </w:t>
      </w:r>
      <w:r>
        <w:rPr>
          <w:rFonts w:ascii="Amiri" w:hAnsi="Amiri" w:eastAsia="Amiri" w:cs="Amiri"/>
          <w:lang w:val="zh-CN" w:eastAsia="zh-CN" w:bidi="ar-SA"/>
          <w:rtl w:val="1"/>
          <w:cs w:val="1"/>
          <w:color w:val="000000"/>
          <w:sz w:val="24"/>
          <w:szCs w:val="24"/>
        </w:rPr>
        <w:t>ﻭَ اِلَّا ﺗَﺰْﻳ۪ﻴﻨَﺎﺕُ ﻳَﺪِ ﺑَﻴْﻀَﺎﺀِ ﺻُﻨْﻌِﻪ۪ ﻭَ ﺗَﺼْﻮ۪ﻳﺮِﻩ۪ ﻭَ ﺗَﺰْﻳ۪ﻴﻨِﻪ۪   ﻭَ ﺗَﻨْﻮ۪ﻳﺮِﻩ۪ ﺑِﻠُﻄْﻒٍ ﻭَ ﻛَﺮَﻡٍ</w:t>
      </w:r>
      <w:r>
        <w:rPr>
          <w:rFonts w:ascii="Times New Roman" w:hAnsi="Times New Roman" w:eastAsia="Noto Serif SC" w:cs="Amiri"/>
          <w:lang w:val="zh-CN" w:eastAsia="zh-CN" w:bidi="ar-SA"/>
          <w:color w:val="000000"/>
          <w:rtl w:val="0"/>
        </w:rPr>
        <w:t xml:space="preserve">（也无非是祂洁白之手所施加的装饰，是祂创造、赋形、装饰和光照的作品，全都出于精妙与慷慨） </w:t>
      </w:r>
      <w:r>
        <w:rPr>
          <w:rFonts w:ascii="Amiri" w:hAnsi="Amiri" w:eastAsia="Amiri" w:cs="Amiri"/>
          <w:lang w:val="zh-CN" w:eastAsia="zh-CN" w:bidi="ar-SA"/>
          <w:rtl w:val="1"/>
          <w:cs w:val="1"/>
          <w:color w:val="000000"/>
          <w:sz w:val="24"/>
          <w:szCs w:val="24"/>
        </w:rPr>
        <w:t>ﻭَ اِلَّا ﺍَﺯَﺍﻫ۪ﻴﺮُ ﻟَﻄَﺎﺋِﻒِ ﻟُﻄْﻔِﻪ۪ ﻭَ ﻛَﺮَﻣِﻪ۪ ﻭَ ﺗَﻌَﺮُّﻓِﻪ۪ ﻭَ ﺗَﻮَﺩُّﺩِﻩ۪ ﺑِﺮَﺣْﻤَﺔٍ ﻭَ ﻧِﻌْﻤَﺔٍ</w:t>
      </w:r>
      <w:r>
        <w:rPr>
          <w:rFonts w:ascii="Times New Roman" w:hAnsi="Times New Roman" w:eastAsia="Noto Serif SC" w:cs="Amiri"/>
          <w:lang w:val="zh-CN" w:eastAsia="zh-CN" w:bidi="ar-SA"/>
          <w:color w:val="000000"/>
          <w:rtl w:val="0"/>
        </w:rPr>
        <w:t xml:space="preserve">（也无非是祂精妙、慷慨、使自身被认识并施以钟爱所呈现的幽美花朵，全都带着慈悯与恩赐） </w:t>
      </w:r>
      <w:r>
        <w:rPr>
          <w:rFonts w:ascii="Amiri" w:hAnsi="Amiri" w:eastAsia="Amiri" w:cs="Amiri"/>
          <w:lang w:val="zh-CN" w:eastAsia="zh-CN" w:bidi="ar-SA"/>
          <w:rtl w:val="1"/>
          <w:cs w:val="1"/>
          <w:color w:val="000000"/>
          <w:sz w:val="24"/>
          <w:szCs w:val="24"/>
        </w:rPr>
        <w:t>ﻭَ اِلَّا ﺛَﻤَﺮَﺍﺕُ ﻓَﻴَّﺎﺽِ ﻋَﻴْﻦِ ﺭَﺣْﻤَﺘِﻪ۪ ﻭَ ﻧِﻌْﻤَﺘِﻪ۪ ﻭَ ﺗَﺮَﺣُّﻤِﻪ۪ ﻭَ ﺗَﺤَﻨُّﻨِﻪ۪ ﺑِﺠَﻤَﺎﻝٍ ﻭَ ﻛَﻤَﺎﻝٍ</w:t>
      </w:r>
      <w:r>
        <w:rPr>
          <w:rFonts w:ascii="Times New Roman" w:hAnsi="Times New Roman" w:eastAsia="Noto Serif SC" w:cs="Amiri"/>
          <w:lang w:val="zh-CN" w:eastAsia="zh-CN" w:bidi="ar-SA"/>
          <w:color w:val="000000"/>
          <w:rtl w:val="0"/>
        </w:rPr>
        <w:t xml:space="preserve">（也无非是祂慈悯与恩赐丰涌之泉、祂怜爱与深切眷爱所结的果实，全都带着优美与完善） </w:t>
      </w:r>
      <w:r>
        <w:rPr>
          <w:rFonts w:ascii="Amiri" w:hAnsi="Amiri" w:eastAsia="Amiri" w:cs="Amiri"/>
          <w:lang w:val="zh-CN" w:eastAsia="zh-CN" w:bidi="ar-SA"/>
          <w:rtl w:val="1"/>
          <w:cs w:val="1"/>
          <w:color w:val="000000"/>
          <w:sz w:val="24"/>
          <w:szCs w:val="24"/>
        </w:rPr>
        <w:t>ﻭَ اِلَّا ﻟَﻤَﻌَﺎﺕُ ﺟَﻤَﺎﻝٍ ﺳَﺮْﻣَﺪِﻯٍّ ﻭَ ﻛَﻤَﺎﻝٍ ﺩَﻳْﻤُﻮﻣِﻰٍّ ﺑِﺸَﻬَﺎﺩَﺓِ ﺗَﻔَﺎﻧِﻴَﺔِ ﺍﻟْﻤَﺮَﺍﻳَﺎ ﻭَ ﺳَﻴَّﺎﻟِﻴَّﺔِ ﺍﻟْﻤَﻈَﺎﻫِﺮِ ﻣَﻊَ ﺩَﻭَﺍﻡِ ﺗَﺠَﻠِّﻰ ﺍﻟْﺠَﻤَﺎﻝِ ﻋَﻠٰﻰ ﻣَﺮِّ ﺍﻟْﻔُﺼُﻮﻝِ ﻭَ ﺍﻟْﻌُﺼُﻮﺭِ ﻭَ الْاَدْوَارِ ﻭَ ﻣَﻊَ ﺩَﻭَﺍﻡِ الْاِنْعَامِ ﻋَﻠٰﻰ ﻣَﺮِّ الْاَنَامِ ﻭَ الْاَيَّامِ ﻭَ الْاَعْوَامِ ٠</w:t>
      </w:r>
      <w:r>
        <w:rPr>
          <w:rFonts w:ascii="Times New Roman" w:hAnsi="Times New Roman" w:eastAsia="Noto Serif SC" w:cs="Amiri"/>
          <w:lang w:val="zh-CN" w:eastAsia="zh-CN" w:bidi="ar-SA"/>
          <w:color w:val="000000"/>
          <w:rtl w:val="0"/>
        </w:rPr>
        <w:t xml:space="preserve">（也无非是无始之美与恒常完善的闪光。镜子会消亡，彰显处不断流转；但美在四季、时代和世代更迭中不断彰显，慈悯与施恩也在人类、日子和岁月流转中不断延续） </w:t>
      </w:r>
      <w:r>
        <w:rPr>
          <w:rFonts w:ascii="Amiri" w:hAnsi="Amiri" w:eastAsia="Amiri" w:cs="Amiri"/>
          <w:lang w:val="zh-CN" w:eastAsia="zh-CN" w:bidi="ar-SA"/>
          <w:rtl w:val="1"/>
          <w:cs w:val="1"/>
          <w:color w:val="000000"/>
          <w:sz w:val="24"/>
          <w:szCs w:val="24"/>
        </w:rPr>
        <w:t>ﻧَﻌَﻢْ ﺗَﻔَﺎﻧِﻰ ﺍﻟْﻤِﺮْﺍٰﺓِ ﺯَﻭَﺍﻝُ ﺍﻟْﻤَﻮْﺟُﻮﺩَﺍﺕِ ﻣَﻊَ ﺍﻟﺘَّﺠَﻠِّﻰ ﺍﻟﺪَّﺍﺋِﻢِ ﻣَﻊَ ﺍﻟْﻔَﻴْﺾِ الْمُلَازِمِ ﻣِﻦْ ﺍَﻇْﻬَﺮِ ﺍﻟﻈَّﻮَﺍﻫِﺮِ ﻣِﻦْ ﺍَﺑْﻬَﺮِ ﺍﻟْﺒَﻮَﺍﻫِﺮِ ﻋَﻠٰﻰ ﺍَﻥَّ ﺍﻟْﺠَﻤَﺎﻝَ ﺍﻟﻈَّﺎﻫِﺮَ ﺍَﻥَّ ﺍﻟْﻜَﻤَﺎﻝَ ﺍﻟﺰَّﺍﻫِﺮَ ﻟَﻴْﺴَﺎ ﻣُﻠْﻚَ ﺍﻟْﻤَﻈَﺎﻫِﺮِ ﻣِﻦْ ﺍَﻓْﺼَﺢِ ﺗِﺒْﻴَﺎﻥٍ ﻣِﻦْ ﺍَﻭْﺿَﺢِ ﺑُﺮْﻫَﺎﻥٍ ﻟِﻠْﺠَﻤَﺎﻝِ ﺍﻟْﻤُﺠَﺮَّﺩِ لِلْاِحْسَانِ ﺍﻟْﻤُﺠَﺪَّﺩِ ﻟِﻠْﻮَﺍﺟِﺐِ ﺍﻟْﻮُﺟُﻮﺩِ ﻟِﻠْﺒَﺎﻗِﻰ ﺍﻟْﻮَﺩُﻭﺩِ ٠</w:t>
      </w:r>
      <w:r>
        <w:rPr>
          <w:rFonts w:ascii="Times New Roman" w:hAnsi="Times New Roman" w:eastAsia="Noto Serif SC" w:cs="Amiri"/>
          <w:lang w:val="zh-CN" w:eastAsia="zh-CN" w:bidi="ar-SA"/>
          <w:color w:val="000000"/>
          <w:rtl w:val="0"/>
        </w:rPr>
        <w:t xml:space="preserve">（是的，镜子会消亡，万有会消逝，但彰显恒常，恩泽持续；从最明显的显现到最耀眼的光华，这一切都证明：显现的美、彰显的完善，不属于这些彰显处。对于存在为必然者、永存而富怀深爱者那超绝的优美与常新的美善，这是最雄辩的阐明、最明晰的证据） </w:t>
      </w:r>
      <w:r>
        <w:rPr>
          <w:rFonts w:ascii="Amiri" w:hAnsi="Amiri" w:eastAsia="Amiri" w:cs="Amiri"/>
          <w:lang w:val="zh-CN" w:eastAsia="zh-CN" w:bidi="ar-SA"/>
          <w:rtl w:val="1"/>
          <w:cs w:val="1"/>
          <w:color w:val="000000"/>
          <w:sz w:val="24"/>
          <w:szCs w:val="24"/>
        </w:rPr>
        <w:t>ﻧَﻌَﻢْ فَالْاَثَرُ ﺍﻟْﻤُﻜَﻤَّﻞُ ﻳَﺪُﻝُّ ﺑِﺎﻟْﺒَﺪَﺍﻫَﺔِ ﻋَﻠَﻰ ﺍﻟْﻔِﻌْﻞِ ﺍﻟْﻤُﻜَﻤَّﻞِ ﺛُﻢَّ ﺍﻟْﻔِﻌْﻞُ ﺍﻟْﻤُﻜَﻤَّﻞُ ﻳَﺪُﻝُّ ﺑِﺎﻟﻀَّﺮُﻭﺭَﺓِ ﻋَﻠَﻰ الْاِسْمِ ﺍﻟْﻤُﻜَﻤَّﻞِ ﻭَ ﺍﻟْﻔَﺎﻋِﻞِ ﺍﻟْﻤُﻜَﻤَّﻞِ ﺛُﻢَّ الْاِسْمُ ﺍﻟْﻤُﻜَﻤَّﻞُ ﻳَﺪُﻝُّ بِلَا ﺭَﻳْﺐٍ ﻋَﻠَﻰ ﺍﻟْﻮَﺻْﻒِ ﺍﻟْﻤُﻜَﻤَّﻞِ ﺛُﻢَّ ﺍﻟْﻮَﺻْﻒُ ﺍﻟْﻤُﻜَﻤَّﻞُ ﻳَﺪُﻝُّ بِلَا ﺷَﻚٍّ ﻋَﻠَﻰ ﺍﻟﺸَّﺎْﻥِ ﺍﻟْﻤُﻜَﻤَّﻞِ ﺛُﻢَّ ﺍﻟﺸَّﺎْﻥُ ﺍﻟْﻤُﻜَﻤَّﻞُ ﻳَﺪُﻝُّ ﺑِﺎﻟْﻴَﻘ۪ﻴﻦِ ﻋَﻠٰﻰ ﻛَﻤَﺎﻝِ ﺍﻟﺬَّﺍﺕِ ﺑِﻤَﺎ ﻳَﻠ۪ﻴﻖُ ﺑِﺎﻟﺬَّﺍﺕِ ﻭَ ﻫُﻮَ ﺍﻟْﺤَﻖُّ ﺍﻟْﻴَﻘ۪ﻴﻦُ ٠</w:t>
      </w:r>
      <w:r>
        <w:rPr>
          <w:rFonts w:ascii="Times New Roman" w:hAnsi="Times New Roman" w:eastAsia="Noto Serif SC" w:cs="Amiri"/>
          <w:lang w:val="zh-CN" w:eastAsia="zh-CN" w:bidi="ar-SA"/>
          <w:color w:val="000000"/>
          <w:rtl w:val="0"/>
        </w:rPr>
        <w:t xml:space="preserve">（完善的迹象自然直接表明完善的行为；完善的行为必然表明完善的尊名与完善的行者；完善的尊名无疑表明完善的属性；完善的属性无疑表明完善的品位；完善的品位则以确凿之知表明本体的完善，恰合其本体。祂是确凿无疑的真实主宰Allah） </w:t>
      </w:r>
      <w:r>
        <w:rPr>
          <w:rFonts w:ascii="Amiri" w:hAnsi="Amiri" w:eastAsia="Amiri" w:cs="Amiri"/>
          <w:lang w:val="zh-CN" w:eastAsia="zh-CN" w:bidi="ar-SA"/>
          <w:rtl w:val="1"/>
          <w:cs w:val="1"/>
          <w:color w:val="000000"/>
          <w:sz w:val="24"/>
          <w:szCs w:val="24"/>
        </w:rPr>
        <w:t>ﺍَﻟْﻤَﺮْﺗَﺒَﺔُ ﺍﻟﺮَّﺍﺑِﻌَﺔُ</w:t>
      </w:r>
      <w:r>
        <w:rPr>
          <w:rFonts w:ascii="Times New Roman" w:hAnsi="Times New Roman" w:eastAsia="Noto Serif SC" w:cs="Amiri"/>
          <w:lang w:val="zh-CN" w:eastAsia="zh-CN" w:bidi="ar-SA"/>
          <w:color w:val="000000"/>
          <w:rtl w:val="0"/>
        </w:rPr>
        <w:t xml:space="preserve">（第四层级）， </w:t>
      </w:r>
      <w:r>
        <w:rPr>
          <w:rFonts w:ascii="Amiri" w:hAnsi="Amiri" w:eastAsia="Amiri" w:cs="Amiri"/>
          <w:lang w:val="zh-CN" w:eastAsia="zh-CN" w:bidi="ar-SA"/>
          <w:rtl w:val="1"/>
          <w:cs w:val="1"/>
          <w:color w:val="000000"/>
          <w:sz w:val="24"/>
          <w:szCs w:val="24"/>
        </w:rPr>
        <w:t>ﺟَﻞَّ جَلَالُهُ ﺍَﻟﻠّٰﻪُ ﺍَﻛْﺒَﺮُ ﺍِﺫْ ﻫُﻮَ ﺍﻟْﻌَﺪْﻝُ ﺍﻟْﻌَﺎﺩِﻝُ ﺍﻟْﺤَﻜَﻢُ ﺍﻟْﺤَﺎﻛِﻢُ ﺍﻟْﺤَﻜ۪ﻴﻢُ الْاَزَلِىُّ ﺍﻟَّﺬ۪ﻯ ﺍَﺳَّﺲَ ﺑُﻨْﻴَﺎﻥَ ﺷَﺠَﺮَﺓِ ﻫٰﺬِﻩِ ﺍﻟْﻜَﺎﺋِﻨَﺎﺕِ ﻓ۪ﻰ ﺳِﺘَّﺔِ ﺍَﻳَّﺎﻡٍ ﺑِﺎُﺻُﻮﻝِ ﻣَﺸ۪ﻴﺌَﺘِﻪ۪   ﻭَ ﺣِﻜْﻤَﺘِﻪ۪ ﻭَ ﻓَﺼَّﻠَﻬَﺎ ﺑِﺪَﺳَﺎﺗ۪ﻴﺮِ ﻗَﻀَﺎﺋِﻪ۪ ﻭَ ﻗَﺪَﺭِﻩ۪ ﻭَ ﻧَﻈَّﻤَﻬَﺎ ﺑِﻘَﻮَﺍﻧ۪ﻴﻦِ ﻋَﺎﺩَﺗِﻪ۪ ﻭَ ﺳُﻨَّﺘِﻪ۪ ﻭَ ﺯَﻳَّﻨَﻬَﺎ ﺑِﻨَﻮَﺍﻣ۪ﻴﺲِ ﻋِﻨَﺎﻳَﺘِﻪ۪ ﻭَ ﺭَﺣْﻤَﺘِﻪ۪</w:t>
      </w:r>
      <w:r>
        <w:rPr>
          <w:rFonts w:ascii="Times New Roman" w:hAnsi="Times New Roman" w:eastAsia="Noto Serif SC" w:cs="Amiri"/>
          <w:lang w:val="zh-CN" w:eastAsia="zh-CN" w:bidi="ar-SA"/>
          <w:color w:val="000000"/>
          <w:rtl w:val="0"/>
        </w:rPr>
        <w:t xml:space="preserve">（祂的威严至高无上。Allah至大，因为祂是公正本身、行公正者、裁决者、治理者、无始的至睿者。祂在六日内，以祂意志和智慧的原则，建立宇宙之树的架构；以判定与预定的律则详加区分；以祂常道和定制安排；以祂眷顾和慈悯的法规加以装饰） </w:t>
      </w:r>
      <w:r>
        <w:rPr>
          <w:rFonts w:ascii="Amiri" w:hAnsi="Amiri" w:eastAsia="Amiri" w:cs="Amiri"/>
          <w:lang w:val="zh-CN" w:eastAsia="zh-CN" w:bidi="ar-SA"/>
          <w:rtl w:val="1"/>
          <w:cs w:val="1"/>
          <w:color w:val="000000"/>
          <w:sz w:val="24"/>
          <w:szCs w:val="24"/>
        </w:rPr>
        <w:t>ﻭَ ﻧَﻮَّﺭَﻫَﺎ ﺑِﺠَﻠَﻮَﺍﺕِ ﺍَﺳْﻤَﺎﺋِﻪ۪ ﻭَ ﺻِﻔَﺎﺗِﻪ۪ ﺑِﺸَﻬَﺎﺩَﺍﺕِ ﺍِﻧْﺘِﻈَﺎﻣَﺎﺕِ ﻣَﺼْﻨُﻮﻋَﺎﺗِﻪ۪ ﻭَ ﺗَﺰَﻳُّﻨَﺎﺕِ ﻣَﻮْﺟُﻮﺩَﺍﺗِﻪ۪ ﻭَ ﺗَﺸَﺎﺑُﻬِﻬَﺎ ﻭَ ﺗَﻨَﺎﺳُﺒِﻬَﺎ ﻭَ ﺗَﺠَﺎﻭُﺑِﻬَﺎ ﻭَ ﺗَﻌَﺎﻭُﻧِﻬَﺎ ﻭَ ﺗَﻌَﺎﻧُﻘِﻬَﺎ ﻭَ ﺍِﺗِّﻘَﺎﻥِ ﺍﻟﺼَّﻨْﻌَﺔِ ﺍﻟﺸُّﻌُﻮﺭِﻳَّﺔِ ﻓ۪ﻰ ﻛُﻞِّ ﺷَﻰْﺀٍ ﻋَﻠٰﻰ ﻣِﻘْﺪَﺍﺭِ ﻗَﺎﻣَﺔِ ﻗَﺎﺑِﻠِﻴَّﺘِﻪِ ﺍﻟْﻤُﻘَﺪَّﺭَﺓِ ﺑِﺘَﻘْﺪ۪ﻳﺮِ ﺍﻟْﻘَﺪَﺭِ</w:t>
      </w:r>
      <w:r>
        <w:rPr>
          <w:rFonts w:ascii="Times New Roman" w:hAnsi="Times New Roman" w:eastAsia="Noto Serif SC" w:cs="Amiri"/>
          <w:lang w:val="zh-CN" w:eastAsia="zh-CN" w:bidi="ar-SA"/>
          <w:color w:val="000000"/>
          <w:rtl w:val="0"/>
        </w:rPr>
        <w:t xml:space="preserve">（又借祂创造之作的秩序、万有饰美的见证，使祂诸尊名与属性的光辉照亮它。它们的相似、相称、应答、互助、相拥，以及每一物中依其预定禀赋所具有的自觉精工匠造，都为此作证） </w:t>
      </w:r>
      <w:r>
        <w:rPr>
          <w:rFonts w:ascii="Amiri" w:hAnsi="Amiri" w:eastAsia="Amiri" w:cs="Amiri"/>
          <w:lang w:val="zh-CN" w:eastAsia="zh-CN" w:bidi="ar-SA"/>
          <w:rtl w:val="1"/>
          <w:cs w:val="1"/>
          <w:color w:val="000000"/>
          <w:sz w:val="24"/>
          <w:szCs w:val="24"/>
        </w:rPr>
        <w:t>ﻓَﺎﻟْﺤِﻜْﻤَﺔُ ﺍﻟْﻌَﺎﻣَّﺔُ ﻓ۪ﻰ ﺗَﻨْﻈ۪ﻴﻤَﺎﺗِﻬَﺎ ﻭَ ﺍﻟْﻌِﻨَﺎﻳَﺔُ ﺍﻟﺘَّﺎﻣَّﺔُ ﻓ۪ﻰ ﺗَﺰْﻳ۪ﻴﻨَﺎﺗِﻬَﺎ ﻭَ ﺍﻟﺮَّﺣْﻤَﺔُ ﺍﻟْﻮَﺍﺳِﻌَﺔُ ﻓ۪ﻰ ﺗَﻠْﻄ۪ﻴﻔَﺎﺗِﻬَﺎ ﻭَ الْاَرْزَاقُ ﻭَ الْاِعَاشَةُ ﺍﻟﺸَّﺎﻣِﻠَﺔُ ﻓ۪ﻰ ﺗَﺮْﺑِﻴَﺘِﻬَﺎ ﻭَ ﺍﻟْﺤَﻴَﺎﺓُ ﺍﻟْﻌَﺠ۪ﻴﺒَﺔُ ﺍﻟﺼَّﻨْﻌَﺔِ ﺑِﻤَﻈْﻬَﺮِﻳَّﺘِﻬَﺎ ﻟﻠِﺸُّﺆُﻥِ ﺍﻟﺬَّﺍﺗِﻴَّﺔِ ﻟِﻔَﺎﻃِﺮِﻫَﺎ ﻭَ ﺍﻟْﻤَﺤَﺎﺳِﻦُ ﺍﻟْﻘَﺼْﺪِﻳَّﺔُ ﻓ۪ﻰ ﺗَﺤْﺴ۪ﻴﻨَﺎﺗِﻬَﺎ ﻭَ ﺩَﻭَﺍﻡُ ﺗَﺠَﻠِّﻰ ﺍﻟْﺠَﻤَﺎﻝِ ﺍﻟْﻤُﻨْﻌَﻜِﺲِ ﻣَﻊَ ﺯَﻭَﺍﻟِﻬَﺎ ﻭَ ﺍﻟْﻌِﺸْﻖُ ﺍﻟﺼَّﺎﺩِﻕُ ﻓ۪ﻰ ﻗَﻠْﺒِﻬَﺎ ﻟِﻤَﻌْﺒُﻮﺩِﻫَﺎ ﻭَ الْاِنْجِذَابُ ﺍﻟﻈَّﺎﻫِﺮُ ﻓ۪ﻰ ﺟَﺬْﺑَﺘِﻬَﺎ ﻭَ ﺍِﺗِّﻔَﺎﻕُ ﻛُﻞِّ ﻛُﻤَّﻠِﻬَﺎ ﻋَﻠٰﻰ ﻭَﺣْﺪَﺓِ ﻓَﺎﻃِﺮِﻫَﺎ ﻭَ ﺍﻟﺘَّﺼَﺮُّﻑُ ﻟِﻤَﺼَﺎﻟِﺢَ ﻓ۪ﻰ ﺍَﺟْﺰَﺍﺋِﻬَﺎ ﻭَ ﺍﻟﺘَّﺪْﺑ۪ﻴﺮُ ﺍﻟْﺤَﻜ۪ﻴﻢُ ﻟِﻨَﺒَﺎﺗَﺎﺗِﻬَﺎ ﻭَ ﺍﻟﺘَّﺮْﺑِﻴَﺔُ ﺍﻟْﻜَﺮ۪ﻳﻤَﺔُ ﻟِﺤَﻴْﻮَﺍﻧَﺎﺗِﻬَﺎ</w:t>
      </w:r>
      <w:r>
        <w:rPr>
          <w:rFonts w:ascii="Times New Roman" w:hAnsi="Times New Roman" w:eastAsia="Noto Serif SC" w:cs="Amiri"/>
          <w:lang w:val="zh-CN" w:eastAsia="zh-CN" w:bidi="ar-SA"/>
          <w:color w:val="000000"/>
          <w:rtl w:val="0"/>
        </w:rPr>
        <w:t xml:space="preserve">（它在安排中有普遍的智慧，在装饰中有完满的眷顾，在精妙中有广大的慈悯，在养育中有普遍的给养与维生；它以彰显之态，映示开创者本体诸作为的奇异生命；它在美化中呈现有意的优美；它虽消逝，反映之美却恒常彰显；它心中怀有对所崇拜者的真诚热爱，它受吸引之中显出明显的牵引；它一切完善的部分，都一致认同开创者的独一） </w:t>
      </w:r>
      <w:r>
        <w:rPr>
          <w:rFonts w:ascii="Amiri" w:hAnsi="Amiri" w:eastAsia="Amiri" w:cs="Amiri"/>
          <w:lang w:val="zh-CN" w:eastAsia="zh-CN" w:bidi="ar-SA"/>
          <w:rtl w:val="1"/>
          <w:cs w:val="1"/>
          <w:color w:val="000000"/>
          <w:sz w:val="24"/>
          <w:szCs w:val="24"/>
        </w:rPr>
        <w:t>ﻭَ الْاِنْتِظَامُ ﺍﻟْﻤُﻜَﻤَّﻞُ ﻓ۪ﻰ ﺗَﻐَﻴُّﺮَﺍﺕِ ﺍَﺭْﻛَﺎﻧِﻬَﺎ ﻭَ ﺍﻟْﻐَﺎﻳَﺎﺕُ ﺍﻟْﺠَﺴ۪ﻴﻤَﺔُ ﻓ۪ﻰ ﺍِﻧْﺘِﻈَﺎﻡِ ﻛُﻠِّﻴَّﺘِﻬَﺎ</w:t>
      </w:r>
      <w:r>
        <w:rPr>
          <w:rFonts w:ascii="Times New Roman" w:hAnsi="Times New Roman" w:eastAsia="Noto Serif SC" w:cs="Amiri"/>
          <w:lang w:val="zh-CN" w:eastAsia="zh-CN" w:bidi="ar-SA"/>
          <w:color w:val="000000"/>
          <w:rtl w:val="0"/>
        </w:rPr>
        <w:t xml:space="preserve">（它为种种利益而支配各个部分，以至睿之道治理植物，以尊贵之道养育动物；它诸元素的变化中有完善的秩序，它普遍性的安排中怀有重大的目的） </w:t>
      </w:r>
      <w:r>
        <w:rPr>
          <w:rFonts w:ascii="Amiri" w:hAnsi="Amiri" w:eastAsia="Amiri" w:cs="Amiri"/>
          <w:lang w:val="zh-CN" w:eastAsia="zh-CN" w:bidi="ar-SA"/>
          <w:rtl w:val="1"/>
          <w:cs w:val="1"/>
          <w:color w:val="000000"/>
          <w:sz w:val="24"/>
          <w:szCs w:val="24"/>
        </w:rPr>
        <w:t>ﻭَ ﺍﻟْﺤُﺪُﻭﺙُ ﺩَﻓْﻌَﺔً ﻣَﻊَ ﻏَﺎﻳَﺔِ ﻛَﻤَﺎﻝِ ﺣُﺴْﻦِ ﺻَﻨْﻌَﺘِﻬَﺎ بِلَا ﺍِﺣْﺘِﻴَﺎﺝٍ ﺍِﻟٰﻰ ﻣُﺪَّﺓٍ ﻭَ ﻣَﺎﺩَّﺓٍ ﻭَ ﺍﻟﺘَّﺸَﺨُّﺼَﺎﺕُ ﺍﻟْﺤَﻜ۪ﻴﻤَﺔُ ﻣَﻊَ ﻋَﺪَﻡِ ﺗَﺤْﺪ۪ﻳﺪِ ﺗَﺮَﺩُّﺩِ ﺍِﻣْﻜَﺎﻧَﺎﺗِﻬَﺎ ﻭَ ﻗَﻀَﺎﺀُ ﺣَﺎﺟَﺎﺗِﻬَﺎ ﻋَﻠٰﻰ ﻏَﺎﻳَﺔِ ﻛَﺜْﺮَﺗِﻬَﺎ ﻭَ ﺗَﻨَﻮُّﻋِﻬَﺎ ﻓ۪ﻰ ﺍَﻭْﻗَﺎﺗِﻬَﺎ اللَّائِقَةِ ﺍﻟْﻤُﻨَﺎﺳِﺒَﺔِ ﻣِﻦْ ﺣَﻴْﺚُ لَا ﻳُﺤْﺘَﺴَﺐُ ﻭَ ﻣِﻦْ ﺣَﻴْﺚُ لَا ﻳُﺸْﻌَﺮُ ﻣَﻊَ ﻗَﺼْﺮِ ﺍَﻳْﺪ۪ﻳﻬَﺎ ﻣِﻦْ ﺍَﺻْﻐَﺮِ ﻣَﻄَﺎﻟِﺒِﻬَﺎ ﻭَ ﺍﻟْﻘُﻮَّﺓُ ﺍﻟْﻤُﻄْﻠَﻘَﺔُ ﻓ۪ﻰ ﻣَﻌْﺪَﻥِ ﺿَﻌْﻔِﻬَﺎ ﻭَ ﺍﻟْﻘُﺪْﺭَﺓُ ﺍﻟْﻤُﻄْﻠَﻘَﺔُ ﻓ۪ﻰ ﻣَﻨْﺒَﻊِ ﻋَﺠْﺰِﻫَﺎ ﻭَ ﺍﻟْﺤَﻴَﺎﺓُ ﺍﻟﻈَّﺎﻫِﺮَﺓُ ﻓ۪ﻰ ﺟُﻤُﻮﺩِﻫَﺎ ﻭَ ﺍﻟﺸُّﻌُﻮﺭُ ﺍﻟْﻤُﺤ۪ﻴﻂُ ﻓ۪ﻰ ﺟَﻬْﻠِﻬَﺎ</w:t>
      </w:r>
      <w:r>
        <w:rPr>
          <w:rFonts w:ascii="Times New Roman" w:hAnsi="Times New Roman" w:eastAsia="Noto Serif SC" w:cs="Amiri"/>
          <w:lang w:val="zh-CN" w:eastAsia="zh-CN" w:bidi="ar-SA"/>
          <w:color w:val="000000"/>
          <w:rtl w:val="0"/>
        </w:rPr>
        <w:t xml:space="preserve">（它一朝被造，工艺却极精美，无须时间和物质；它获得充满智慧的个体形态，种种可能性在不受限的游移中被界定下来；它的需要极其繁多、各不相同，却在合适相宜的时候得到满足，既无法计数，也不被察觉，而它连最小的祈求都无力提出。它的软弱矿藏中蕴有无限力量，无能泉源中蕴有无限权能，僵死中显有生命，无知中涵有周遍意识） </w:t>
      </w:r>
      <w:r>
        <w:rPr>
          <w:rFonts w:ascii="Amiri" w:hAnsi="Amiri" w:eastAsia="Amiri" w:cs="Amiri"/>
          <w:lang w:val="zh-CN" w:eastAsia="zh-CN" w:bidi="ar-SA"/>
          <w:rtl w:val="1"/>
          <w:cs w:val="1"/>
          <w:color w:val="000000"/>
          <w:sz w:val="24"/>
          <w:szCs w:val="24"/>
        </w:rPr>
        <w:t>ﻭَ الْاِنْتِظَامُ ﺍﻟْﻤُﻜَﻤَّﻞُ   ﻓ۪ﻰ ﺗَﻐَﻴُّﺮَﺍﺗِﻬَﺎ ﺍﻟْﻤُﺴْﺘَﻠْﺰِﻡُ ﻟِﻮُﺟُﻮﺩِ ﺍﻟْﻤُﻐَﻴِّﺮِ ﺍﻟْﻐَﻴْﺮِ ﺍﻟْﻤُﺘَﻐَﻴِّﺮِ ﻭَ الْاِتِّفَاقُ ﻓ۪ﻰ ﺗَﺴْﺒ۪ﻴﺤَﺎﺗِﻬَﺎ ﻛَﺎﻟﺪَّﻭَﺍﺋِﺮِ ﺍﻟْﻤُﺘَﺪَﺍﺧِﻠَﺔِ ﺍﻟْﻤُﺘَّﺤِﺪَﺓِ ﺍﻟْﻤَﺮْﻛَﺰِ ﻭَ ﺍﻟْﻤَﻘْﺒُﻮﻟِﻴَّﺔُ ﻓ۪ﻰ ﺩَﻋَﻮَﺍﺗِﻬَﺎ الثَّلَاثِ ﺑِﻠِﺴَﺎﻥِ ﺍِﺳْﺘِﻌْﺪَﺍﺩِﻫَﺎ ﻭَ ﺑِﻠِﺴَﺎﻥِ ﺍِﺣْﺘِﻴَﺎﺟِﻬَﺎ ﺍﻟْﻔِﻄْﺮِﻳَّﺔِ ﻭَ ﺑِﻠِﺴَﺎﻥِ ﺍِﺿْﻄِﺮَﺍﺭِﻫَﺎ ﻭَ ﺍﻟْﻤُﻨَﺎﺟَﺎﺓُ ﻭَ ﺍﻟﺸُّﻬُﻮﺩَﺍﺕُ ﻭَ ﺍﻟْﻔُﻴُﻮﺿَﺎﺕُ ﻓ۪ﻰ ﻋِﺒَﺎﺩَﺍﺗِﻬَﺎ</w:t>
      </w:r>
      <w:r>
        <w:rPr>
          <w:rFonts w:ascii="Times New Roman" w:hAnsi="Times New Roman" w:eastAsia="Noto Serif SC" w:cs="Amiri"/>
          <w:lang w:val="zh-CN" w:eastAsia="zh-CN" w:bidi="ar-SA"/>
          <w:color w:val="000000"/>
          <w:rtl w:val="0"/>
        </w:rPr>
        <w:t xml:space="preserve">（它变化中的完善秩序，要求有一位自身不变的变化者。它赞颂中的一致，如同环环相扣、同心的圆环。它三种祈求都蒙应允：以禀赋、以先天需要、以迫急之境发出的祈求。它的崇拜中，有倾诉、见证与恩泽流溢） </w:t>
      </w:r>
      <w:r>
        <w:rPr>
          <w:rFonts w:ascii="Amiri" w:hAnsi="Amiri" w:eastAsia="Amiri" w:cs="Amiri"/>
          <w:lang w:val="zh-CN" w:eastAsia="zh-CN" w:bidi="ar-SA"/>
          <w:rtl w:val="1"/>
          <w:cs w:val="1"/>
          <w:color w:val="000000"/>
          <w:sz w:val="24"/>
          <w:szCs w:val="24"/>
        </w:rPr>
        <w:t>ﻭَ الْاِنْتِظَامُ ﻓ۪ﻰ ﻗَﺪَﺭَﻳْﻬَﺎ ﻭَ الْاِطْمِئْنَانُ ﺑِﺬِﻛْﺮِ ﻓَﺎﻃِﺮِﻫَﺎ ﻭَ ﻛَﻮْﻥُ ﺍﻟْﻌِﺒَﺎﺩَﺓِ ﻓ۪ﻴﻬَﺎ ﺧَﻴْﻂَ ﺍﻟْﻮُﺻْﻠَﺔِ ﺑَﻴْﻦَ ﻣُﻨْﺘَﻬٰﻴﻬَﺎ ﻭَ ﻣَﺒْﺪَﺋِﻬَﺎ ﻭَ ﺳَﺒَﺐُ ﻇُﻬُﻮﺭِ ﻛَﻤَﺎﻟِﻬَﺎ ﻭَ ﻟِﺘَﺤَﻘُّﻖِ ﻣَﻘَﺎﺻِﺪِ ﺻَﺎﻧِﻌِﻬَﺎ ٠</w:t>
      </w:r>
      <w:r>
        <w:rPr>
          <w:rFonts w:ascii="Times New Roman" w:hAnsi="Times New Roman" w:eastAsia="Noto Serif SC" w:cs="Amiri"/>
          <w:lang w:val="zh-CN" w:eastAsia="zh-CN" w:bidi="ar-SA"/>
          <w:color w:val="000000"/>
          <w:rtl w:val="0"/>
        </w:rPr>
        <w:t xml:space="preserve">（它量定中有秩序，又因记念开创者而得安宁。崇拜在它里面，是连接终点与开端的丝线，是使它完善显现、使技艺创造者的目的得以实现的原因） </w:t>
      </w:r>
      <w:r>
        <w:rPr>
          <w:rFonts w:ascii="Amiri" w:hAnsi="Amiri" w:eastAsia="Amiri" w:cs="Amiri"/>
          <w:lang w:val="zh-CN" w:eastAsia="zh-CN" w:bidi="ar-SA"/>
          <w:rtl w:val="1"/>
          <w:cs w:val="1"/>
          <w:color w:val="000000"/>
          <w:sz w:val="24"/>
          <w:szCs w:val="24"/>
        </w:rPr>
        <w:t>ﻭَ ﻫٰﻜَﺬَﺍ ﺑِﺴَﺎﺋِﺮِ ﺷُﺆُﻧَﺎﺗِﻬَﺎ ﻭَ ﺍَﺣْﻮَﺍﻟِﻬَﺎ ﻭَ ﻛَﻴْﻔِﻴَّﺎﺗِﻬَﺎ ﺷَﺎﻫِﺪَﺍﺕٌ ﺑِﺎَﻧَّﻬَﺎ ﻛُﻠَّﻬَﺎ ﺑِﺘَﺪْﺑ۪ﻴﺮِ ﻣُﺪَﺑِّﺮٍ ﺣَﻜ۪ﻴﻢٍ ﻭَﺍﺣِﺪٍ ﻭَ ﻓ۪ﻰ ﺗَﺮْﺑِﻴَﺔِ ﻣُﺮَﺏٍّ ﻛَﺮ۪ﻳﻢٍ ﺍَﺣَﺪٍ ﺻَﻤَﺪٍ ﻭَ ﻛُﻠَّﻬَﺎ ﺧُﺪَّﺍﻡُ ﺳَﻴِّﺪٍ ﻭَﺍﺣِﺪٍ ﻭَ ﺗَﺤْﺖَ ﺗَﺼَﺮُّﻑِ ﻣُﺘَﺼَﺮِّﻑٍ ﻭَﺍﺣِﺪٍ ﻭَ ﻣَﺼْﺪَﺭُﻫُﻢْ ﻗُﺪْﺭَﺓُ ﺍﻟْﻮَﺍﺣِﺪِ ﺍﻟَّﺬ۪ﻯ ﺗَﻈَﺎﻫَﺮَﺕْ ﻭَ ﺗَﻜَﺎﺛَﺮَﺕْ ﺧَﻮَﺍﺗ۪ﻴﻢُ ﻭَﺣْﺪَﺗِﻪ۪ ﻋَﻠٰﻰ ﻛُﻞِّ ﻣَﻜْﺘُﻮﺏٍ ﻣِﻦْ ﻣَﻜْﺘُﻮﺑَﺎﺗِﻪ۪ ﻓ۪ﻰ ﻛُﻞِّ ﺻَﻔْﺤَﺔٍ ﻣِﻦْ ﺻَﻔَﺤَﺎﺕِ ﻣَﻮْﺟُﻮﺩَﺍﺗِﻪ۪ ٠</w:t>
      </w:r>
      <w:r>
        <w:rPr>
          <w:rFonts w:ascii="Times New Roman" w:hAnsi="Times New Roman" w:eastAsia="Noto Serif SC" w:cs="Amiri"/>
          <w:lang w:val="zh-CN" w:eastAsia="zh-CN" w:bidi="ar-SA"/>
          <w:color w:val="000000"/>
          <w:rtl w:val="0"/>
        </w:rPr>
        <w:t xml:space="preserve">（同样，它其余诸作为、状态与情形都证明：它们全由一位独一至睿的筹度者治理，由一位独一无二、万物皆依赖祂而祂无所依赖的尊贵养育者养育；它们全是独一主宰的仆役，都在独一支配者的掌管之下。它们的泉源，是独一者的权能。祂在祂一切书写物的每一页、祂一切万有的每一张书页上，使独一的封印显现并增多） </w:t>
      </w:r>
      <w:r>
        <w:rPr>
          <w:rFonts w:ascii="Amiri" w:hAnsi="Amiri" w:eastAsia="Amiri" w:cs="Amiri"/>
          <w:lang w:val="zh-CN" w:eastAsia="zh-CN" w:bidi="ar-SA"/>
          <w:rtl w:val="1"/>
          <w:cs w:val="1"/>
          <w:color w:val="000000"/>
          <w:sz w:val="24"/>
          <w:szCs w:val="24"/>
        </w:rPr>
        <w:t>ﻧَﻌَﻢْ ﻓَﻜُﻞُّ ﺯُﻫْﺮَﺓٍ ﻭَ ﺛَﻤَﺮٍ ﻭَ ﻛُﻞُّ ﻧَﺒَﺎﺕٍ ﻭَ ﺷَﺠَﺮٍ ﺑَﻞْ ﻛُﻞُّ ﺣَﻴْﻮَﺍﻥٍ ﻭَ ﺣَﺠَﺮٍ ﺑَﻞْ ﻛُﻞُّ ﺫَﺭٍّ ﻭَ ﻣَﺪَﺭٍ ﻓ۪ﻰ ﻛُﻞِّ ﻭَﺍﺩٍ ﻭَ ﺟَﺒَﻞٍ ﻭَ ﻛُﻞِّ ﺑَﺎﺩٍ ﻭَ ﻗَﻔَﺮٍ ﺧَﺎﺗَﻢٌ ﺑَﻴِّﻦُ ﺍﻟﻨَّﻘْﺶِ ﻭَ الْاَثَرِ ﻳُﻈْﻬِﺮُ ﻟِﺪِﻗَّﺔِ ﺍﻟﻨَّﻈَﺮِ ﺑِﺎَﻥَّ ﺫَﺍ ﺫَﺍﻙَ الْاَثَرِ ﻫُﻮَ ﻛَﺎﺗِﺐُ ﺫَﺍﻙَ ﺍﻟْﻤَﻜَﺎﻥِ ﺑِﺎﻟْﻌِﺒَﺮِ ﻓَﻬُﻮَ ﻛَﺎﺗِﺐُ ﻇَﻬْﺮِ ﺍﻟْﺒَﺮِّ ﻭَ ﺑَﻄْﻦِ ﺍﻟْﺒَﺤْﺮِ ﻓَﻬُﻮَ ﻧَﻘَّﺎﺵُ ﺍﻟﺸَّﻤْﺲِ ﻭَ ﺍﻟْﻘَﻤَﺮِ ﻓ۪ﻰ ﺻَﺤ۪ﻴﻔَﺔِ ﺍﻟﺴَّﻤٰﻮَﺍﺕِ ﺫَﺍﺕِ ﺍﻟْﻌِﺒَﺮِ ﺟَﻞَّ جَلَالُ ﻧَﻘَّﺎﺷِﻬَﺎ ﺍَﻟﻠّٰﻪُ ﺍَﻛْﺒَﺮُ ﻛِﻪ لَا ﺍِﻟٰﻪَ اِلَّا ﻫُﻮَ ﺑَﺮَﺍﺑَﺮْ ﻣ۪ﻰ ﺯَﻧَﺪْ ﻋَﺎﻟَﻢْ   ﺍَﻟْﻤَﺮْﺗَﺒَﺔُ ﺍﻟْﺨَﺎﻣِﺴَﺔُ</w:t>
      </w:r>
      <w:r>
        <w:rPr>
          <w:rFonts w:ascii="Times New Roman" w:hAnsi="Times New Roman" w:eastAsia="Noto Serif SC" w:cs="Amiri"/>
          <w:lang w:val="zh-CN" w:eastAsia="zh-CN" w:bidi="ar-SA"/>
          <w:color w:val="000000"/>
          <w:rtl w:val="0"/>
        </w:rPr>
        <w:t xml:space="preserve">（是的，每一朵花和果实，每一株植物和树木，乃至每一只动物和石块，乃至每一粒微尘和轨道，在每座山谷和山岭、每片荒原和旷野中，都是纹饰和痕迹清晰的印章，向精细观看者表明：这痕迹的作者就是书写那处地方的作者；祂因此是陆地表面与海底的书写者，是在充满教训的诸天书页上描绘太阳与月亮的纹饰大师。它们的纹饰大师威严至高无上。Allah至大。万物同声齐颂：除祂之外，别无应受崇拜者。第五层级）， </w:t>
      </w:r>
      <w:r>
        <w:rPr>
          <w:rStyle w:val="FootnoteReference"/>
        </w:rPr>
        <w:footnoteReference w:id="58"/>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ﺍَﻟﻠّٰﻪُ ﺍَﻛْﺒَﺮُ ﺍِﺫْ ﻫُﻮَ الْخَلَّاقُ ﺍﻟْﻘَﺪ۪ﻳﺮُ ﺍﻟْﻤُﺼَﻮِّﺭُ ﺍﻟْﺒَﺼ۪ﻴﺮُ ﺍﻟَّﺬ۪ﻯ ﻫٰﺬِﻩِ الْاَجْرَامُ ﺍﻟْﻌُﻠْﻮِﻳَّﺔُ ﻭَ ﺍﻟْﻜَﻮَﺍﻛِﺐُ ﺍﻟﺪُّﺭِّﻳَّﺔُ ﻧَﻴِّﺮَﺍﺕُ ﺑَﺮَﺍﻫ۪ﻴﻦِ ﺍُﻟُﻮﻫِﻴَّﺘِﻪ۪ ﻭَ ﻋَﻈَﻤَﺘِﻪ۪ ﻭَ ﺷُﻌَﺎﻋَﺎﺕُ ﺷَﻮَﺍﻫِﺪِ ﺭُﺑُﻮﺑِﻴَّﺘِﻪ۪ ﻭَ ﻋِﺰَّﺗِﻪ۪ ﺗَﺸْﻬَﺪُ ﻭَ ﺗُﻨَﺎﺩ۪ﻯ ﻋَﻠٰﻰ ﺷَﻌْﺸَﻌَﺔِ ﺳَﻠْﻄَﻨَﺔِ ﺭُﺑُﻮﺑِﻴَّﺘِﻪ۪ ﻭَ ﺗُﻨَﺎﺩ۪ﻯ ﻋَﻠٰﻰ ﻭُﺳْﻌَﺔِ ﺣُﻜْﻤِﻪ۪ ﻭَ ﺣِﻜْﻤَﺘِﻪ۪ ﻭَ ﻋَﻠٰﻰ ﺣِﺸْﻤَﺔِ ﻋَﻈَﻤَﺔِ ﻗُﺪْﺭَﺗِﻪ۪ ﻓَﺎﺳْﺘَﻤِﻊْ ﺍِﻟٰﻰ ﺍٰﻳَﺔِ</w:t>
      </w:r>
      <w:r>
        <w:rPr>
          <w:rFonts w:ascii="Times New Roman" w:hAnsi="Times New Roman" w:eastAsia="Noto Serif SC" w:cs="Amiri"/>
          <w:lang w:val="zh-CN" w:eastAsia="zh-CN" w:bidi="ar-SA"/>
          <w:color w:val="000000"/>
          <w:rtl w:val="0"/>
        </w:rPr>
        <w:t xml:space="preserve">（Allah至大，因为祂是不断创造者、全能者、赋形者、明察者。高处天体与珍珠般的群星，是祂应受崇拜的神圣性与宏大的明亮证据，是祂养育主宰与尊严的见证之光。它们见证并宣告祂养育主宰王权的辉煌，宣告祂治理与智慧的广阔，以及祂权能宏大的庄严。请听这节经文）， </w:t>
      </w:r>
      <w:r>
        <w:rPr>
          <w:rFonts w:ascii="Amiri" w:hAnsi="Amiri" w:eastAsia="Amiri" w:cs="Amiri"/>
          <w:lang w:val="zh-CN" w:eastAsia="zh-CN" w:bidi="ar-SA"/>
          <w:rtl w:val="1"/>
          <w:cs w:val="1"/>
          <w:color w:val="000000"/>
          <w:sz w:val="24"/>
          <w:szCs w:val="24"/>
        </w:rPr>
        <w:t>ﺍَﻓَﻠَﻢْ ﻳَﻨْﻈُﺮُٓﻭﺍ ﺍِﻟَﻰ ﺍﻟﺴَّﻤَٓﺎﺀِ ﻓَﻮْﻗَﻬُﻢْ ﻛَﻴْﻒَ ﺑَﻨَﻴْﻨَﺎﻫَﺎ ﻭَ ﺯَﻳَّﻨَّﺎﻫَﺎ ﺍﻟﺦ</w:t>
      </w:r>
      <w:r>
        <w:rPr>
          <w:rFonts w:ascii="Times New Roman" w:hAnsi="Times New Roman" w:eastAsia="Noto Serif SC" w:cs="Amiri"/>
          <w:lang w:val="zh-CN" w:eastAsia="zh-CN" w:bidi="ar-SA"/>
          <w:color w:val="000000"/>
          <w:rtl w:val="0"/>
        </w:rPr>
        <w:t xml:space="preserve">（难道他们不曾仰望头顶的天空：我怎样建造它，又怎样装饰它……）， </w:t>
      </w:r>
      <w:r>
        <w:rPr>
          <w:rFonts w:ascii="Amiri" w:hAnsi="Amiri" w:eastAsia="Amiri" w:cs="Amiri"/>
          <w:lang w:val="zh-CN" w:eastAsia="zh-CN" w:bidi="ar-SA"/>
          <w:rtl w:val="1"/>
          <w:cs w:val="1"/>
          <w:color w:val="000000"/>
          <w:sz w:val="24"/>
          <w:szCs w:val="24"/>
        </w:rPr>
        <w:t>﴿﴿ ﺛُﻢَّ ﺍﻧْﻈُﺮْ ﺍِﻟٰﻰ ﻭَﺟْﻪِ ﺍﻟﺴَّﻤَﺎﺀِ ﻛَﻴْﻒَ ﺗَﺮٰﻯ ﺳُﻜُﻮﺗًﺎ ﻓ۪ﻰ ﺳُﻜُﻮﻧَﺔٍ ﺣَﺮَﻛَﺔً ﻓ۪ﻰ ﺣِﻜْﻤَﺔٍ تَلَئْلُاً ﻓ۪ﻰ ﺣِﺸْﻤَﺔٍ ﺗَﺒَﺴُّﻤًﺎ ﻓ۪ﻰ ﺯ۪ﻳﻨَﺔٍ ﻣَﻊَ ﺍِﻧْﺘِﻈَﺎﻡِ ﺍﻟْﺨِﻠْﻘَﺔِ ﻣَﻊَ ﺍِﺗِّﺰَﺍﻥِ ﺍﻟﺼَّﻨْﻌَﺔِ ﺗَﺸَﻌْﺸُﻊُ ﺳِﺮَﺍﺟِﻬَﺎ ﻟِﺘَﺒْﺪ۪ﻳﻞِ ﺍﻟْﻤَﻮَﺍﺳِﻢِ ﺗَﻬَﻠْﻬُﻞُ ﻣِﺼْﺒَﺎﺣِﻬَﺎ ﻟِﺘَﻨْﻮ۪ﻳﺮِ ﺍﻟْﻤَﻌَﺎﻟِﻢِ تَلَئْلُاُ ﻧُﺠُﻮﻣِﻬَﺎ ﻟِﺘَﺰْﻳ۪ﻴﻦِ ﺍﻟْﻌَﻮَﺍﻟِﻢِ ﺗُﻌْﻠِﻦُ لِاَهْلِ ﺍﻟﻨُّﻬٰﻰ ﺳَﻠْﻄَﻨَﺔً بِلَا ﺍِﻧْﺘِﻬَﺎﺀٍ ﻟِﺘَﺪْﺑ۪ﻴﺮِ ﻫٰﺬَﺍ ﺍﻟْﻌَﺎﻟَﻢِ ٠</w:t>
      </w:r>
      <w:r>
        <w:rPr>
          <w:rFonts w:ascii="Times New Roman" w:hAnsi="Times New Roman" w:eastAsia="Noto Serif SC" w:cs="Amiri"/>
          <w:lang w:val="zh-CN" w:eastAsia="zh-CN" w:bidi="ar-SA"/>
          <w:color w:val="000000"/>
          <w:rtl w:val="0"/>
        </w:rPr>
        <w:t xml:space="preserve">（再看天空的表面：你会在静止中看见沉寂，在智慧中看见运动，在庄严中看见闪烁，在装饰中看见微笑。创造的秩序与技艺的均衡之中，它的明灯为更换季节而照耀，它的灯盏为照亮疆域而微笑，它的群星为装饰诸世界而闪烁；它向有理智者宣告：对这世界的治理，具有一种无穷无尽的王权） </w:t>
      </w:r>
      <w:r>
        <w:rPr>
          <w:rFonts w:ascii="Amiri" w:hAnsi="Amiri" w:eastAsia="Amiri" w:cs="Amiri"/>
          <w:lang w:val="zh-CN" w:eastAsia="zh-CN" w:bidi="ar-SA"/>
          <w:rtl w:val="1"/>
          <w:cs w:val="1"/>
          <w:color w:val="000000"/>
          <w:sz w:val="24"/>
          <w:szCs w:val="24"/>
        </w:rPr>
        <w:t>ﻓَﺬٰﻟِﻚَ الْخَلَّاقُ ﺍﻟْﻘَﺪ۪ﻳﺮُ ﻋَﻠ۪ﻴﻢٌ ﺑِﻜُﻞِّ ﺷَﻰْﺀٍ ﻭَ ﻣُﺮ۪ﻳﺪٌ ﺑِﺎِﺭَﺍﺩَﺓٍ ﺷَﺎﻣِﻠَﺔٍ ﻣَﺎﺷَﺎﺀَ ﻛَﺎﻥَ ﻭَ ﻣَﺎ ﻟَﻢْ ﻳَﺸَﺎْ ﻟَﻢْ ﻳَﻜُﻦْ ﻭَ ﻫُﻮَ ﻗَﺪ۪ﻳﺮٌ ﻋَﻠٰﻰ ﻛُﻞِّ ﺷَﻰْﺀٍ ﺑِﻘُﺪْﺭَﺓٍ ﻣُﻄْﻠَﻘَﺔٍ ﻣُﺤ۪ﻴﻄَﺔٍ ﺫَﺍﺗِﻴَّﺔٍ</w:t>
      </w:r>
      <w:r>
        <w:rPr>
          <w:rFonts w:ascii="Times New Roman" w:hAnsi="Times New Roman" w:eastAsia="Noto Serif SC" w:cs="Amiri"/>
          <w:lang w:val="zh-CN" w:eastAsia="zh-CN" w:bidi="ar-SA"/>
          <w:color w:val="000000"/>
          <w:rtl w:val="0"/>
        </w:rPr>
        <w:t xml:space="preserve">（那位不断创造、全能者知晓一切，以周遍的意志意愿万有。祂意欲什么，什么就存在；祂不意欲什么，什么就不存在。祂以无限、周遍、属于本体的权能，对一切全能） </w:t>
      </w:r>
      <w:r>
        <w:rPr>
          <w:rFonts w:ascii="Amiri" w:hAnsi="Amiri" w:eastAsia="Amiri" w:cs="Amiri"/>
          <w:lang w:val="zh-CN" w:eastAsia="zh-CN" w:bidi="ar-SA"/>
          <w:rtl w:val="1"/>
          <w:cs w:val="1"/>
          <w:color w:val="000000"/>
          <w:sz w:val="24"/>
          <w:szCs w:val="24"/>
        </w:rPr>
        <w:t>ﻭَ ﻛَﻤَﺎ لَا ﻳُﻤْﻜِﻦُ ﻭَ لَا ﻳُﺘَﺼَﻮَّﺭُ ﻭُﺟُﻮﺩُ ﻫٰﺬِﻩِ ﺍﻟﺸَّﻤْﺲِ ﻓ۪ﻰ ﻫٰﺬَﺍ ﺍﻟْﻴَﻮْﻡِ بِلَا ﺿِﻴَﺎﺀٍ ﻭَ لَا ﺣَﺮَﺍﺭَﺓٍ ﻛَﺬٰﻟِﻚَ لَا ﻳُﻤْﻜِﻦُ ﻭَ لَا ﻳُﺘَﺼَﻮَّﺭُ ﻭُﺟُﻮﺩُ ﺍِﻟٰﻪٍ ﺧَﺎﻟِﻖٍ ﻟﻠِﺴَّﻤٰﻮَﺍﺕِ بِلَا ﻋِﻠْﻢٍ ﻣُﺤ۪ﻴﻂٍ ﻭَ بِلَا ﻗُﺪْﺭَﺓٍ ﻣُﻄْﻠَﻘَﺔٍ ﻓَﻬُﻮَ ﺑِﺎﻟﻀَّﺮُﻭﺭَﺓِ ﻋَﻠ۪ﻴﻢٌ ﺑِﻜُﻞِّ ﺷَﻰْﺀٍ ﺑِﻌِﻠْﻢٍ ﻣُﺤ۪ﻴﻂٍ لَازِمٍ ﺫَﺍﺗِﻰٍّ ﻟِﻠﺬَّﺍﺕِ ﻳَﻠْﺰَﻡُ ﺗَﻌَﻠُّﻖُ ﺫٰﻟِﻚَ ﺍﻟْﻌِﻠْﻢِ ﺑِﻜُﻞِّ الْاَشْيَاءِ لَا ﻳُﻤْﻜِﻦُ ﺍَﻥْ ﻳَﻨْﻔَﻚَّ ﻋَﻨْﻪُ ﺷَﻰْﺀٌ ﺑِﺴِﺮِّ ﺍﻟْﺤُﻀُﻮﺭِ ﻭَ ﺍﻟﺸُّﻬُﻮﺩِ ﻭَ ﺍﻟﻨُّﻔُﻮﺫِ ﻭَ الْاِحَاطَةِ ﺍﻟﻨُّﻮﺭَﺍﻧِﻴَّﺔِ</w:t>
      </w:r>
      <w:r>
        <w:rPr>
          <w:rFonts w:ascii="Times New Roman" w:hAnsi="Times New Roman" w:eastAsia="Noto Serif SC" w:cs="Amiri"/>
          <w:lang w:val="zh-CN" w:eastAsia="zh-CN" w:bidi="ar-SA"/>
          <w:color w:val="000000"/>
          <w:rtl w:val="0"/>
        </w:rPr>
        <w:t xml:space="preserve">（正如今天的太阳不可能、也不可想象没有光和热，同样，诸天的创造者Allah也不可能、也不可想象没有周遍的知识和无限的权能。因此，祂必然以周遍、为其本体所固有且不可分离的知识知晓一切。这知识必然关联万有，没有任何一物能脱离它，因为祂亲临、亲见、洞彻，并以光明周遍万有） </w:t>
      </w:r>
      <w:r>
        <w:rPr>
          <w:rFonts w:ascii="Amiri" w:hAnsi="Amiri" w:eastAsia="Amiri" w:cs="Amiri"/>
          <w:lang w:val="zh-CN" w:eastAsia="zh-CN" w:bidi="ar-SA"/>
          <w:rtl w:val="1"/>
          <w:cs w:val="1"/>
          <w:color w:val="000000"/>
          <w:sz w:val="24"/>
          <w:szCs w:val="24"/>
        </w:rPr>
        <w:t>ﻓَﻤَﺎ ﻳُﺸَﺎﻫَﺪُ   ﻓ۪ﻰ ﺟَﻤ۪ﻴﻊِ ﺍﻟْﻤَﻮْﺟُﻮﺩَﺍﺕِ ﻣِﻦَ الْاِنْتِظَامَاتِ ﺍﻟْﻤَﻮْﺯُﻭﻧَﺔِ ﻭَ الْاِتِّزَانَاتِ ﺍﻟْﻤَﻨْﻈُﻮﻣَﺔِ ﻭَ ﺍﻟْﺤِﻜَﻢِ ﺍﻟْﻌَﺎﻣَّﺔِ ﻭَ ﺍﻟْﻌِﻨَﺎﻳَﺎﺕِ ﺍﻟﺘَّﺎﻣَّﺔِ ﻭَ الْاَقْدَارِ ﺍﻟْﻤُﻨْﺘَﻈَﻤَﺔِ ﻭَ الْاَقْضِيَةِ ﺍﻟْﻤُﺜْﻤِﺮَﺓِ ﻭَ الْاٰجَالِ ﺍﻟْﻤُﻌَﻴَّﻨَﺔِ ﻭَ الْاَرْزَاقِ ﺍﻟْﻤُﻘَﻨَّﻨَﺔِ ﻭَ الْاِتِّقَانَاتِ ﺍﻟْﻤُﻔَﻨَّﻨَﺔِ ﻭَ الْاِهْتِمَامَاتِ ﺍﻟْﻤُﺰَﻳَّﻨَﺔِ ﻭَﻏَﺎﻳَﺔِ ﻛَﻤَﺎﻝِ الْاِمْتِيَازِ ﻭَ الْاِتِّزَانِ ﻭَ الْاِنْتِظَامِ ﻭَ الْاِتِّقَانِ ﻭَ ﺍﻟﺴُّﻬُﻮﻟَﺔِ ﺍﻟْﻤُﻄْﻠَﻘَﺔِ ﺷَﺎﻫِﺪَﺍﺕٌ ﻋَﻠٰﻰ ﺍِﺣَﺎﻃَﺔِ ﻋِﻠْﻢِ عَلَّامِ ﺍﻟْﻐُﻴُﻮﺏِ ﺑِﻜُﻞِّ ﺷَﻰْﺀٍ ﻭَ ﺍَﻥَّ ﺍٰﻳَﺔَ</w:t>
      </w:r>
      <w:r>
        <w:rPr>
          <w:rFonts w:ascii="Times New Roman" w:hAnsi="Times New Roman" w:eastAsia="Noto Serif SC" w:cs="Amiri"/>
          <w:lang w:val="zh-CN" w:eastAsia="zh-CN" w:bidi="ar-SA"/>
          <w:color w:val="000000"/>
          <w:rtl w:val="0"/>
        </w:rPr>
        <w:t xml:space="preserve">（在一切万有中所见：有节度的秩序、成体系的均衡、普遍的智慧、完满的眷顾、有序的量度、结果的判定、确定的期限、有章的给养、精妙的工艺、装饰的关怀，以及达到极境的区别、均衡、秩序、精工匠造和简易，都是幽隐全知者的知识周遍万有的证据。而这节经文）， </w:t>
      </w:r>
      <w:r>
        <w:rPr>
          <w:rFonts w:ascii="Amiri" w:hAnsi="Amiri" w:eastAsia="Amiri" w:cs="Amiri"/>
          <w:lang w:val="zh-CN" w:eastAsia="zh-CN" w:bidi="ar-SA"/>
          <w:rtl w:val="1"/>
          <w:cs w:val="1"/>
          <w:color w:val="000000"/>
          <w:sz w:val="24"/>
          <w:szCs w:val="24"/>
        </w:rPr>
        <w:t>اَلَا ﻳَﻌْﻠَﻢُ ﻣَﻦْ ﺧَﻠَﻖَ ﻭَ ﻫُﻮَ ﺍﻟﻠَّﻄ۪ﻴﻒُ ﺍﻟْﺨَﺒ۪ﻴﺮُ</w:t>
      </w:r>
      <w:r>
        <w:rPr>
          <w:rFonts w:ascii="Times New Roman" w:hAnsi="Times New Roman" w:eastAsia="Noto Serif SC" w:cs="Amiri"/>
          <w:lang w:val="zh-CN" w:eastAsia="zh-CN" w:bidi="ar-SA"/>
          <w:color w:val="000000"/>
          <w:rtl w:val="0"/>
        </w:rPr>
        <w:t xml:space="preserve">（创造者怎会不知道呢？祂是精妙入微者、彻知者）， </w:t>
      </w:r>
      <w:r>
        <w:rPr>
          <w:rFonts w:ascii="Amiri" w:hAnsi="Amiri" w:eastAsia="Amiri" w:cs="Amiri"/>
          <w:lang w:val="zh-CN" w:eastAsia="zh-CN" w:bidi="ar-SA"/>
          <w:rtl w:val="1"/>
          <w:cs w:val="1"/>
          <w:color w:val="000000"/>
          <w:sz w:val="24"/>
          <w:szCs w:val="24"/>
        </w:rPr>
        <w:t>ﺗَﺪُﻝُّ ﻋَﻠٰﻰ ﺍَﻥَّ ﺍﻟْﻮُﺟُﻮﺩَ ﻓِﻰ ﺍﻟﺸَّﻰْﺀِ ﻳَﺴْﺘَﻠْﺰِﻡُ ﺍﻟْﻌِﻠْﻢَ ﺑِﻪ۪ ﻭَ ﻧُﻮﺭَ ﺍﻟْﻮُﺟُﻮﺩِ ﻓِﻰ الْاَشْيَاءِ ﻳَﺴْﺘَﻠْﺰِﻡُ ﻧُﻮﺭَ ﺍﻟْﻌِﻠْﻢِ ﻓ۪ﻴﻬَﺎ ﻓَﻨِﺴْﺒَﺔُ دَلَالَةِ ﺣُﺴْﻦِ ﺻَﻨْﻌَﺔِ الْاِنْسَانِ ﻋَﻠٰﻰ ﺷُﻌُﻮﺭِﻩ۪ ﺍِﻟٰﻰ ﻧِﺴْﺒَﺔِ دَلَالَةِ ﺧِﻠْﻘَﺔِ الْاِنْسَانِ ﻋَﻠٰﻰ ﻋِﻠْﻢِ ﺧَﺎﻟِﻘِﻪ۪ ﻛَﻨِﺴْﺒَﺔِ ﻟُﻤَﻴْﻌَﺔِ ﻧُﺠَﻴْﻤَﺔِ ﺍﻟﺬُّﺑَﻴْﺒَﺔِ ﻓِﻰ ﺍﻟﻠَّﻴْﻠَﺔِ ﺍﻟﺪَّﻫْﻤَﺎﺀِ ﺍِﻟٰﻰ ﺷَﻌْﺸَﻌَﺔِ ﺍﻟﺸَّﻤْﺲِ ﻓ۪ﻰ ﻧِﺼْﻒِ ﺍﻟﻨَّﻬَﺎﺭِ ﻋَﻠٰﻰ ﻭَﺟْﻪِ ﺍﻟْﻐَﺒْﺮَﺍﺀِ ٠</w:t>
      </w:r>
      <w:r>
        <w:rPr>
          <w:rFonts w:ascii="Times New Roman" w:hAnsi="Times New Roman" w:eastAsia="Noto Serif SC" w:cs="Amiri"/>
          <w:lang w:val="zh-CN" w:eastAsia="zh-CN" w:bidi="ar-SA"/>
          <w:color w:val="000000"/>
          <w:rtl w:val="0"/>
        </w:rPr>
        <w:t xml:space="preserve">（它表明：事物存在，就必然知道它；万有的存在之光，就必然有知识之光照耀其中。人的精巧工艺对其意识的证明，与人的创造对其创造者知识的证明相比，就如漆黑夜空中一只小飞虫的微弱星光，与正午沙尘上太阳的辉煌相比） </w:t>
      </w:r>
      <w:r>
        <w:rPr>
          <w:rFonts w:ascii="Amiri" w:hAnsi="Amiri" w:eastAsia="Amiri" w:cs="Amiri"/>
          <w:lang w:val="zh-CN" w:eastAsia="zh-CN" w:bidi="ar-SA"/>
          <w:rtl w:val="1"/>
          <w:cs w:val="1"/>
          <w:color w:val="000000"/>
          <w:sz w:val="24"/>
          <w:szCs w:val="24"/>
        </w:rPr>
        <w:t>ﻭَ ﻛَﻤَﺎ ﺍَﻧَّﻪُ ﻋَﻠ۪ﻴﻢٌ ﺑِﻜُﻞِّ ﺷَﻰْﺀٍ ﻓَﻬُﻮَ ﻣُﺮ۪ﻳﺪٌ ﻟِﻜُﻞِّ ﺷَﻰْﺀٍ لَا ﻳُﻤْﻜِﻦُ ﺍَﻥْ ﻳَﺘَﺤَﻘَّﻖَ ﺷَﻰْﺀٌ ﺑِﺪُﻭﻥِ ﻣَﺸِﻴَّﺘِﻪ۪ ﻭَ ﻛَﻤَﺎ ﺍَﻥَّ ﺍﻟْﻘُﺪْﺭَﺓَ ﺗُﺆَﺛِّﺮُ ﻭَ ﺍَﻥَّ ﺍﻟْﻌِﻠْﻢَ ﻳُﻤَﻴِّﺰُ ﻛَﺬٰﻟِﻚَ ﺍَﻥَّ الْاِرَادَةَ ﺗُﺨَﺼِّﺺُ ﺛُﻢَّ ﻳَﺘَﺤَﻘَّﻖُ ﻭُﺟُﻮﺩُ الْاَشْيَاءِ ﻓَﺎﻟﺸَّﻮَﺍﻫِﺪُ ﻋَﻠٰﻰ ﻭُﺟُﻮﺩِ ﺍِﺭَﺍﺩَﺗِﻪ۪ ﺗَﻌَﺎﻟٰﻰ ﻭَ ﺍِﺧْﺘِﻴَﺎﺭِﻩ۪ ﺳُﺒْﺤَﺎﻧَﻪُ ﺑِﻌَﺪَﺩِ ﻛَﻴْﻔِﻴَّﺎﺕِ الْاَشْيَاءِ ﻭَ ﺍَﺣْﻮَﺍﻟِﻬَﺎ ﻭَ ﺷُﺆُﻧَﺎﺗِﻬَﺎ</w:t>
      </w:r>
      <w:r>
        <w:rPr>
          <w:rFonts w:ascii="Times New Roman" w:hAnsi="Times New Roman" w:eastAsia="Noto Serif SC" w:cs="Amiri"/>
          <w:lang w:val="zh-CN" w:eastAsia="zh-CN" w:bidi="ar-SA"/>
          <w:color w:val="000000"/>
          <w:rtl w:val="0"/>
        </w:rPr>
        <w:t xml:space="preserve">（祂既知晓一切，也意愿一切；没有祂的意志，任何事物都不能实现。权能施加作用，知识加以区分，意志则加以专定，然后万物才获得存在。祂的意志与选择的见证，多如万物的情形、状态与作为） </w:t>
      </w:r>
      <w:r>
        <w:rPr>
          <w:rFonts w:ascii="Amiri" w:hAnsi="Amiri" w:eastAsia="Amiri" w:cs="Amiri"/>
          <w:lang w:val="zh-CN" w:eastAsia="zh-CN" w:bidi="ar-SA"/>
          <w:rtl w:val="1"/>
          <w:cs w:val="1"/>
          <w:color w:val="000000"/>
          <w:sz w:val="24"/>
          <w:szCs w:val="24"/>
        </w:rPr>
        <w:t>ﻧَﻌَﻢْ ﻓَﺘَﻨْﻈ۪ﻴﻢُ ﺍﻟْﻤَﻮْﺟُﻮﺩَﺍﺕِ ﻭَ ﺗَﺨْﺼ۪ﻴﺼُﻬَﺎ ﺑِﺼِﻔَﺎﺗِﻬَﺎ ﻣِﻦْ ﺑَﻴْﻦِ الْاِمْكَانَاتِ ﺍﻟْﻐَﻴْﺮِ ﺍﻟْﻤَﺤْﺪُﻭﺩَﺓِ ﻭَ ﻣِﻦْ ﺑَﻴْﻦِ ﺍﻟﻄُّﺮُﻕِ ﺍﻟْﻌَﻘ۪ﻴﻤَﺔِ ﻭَ ﻣِﻦْ ﺑَﻴْﻦِ الْاِحْتِمَالَاتِ ﺍﻟْﻤُﺸَﻮَّﺷَﺔِ ﻭَ ﺗَﺤْﺖَ ﺍَﻳْﺪِﻯ ﺍﻟﺴُّﻴُﻮﻝِ ﺍﻟْﻤُﺘَﺸَﺎﻛِﺴَﺔِ ﺑِﻬٰﺬَﺍ ﺍﻟﻨِّﻈَﺎﻡِ الْاَدَقِّ الْاَرَقِّ ﻭَ ﺗَﻮْﺯ۪ﻳﻨُﻬَﺎ ﺑِﻬٰﺬَﺍ ﺍﻟْﻤ۪ﻴﺰَﺍﻥِ ﺍﻟْﺤَﺴَّﺎﺱِ ﺍﻟْﺠَﺴَّﺎﺱِ ﺍﻟْﻤَﺸْﻬُﻮﺩَﻳْﻦِ ٠</w:t>
      </w:r>
      <w:r>
        <w:rPr>
          <w:rFonts w:ascii="Times New Roman" w:hAnsi="Times New Roman" w:eastAsia="Noto Serif SC" w:cs="Amiri"/>
          <w:lang w:val="zh-CN" w:eastAsia="zh-CN" w:bidi="ar-SA"/>
          <w:color w:val="000000"/>
          <w:rtl w:val="0"/>
        </w:rPr>
        <w:t xml:space="preserve">（是的，祂安排万有，从无限的可能、无果的途径、混乱的或然和相互冲突的洪流中，以最精微、最精妙的秩序安排它们，赋予它们各自属性；又以明显可见、极其敏锐、深入精微的天平衡量它们）   </w:t>
      </w:r>
      <w:r>
        <w:rPr>
          <w:rFonts w:ascii="Amiri" w:hAnsi="Amiri" w:eastAsia="Amiri" w:cs="Amiri"/>
          <w:lang w:val="zh-CN" w:eastAsia="zh-CN" w:bidi="ar-SA"/>
          <w:rtl w:val="1"/>
          <w:cs w:val="1"/>
          <w:color w:val="000000"/>
          <w:sz w:val="24"/>
          <w:szCs w:val="24"/>
        </w:rPr>
        <w:t>ﻭَ ﺍَﻥَّ ﺧَﻠْﻖَ ﺍﻟْﻤَﻮْﺟُﻮﺩَﺍﺕِ ﺍﻟْﻤُﺨْﺘَﻠِﻔَﺎﺕِ ﺍﻟْﻤُﻨْﺘَﻈَﻤَﺎﺕِ ﺍﻟْﺤَﻴَﻮِﻳَّﺔِ ﻣِﻦَ ﺍﻟْﺒَﺴَﺎﺋِﻂِ ﺍﻟْﺠَﺎﻣِﺪَﺓِ كَالْاِنْسَانِ ﺑِﺠِﻬَﺎﺯَﺍﺗِﻪ۪ ﻣِﻦَ ﺍﻟﻨُّﻄْﻔَﺔِ ﻭَ ﺍﻟﻄَّﻴْﺮِ ﺑِﺠَﻮَﺍﺭِﺣِﻪ۪ ﻣِﻦَ ﺍﻟْﺒَﻴْﻀَﺔِ ﻭَ ﺍﻟﺸَّﺠَﺮِ ﺑِﺎَﻋْﻀَﺎﺋِﻪِ ﺍﻟْﻤُﺘَﻨَﻮِّﻋَﺔِ ﻣِﻦَ ﺍﻟﻨُّﻮَﺍﺓِ ﺗَﺪُﻝُّ ﻋَﻠٰﻰ ﺍَﻥَّ ﺗَﺨَﺼُّﺺَ ﻛُﻞِّ ﺷَﻰْﺀٍ ﻭَ ﺗَﻌَﻴُّﻨَﻪُ ﺑِﺎِﺭَﺍﺩَﺗِﻪ۪ ﻭَ ﺍِﺧْﺘِﻴَﺎﺭِﻩ۪ ﻭَ ﻣَﺸِﻴَّﺘِﻪ۪ ﺳُﺒْﺤَﺎﻧَﻪُ ٠</w:t>
      </w:r>
      <w:r>
        <w:rPr>
          <w:rFonts w:ascii="Times New Roman" w:hAnsi="Times New Roman" w:eastAsia="Noto Serif SC" w:cs="Amiri"/>
          <w:lang w:val="zh-CN" w:eastAsia="zh-CN" w:bidi="ar-SA"/>
          <w:color w:val="000000"/>
          <w:rtl w:val="0"/>
        </w:rPr>
        <w:t xml:space="preserve">（从无生物的简单元素中创造各不相同、秩序井然的生命体：如从精液造出具有全身器官的人，从卵造出具有肢体的鸟，从果核造出具有各种器官的树。这证明每一物的专门归属与个体确定，都来自祂的意志、选择与意欲；祂超绝一切缺欠） </w:t>
      </w:r>
      <w:r>
        <w:rPr>
          <w:rFonts w:ascii="Amiri" w:hAnsi="Amiri" w:eastAsia="Amiri" w:cs="Amiri"/>
          <w:lang w:val="zh-CN" w:eastAsia="zh-CN" w:bidi="ar-SA"/>
          <w:rtl w:val="1"/>
          <w:cs w:val="1"/>
          <w:color w:val="000000"/>
          <w:sz w:val="24"/>
          <w:szCs w:val="24"/>
        </w:rPr>
        <w:t>ﻓَﻜَﻤَﺎ ﺍَﻥَّ ﺗَﻮَﺍﻓُﻖَ الْاَشْيَاءِ ﻣِﻦْ ﺟِﻨْﺲٍ ﻭَ الْاَفْرَادِ ﻣِﻦْ ﻧَﻮْﻉٍ ﻓ۪ﻰ ﺍَﺳَﺎﺳَﺎﺕِ الْاَعْضَاءِ ﻳَﺪُﻝُّ ﺑِﺎﻟﻀَّﺮُﻭﺭَﺓِ ﻋَﻠٰﻰ ﺍَﻥَّ ﺻَﺎﻧِﻌَﻬَﺎ ﻭَﺍﺣِﺪٌ ﺍَﺣَﺪٌ ﻛَﺬٰﻟِﻚَ ﺍَﻥَّ ﺗَﻤَﺎﻳُﺰَﻫَﺎ ﻓِﻰ ﺍﻟﺘَّﺸَﺨُّﺼَﺎﺕِ ﺍﻟْﺤَﻜ۪ﻴﻤَﺔِ ﺍﻟْﻤُﺸْﺘَﻤِﻠَﺔِ ﻋَﻠٰﻰ عَلَامَاتٍ ﻓَﺎﺭِﻗَﺔٍ ﻣُﻨْﺘَﻈَﻤَﺔٍ ﺗَﺪُﻝُّ ﻋَﻠٰﻰ ﺍَﻥَّ ﺫٰﻟِﻚَ ﺍﻟﺼَّﺎﻧِﻊَ ﺍﻟْﻮَﺍﺣِﺪَ الْاَحَدَ ﻫُﻮَ ﻓَﺎﻋِﻞٌ ﻣُﺨْﺘَﺎﺭٌ ﻣُﺮ۪ﻳﺪٌ ﻳَﻔْﻌَﻞُ ﻣَﺎﻳَﺸَﺎﺀُ ﻭَ ﻳَﺤْﻜُﻢُ ﻣَﺎ ﻳُﺮ۪ﻳﺪُ ﺟَﻞَّ جَلَالُهُ ٠</w:t>
      </w:r>
      <w:r>
        <w:rPr>
          <w:rFonts w:ascii="Times New Roman" w:hAnsi="Times New Roman" w:eastAsia="Noto Serif SC" w:cs="Amiri"/>
          <w:lang w:val="zh-CN" w:eastAsia="zh-CN" w:bidi="ar-SA"/>
          <w:color w:val="000000"/>
          <w:rtl w:val="0"/>
        </w:rPr>
        <w:t xml:space="preserve">（同属的事物、同种的个体，在器官基本结构上相符，必然证明它们的技艺创造者是独一而独一无二；它们在充满智慧的个体化上又彼此区分，具有有序而彼此区别的标志，则证明那位独一而无双的创造者，是有选择的行者与有意志者。祂做祂所意欲的，判定祂所意愿的。祂的威严至高无上） </w:t>
      </w:r>
      <w:r>
        <w:rPr>
          <w:rFonts w:ascii="Amiri" w:hAnsi="Amiri" w:eastAsia="Amiri" w:cs="Amiri"/>
          <w:lang w:val="zh-CN" w:eastAsia="zh-CN" w:bidi="ar-SA"/>
          <w:rtl w:val="1"/>
          <w:cs w:val="1"/>
          <w:color w:val="000000"/>
          <w:sz w:val="24"/>
          <w:szCs w:val="24"/>
        </w:rPr>
        <w:t>ﻭَ ﻛَﻤَﺎ ﺍَﻥَّ ﺫٰﻟِﻚَ الْخَلَّاقَ ﺍﻟْﻌَﻠ۪ﻴﻢَ ﺍﻟْﻤُﺮ۪ﻳﺪَ ﻋَﻠ۪ﻴﻢٌ ﺑِﻜُﻞِّ ﺷَﻰْﺀٍ ﻭَ ﻣُﺮ۪ﻳﺪٌ ﻟِﻜُﻞِّ ﺷَﻰْﺀٍ ﻟَﻪُ ﻋِﻠْﻢٌ ﻣُﺤ۪ﻴﻂٌ ﻭَ ﺍِﺭَﺍﺩَﺓٌ ﺷَﺎﻣِﻠَﺔٌ ﻭَ ﺍِﺧْﺘِﻴَﺎﺭٌ ﺗَﺎﻡٌّ ﻛَﺬٰﻟِﻚَ ﻟَﻪُ ﻗُﺪْﺭَﺓٌ ﻛَﺎﻣِﻠَﺔٌ ﺿَﺮُﻭﺭِﻳَّﺔٌ ﺫَﺍﺗِﻴَﺔٌ ﻧَﺎﺷِﺌَﺔٌ ﻣِﻦَ ﺍﻟﺬَّﺍﺕِ ﻭَ لَازِمَةٌ ﻟِﻠﺬَّﺍﺕِ ﻓَﻤُﺤَﺎﻝٌ ﺗَﺪَﺍﺧُﻞُ ﺿِﺪِّﻫَﺎ ﻭَ اِلَّا ﻟَﺰِﻡَ ﺟَﻤْﻊُ ﺿِﺪَّﻳْﻦِ ﺍﻟْﻤُﺤَﺎﻝُ بِالْاِتِّفَاقِ ٠</w:t>
      </w:r>
      <w:r>
        <w:rPr>
          <w:rFonts w:ascii="Times New Roman" w:hAnsi="Times New Roman" w:eastAsia="Noto Serif SC" w:cs="Amiri"/>
          <w:lang w:val="zh-CN" w:eastAsia="zh-CN" w:bidi="ar-SA"/>
          <w:color w:val="000000"/>
          <w:rtl w:val="0"/>
        </w:rPr>
        <w:t xml:space="preserve">（那位不断创造、全知而有意志者，知晓一切、意愿一切，具有周遍的知识、包罗一切的意志和完满的选择；同样，祂也具有完美、必然、属乎本体的权能，这权能由本体发出，为本体所不可缺。其反面绝不能介入，否则就必然把两种相反者聚在一起，而这是一致公认不可能的） </w:t>
      </w:r>
      <w:r>
        <w:rPr>
          <w:rFonts w:ascii="Amiri" w:hAnsi="Amiri" w:eastAsia="Amiri" w:cs="Amiri"/>
          <w:lang w:val="zh-CN" w:eastAsia="zh-CN" w:bidi="ar-SA"/>
          <w:rtl w:val="1"/>
          <w:cs w:val="1"/>
          <w:color w:val="000000"/>
          <w:sz w:val="24"/>
          <w:szCs w:val="24"/>
        </w:rPr>
        <w:t>فَلَا ﻣَﺮَﺍﺗِﺐَ ﻓ۪ﻰ ﺗِﻠْﻚَ ﺍﻟْﻘُﺪْﺭَﺓِ ﻓَﺘَﺘَﺴَﺎﻭٰﻯ ﺑِﺎﻟﻨِّﺴْﺒَﺔِ ﺍِﻟَﻴْﻬَﺎ ﺍﻟﺬَّﺭَّﺍﺕُ ﻭَ ﺍﻟﻨُّﺠُﻮﻡُ ﻭَ ﺍﻟْﻘَﻠ۪ﻴﻞُ ﻭَ ﺍﻟْﻜَﺜ۪ﻴﺮُ ﻭَ ﺍﻟﺼَّﻐ۪ﻴﺮُ ﻭَ ﺍﻟْﻜَﺒ۪ﻴﺮُ ﻭَ ﺍﻟْﺠُﺰْﺋِﻰُّ ﻭَ ﺍﻟْﻜُﻠِّﻰُّ ﻭَ ﺍﻟْﺠُﺰْﺀُ ﻭَ ﺍﻟْﻜُﻞُّ ﻭَ الْاِنْسَانُ ﻭَ ﺍﻟْﻌَﺎﻟَﻢُ ﻭَ ﺍﻟﻨُّﻮَﺍﺓُ ﻭَ ﺍﻟﺸَّﺠَﺮُ</w:t>
      </w:r>
      <w:r>
        <w:rPr>
          <w:rFonts w:ascii="Times New Roman" w:hAnsi="Times New Roman" w:eastAsia="Noto Serif SC" w:cs="Amiri"/>
          <w:lang w:val="zh-CN" w:eastAsia="zh-CN" w:bidi="ar-SA"/>
          <w:color w:val="000000"/>
          <w:rtl w:val="0"/>
        </w:rPr>
        <w:t xml:space="preserve">（因此，那权能没有层级。微粒与群星、少与多、小与大、个别与普遍、部分与整体、人与世界、果核与树木，相对祂而言全都相等） </w:t>
      </w:r>
      <w:r>
        <w:rPr>
          <w:rFonts w:ascii="Amiri" w:hAnsi="Amiri" w:eastAsia="Amiri" w:cs="Amiri"/>
          <w:lang w:val="zh-CN" w:eastAsia="zh-CN" w:bidi="ar-SA"/>
          <w:rtl w:val="1"/>
          <w:cs w:val="1"/>
          <w:color w:val="000000"/>
          <w:sz w:val="24"/>
          <w:szCs w:val="24"/>
        </w:rPr>
        <w:t>ﺑِﺴِﺮِّ ﺍﻟﻨُّﻮﺭَﺍﻧِﻴَّﺔِ ﻭَ ﺍﻟﺸَّﻔَّﺎﻓِﻴَّﺔِ ﻭَ ﺍﻟْﻤُﻘَﺎﺑَﻠَﺔِ ﻭَ ﺍﻟْﻤُﻮَﺍﺯَﻧَﺔِ ﻭَ الْاِنْتِظَامِ ﻭَ الْاِمْتِثَالِ ﺑِﺸَﻬَﺎﺩَﺓِ الْاِنْتِظَامِ ﺍﻟْﻤُﻄْﻠَﻖِ ﻭَ الْاِتِّزَانِ   ﺍﻟْﻤُﻄْﻠَﻖِ ﻭَ الْاِمْتِيَازِ ﺍﻟْﻤُﻄْﻠَﻖِ ﻓِﻰ ﺍﻟﺴُّﺮْﻋَﺔِ ﻭَ ﺍﻟﺴُّﻬُﻮﻟَﺔِ ﻭَ ﺍﻟْﻜَﺜْﺮَﺓِ ﺍﻟْﻤُﻄْﻠَﻘَﺎﺕِ ﺑِﺴِﺮِّ ﺍِﻣْﺪَﺍﺩِ ﺍﻟْﻮَﺍﺣِﺪِﻳَّﺔِ ﻭَ ﻳُﺴْﺮِ ﺍﻟْﻮَﺣْﺪَﺓِ ﻭَ ﺗَﺠَﻠِّﻰ الْاَحَدِيَّةِ ﻭَ ﺑِﺤِﻜْﻤَﺔِ ﺍﻟْﻮُﺟُﻮﺏِ ﻭَ ﺍﻟﺘَّﺠَﺮُّﺩِ ﻭَ ﻣُﺒَﺎﻳَﻨَﺔِ ﺍﻟْﻤَﺎﻫِﻴَّﺔِ ﻭَ ﺑِﺴِﺮِّ ﻋَﺪَﻡِ ﺍﻟﺘَّﻘَﻴُّﺪِ ﻭَ ﻋَﺪَﻡِ ﺍﻟﺘَّﺤَﻴُّﺰِ ﻭَ ﻋَﺪَﻡِ ﺍﻟﺘَّﺠَﺰّ۪ﻯ</w:t>
      </w:r>
      <w:r>
        <w:rPr>
          <w:rFonts w:ascii="Times New Roman" w:hAnsi="Times New Roman" w:eastAsia="Noto Serif SC" w:cs="Amiri"/>
          <w:lang w:val="zh-CN" w:eastAsia="zh-CN" w:bidi="ar-SA"/>
          <w:color w:val="000000"/>
          <w:rtl w:val="0"/>
        </w:rPr>
        <w:t xml:space="preserve">（这是由光明性、透明性、相互映照、彼此衡量、秩序与顺服所决定的；绝对秩序、绝对均衡和绝对区别，在绝对迅速、简易与繁多中为此作证。这也由独一性的援助、独一的简易、独一无二性的彰显、必然存在与超绝、本质的迥异所决定；又因祂不受限制、没有偏向、不可分部分） </w:t>
      </w:r>
      <w:r>
        <w:rPr>
          <w:rFonts w:ascii="Amiri" w:hAnsi="Amiri" w:eastAsia="Amiri" w:cs="Amiri"/>
          <w:lang w:val="zh-CN" w:eastAsia="zh-CN" w:bidi="ar-SA"/>
          <w:rtl w:val="1"/>
          <w:cs w:val="1"/>
          <w:color w:val="000000"/>
          <w:sz w:val="24"/>
          <w:szCs w:val="24"/>
        </w:rPr>
        <w:t>ﻭَ ﺑِﺤِﻜْﻤَﺔِ اِنْقِلَابِ ﺍﻟْﻌَﻮَﺍﺋِﻖِ ﻭَ ﺍﻟْﻤَﻮَﺍﻧِﻊِ ﺍِﻟَﻰ ﺍﻟْﻮَﺳَﺎﺋِﻞِ ﻓِﻰ ﺍﻟﺘَّﺴْﻬ۪ﻴﻞِ ﺍِﻥْ ﺍُﺣْﺘ۪ﻴﺞَ ﺍِﻟَﻴْﻪِ ﻭَ ﺍﻟْﺤَﺎﻝُ ﺍَﻧَّﻪُ لَا ﺍِﺣْﺘِﻴَﺎﺝَ ﻛَﺎَﻋْﺼَﺎﺏِ الْاِنْسَانِ ﻭَ ﺍﻟْﺨُﻄُﻮﻁِ ﺍﻟْﺤَﺪ۪ﻳﺪِﻳَّﺔِ ﻟِﻨَﻘْﻞِ السَّيَّالَاتِ ﺍﻟﻠَّﻄ۪ﻴﻔَﺔِ ﺑِﺤِﻜْﻤَﺔِ ﺍَﻥَّ ﺍﻟﺬَّﺭَّﺓَ ﻭَ ﺍﻟْﺠُﺰْﺀَ ﻭَ ﺍﻟْﺠُﺰْﺋِﻰَّ ﻭَ ﺍﻟْﻘَﻠ۪ﻴﻞَ ﻭَ ﺍﻟﺼَّﻐ۪ﻴﺮَ ﻭَ الْاِنْسَانَ ﻭَ ﺍﻟﻨُّﻮَﺍﺓَ ﻟَﻴْﺴَﺖْ ﺑِﺎَﻗَﻞَّ ﺟَﺰَﺍﻟَﺔً ﻣِﻦَ ﺍﻟﻨَّﺠْﻢِ ﻭَ ﺍﻟﻨَّﻮْﻉِ ﻭَ ﺍﻟْﻜُﻞِّ ﻭَ ﺍﻟْﻜُﻠِّﻰِّ ﻭَ ﺍﻟْﻜَﺜ۪ﻴﺮِ ﻭَ ﺍﻟْﻜَﺒ۪ﻴﺮِ ﻭَ ﺍﻟْﻌَﺎﻟَﻢِ ﻭَ ﺍﻟﺸَّﺠَﺮِ</w:t>
      </w:r>
      <w:r>
        <w:rPr>
          <w:rFonts w:ascii="Times New Roman" w:hAnsi="Times New Roman" w:eastAsia="Noto Serif SC" w:cs="Amiri"/>
          <w:lang w:val="zh-CN" w:eastAsia="zh-CN" w:bidi="ar-SA"/>
          <w:color w:val="000000"/>
          <w:rtl w:val="0"/>
        </w:rPr>
        <w:t xml:space="preserve">（也由于障碍与阻碍在需要时会转化为简易的媒介，而事实上祂并不像人的神经和钢铁线路那样，需要它们来输送精微的流质。还因微粒、部分、个别、少、小、人与果核，在技艺精微上绝不逊于星辰、种类、整体、普遍、多、大、世界与树木） </w:t>
      </w:r>
      <w:r>
        <w:rPr>
          <w:rFonts w:ascii="Amiri" w:hAnsi="Amiri" w:eastAsia="Amiri" w:cs="Amiri"/>
          <w:lang w:val="zh-CN" w:eastAsia="zh-CN" w:bidi="ar-SA"/>
          <w:rtl w:val="1"/>
          <w:cs w:val="1"/>
          <w:color w:val="000000"/>
          <w:sz w:val="24"/>
          <w:szCs w:val="24"/>
        </w:rPr>
        <w:t>ﻓَﻤَﻦْ ﺧَﻠَﻖَ هٰؤُلَاءِ لَا ﻳُﺴْﺘَﺒْﻌَﺪُ ﻣِﻨْﻪُ ﺧَﻠْﻖُ ﻫٰﺬِﻩ۪ ﺍِﺫِ ﺍﻟْﻤُﺤَﺎﻃَﺎﺕُ كَالْاَمْثِلَةِ ﺍﻟْﻤَﻜْﺘُﻮﺑَﺔِ ﺍﻟْﻤُﺼَﻐَّﺮَﺓِ ﺍَﻭْ ﻛَﺎﻟﻨُّﻘَﻂِ ﺍﻟْﻤَﺤْﻠُﻮﺑَﺔِ ﺍﻟْﻤُﻌَﺼَّﺮَﺓِ فَلَا ﺑُﺪَّ ﺑِﺎﻟﻀَّﺮُﻭﺭَﺓِ ﺍَﻥْ ﻳَﻜُﻮﻥَ ﺍﻟْﻤُﺤ۪ﻴﻂُ ﻓ۪ﻰ ﻗَﺒْﻀَﺔِ ﺗَﺼَﺮُّﻑِ ﺧَﺎﻟِﻖِ ﺍﻟْﻤُﺤَﺎﻁِ ﻟِﻴُﺪْﺭِﺝَ ﻣِﺜَﺎﻝَ ﺍﻟْﻤُﺤ۪ﻴﻂِ ﻓِﻰ ﺍﻟْﻤُﺤَﺎﻃَﺎﺕِ ﺑِﺪَﺳَﺎﺗ۪ﻴﺮِ ﻋِﻠْﻤِﻪ۪ ﻭَ ﺍَﻥْ ﻳَﻌْﺼُﺮَﻫَﺎ ﻣِﻨْﻪُ ﺑِﻤَﻮَﺍﺯ۪ﻳﻦِ ﺣِﻜْﻤَﺘِﻪ۪ ﻓَﺎﻟْﻘُﺪْﺭَﺓُ ﺍﻟَّﺘ۪ﻰ ﺍَﺑْﺮَﺯَﺕْ ﻫَﺎﺗ۪ﻴﻚَ ﺍﻟْﺠُﺰْﺋِﻴَّﺎﺕِ لَا ﻳَﺘَﻌَﺴَّﺮُ ﻋَﻠَﻴْﻬَﺎ ﺍِﺑْﺮَﺍﺯُ ﺗَﺎﻙَ ﺍﻟْﻜُﻠِّﻴَّﺎﺕِ</w:t>
      </w:r>
      <w:r>
        <w:rPr>
          <w:rFonts w:ascii="Times New Roman" w:hAnsi="Times New Roman" w:eastAsia="Noto Serif SC" w:cs="Amiri"/>
          <w:lang w:val="zh-CN" w:eastAsia="zh-CN" w:bidi="ar-SA"/>
          <w:color w:val="000000"/>
          <w:rtl w:val="0"/>
        </w:rPr>
        <w:t xml:space="preserve">（创造后者者，创造前者绝不困难。被包容者如同缩写的微型范例，又如压缩封存的点。因此，包容者必然在被包容者的创造者的掌握之中，使祂能以知识律则把包容者的范例写入被包容者，并以智慧的尺度将其压缩其中。显现那些个别者的权能，要显现这些普遍者，绝不会感到困难） </w:t>
      </w:r>
      <w:r>
        <w:rPr>
          <w:rFonts w:ascii="Amiri" w:hAnsi="Amiri" w:eastAsia="Amiri" w:cs="Amiri"/>
          <w:lang w:val="zh-CN" w:eastAsia="zh-CN" w:bidi="ar-SA"/>
          <w:rtl w:val="1"/>
          <w:cs w:val="1"/>
          <w:color w:val="000000"/>
          <w:sz w:val="24"/>
          <w:szCs w:val="24"/>
        </w:rPr>
        <w:t>ﻓَﻜَﻤَﺎ ﺍَﻥَّ ﻧُﺴْﺨَﺔَ ﻗُﺮْﺍٰﻥِ ﺍﻟْﺤِﻜْﻤَﺔِ ﺍﻟْﻤَﻜْﺘُﻮﺑَﺔِ ﻋَﻠَﻰ ﺍﻟْﺠَﻮْﻫَﺮِ ﺍﻟْﻔَﺮْﺩِ ﺑِﺬَﺭَّﺍﺕِ الْاَث۪يرِ ﻟَﻴْﺴَﺖْ ﺑِﺎَﻗَﻞَّ ﺟَﺰَﺍﻟَﺔً ﻣِﻦْ ﻧُﺴْﺨَﺔِ ﻗُﺮْﺍٰﻥِ ﺍﻟْﻌَﻈَﻤَﺔِ ﺍﻟْﻤَﻜْﺘُﻮﺑَﺔِ ﻋَﻠٰﻰ ﺻَﺤَﺎﺋِﻒِ ﺍﻟﺴَّﻤٰﻮَﺍﺕِ ﺑِﻤِﺪَﺍﺩِ ﺍﻟﻨُّﺠُﻮﻡِ ﻭَ ﺍﻟﺸُّﻤُﻮﺱِ ﻛَﺬٰﻟِﻚَ ﻟَﻴْﺴَﺖْ ﺧِﻠْﻘَﺔُ ﻧَﺤْﻠَﺔٍ ﻭَ ﻧَﻤْﻠَﺔٍ ﺑِﺎَﻗَﻞَّ ﺟَﺰَﺍﻟَﺔً ﻣِﻦْ ﺧِﻠْﻘَﺔِ ﺍﻟﻨَّﺨْﻠَﺔِ ﻭَ ﺍﻟْﻔ۪ﻴﻞِ ﻭَ لَا ﺻَﻨْﻌَﺔُ ﻭَﺭْﺩِ ﺍﻟﺰُّﻫْﺮَﺓِ ﺑِﺎَﻗَﻞَّ ﺟَﺰَﺍﻟَﺔً ﻣِﻦْ ﺻَﻨْﻌَﺔِ ﺩُﺭِّﻯِّ ﻧَﺠْﻢِ ﺍﻟﺰُّﻫْﺮَﺓِ ﻭَ ﻫٰﻜَﺬَﺍ ﻓَﻘِﺲْ ٠</w:t>
      </w:r>
      <w:r>
        <w:rPr>
          <w:rFonts w:ascii="Times New Roman" w:hAnsi="Times New Roman" w:eastAsia="Noto Serif SC" w:cs="Amiri"/>
          <w:lang w:val="zh-CN" w:eastAsia="zh-CN" w:bidi="ar-SA"/>
          <w:color w:val="000000"/>
          <w:rtl w:val="0"/>
        </w:rPr>
        <w:t xml:space="preserve">（正如写在单一原子上、以以太微粒为墨的智慧《古兰经》抄本，在精微丰富上不逊于写在诸天书页上、以群星与太阳为墨的至大《古兰经》抄本；同样，创造蜜蜂与蚂蚁，不逊于创造枣椰树与大象；玫瑰之花的技艺，也不逊于金星这颗星辰的技艺。其余事物也依此衡量）   </w:t>
      </w:r>
      <w:r>
        <w:rPr>
          <w:rFonts w:ascii="Amiri" w:hAnsi="Amiri" w:eastAsia="Amiri" w:cs="Amiri"/>
          <w:lang w:val="zh-CN" w:eastAsia="zh-CN" w:bidi="ar-SA"/>
          <w:rtl w:val="1"/>
          <w:cs w:val="1"/>
          <w:color w:val="000000"/>
          <w:sz w:val="24"/>
          <w:szCs w:val="24"/>
        </w:rPr>
        <w:t>ﻓَﻜَﻤَﺎ ﺍَﻥَّ ﻏَﺎﻳَﺔَ ﻛَﻤَﺎﻝِ ﺍﻟﺴُّﻬُﻮﻟَﺔِ ﻓ۪ﻰ ﺍ۪ﻳﺠَﺎﺩِ الْاَشْيَاءِ ﺍَﻭْﻗَﻌَﺖْ ﺍَﻫْﻞَ الضَّلَالَةِ ﻓ۪ﻰ ﺍِﻟْﺘِﺒَﺎﺱِ ﺍﻟﺘَّﺸْﻜ۪ﻴﻞِ ﺑِﺎﻟﺘَّﺸَﻜُّﻞِ ﺍﻟْﻤُﺴْﺘَﻠْﺰِﻡِ لِلْمُحَالَاتِ ﺍﻟْﺨُﺮَﺍﻓِﻴَّﺔِ ﺍﻟَّﺘ۪ﻰ ﺗَﻤُﺠُّﻬَﺎ ﺍﻟْﻌُﻘُﻮﻝُ ﺑَﻞْ ﺗَﺘَﻨَﻔَّﺮُ ﻋَﻨْﻬَﺎ الْاَوْهَامُ ﻛَﺬٰﻟِﻚَ ﺍَﺛْﺒَﺘَﺖْ ﺑِﺎﻟْﻘَﻄْﻊِ ﻭَ ﺍﻟﻀَّﺮُﻭﺭَﺓِ لِاَهْلِ ﺍﻟْﺤَﻖِّ ﻭَ ﺍﻟْﺤَﻘ۪ﻴﻘَﺔِ ﺗَﺴَﺎﻭِﻯَ ﺍﻟﺴَّﻴَّﺎﺭَﺍﺕِ ﻣَﻊَ ﺍﻟﺬَّﺭَّﺍﺕِ ﺑِﺎﻟﻨِّﺴْﺒَﺔِ ﺍِﻟٰﻰ ﻗُﺪْﺭَﺓِ ﺧَﺎﻟِﻖِ ﺍﻟْﻜَﺎﺋِﻨَﺎﺕِ ﺟَﻞَّ جَلَالُهُ ﻭَ ﻋَﻈُﻢَ ﺷَﺎﻧُﻪُ ﻭَ لَا ﺍِﻟٰﻪَ اِلَّا ﻫُﻮَ ٠</w:t>
      </w:r>
      <w:r>
        <w:rPr>
          <w:rFonts w:ascii="Times New Roman" w:hAnsi="Times New Roman" w:eastAsia="Noto Serif SC" w:cs="Amiri"/>
          <w:lang w:val="zh-CN" w:eastAsia="zh-CN" w:bidi="ar-SA"/>
          <w:color w:val="000000"/>
          <w:rtl w:val="0"/>
        </w:rPr>
        <w:t xml:space="preserve">（创造万物的极度简易，使迷误者把“被塑形”与“自我成形”混为一谈；后者必然导致种种荒诞的不可能，理智厌弃它们，连妄想也对它们退避。与此同时，它又以确凿而必然的方式，向真实与真理的追随者证明：相对宇宙创造者的权能，行星与微粒完全相等。祂的威严至高无上，祂的品位伟大崇高；除祂之外，别无应受崇拜者） </w:t>
      </w:r>
      <w:r>
        <w:rPr>
          <w:rFonts w:ascii="Amiri" w:hAnsi="Amiri" w:eastAsia="Amiri" w:cs="Amiri"/>
          <w:lang w:val="zh-CN" w:eastAsia="zh-CN" w:bidi="ar-SA"/>
          <w:rtl w:val="1"/>
          <w:cs w:val="1"/>
          <w:color w:val="000000"/>
          <w:sz w:val="24"/>
          <w:szCs w:val="24"/>
        </w:rPr>
        <w:t>ﺍَﻟْﻤَﺮْﺗَﺒَﺔُ ﺍﻟﺴَّﺎﺩِﺳَﺔُ</w:t>
      </w:r>
      <w:r>
        <w:rPr>
          <w:rFonts w:ascii="Times New Roman" w:hAnsi="Times New Roman" w:eastAsia="Noto Serif SC" w:cs="Amiri"/>
          <w:lang w:val="zh-CN" w:eastAsia="zh-CN" w:bidi="ar-SA"/>
          <w:color w:val="000000"/>
          <w:rtl w:val="0"/>
        </w:rPr>
        <w:t xml:space="preserve">（第六层级）， </w:t>
      </w:r>
      <w:r>
        <w:rPr>
          <w:rStyle w:val="FootnoteReference"/>
        </w:rPr>
        <w:footnoteReference w:id="59"/>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ﺟَﻞَّ جَلَالُهُ ﻭَ ﻋَﻈُﻢَ ﺷَﺎﻧُﻪُ ﺍَﻟﻠّٰﻪُ ﺍَﻛْﺒَﺮُ ﻣِﻦْ ﻛُﻞِّ ﺷَﻰْﺀٍ ﻗُﺪْﺭَﺓً ﻭَ ﻋِﻠْﻤًﺎ ﺍِﺫْ ﻫُﻮَ ﺍﻟْﻌَﺎﺩِﻝُ ﺍﻟْﺤَﻜ۪ﻴﻢُ ﺍﻟْﻘَﺎﺩِﺭُ ﺍﻟْﻌَﻠ۪ﻴﻢُ ﺍﻟْﻮَﺍﺣِﺪُ الْاَحَدُ ﺍﻟﺴُّﻠْﻄَﺎﻥُ الْاَزَلِىُّ ﺍﻟَّﺬ۪ﻯ ﻫٰﺬِﻩِ ﺍﻟْﻌَﻮَﺍﻟِﻢُ ﻛُﻠُّﻬَﺎ ﻓ۪ﻰ ﺗَﺼَﺮُّﻑِ ﻗَﺒْﻀَﺘَﻰْ ﻧِﻈَﺎﻣِﻪ۪ ﻭَ ﻣ۪ﻴﺰَﺍﻧِﻪ۪ ﻭَ ﺗَﻨْﻈ۪ﻴﻤِﻪ۪ ﻭَ ﺗَﻮْﺯ۪ﻳﻨِﻪ۪ ﻭَ ﻋَﺪْﻟِﻪ۪ ﻭَ ﺣِﻜْﻤَﺘِﻪ۪ ﻭَ ﻋِﻠْﻤِﻪ۪ ﻭَ ﻗُﺪْﺭَﺗِﻪ۪ ﻭَ ﻣَﻈْﻬَﺮُ ﺳِﺮِّ ﻭَﺍﺣِﺪِﻳَّﺘِﻪ۪ ﻭَ ﺍَﺣَﺪِﻳَّﺘِﻪ۪ ﺑِﺎﻟْﺤَﺪْﺱِ ﺍﻟﺸُّﻬُﻮﺩِﻯِّ ﺑَﻞْ ﺑِﺎﻟْﻤُﺸَﺎﻫَﺪَﺓِ ﺍِﺫْ لَا ﺧَﺎﺭِﺝَ ﻓِﻰ ﺍﻟْﻜَﻮْﻥِ ﻣِﻦْ ﺩَﺍﺋِﺮَﺓِ ﺍﻟﻨِّﻈَﺎﻡِ ﻭَ ﺍﻟْﻤ۪ﻴﺰَﺍﻥِ ﻭَ ﺍﻟﺘَّﻨْﻈ۪ﻴﻢِ ﻭَ ﺍﻟﺘَّﻮْﺯ۪ﻳﻦِ</w:t>
      </w:r>
      <w:r>
        <w:rPr>
          <w:rFonts w:ascii="Times New Roman" w:hAnsi="Times New Roman" w:eastAsia="Noto Serif SC" w:cs="Amiri"/>
          <w:lang w:val="zh-CN" w:eastAsia="zh-CN" w:bidi="ar-SA"/>
          <w:color w:val="000000"/>
          <w:rtl w:val="0"/>
        </w:rPr>
        <w:t xml:space="preserve">（祂的威严至高无上，祂的品位伟大崇高。Allah至大，在权能与知识上超越一切。因为祂是公正者、至睿者、全能者、全知者、独一者、独一无二者、无始的君王。一切世界都在祂秩序与天平衡量、安排与权衡、公正与智慧、知识与权能的双手掌管之中；它们以有目共睹的方式，不，以亲眼亲见的方式，彰显祂独一性与独一无二性的奥义。因为宇宙中没有任何一物处在秩序与天秤、安排与权衡的范围之外） </w:t>
      </w:r>
      <w:r>
        <w:rPr>
          <w:rFonts w:ascii="Amiri" w:hAnsi="Amiri" w:eastAsia="Amiri" w:cs="Amiri"/>
          <w:lang w:val="zh-CN" w:eastAsia="zh-CN" w:bidi="ar-SA"/>
          <w:rtl w:val="1"/>
          <w:cs w:val="1"/>
          <w:color w:val="000000"/>
          <w:sz w:val="24"/>
          <w:szCs w:val="24"/>
        </w:rPr>
        <w:t>ﻭَ ﻫُﻤَﺎ ﺑَﺎﺑَﺎﻥِ ﻣِﻦَ الْاِمَامِ ﺍﻟْﻤُﺒ۪ﻴﻦِ ﻭَ ﺍﻟْﻜِﺘَﺎﺏِ ﺍﻟْﻤُﺒ۪ﻴﻦِ ﻭَ ﻫُﻤَﺎ ﻋُﻨْﻮَﺍﻧَﺎﻥِ ﻟِﻌِﻠْﻢِ ﺍﻟْﻌَﻠ۪ﻴﻢِ ﺍﻟْﺤَﻜ۪ﻴﻢِ ﻭَ ﺍَﻣْﺮِﻩ۪ ﻭَ ﻗُﺪْﺭَﺓِ ﺍﻟْﻌَﺰ۪ﻳﺰِ ﺍﻟﺮَّﺣ۪ﻴﻢِ ﻭَ ﺍِﺭَﺍﺩَﺗِﻪ۪</w:t>
      </w:r>
      <w:r>
        <w:rPr>
          <w:rFonts w:ascii="Times New Roman" w:hAnsi="Times New Roman" w:eastAsia="Noto Serif SC" w:cs="Amiri"/>
          <w:lang w:val="zh-CN" w:eastAsia="zh-CN" w:bidi="ar-SA"/>
          <w:color w:val="000000"/>
          <w:rtl w:val="0"/>
        </w:rPr>
        <w:t xml:space="preserve">（这秩序与天秤，是明确引导总录与明确记载之书的两扇门，也是全知至睿者知识与命令、至胜至慈者权能与意志的两个标题） </w:t>
      </w:r>
      <w:r>
        <w:rPr>
          <w:rFonts w:ascii="Amiri" w:hAnsi="Amiri" w:eastAsia="Amiri" w:cs="Amiri"/>
          <w:lang w:val="zh-CN" w:eastAsia="zh-CN" w:bidi="ar-SA"/>
          <w:rtl w:val="1"/>
          <w:cs w:val="1"/>
          <w:color w:val="000000"/>
          <w:sz w:val="24"/>
          <w:szCs w:val="24"/>
        </w:rPr>
        <w:t>ﻓَﺬٰﻟِﻚَ ﺍﻟﻨِّﻈَﺎﻡُ ﻣَﻊَ ﺫٰﻟِﻚَ ﺍﻟْﻤ۪ﻴﺰَﺍﻥِ ﻓ۪ﻰ ﺫٰﻟِﻚَ ﺍﻟْﻜِﺘَﺎﺏِ ﻣَﻊَ ﺫٰﻟِﻚَ الْاِمَامِ ﺑُﺮْﻫَﺎﻧَﺎﻥِ ﻧَﻴِّﺮَﺍﻥِ ﻟِﻤَﻦْ ﻟَﻪُ ﻓ۪ﻰ ﺭَﺍْﺳِﻪ۪ ﺍِﺫْﻋَﺎﻥٌ ﻭَ ﻓ۪ﻰ ﻭَﺟْﻬِﻪِ ﺍﻟْﻌَﻴْﻨَﺎﻥِ ﺍَﻥْ لَا ﺷَﻰْﺀَ ﻣِﻦَ الْاَشْيَاءِ ﻓِﻰ ﺍﻟْﻜَﻮْﻥِ   ﻭَ ﺍﻟﺰَّﻣَﺎﻥِ ﻳَﺨْﺮُﺝُ ﻣِﻦْ ﻗَﺒْﻀَﺔِ ﺗَﺼَﺮُّﻑِ ﺭَﺣْﻤٰﻦٍ ﻭَ ﺗَﻨْﻈ۪ﻴﻢِ ﺣَﻨَّﺎﻥٍ ﻭَ ﺗَﺰْﻳ۪ﻴﻦِ ﻣَﻨَّﺎﻥٍ ﻭَ ﺗَﻮْﺯ۪ﻳﻦِ ﺩَﻳَّﺎﻥٍ ٠</w:t>
      </w:r>
      <w:r>
        <w:rPr>
          <w:rFonts w:ascii="Times New Roman" w:hAnsi="Times New Roman" w:eastAsia="Noto Serif SC" w:cs="Amiri"/>
          <w:lang w:val="zh-CN" w:eastAsia="zh-CN" w:bidi="ar-SA"/>
          <w:color w:val="000000"/>
          <w:rtl w:val="0"/>
        </w:rPr>
        <w:t xml:space="preserve">（那明确记载之书中的秩序，连同那明确引导总录中的天秤，对于头脑中有信服、脸上有双目的人，是两项明亮证据：时空中的任何事物，都不越出慈悯普及者的掌管、至慈爱者的安排、广施恩泽者的装饰与最终赏罚主宰的权衡） </w:t>
      </w:r>
      <w:r>
        <w:rPr>
          <w:rFonts w:ascii="Amiri" w:hAnsi="Amiri" w:eastAsia="Amiri" w:cs="Amiri"/>
          <w:lang w:val="zh-CN" w:eastAsia="zh-CN" w:bidi="ar-SA"/>
          <w:rtl w:val="1"/>
          <w:cs w:val="1"/>
          <w:color w:val="000000"/>
          <w:sz w:val="24"/>
          <w:szCs w:val="24"/>
        </w:rPr>
        <w:t>ﺍَﻟْﺤَﺎﺻِﻞُ</w:t>
      </w:r>
      <w:r>
        <w:rPr>
          <w:rFonts w:ascii="Times New Roman" w:hAnsi="Times New Roman" w:eastAsia="Noto Serif SC" w:cs="Amiri"/>
          <w:lang w:val="zh-CN" w:eastAsia="zh-CN" w:bidi="ar-SA"/>
          <w:color w:val="000000"/>
          <w:rtl w:val="0"/>
        </w:rPr>
        <w:t xml:space="preserve">（总括）， </w:t>
      </w:r>
      <w:r>
        <w:rPr>
          <w:rFonts w:ascii="Amiri" w:hAnsi="Amiri" w:eastAsia="Amiri" w:cs="Amiri"/>
          <w:lang w:val="zh-CN" w:eastAsia="zh-CN" w:bidi="ar-SA"/>
          <w:rtl w:val="1"/>
          <w:cs w:val="1"/>
          <w:color w:val="000000"/>
          <w:sz w:val="24"/>
          <w:szCs w:val="24"/>
        </w:rPr>
        <w:t>ﺍِﻥَّ ﺗَﺠَﻠِّﻰ الْاِسْمِ الْاَوَّلِ ﻭَ الْاٰخِرِ ﻓِﻰ الْخَلَّاقِيَّةِ ﺍﻟﻨَّﺎﻇِﺮَﻳْﻦِ ﺍِﻟَﻰ ﺍﻟْﻤَﺒْﺪَﺍِ ﻭَ ﺍﻟْﻤُﻨْﺘَﻬٰﻰ ﻭَ الْاَصْلِ ﻭَ ﺍﻟﻨَّﺴْﻞِ ﻭَ ﺍﻟْﻤَﺎﺿ۪ﻰ ﻭَ ﺍﻟْﻤُﺴْﺘَﻘْﺒَﻞِ ﻭَ الْاَمْرِ ﻭَ ﺍﻟْﻌِﻠْﻢِ ﺍﻟْﻤُﺸ۪ﻴﺮَﺍﻥِ ﺍِﻟَﻰ الْاِمَامِ ﺍﻟْﻤُﺒ۪ﻴﻦِ ﻭَ ﺗَﺠَﻠِّﻰ الْاِسْمِ ﺍﻟﻈَّﺎﻫِﺮِ ﻭَ ﺍﻟْﺒَﺎﻃِﻦِ ﻋَﻠَﻰ الْاَشْيَاءِ ﻓ۪ﻰ ﺿِﻤْﻦِ الْخَلَّاقِيَّةِ ﻳُﺸ۪ﻴﺮَﺍﻥِ ﺍِﻟَﻰ ﺍﻟْﻜِﺘَﺎﺏِ ﺍﻟْﻤُﺒ۪ﻴﻦِ</w:t>
      </w:r>
      <w:r>
        <w:rPr>
          <w:rFonts w:ascii="Times New Roman" w:hAnsi="Times New Roman" w:eastAsia="Noto Serif SC" w:cs="Amiri"/>
          <w:lang w:val="zh-CN" w:eastAsia="zh-CN" w:bidi="ar-SA"/>
          <w:color w:val="000000"/>
          <w:rtl w:val="0"/>
        </w:rPr>
        <w:t xml:space="preserve">（在创造之道上，“太初者”与“最后者”尊名的彰显，着眼于开端与终点、根源与后裔、过去与未来、命令与知识，指向明确引导总录；“外显者”与“内隐者”尊名在万物上的彰显，也在创造之道内，指向明确记载之书） </w:t>
      </w:r>
      <w:r>
        <w:rPr>
          <w:rFonts w:ascii="Amiri" w:hAnsi="Amiri" w:eastAsia="Amiri" w:cs="Amiri"/>
          <w:lang w:val="zh-CN" w:eastAsia="zh-CN" w:bidi="ar-SA"/>
          <w:rtl w:val="1"/>
          <w:cs w:val="1"/>
          <w:color w:val="000000"/>
          <w:sz w:val="24"/>
          <w:szCs w:val="24"/>
        </w:rPr>
        <w:t>ﻓَﺎﻟْﻜَﺎﺋِﻨَﺎﺕُ ﻛَﺸَﺠَﺮَﺓٍ ﻋَﻈ۪ﻴﻤَﺔٍ ﻭَ ﻛُﻞُّ ﻋَﺎﻟَﻢٍ ﻣِﻨْﻬَﺎ ﺍَﻳْﻀًﺎ ﻛَﺎﻟﺸَّﺠَﺮَﺓِ ﻓَﻨُﻤَﺜِّﻞُ ﺷَﺠَﺮَﺓً ﺟُﺰْﺋِﻴَّﺔً ﻟِﺨِﻠْﻘَﺔِ ﺍﻟْﻜَﺎﺋِﻨَﺎﺕِ ﻭَ ﺍَﻧْﻮَﺍﻋِﻬَﺎ ﻭَ ﻋَﻮَﺍﻟِﻤِﻬَﺎ ﻭَ ﻫٰﺬِﻩِ ﺍﻟﺸَّﺠَﺮَﺓُ ﺍﻟْﺠُﺰْﺋِﻴَّﺔُ ﻟَﻬَﺎ ﺍَﺻْﻞٌ ﻭَ ﻣَﺒْﺪَﺍٌ ﻭَ ﻫُﻮَ ﺍﻟﻨُّﻮَﺍﺓُ ﺍﻟَّﺘ۪ﻰ ﺗَﻨْﺒُﺖُ ﻋَﻠَﻴْﻬَﺎ ﻭَ ﻛَﺬَﺍ ﻟَﻬَﺎ ﻧَﺴْﻞٌ ﻳُﺪ۪ﻳﻢُ ﻭَﻇ۪ﻴﻔَﺘَﻬَﺎ ﺑَﻌْﺪَ ﻣَﻮْﺗِﻬَﺎ ﻭَ ﻫُﻮَ ﺍﻟﻨُّﻮَﺍﺓُ ﻓ۪ﻰ ﺛَﻤَﺮَﺍﺗِﻬَﺎ</w:t>
      </w:r>
      <w:r>
        <w:rPr>
          <w:rFonts w:ascii="Times New Roman" w:hAnsi="Times New Roman" w:eastAsia="Noto Serif SC" w:cs="Amiri"/>
          <w:lang w:val="zh-CN" w:eastAsia="zh-CN" w:bidi="ar-SA"/>
          <w:color w:val="000000"/>
          <w:rtl w:val="0"/>
        </w:rPr>
        <w:t xml:space="preserve">（宇宙如同一棵巨树，其中每一个世界也如同一棵树。我们可以以一棵个别的树，来比拟宇宙及其种类、诸世界的创造。这棵个别的树有根源与开端，就是它赖以萌发的果核；它也有后裔，在它死后延续其职责，就是它果实中的果核） </w:t>
      </w:r>
      <w:r>
        <w:rPr>
          <w:rFonts w:ascii="Amiri" w:hAnsi="Amiri" w:eastAsia="Amiri" w:cs="Amiri"/>
          <w:lang w:val="zh-CN" w:eastAsia="zh-CN" w:bidi="ar-SA"/>
          <w:rtl w:val="1"/>
          <w:cs w:val="1"/>
          <w:color w:val="000000"/>
          <w:sz w:val="24"/>
          <w:szCs w:val="24"/>
        </w:rPr>
        <w:t>ﻓَﺎﻟْﻤَﺒْﺪَﺍُ ﻭَ ﺍﻟْﻤُﻨْﺘَﻬٰﻰ ﻣَﻈْﻬَﺮَﺍﻥِ ﻟِﺘَﺠَﻠِّﻰ الْاِسْمِ الْاَوَّلِ ﻭَ الْاٰخِرِ ﻓَﻜَﺎَﻥَّ ﺍﻟْﻤَﺒْﺪَﺍَ ﻭَ ﺍﻟﻨُّﻮَﺍﺓَ الْاَصْلِيَّةَ ﺑِﻜَﻤَﺎﻝِ الْاِنْتِظَامِ ﻭَ ﺍﻟْﺤِﻜْﻤَﺔِ ﻓِﻬْﺮِﺳْﺘَﺔٌ ﻭَ ﺗَﻌْﺮِﻓَﺔٌ ﻣُﺮَﻛَّﺒَﺔٌ ﻣِﻦْ ﻣَﺠْﻤُﻮﻉِ ﺩَﺳَﺎﺗ۪ﻴﺮِ ﺗَﺸَﻜُّﻞِ ﺍﻟﺸَّﺠَﺮَﺓِ ﻭَ ﺍﻟﻨُّﻮَﺍﺗَﺎﺕُ ﻓ۪ﻰ ﺛَﻤَﺮَﺍﺗِﻬَﺎ ﺍﻟَّﺘ۪ﻰ ﻓ۪ﻰ ﻧِﻬَﺎﻳَﺎﺗِﻬَﺎ ﻣَﻈْﻬَﺮٌ ﻟِﺘَﺠَﻠِّﻰ الْاِسْمِ الْاٰخِرِ ﻓَﺘِﻠْﻚَ ﺍﻟﻨُّﻮَﺍﺗَﺎﺕُ ﻓِﻰ ﺍﻟﺜَّﻤَﺮَﺍﺕِ ﺑِﻜَﻤَﺎﻝِ ﺍﻟْﺤِﻜْﻤَﺔِ ﻛَﺎَﻧَّﻬَﺎ ﺻُﻨَﻴْﺪِﻗَﺎﺕٌ ﺻَﻐ۪ﻴﺮَﺓٌ ﺍُﻭﺩِﻋَﺖْ ﻓ۪ﻴﻬَﺎ ﻓِﻬْﺮِﺳْﺘَﺔٌ ﻭَ ﺗَﻌْﺮِﻓَﺔٌ ﻟِﺘَﺸَﻜُّﻞِ ﻣَﺎ ﻳُﺸَﺎﺑِﻪُ ﺗِﻠْﻚَ ﺍﻟﺸَّﺠَﺮَﺓَ ﻭَ ﻛَﺎَﻧَّﻬَﺎ ﻛُﺘِﺐَ ﻓ۪ﻴﻬَﺎ ﺑِﻘَﻠَﻢِ ﺍﻟْﻘَﺪَﺭِ ﺩَﺳَﺎﺗ۪ﻴﺮُ ﺗَﺸَﻜُّﻞِ ﺷَﺠَﺮَﺍﺕٍ ﺍٰﺗِﻴَﺔٍ</w:t>
      </w:r>
      <w:r>
        <w:rPr>
          <w:rFonts w:ascii="Times New Roman" w:hAnsi="Times New Roman" w:eastAsia="Noto Serif SC" w:cs="Amiri"/>
          <w:lang w:val="zh-CN" w:eastAsia="zh-CN" w:bidi="ar-SA"/>
          <w:color w:val="000000"/>
          <w:rtl w:val="0"/>
        </w:rPr>
        <w:t xml:space="preserve">（开端与终点，是“太初者”与“最后者”尊名彰显的显现处。开端与原初果核，以完美的秩序与智慧，仿佛一份索引和由树木成形诸律则汇编而成的说明。果实末端的果核，是“最后者”尊名彰显的显现处。那些果实中的果核，以完美的智慧，仿佛一座座小匣子，里面寄存着使相似于那棵树的存在得以成形的索引与说明；又仿佛预定之笔已在其中写下未来诸树成形的律则） </w:t>
      </w:r>
      <w:r>
        <w:rPr>
          <w:rFonts w:ascii="Amiri" w:hAnsi="Amiri" w:eastAsia="Amiri" w:cs="Amiri"/>
          <w:lang w:val="zh-CN" w:eastAsia="zh-CN" w:bidi="ar-SA"/>
          <w:rtl w:val="1"/>
          <w:cs w:val="1"/>
          <w:color w:val="000000"/>
          <w:sz w:val="24"/>
          <w:szCs w:val="24"/>
        </w:rPr>
        <w:t>ﻭَ ﻇَﺎﻫِﺮُ ﺍﻟﺸَّﺠَﺮَﺓِ ﻣَﻈْﻬَﺮٌ ﻟِﺘَﺠَﻠِّﻰ الْاِسْمِ ﺍﻟﻈَّﺎﻫِﺮِ ﻓَﻈَﺎﻫِﺮُﻫَﺎ ﺑِﻜَﻤَﺎﻝِ الْاِنْتِظَامِ ﻭَ ﺍﻟﺘَّﺰْﻳ۪ﻴﻦِ ﻭَ ﺍﻟْﺤِﻜْﻤَﺔِ ﻛَﺎَﻧَّﻬَﺎ ﺣُﻠَّﺔٌ ﻣُﻨْﺘَﻈَﻤَﺔٌ ﻣُﺰَﻳَّﻨَﺔٌ ﻣُﺮَﺻَّﻌَﺔٌ ﻗَﺪْ ﻗُﺪَّﺕْ ﻋَﻠٰﻰ ﻣِﻘْﺪَﺍﺭِ ﻗَﺎﻣَﺘِﻬَﺎ ﺑِﻜَﻤَﺎﻝِ ﺍﻟْﺤِﻜْﻤَﺔِ ﻭَ ﺍﻟْﻌِﻨَﺎﻳَﺔِ</w:t>
      </w:r>
      <w:r>
        <w:rPr>
          <w:rFonts w:ascii="Times New Roman" w:hAnsi="Times New Roman" w:eastAsia="Noto Serif SC" w:cs="Amiri"/>
          <w:lang w:val="zh-CN" w:eastAsia="zh-CN" w:bidi="ar-SA"/>
          <w:color w:val="000000"/>
          <w:rtl w:val="0"/>
        </w:rPr>
        <w:t xml:space="preserve">（树的外显，是“外显者”尊名彰显的显现处。它的外表以完美的秩序、装饰与智慧，仿佛一件剪裁合体、装饰华美、镶嵌精工的衣裳，以完美的智慧与眷顾裁成） </w:t>
      </w:r>
      <w:r>
        <w:rPr>
          <w:rFonts w:ascii="Amiri" w:hAnsi="Amiri" w:eastAsia="Amiri" w:cs="Amiri"/>
          <w:lang w:val="zh-CN" w:eastAsia="zh-CN" w:bidi="ar-SA"/>
          <w:rtl w:val="1"/>
          <w:cs w:val="1"/>
          <w:color w:val="000000"/>
          <w:sz w:val="24"/>
          <w:szCs w:val="24"/>
        </w:rPr>
        <w:t>ﻭَ ﺑَﺎﻃِﻦُ ﺗِﻠْﻚَ ﺍﻟﺸَّﺠَﺮَﺓِ ﻣَﻈْﻬَﺮٌ ﻟِﺘَﺠَﻠِّﻰ   الْاِسْمِ ﺍﻟْﺒَﺎﻃِﻦِ ﻓَﺒِﻜَﻤَﺎﻝِ الْاِنْتِظَامِ ﻭَ ﺍﻟﺘَّﺪْﺑ۪ﻴﺮِ ﺍﻟْﻤُﺤَﻴِّﺮِ ﻟِﻠْﻌُﻘُﻮﻝِ ﻭَ ﺗَﻮْﺯ۪ﻳﻊِ ﻣَﻮَﺍﺩِّ ﺍﻟْﺤَﻴَﺎﺓِ ﺍِﻟَﻰ الْاَعْضَاءِ ﺍﻟْﻤُﺨْﺘَﻠِﻔَﺔِ ﺑِﻜَﻤﺎَﻝِ الْاِنْتِظَامِ ﻛَﺎَﻥَّ ﺑَﺎﻃِﻦَ ﺗِﻠْﻚَ ﺍﻟﺸَّﺠَﺮَﺓِ ﻣَﺎﻛ۪ﻴﻨَﺔٌ ﺧَﺎﺭِﻗَﺔٌ ﻓ۪ﻰ ﻏَﺎﻳَﺔِ الْاِنْتِظَامِ ﻭَ الْاِتِّزَانِ ٠</w:t>
      </w:r>
      <w:r>
        <w:rPr>
          <w:rFonts w:ascii="Times New Roman" w:hAnsi="Times New Roman" w:eastAsia="Noto Serif SC" w:cs="Amiri"/>
          <w:lang w:val="zh-CN" w:eastAsia="zh-CN" w:bidi="ar-SA"/>
          <w:color w:val="000000"/>
          <w:rtl w:val="0"/>
        </w:rPr>
        <w:t>（那棵树内隐的一面，是“内隐者”尊名彰显的显现处。其内部有完美的秩序与令理智惊异的治理，把生命物质以完美秩序分配给不同器官，仿佛是一台在秩序与均衡上达到极境的非凡机器）。</w:t>
      </w:r>
    </w:p>
    <w:p>
      <w:r>
        <w:rPr>
          <w:rFonts w:ascii="Amiri" w:hAnsi="Amiri" w:eastAsia="Amiri" w:cs="Amiri"/>
          <w:lang w:val="zh-CN" w:eastAsia="zh-CN" w:bidi="ar-SA"/>
          <w:rtl w:val="1"/>
          <w:cs w:val="1"/>
          <w:color w:val="000000"/>
          <w:sz w:val="24"/>
          <w:szCs w:val="24"/>
        </w:rPr>
        <w:t>ﻓَﻜَﻤَﺎ ﺍَﻥَّ ﺍَﻭَّﻟَﻬَﺎ ﺗَﻌْﺮِﻓَﺔٌ ﻋَﺠ۪ﻴﺒَﺔٌ ﻭَ ﺍٰﺧِﺮَﻫَﺎ ﻓِﻬْﺮِﺳْﺘَﺔٌ ﺧَﺎﺭِﻗَﺔٌ ﻳُﺸ۪ﻴﺮَﺍﻥِ ﺍِﻟَﻰ الْاِمَامِ ﺍﻟْﻤُﺒ۪ﻴﻦِ  ﻛَﺬٰﻟِﻚَ ﺍِﻥَّ ﻇَﺎﻫِﺮَﻫَﺎ ﻛَﺤُﻠَّﺔٍ ﻋَﺠ۪ﻴﺒَﺔِ ﺍﻟﺼَّﻨْﻌَﺔِ ﻭَ ﺑَﺎﻃِﻨَﻬَﺎ ﻛَﻤَﺎﻛ۪ﻴﻨَﺔٍ ﻓ۪ﻰ ﻏَﺎﻳَﺔِ الْاِنْتِظَامِ ﺗُﺸ۪ﻴﺮَﺍﻥِ ﺍِﻟَﻰ ﺍﻟْﻜِﺘَﺎﺏِ ﺍﻟْﻤُﺒ۪ﻴﻦِ ﻓَﻜَﻤَﺎ ﺍَﻥَّ ﺍﻟْﻘُﻮَﺍﺕِ ﺍﻟْﺤَﺎﻓِﻈَﺎﺕِ ﻓِﻰ الْاِنْسَانِ ﺗُﺸ۪ﻴﺮُ ﺍِﻟَﻰ ﺍﻟﻠَّﻮْﺡِ ﺍﻟْﻤَﺤْﻔُﻮﻅِ ﻭَ ﺗَﺪُﻝُّ ﻋَﻠَﻴْﻪِ ﻛَﺬٰﻟِﻚَ ﺍَﻥَّ ﺍﻟﻨُّﻮَﺍﺗَﺎﺕِ الْاَصْلِيَّةَ ﻭَ ﺍﻟﺜَّﻤَﺮَﺍﺕِ ﺗُﺸ۪ﻴﺮَﺍﻥِ ﻓ۪ﻰ ﻛُﻞِّ ﺷَﺠَﺮَﺓٍ ﺍِﻟَﻰ الْاِمَامِ ﺍﻟْﻤُﺒ۪ﻴﻦِ ﻭَﺍﻟﻈَّﺎﻫِﺮُ ﻭَ ﺍﻟْﺒَﺎﻃِﻦُ ﻳَﺮْﻣُﺰَﺍﻥِ ﺍِﻟَﻰ ﺍﻟْﻜِﺘَﺎﺏِ ﺍﻟْﻤُﺒ۪ﻴﻦِ ﻓَﻘِﺲْ ﻋَﻠٰﻰ ﻫٰﺬِﻩِ ﺍﻟﺸَّﺠَﺮَﺓِ ﺍﻟْﺠُﺰْﺋِﻴَّﺔِ ﺷَﺠَﺮَﺓَ الْاَرْضِ ﺑِﻤَﺎﺿ۪ﻴﻬَﺎ ﻭَ ﻣُﺴْﺘَﻘْﺒَﻠِﻬَﺎ ﻭَ ﺷَﺠَﺮَﺓَ ﺍﻟْﻜَﺎﺋِﻨَﺎﺕِ ﺑِﺎَﻭَﺍﺋِﻠِﻬَﺎ ﻭَ ﺍٰﺗ۪ﻴﻬَﺎ ﻭَ ﺷَﺠَﺮَﺓَ الْاِنْسَانِ ﺑِﺎَﺟْﺪَﺍﺩِﻫَﺎ ﻭَ ﺍَﻧْﺴَﺎﻟِﻬَﺎ ﻭَ ﻫٰﻜَﺬَﺍ ﺟَﻞَّ جَلَالُ ﺧَﺎﻟِﻘِﻬَﺎ ﻭَ لَا ﺍِﻟٰﻪَ اِلَّا ﻫُﻮَ ﻳَﺎ ﻛَﺒ۪ﻴﺮُ ﺍَﻧْﺖَ ﺍﻟَّﺬ۪ﻯ لَا ﺗَﻬْﺪِﻯ ﺍﻟْﻌُﻘُﻮﻝُ ﻟِﻮَﺻْﻒِ ﻋَﻈَﻤَﺘِﻪ۪ وَلَا ﺗَﺼِﻞُ الْاَفْكَارُ ﺍِﻟٰﻰ ﻛُﻨْﻪِ ﺟَﺒَﺮُﻭﺗِﻪ۪ ٠ ﺍَﻟْﻤَﺮْﺗَﺒَﺔُ ﺍﻟﺴَّﺎﺑِﻌَﺔُ</w:t>
      </w:r>
      <w:r>
        <w:rPr>
          <w:rFonts w:ascii="Times New Roman" w:hAnsi="Times New Roman" w:eastAsia="Noto Serif SC" w:cs="Amiri"/>
          <w:lang w:val="zh-CN" w:eastAsia="zh-CN" w:bidi="ar-SA"/>
          <w:color w:val="000000"/>
          <w:rtl w:val="0"/>
        </w:rPr>
        <w:t xml:space="preserve">（正如这棵树的开端是一份奇异的识别标志，它的终结是一份非凡的索引，二者都指向那明示一切的引导母典；同样，它的外表如同技艺奇绝的衣袍，内里如同秩序达到极境的机器，二者也都指向那明晰的经典。正如人身上各种保存的官能指向并证明那块受保护的牌匾，每棵树的原初种核与果实也都指向那明示一切的引导母典，而其外表与内里都暗指那明晰的经典。那么，请以这棵个别的树为比照，推想连同其过去与未来的大地之树、连同其最初与最终的宇宙之树、连同其祖先与后裔的人类之树。其创造者的威严何其崇高，除祂之外绝无应受崇拜者。至大者啊，理智无法领会如何描述您的宏大，思想也无法抵达您威权的真实底蕴。第七层） </w:t>
      </w:r>
      <w:r>
        <w:rPr>
          <w:rFonts w:ascii="Amiri" w:hAnsi="Amiri" w:eastAsia="Amiri" w:cs="Amiri"/>
          <w:lang w:val="zh-CN" w:eastAsia="zh-CN" w:bidi="ar-SA"/>
          <w:rtl w:val="1"/>
          <w:cs w:val="1"/>
          <w:color w:val="000000"/>
          <w:sz w:val="24"/>
          <w:szCs w:val="24"/>
        </w:rPr>
        <w:t>ﺟَﻞَّ جَلَالُهُ ﺍَﻟﻠّٰﻪُ ﺍَﻛْﺒَﺮُ ﻣِﻦْ ﻛُﻞِّ ﺷَﻰْﺀٍ ﻗُﺪْﺭَﺓً ﻭَ ﻋِﻠْﻤًﺎ ﺍِﺫْ ﻫُﻮَ الْخَلَّاقُ ﺍﻟْﻔَﺘَّﺎﺡُ</w:t>
      </w:r>
      <w:r>
        <w:rPr>
          <w:rFonts w:ascii="Times New Roman" w:hAnsi="Times New Roman" w:eastAsia="Noto Serif SC" w:cs="Amiri"/>
          <w:lang w:val="zh-CN" w:eastAsia="zh-CN" w:bidi="ar-SA"/>
          <w:color w:val="000000"/>
          <w:rtl w:val="0"/>
        </w:rPr>
        <w:t>（祂的威严崇高无比；Allah在权能与知识上大于一切，因为祂是不断创造的开创者，是开启封闭、广开恩泽与出路的开启者）</w:t>
      </w:r>
      <w:r>
        <w:rPr>
          <w:rStyle w:val="FootnoteReference"/>
        </w:rPr>
        <w:footnoteReference w:id="60"/>
      </w:r>
      <w:r>
        <w:rPr>
          <w:rFonts w:ascii="Times New Roman" w:hAnsi="Times New Roman" w:eastAsia="Noto Serif SC" w:cs="Amiri"/>
          <w:lang w:val="zh-CN" w:eastAsia="zh-CN" w:bidi="ar-SA"/>
          <w:color w:val="000000"/>
          <w:rtl w:val="0"/>
        </w:rPr>
        <w:t xml:space="preserve"> </w:t>
      </w:r>
      <w:r>
        <w:rPr>
          <w:rFonts w:ascii="Amiri" w:hAnsi="Amiri" w:eastAsia="Amiri" w:cs="Amiri"/>
          <w:lang w:val="zh-CN" w:eastAsia="zh-CN" w:bidi="ar-SA"/>
          <w:rtl w:val="1"/>
          <w:cs w:val="1"/>
          <w:color w:val="000000"/>
          <w:sz w:val="24"/>
          <w:szCs w:val="24"/>
        </w:rPr>
        <w:t>ﺍﻟْﻔَﻌَّﺎﻝُ الْعَلَّامُ ﺍﻟْﻮَﻫَّﺎﺏُ ﺍﻟْﻔَﻴَّﺎﺽُ ﺷَﻤْﺲُ الْاَزَلِ ﺍﻟَّﺬ۪ﻯ ﻫٰﺬِﻩِ ﺍﻟْﻜَﺎﺋِﻨَﺎﺕُ ﺑِﺎَﻧْﻮَﺍﻋِﻬَﺎ   ﻭَ ﻣَﻮْﺟُﻮﺩَﺍﺗِﻬَﺎ ظِلَالُ ﺍَﻧْﻮَﺍﺭِﻩ۪ ﻭَ ﺍٰﺛَﺎﺭُ ﺍَﻓْﻌَﺎﻟِﻪ۪ ﻭَ ﺍَﻟْﻮَﺍﻥُ ﻧُﻘُﻮﺵِ ﺍَﻧْﻮَﺍﻉِ ﺗَﺠَﻠِّﻴَﺎﺕِ ﺍَﺳْﻤَﺎﺋِﻪ۪ ﻭَ ﺧُﻄُﻮﻁُ ﻗَﻠَﻢِ ﻗَﻀَﺎﺋِﻪ۪ ﻭَ ﻗَﺪَﺭِﻩ۪ ﻭَ ﻣَﺮَﺍﻳَﺎ ﺗَﺠَﻠِّﻴَﺎﺕِ ﺻِﻔَﺎﺗِﻪ۪ ﻭَ ﺟَﻤَﺎﻟِﻪ۪ ﻭَ جَلَاله۪ ﻭَ ﻛَﻤَﺎﻟِﻪ۪</w:t>
      </w:r>
      <w:r>
        <w:rPr>
          <w:rFonts w:ascii="Times New Roman" w:hAnsi="Times New Roman" w:eastAsia="Noto Serif SC" w:cs="Amiri"/>
          <w:lang w:val="zh-CN" w:eastAsia="zh-CN" w:bidi="ar-SA"/>
          <w:color w:val="000000"/>
          <w:rtl w:val="0"/>
        </w:rPr>
        <w:t xml:space="preserve">（祂是充分施行一切作为者、尽知一切者、不断厚赐者、恩泽丰沛涌流者，是无始的太阳；这宇宙及其一切种类和万有，都是祂诸光的影子、祂诸作为的痕迹、祂诸尊名各类彰显之纹饰的色彩、祂裁定与预定之笔写下的线条，也是祂诸属性、祂的美善、威严与完善得以彰显的镜子） </w:t>
      </w:r>
      <w:r>
        <w:rPr>
          <w:rFonts w:ascii="Amiri" w:hAnsi="Amiri" w:eastAsia="Amiri" w:cs="Amiri"/>
          <w:lang w:val="zh-CN" w:eastAsia="zh-CN" w:bidi="ar-SA"/>
          <w:rtl w:val="1"/>
          <w:cs w:val="1"/>
          <w:color w:val="000000"/>
          <w:sz w:val="24"/>
          <w:szCs w:val="24"/>
        </w:rPr>
        <w:t>ﺑِﺎِﺟْﻤَﺎﻉِ ﺍﻟﺸَّﺎﻫِﺪِ الْاَزَلِىِّ ﺑِﺠَﻤ۪ﻴﻊِ ﻛُﺘُﺒِﻪ۪ ﻭَ ﺻُﺤُﻔِﻪ۪ ﻭَ ﺍٰﻳَﺎﺗِﻪِ ﺍﻟﺘَّﻜْﻮ۪ﻳﻨِﻴَّﺔِ ﻭَ ﺍﻟْﻘُﺮْﺍٰﻧِﻴَّﺔِ</w:t>
      </w:r>
      <w:r>
        <w:rPr>
          <w:rFonts w:ascii="Times New Roman" w:hAnsi="Times New Roman" w:eastAsia="Noto Serif SC" w:cs="Amiri"/>
          <w:lang w:val="zh-CN" w:eastAsia="zh-CN" w:bidi="ar-SA"/>
          <w:color w:val="000000"/>
          <w:rtl w:val="0"/>
        </w:rPr>
        <w:t xml:space="preserve">（无始的见证者借祂的一切经典、一切书页，以及祂创造世界和降示《古兰经》的一切迹象，共同见证了这一点） </w:t>
      </w:r>
      <w:r>
        <w:rPr>
          <w:rFonts w:ascii="Amiri" w:hAnsi="Amiri" w:eastAsia="Amiri" w:cs="Amiri"/>
          <w:lang w:val="zh-CN" w:eastAsia="zh-CN" w:bidi="ar-SA"/>
          <w:rtl w:val="1"/>
          <w:cs w:val="1"/>
          <w:color w:val="000000"/>
          <w:sz w:val="24"/>
          <w:szCs w:val="24"/>
        </w:rPr>
        <w:t>ﻭَ ﺑِﺎِﺟْﻤَﺎﻉِ الْاَرْضِ ﻣَﻊَ ﺍﻟْﻌَﺎﻟَﻢِ ﺑِﺎِﻓْﺘِﻘَﺎﺭَﺍﺗِﻬَﺎ ﻭَ ﺍِﺣْﺘِﻴَﺎﺟَﺎﺗِﻬَﺎ ﻓ۪ﻰ ﺫَﺍﺗِﻬَﺎ ﻭَ ﺫَﺭَّﺍﺗِﻬَﺎ ﻣَﻊَ ﺗَﻈَﺎﻫُﺮِ ﺍﻟْﻐِﻨَﺎﺀِ ﺍﻟْﻤُﻄْﻠَﻖِ ﻭَ ﺍﻟﺜَّﺮْﻭَﺓِ ﺍﻟْﻤُﻄْﻠَﻘَﺔِ ﻋَﻠَﻴْﻬَﺎ</w:t>
      </w:r>
      <w:r>
        <w:rPr>
          <w:rFonts w:ascii="Times New Roman" w:hAnsi="Times New Roman" w:eastAsia="Noto Serif SC" w:cs="Amiri"/>
          <w:lang w:val="zh-CN" w:eastAsia="zh-CN" w:bidi="ar-SA"/>
          <w:color w:val="000000"/>
          <w:rtl w:val="0"/>
        </w:rPr>
        <w:t xml:space="preserve">（大地与整个世界，无论其整体还是其中微粒，都以自身的匮乏和种种需要共同作证；与此同时，绝对的无求与绝对的富足又彰明在它们之上） </w:t>
      </w:r>
      <w:r>
        <w:rPr>
          <w:rFonts w:ascii="Amiri" w:hAnsi="Amiri" w:eastAsia="Amiri" w:cs="Amiri"/>
          <w:lang w:val="zh-CN" w:eastAsia="zh-CN" w:bidi="ar-SA"/>
          <w:rtl w:val="1"/>
          <w:cs w:val="1"/>
          <w:color w:val="000000"/>
          <w:sz w:val="24"/>
          <w:szCs w:val="24"/>
        </w:rPr>
        <w:t>ﻭَ ﺑِﺎِﺟْﻤَﺎﻉِ ﻛُﻞِّ ﺍَﻫْﻞِ ﺍﻟﺸُّﻬُﻮﺩِ ﻣِﻦْ ﺫَﻭِﻯ الْاَرْوَاحِ ﺍﻟﻨَّﻴِّﺮَﺓِ ﻭَ ﺍﻟْﻘُﻠُﻮﺏِ ﺍﻟْﻤُﻨَﻮَّﺭَﺓِ ﻭَ ﺍﻟْﻌُﻘُﻮﻝِ ﺍﻟﻨُّﻮﺭَﺍﻧِﻴَّﺔِ ﻣِﻦَ الْاَنْبِيَاءِ ﻭَ الْاَوْلِيَاءِ ﻭَ الْاَصْفِيَاءِ ﺑِﺠَﻤ۪ﻴﻊِ ﺗَﺤْﻘ۪ﻴﻘَﺎﺗِﻬِﻢْ ﻭَ ﻛُﺸُﻮﻓَﺎﺗِﻬِﻢْ ﻭَ ﻓُﻴُﻮﺿَﺎﺗِﻬِﻢْ ﻭَ ﻣُﻨَﺎﺟَﺎﺗِﻬِﻢْ</w:t>
      </w:r>
      <w:r>
        <w:rPr>
          <w:rFonts w:ascii="Times New Roman" w:hAnsi="Times New Roman" w:eastAsia="Noto Serif SC" w:cs="Amiri"/>
          <w:lang w:val="zh-CN" w:eastAsia="zh-CN" w:bidi="ar-SA"/>
          <w:color w:val="000000"/>
          <w:rtl w:val="0"/>
        </w:rPr>
        <w:t xml:space="preserve">（凡具有亲见者，无论众先知、亲近Allah者还是精纯贤者，他们光明的灵魂、被照亮的心灵与充满光明的理智，都以其一切穷究求证、内在揭见、涌流的恩泽和私密祈求共同作证） </w:t>
      </w:r>
      <w:r>
        <w:rPr>
          <w:rFonts w:ascii="Amiri" w:hAnsi="Amiri" w:eastAsia="Amiri" w:cs="Amiri"/>
          <w:lang w:val="zh-CN" w:eastAsia="zh-CN" w:bidi="ar-SA"/>
          <w:rtl w:val="1"/>
          <w:cs w:val="1"/>
          <w:color w:val="000000"/>
          <w:sz w:val="24"/>
          <w:szCs w:val="24"/>
        </w:rPr>
        <w:t>ﻗَﺪْ ﺍِﺗَّﻔَﻖَ ﺍﻟْﻜُﻞُّ ﻣِﻨْﻬُﻢْ ﻭَ ﻣِﻦَ الْاَرْضِ ﻭَ الْاَجْرَامِ ﺍﻟْﻌُﻠْﻮِﻳَّﺔِ ﻭَ ﺍﻟﺴُّﻔْﻠِﻴَّﺔِ ﺑِﻤَﺎ لَا ﻳُﺤَﺪُّ ﻣِﻦْ ﺷَﻬَﺎﺩَﺍﺗِﻬِﻢُ ﺍﻟْﻘَﻄْﻌِﻴَّﺔِ ﻭَ ﺗَﺼْﺪ۪ﻳﻘَﺎﺗِﻬِﻢُ ﺍﻟْﻴَﻘ۪ﻴﻨِﻴَّﺔِ</w:t>
      </w:r>
      <w:r>
        <w:rPr>
          <w:rFonts w:ascii="Times New Roman" w:hAnsi="Times New Roman" w:eastAsia="Noto Serif SC" w:cs="Amiri"/>
          <w:lang w:val="zh-CN" w:eastAsia="zh-CN" w:bidi="ar-SA"/>
          <w:color w:val="000000"/>
          <w:rtl w:val="0"/>
        </w:rPr>
        <w:t xml:space="preserve">（他们全体，以及大地和高处、低处的星体，都以无数确凿的见证和真实确定的确认达成一致） </w:t>
      </w:r>
      <w:r>
        <w:rPr>
          <w:rFonts w:ascii="Amiri" w:hAnsi="Amiri" w:eastAsia="Amiri" w:cs="Amiri"/>
          <w:lang w:val="zh-CN" w:eastAsia="zh-CN" w:bidi="ar-SA"/>
          <w:rtl w:val="1"/>
          <w:cs w:val="1"/>
          <w:color w:val="000000"/>
          <w:sz w:val="24"/>
          <w:szCs w:val="24"/>
        </w:rPr>
        <w:t>ﺑِﻘَﺒُﻮﻝِ ﺷَﻬَﺎﺩَﺍﺕِ الْاٰيَاتِ ﺍﻟﺘَّﻜْﻮ۪ﻳﻨِﻴَّﺔِ ﻭَ ﺍﻟْﻘُﺮْﺍٰﻧِﻴَّﺔِ ﻭَ ﺷَﻬَﺎﺩَﺍﺕِ ﺍﻟﺼُّﺤُﻒِ ﻭَ ﺍﻟْﻜُﺘُﺐِ ﺍﻟﺴَّﻤَﺎﻭِﻳَّﺔِ ﺍﻟَّﺘ۪ﻰ ﻫِﻰَ ﺷَﻬَﺎﺩَﺓُ ﺍﻟْﻮَﺍﺟِﺐِ ﺍﻟْﻮُﺟُﻮﺩِ ﻋَﻠٰﻰ ﺍَﻥَّ ﻫٰﺬِﻩِ ﺍﻟْﻤَﻮْﺟُﻮﺩَﺍﺕِ ﺍٰﺛَﺎﺭُ ﻗُﺪْﺭَﺗِﻪ۪ ﻭَ ﻣَﻜْﺘُﻮﺑَﺎﺕُ ﻗَﺪَﺭِﻩ۪ ﻭَ ﻣَﺮَﺍﻳَﺎ ﺍَﺳْﻤَﺎﺋِﻪ۪ ﻭَ تَمَثُّلَاتُ ﺍَﻧْﻮَﺍﺭِﻩ۪ ﺟَﻞَّ جَلَالُهُ ﻭَ لَا ﺍِﻟٰﻪَ اِلَّا ﻫُﻮَ ٠</w:t>
      </w:r>
      <w:r>
        <w:rPr>
          <w:rFonts w:ascii="Times New Roman" w:hAnsi="Times New Roman" w:eastAsia="Noto Serif SC" w:cs="Amiri"/>
          <w:lang w:val="zh-CN" w:eastAsia="zh-CN" w:bidi="ar-SA"/>
          <w:color w:val="000000"/>
          <w:rtl w:val="0"/>
        </w:rPr>
        <w:t>（他们接受创造世界与《古兰经》诸迹象的见证，也接受天启书页与经典的见证；这些正是那位存在必然者的见证，共同证明：这些万有都是祂权能的痕迹、祂预定写下的文字、祂诸尊名的镜子和祂诸光的映现。祂的威严崇高无比，除祂之外绝无应受崇拜者）</w:t>
      </w:r>
    </w:p>
    <w:p>
      <w:pPr>
        <w:pStyle w:val="Heading2"/>
      </w:pPr>
      <w:r>
        <w:rPr>
          <w:rFonts w:ascii="Times New Roman" w:hAnsi="Times New Roman" w:eastAsia="Noto Serif SC" w:cs="Amiri"/>
          <w:lang w:val="zh-CN" w:eastAsia="zh-CN" w:bidi="ar-SA"/>
          <w:color w:val="000000"/>
          <w:rtl w:val="0"/>
        </w:rPr>
        <w:t>致歉：</w:t>
      </w:r>
    </w:p>
    <w:p>
      <w:r>
        <w:rPr>
          <w:rFonts w:ascii="Times New Roman" w:hAnsi="Times New Roman" w:eastAsia="Noto Serif SC" w:cs="Amiri"/>
          <w:lang w:val="zh-CN" w:eastAsia="zh-CN" w:bidi="ar-SA"/>
          <w:color w:val="000000"/>
          <w:rtl w:val="0"/>
        </w:rPr>
        <w:t>这篇阿拉伯文《闪光》因编入新写成的《闪光》诸篇之中，页码不得不接续书中的编号，因而不再依循阿拉伯文页码的顺序。恳请读者宽容看待这一点。</w:t>
      </w:r>
    </w:p>
    <w:p>
      <w:pPr>
        <w:pStyle w:val="Heading1"/>
        <w:pageBreakBefore/>
      </w:pPr>
      <w:r>
        <w:rPr>
          <w:rFonts w:ascii="Times New Roman" w:hAnsi="Times New Roman" w:eastAsia="Noto Serif SC" w:cs="Amiri"/>
          <w:lang w:val="zh-CN" w:eastAsia="zh-CN" w:bidi="ar-SA"/>
          <w:color w:val="000000"/>
          <w:rtl w:val="0"/>
        </w:rPr>
        <w:t>第三十篇闪光</w:t>
      </w:r>
    </w:p>
    <w:p>
      <w:pPr>
        <w:pStyle w:val="Heading2"/>
      </w:pPr>
      <w:r>
        <w:rPr>
          <w:rFonts w:ascii="Times New Roman" w:hAnsi="Times New Roman" w:eastAsia="Noto Serif SC" w:cs="Amiri"/>
          <w:lang w:val="zh-CN" w:eastAsia="zh-CN" w:bidi="ar-SA"/>
          <w:color w:val="000000"/>
          <w:rtl w:val="0"/>
        </w:rPr>
        <w:t>《第三十一封书信》的第三十篇《闪光》</w:t>
      </w:r>
    </w:p>
    <w:p>
      <w:pPr>
        <w:pStyle w:val="Heading2"/>
      </w:pPr>
      <w:r>
        <w:rPr>
          <w:rFonts w:ascii="Times New Roman" w:hAnsi="Times New Roman" w:eastAsia="Noto Serif SC" w:cs="Amiri"/>
          <w:lang w:val="zh-CN" w:eastAsia="zh-CN" w:bidi="ar-SA"/>
          <w:color w:val="000000"/>
          <w:rtl w:val="0"/>
        </w:rPr>
        <w:t>以及</w:t>
      </w:r>
    </w:p>
    <w:p>
      <w:pPr>
        <w:pStyle w:val="Heading2"/>
      </w:pPr>
      <w:r>
        <w:rPr>
          <w:rFonts w:ascii="Times New Roman" w:hAnsi="Times New Roman" w:eastAsia="Noto Serif SC" w:cs="Amiri"/>
          <w:lang w:val="zh-CN" w:eastAsia="zh-CN" w:bidi="ar-SA"/>
          <w:color w:val="000000"/>
          <w:rtl w:val="0"/>
        </w:rPr>
        <w:t>埃斯基谢希尔监狱的一颗果实</w:t>
      </w:r>
    </w:p>
    <w:p>
      <w:r>
        <w:rPr>
          <w:rFonts w:ascii="Times New Roman" w:hAnsi="Times New Roman" w:eastAsia="Noto Serif SC" w:cs="Amiri"/>
          <w:lang w:val="zh-CN" w:eastAsia="zh-CN" w:bidi="ar-SA"/>
          <w:color w:val="000000"/>
          <w:rtl w:val="0"/>
        </w:rPr>
        <w:t>共六项精义。</w:t>
      </w:r>
    </w:p>
    <w:p>
      <w:r>
        <w:rPr>
          <w:rFonts w:ascii="Times New Roman" w:hAnsi="Times New Roman" w:eastAsia="Noto Serif SC" w:cs="Amiri"/>
          <w:lang w:val="zh-CN" w:eastAsia="zh-CN" w:bidi="ar-SA"/>
          <w:color w:val="000000"/>
          <w:rtl w:val="0"/>
        </w:rPr>
        <w:t>正如代尼兹利优素福学院最宏大的一课是《果实论著》，阿菲永优素福学院最完善而宝贵的一课是《灿烂的明证》；埃斯基谢希尔优素福学院极为有力的一堂大课，也是这第三十篇《闪光》——它阐明承载至大尊名的六个尊名的六项精义。</w:t>
      </w:r>
    </w:p>
    <w:p>
      <w:r>
        <w:rPr>
          <w:rFonts w:ascii="Times New Roman" w:hAnsi="Times New Roman" w:eastAsia="Noto Serif SC" w:cs="Amiri"/>
          <w:lang w:val="zh-CN" w:eastAsia="zh-CN" w:bidi="ar-SA"/>
          <w:color w:val="000000"/>
          <w:rtl w:val="0"/>
        </w:rPr>
        <w:t>在至大尊名中关于“永生而自存者”的部分里，那些极其深广的论题，并非人人都能一并领会和体味，但人人也不会毫无所得。</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此项论述“至圣无染者”尊名的一项精义。</w:t>
      </w:r>
    </w:p>
    <w:p>
      <w:r>
        <w:rPr>
          <w:rFonts w:ascii="Times New Roman" w:hAnsi="Times New Roman" w:eastAsia="Noto Serif SC" w:cs="Amiri"/>
          <w:lang w:val="zh-CN" w:eastAsia="zh-CN" w:bidi="ar-SA"/>
          <w:color w:val="000000"/>
          <w:rtl w:val="0"/>
        </w:rPr>
        <w:t xml:space="preserve">——这项关于“至圣无染者”的精义，宜作为《第三十言》附篇的附篇。——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（奉Allah——慈悯普及万物、又以至深慈悯特加眷顾者——之名，依凭祂而行） </w:t>
      </w:r>
      <w:r>
        <w:rPr>
          <w:rFonts w:ascii="Amiri" w:hAnsi="Amiri" w:eastAsia="Amiri" w:cs="Amiri"/>
          <w:lang w:val="zh-CN" w:eastAsia="zh-CN" w:bidi="ar-SA"/>
          <w:rtl w:val="1"/>
          <w:cs w:val="1"/>
          <w:color w:val="000000"/>
          <w:sz w:val="24"/>
          <w:szCs w:val="24"/>
        </w:rPr>
        <w:t>وَالْاَرْضَ ﻓَﺮَﺷْﻨَﺎﻫَﺎ ﻓَﻨِﻌْﻢَ ﺍﻟْﻤَﺎﻫِﺪُﻭﻥَ</w:t>
      </w:r>
      <w:r>
        <w:rPr>
          <w:rFonts w:ascii="Times New Roman" w:hAnsi="Times New Roman" w:eastAsia="Noto Serif SC" w:cs="Amiri"/>
          <w:lang w:val="zh-CN" w:eastAsia="zh-CN" w:bidi="ar-SA"/>
          <w:color w:val="000000"/>
          <w:rtl w:val="0"/>
        </w:rPr>
        <w:t>（至于大地，我们把它铺开、铺展成安居之所；我们把这安身之地铺设得何等美好）这节经文的一项精义，以及“至圣无染者”尊名的一次彰显——这一尊名是一项至大尊名，或者说是至大尊名六重光明中的一重——在尊贵舍尔巴月将尽之时，于埃斯基谢希尔监狱向我显现。它以极其完满的明显性展示了Allah的存在，又以极其完满的清晰性展示了祂养育与主宰的独一。事情是这样的，我看见：</w:t>
      </w:r>
    </w:p>
    <w:p>
      <w:r>
        <w:rPr>
          <w:rFonts w:ascii="Times New Roman" w:hAnsi="Times New Roman" w:eastAsia="Noto Serif SC" w:cs="Amiri"/>
          <w:lang w:val="zh-CN" w:eastAsia="zh-CN" w:bidi="ar-SA"/>
          <w:color w:val="000000"/>
          <w:rtl w:val="0"/>
        </w:rPr>
        <w:t>这宇宙和这地球，是一座始终运转的大工厂，也是一间时刻住满又腾空的旅店、客房。然而，这样繁忙的工厂、旅店和客房，会被污垢、残骸和垃圾弄得极其肮脏，处处沾染秽物，腐臭的物质也会在各个角落堆积。若不以极大的细心照料，不加清洁，不洒扫干净，其中便无法停留，人也会在其中窒息。然而，这座宇宙工厂和地球客房却洁净、干净、整齐到如此地步，毫无尘垢、污秽与腐臭，竟找不出一件多余之物、一种无益的物质、一点偶然留下的脏污。即便表面偶有出现，也会立刻被投进转化的机器，得到清理。可见，照料这座工厂的那位，把祂照看得极好。</w:t>
      </w:r>
    </w:p>
    <w:p>
      <w:r>
        <w:rPr>
          <w:rFonts w:ascii="Times New Roman" w:hAnsi="Times New Roman" w:eastAsia="Noto Serif SC" w:cs="Amiri"/>
          <w:lang w:val="zh-CN" w:eastAsia="zh-CN" w:bidi="ar-SA"/>
          <w:color w:val="000000"/>
          <w:rtl w:val="0"/>
        </w:rPr>
        <w:t>这座工厂有一位如此勤于清洁的主人：祂让人把那座庞大的工厂、那座宏伟的宫殿当作一间小屋来洒扫、清理、整理和洁净。那座无比庞大的工厂里，竟没有与其巨大规模相称的污垢、残骸所留下的脏物和垃圾。相反，人们依其宏大的程度，同样注重它的清洁与整齐。一个人若一个月不沐浴，也不打扫自己的小房间，就会变得很脏、很污秽。可见，这座世界宫殿里的洁净、纯清、光明与干净，是不断来自一项充满智慧的清洁工作和一项细致周密的净化工作。</w:t>
      </w:r>
    </w:p>
    <w:p>
      <w:r>
        <w:rPr>
          <w:rFonts w:ascii="Times New Roman" w:hAnsi="Times New Roman" w:eastAsia="Noto Serif SC" w:cs="Amiri"/>
          <w:lang w:val="zh-CN" w:eastAsia="zh-CN" w:bidi="ar-SA"/>
          <w:color w:val="000000"/>
          <w:rtl w:val="0"/>
        </w:rPr>
        <w:t>倘若没有那持续不断的净化、洒扫和细心照料，一年之内，所有动物的十万族类都会在地面上窒息。诸天空间里，那些经历毁坏与死亡的星球、卫星乃至恒星的残骸，也会击碎我们的头、其他动物的头，乃至地球的头，乃至我们这个世界的头；会把大如山岳的石块倾泻到我们头上，把我们赶出这尘世的家园。然而，自古以来，那些上层世界虽不断毁坏又修复，却只有几块从天而降的石头落下来，作为鉴戒，并未击碎任何人的头。</w:t>
      </w:r>
    </w:p>
    <w:p>
      <w:r>
        <w:rPr>
          <w:rFonts w:ascii="Times New Roman" w:hAnsi="Times New Roman" w:eastAsia="Noto Serif SC" w:cs="Amiri"/>
          <w:lang w:val="zh-CN" w:eastAsia="zh-CN" w:bidi="ar-SA"/>
          <w:color w:val="000000"/>
          <w:rtl w:val="0"/>
        </w:rPr>
        <w:t>同样，每年由于死亡与生命的交替和争斗，地面上数以十万计的动物族群的遗骸，以及二十万种植物类别的残迹，会使陆地和海洋的表面异常肮脏；到那时，有意识者非但不会喜爱、钟情这些表面，反而会因那样的丑陋而生厌，逃向死亡与无有。正如一只鸟轻易清洁自己的双翼，一位书写者从容清理自己的书页，这架地球飞行器和这些天上飞鸟的双翼，以及这部宇宙之书的书页，也都同样得到清洁，变得美丽。未曾看见后世无量之美、又不凭信仰思考的人，便会爱上尘世这份清洁与美丽，对其顶礼膜拜。</w:t>
      </w:r>
    </w:p>
    <w:p>
      <w:r>
        <w:rPr>
          <w:rFonts w:ascii="Times New Roman" w:hAnsi="Times New Roman" w:eastAsia="Noto Serif SC" w:cs="Amiri"/>
          <w:lang w:val="zh-CN" w:eastAsia="zh-CN" w:bidi="ar-SA"/>
          <w:color w:val="000000"/>
          <w:rtl w:val="0"/>
        </w:rPr>
        <w:t>可见，这座世界宫殿和这座宇宙工厂，承受着“至圣无染者”尊名一次至大的彰显。来自那神圣清洁的号令，不仅海洋中食肉的清洁者、陆地上的鹰隼听从，连狼和蚂蚁这些收捡遗骸的卫生员也都听从。甚至，在体内流动的血液中，红血球和白血球也听从那些神圣清洁号令，在身体的细胞里从事清洁；呼吸也同样净化那血液，使其洁净。</w:t>
      </w:r>
    </w:p>
    <w:p>
      <w:r>
        <w:rPr>
          <w:rFonts w:ascii="Times New Roman" w:hAnsi="Times New Roman" w:eastAsia="Noto Serif SC" w:cs="Amiri"/>
          <w:lang w:val="zh-CN" w:eastAsia="zh-CN" w:bidi="ar-SA"/>
          <w:color w:val="000000"/>
          <w:rtl w:val="0"/>
        </w:rPr>
        <w:t>那号令，眼睑为清洁眼睛而听从，苍蝇为清扫翅膀而听从；浩大的空气和云也同样听从。空气吹向落在地面、地表的尘土等垃圾，使其清洁。云朵这块海绵向大地花园洒水，使尘土平息。随后，为免长期污损天空，云迅速收拢自己的残迹，以完满的秩序退隐、藏匿。天空那美丽的面容和眼睛，便显得经过擦拭与清扫，熠熠生辉。</w:t>
      </w:r>
    </w:p>
    <w:p>
      <w:r>
        <w:rPr>
          <w:rFonts w:ascii="Times New Roman" w:hAnsi="Times New Roman" w:eastAsia="Noto Serif SC" w:cs="Amiri"/>
          <w:lang w:val="zh-CN" w:eastAsia="zh-CN" w:bidi="ar-SA"/>
          <w:color w:val="000000"/>
          <w:rtl w:val="0"/>
        </w:rPr>
        <w:t>星辰、元素、矿物和植物听从那些清洁号令，一切微粒也都听从。在令人惊叹的种种变化风暴中，这些微粒仍注重整洁；不在一处作无用的聚集，不造成拥挤。即使受到污染，也很快得到清洁。它们被一只智慧之手推动着，以取得最清洁、最整齐、最明亮、最纯净的状态，呈现最美丽、最纯粹、最精妙的形态。</w:t>
      </w:r>
    </w:p>
    <w:p>
      <w:r>
        <w:rPr>
          <w:rFonts w:ascii="Times New Roman" w:hAnsi="Times New Roman" w:eastAsia="Noto Serif SC" w:cs="Amiri"/>
          <w:lang w:val="zh-CN" w:eastAsia="zh-CN" w:bidi="ar-SA"/>
          <w:color w:val="000000"/>
          <w:rtl w:val="0"/>
        </w:rPr>
        <w:t>这项单一的作为，也就是作为单一真理的清洁，是“至圣无染者”这项至大尊名在宇宙至大范围中显现的一次至大彰显。它把Allah养育与主宰的存在和祂神圣的独一，连同祂一切至美的尊名，直接显示给如太阳般广阔、又如望远镜般锐利的眼睛。</w:t>
      </w:r>
    </w:p>
    <w:p>
      <w:r>
        <w:rPr>
          <w:rFonts w:ascii="Times New Roman" w:hAnsi="Times New Roman" w:eastAsia="Noto Serif SC" w:cs="Amiri"/>
          <w:lang w:val="zh-CN" w:eastAsia="zh-CN" w:bidi="ar-SA"/>
          <w:color w:val="000000"/>
          <w:rtl w:val="0"/>
        </w:rPr>
        <w:t>是的，《光明论集》的许多部分已经用确凿的证据证明：“裁决者”与“至睿者”尊名的彰显——整理与秩序的作为；“公正者”与“行公正者”尊名的彰显——衡量与均衡的作为；“美善者”与“尊贵宽宏者”尊名的彰显——装饰与施美的作为；“养育并主宰者”与“至慈者”尊名的彰显——培育与施恩的作为；在这世界的至大范围里，它们各自都是一项单一真理、一项单一作为，因此显示了同一位存在必然者的独一。同样，“至圣无染者”尊名所彰显、所映现的清洁与净化作为，也显示那位存在必然者Allah：祂的存在如太阳般明显，祂的独一如白昼般清楚。上述整理、衡量、装饰、清洁等充满智慧的作为，在至大范围里就物种的统一性而言，显示了一位独一的创造者；同样，至美诸尊名中的大多数，乃至一千零一个尊名中的每一个，在这至大范围里都有这样一次至大的彰显。由那次彰显而来的作为，也以其宏大程度相应的明晰与确实，显示那位独一而无二者Allah。</w:t>
      </w:r>
    </w:p>
    <w:p>
      <w:r>
        <w:rPr>
          <w:rFonts w:ascii="Times New Roman" w:hAnsi="Times New Roman" w:eastAsia="Noto Serif SC" w:cs="Amiri"/>
          <w:lang w:val="zh-CN" w:eastAsia="zh-CN" w:bidi="ar-SA"/>
          <w:color w:val="000000"/>
          <w:rtl w:val="0"/>
        </w:rPr>
        <w:t>是的，使一切服从其法则与秩序的普遍智慧；装点一切、使其展露笑颜的普遍眷顾；使一切欢喜满足的广阔慈悯；滋养一切有生命者并使其得享乐趣的普遍给养；以及使一切与万物相关、受益并在一定程度上有所享有的生命与赋生——这些使宇宙展露笑颜、充满光明、显而易见的真理和独一性的作为，正如光明显示太阳一样，自明显示了同一位至睿、尊贵宽宏、至慈、赐予万物给养、永生并赋予生命者Allah。</w:t>
      </w:r>
    </w:p>
    <w:p>
      <w:r>
        <w:rPr>
          <w:rFonts w:ascii="Times New Roman" w:hAnsi="Times New Roman" w:eastAsia="Noto Serif SC" w:cs="Amiri"/>
          <w:lang w:val="zh-CN" w:eastAsia="zh-CN" w:bidi="ar-SA"/>
          <w:color w:val="000000"/>
          <w:rtl w:val="0"/>
        </w:rPr>
        <w:t>那上百项广泛的作为，每一项都是独一性的辉煌证据；若不把其中哪怕一项归于独一而无二者Allah，上百个方面的不可能就必然随之而来。例如，不必说其中智慧、眷顾、慈悯、供养、赋生这些显而易见的真理和独一性的证据，即使仅仅不把清洁这一作为归于宇宙的创造者Allah，迷误者那条不信的道路也必然要求：从与清洁相关的微粒、苍蝇，直到元素、星辰，所有受造物中的每一个，都要有能力知晓、思考整个宇宙的装饰、衡量、整理与清洁，并据此行动；或者，世界创造者的神圣属性要存在于它自身之中；或者，为安排这宇宙的装饰、清洁以及收入与支出的平衡，必须设立一个如宇宙般庞大的协商会议，无数微粒、苍蝇和星辰都要成为这个会议的成员；如此等等。像这些充满神话和诡辩的成百种不可能，就都会出现，好让那到处可见、可以观察到的普遍而周遍的崇高装饰、净化与清洁得以存在。这便不是进入一个不可能，而是陷入十万个不可能。</w:t>
      </w:r>
    </w:p>
    <w:p>
      <w:r>
        <w:rPr>
          <w:rFonts w:ascii="Times New Roman" w:hAnsi="Times New Roman" w:eastAsia="Noto Serif SC" w:cs="Amiri"/>
          <w:lang w:val="zh-CN" w:eastAsia="zh-CN" w:bidi="ar-SA"/>
          <w:color w:val="000000"/>
          <w:rtl w:val="0"/>
        </w:rPr>
        <w:t>是的，倘若白昼的光明，以及映现在地面一切明亮之物上的小小日影，不归于太阳，不说它们是同一个太阳反照的彰显，那么，地面上闪光的一切玻璃碎片、每一小滴水和雪中的微小气泡，乃至空气的微粒中，都必须各有一个真实的太阳，那普遍的光明才能存在。</w:t>
      </w:r>
    </w:p>
    <w:p>
      <w:r>
        <w:rPr>
          <w:rFonts w:ascii="Times New Roman" w:hAnsi="Times New Roman" w:eastAsia="Noto Serif SC" w:cs="Amiri"/>
          <w:lang w:val="zh-CN" w:eastAsia="zh-CN" w:bidi="ar-SA"/>
          <w:color w:val="000000"/>
          <w:rtl w:val="0"/>
        </w:rPr>
        <w:t>智慧同样是一道光。周遍一切的慈悯是一道光。装饰、衡量、整理和清洁，也都是周遍一切的光；它们是那无始太阳的光芒。</w:t>
      </w:r>
    </w:p>
    <w:p>
      <w:r>
        <w:rPr>
          <w:rFonts w:ascii="Times New Roman" w:hAnsi="Times New Roman" w:eastAsia="Noto Serif SC" w:cs="Amiri"/>
          <w:lang w:val="zh-CN" w:eastAsia="zh-CN" w:bidi="ar-SA"/>
          <w:color w:val="000000"/>
          <w:rtl w:val="0"/>
        </w:rPr>
        <w:t>那么，请来看：迷误与不信怎样陷入了无法走出的泥沼；迷误中的无知又是何等愚顽。你当说：</w:t>
      </w:r>
      <w:r>
        <w:rPr>
          <w:rFonts w:ascii="Amiri" w:hAnsi="Amiri" w:eastAsia="Amiri" w:cs="Amiri"/>
          <w:lang w:val="zh-CN" w:eastAsia="zh-CN" w:bidi="ar-SA"/>
          <w:rtl w:val="1"/>
          <w:cs w:val="1"/>
          <w:color w:val="000000"/>
          <w:sz w:val="24"/>
          <w:szCs w:val="24"/>
        </w:rPr>
        <w:t>ﺍَﻟْﺤَﻤْﺪُ ﻟِﻠّٰﻪِ ﻋَﻠٰﻰ ﺩ۪ﻳﻦِ الْاِسْلَامِ ﻭَ ﻛَﻤَﺎﻝِ الْا۪يمَانِ</w:t>
      </w:r>
      <w:r>
        <w:rPr>
          <w:rFonts w:ascii="Times New Roman" w:hAnsi="Times New Roman" w:eastAsia="Noto Serif SC" w:cs="Amiri"/>
          <w:lang w:val="zh-CN" w:eastAsia="zh-CN" w:bidi="ar-SA"/>
          <w:color w:val="000000"/>
          <w:rtl w:val="0"/>
        </w:rPr>
        <w:t>（一切赞美全归Allah，因为祂赐予伊斯兰的宗教和信仰的完善；这引导与完善都是祂的恩典，一切赞美因而唯独归于祂）</w:t>
      </w:r>
    </w:p>
    <w:p>
      <w:r>
        <w:rPr>
          <w:rFonts w:ascii="Times New Roman" w:hAnsi="Times New Roman" w:eastAsia="Noto Serif SC" w:cs="Amiri"/>
          <w:lang w:val="zh-CN" w:eastAsia="zh-CN" w:bidi="ar-SA"/>
          <w:color w:val="000000"/>
          <w:rtl w:val="0"/>
        </w:rPr>
        <w:t>是的，这项使宇宙宫殿保持彻底洁净的崇高而普遍的清洁，当然是“至圣无染者”尊名的彰显及其必然要求。正如一切受造物的赞颂都指向“至圣无染者”尊名，它们的一切洁净也都是“至圣无染者”尊名所要求的。</w:t>
      </w:r>
      <w:r>
        <w:rPr>
          <w:rStyle w:val="FootnoteReference"/>
        </w:rPr>
        <w:footnoteReference w:id="61"/>
      </w:r>
      <w:r>
        <w:rPr>
          <w:rFonts w:ascii="Times New Roman" w:hAnsi="Times New Roman" w:eastAsia="Noto Serif SC" w:cs="Amiri"/>
          <w:lang w:val="zh-CN" w:eastAsia="zh-CN" w:bidi="ar-SA"/>
          <w:color w:val="000000"/>
          <w:rtl w:val="0"/>
        </w:rPr>
        <w:t>洁净与神圣之间这种归属关系，使</w:t>
      </w:r>
      <w:r>
        <w:rPr>
          <w:rFonts w:ascii="Amiri" w:hAnsi="Amiri" w:eastAsia="Amiri" w:cs="Amiri"/>
          <w:lang w:val="zh-CN" w:eastAsia="zh-CN" w:bidi="ar-SA"/>
          <w:rtl w:val="1"/>
          <w:cs w:val="1"/>
          <w:color w:val="000000"/>
          <w:sz w:val="24"/>
          <w:szCs w:val="24"/>
        </w:rPr>
        <w:t>ﺍَﻟﻨَّﻈَﺎﻓَﺔُ ﻣِﻦَ الْا۪يمَانِ</w:t>
      </w:r>
      <w:r>
        <w:rPr>
          <w:rFonts w:ascii="Times New Roman" w:hAnsi="Times New Roman" w:eastAsia="Noto Serif SC" w:cs="Amiri"/>
          <w:lang w:val="zh-CN" w:eastAsia="zh-CN" w:bidi="ar-SA"/>
          <w:color w:val="000000"/>
          <w:rtl w:val="0"/>
        </w:rPr>
        <w:t>（清洁属于信仰，是信仰光明的一部分）这段圣训把清洁视为信仰之光。</w:t>
      </w:r>
      <w:r>
        <w:rPr>
          <w:rFonts w:ascii="Amiri" w:hAnsi="Amiri" w:eastAsia="Amiri" w:cs="Amiri"/>
          <w:lang w:val="zh-CN" w:eastAsia="zh-CN" w:bidi="ar-SA"/>
          <w:rtl w:val="1"/>
          <w:cs w:val="1"/>
          <w:color w:val="000000"/>
          <w:sz w:val="24"/>
          <w:szCs w:val="24"/>
        </w:rPr>
        <w:t>ﺍِﻥَّ ﺍﻟﻠّٰﻪَ ﻳُﺤِﺐُّ ﺍﻟﺘَّﻮَّﺍﺑ۪ﻴﻦَ ﻭَﻳُﺤِﺐُّ ﺍﻟْﻤُﺘَﻄَﻬِّﺮ۪ﻳﻦَ</w:t>
      </w:r>
      <w:r>
        <w:rPr>
          <w:rFonts w:ascii="Times New Roman" w:hAnsi="Times New Roman" w:eastAsia="Noto Serif SC" w:cs="Amiri"/>
          <w:lang w:val="zh-CN" w:eastAsia="zh-CN" w:bidi="ar-SA"/>
          <w:color w:val="000000"/>
          <w:rtl w:val="0"/>
        </w:rPr>
        <w:t>（Allah确爱不断忏悔、归向祂的人，也确爱不断保持身心洁净的人）这节经文，也把洁净显示为神圣之爱的一个所在。</w:t>
      </w:r>
    </w:p>
    <w:p>
      <w:pPr>
        <w:pStyle w:val="Heading2"/>
      </w:pPr>
      <w:r>
        <w:rPr>
          <w:rFonts w:ascii="Times New Roman" w:hAnsi="Times New Roman" w:eastAsia="Noto Serif SC" w:cs="Amiri"/>
          <w:lang w:val="zh-CN" w:eastAsia="zh-CN" w:bidi="ar-SA"/>
          <w:color w:val="000000"/>
          <w:rtl w:val="0"/>
        </w:rPr>
        <w:t>第三十篇《闪光》的第二项精义</w:t>
      </w:r>
    </w:p>
    <w:p>
      <w:r>
        <w:rPr>
          <w:rFonts w:ascii="Amiri" w:hAnsi="Amiri" w:eastAsia="Amiri" w:cs="Amiri"/>
          <w:lang w:val="zh-CN" w:eastAsia="zh-CN" w:bidi="ar-SA"/>
          <w:rtl w:val="1"/>
          <w:cs w:val="1"/>
          <w:color w:val="000000"/>
          <w:sz w:val="24"/>
          <w:szCs w:val="24"/>
        </w:rPr>
        <w:t>ﻭَ ﺍِﻥْ ﻣِﻦْ ﺷَﻰْﺀٍ اِلَّا ﻋِﻨْﺪَﻧَﺎ ﺧَﺰَٓﺍﺋِﻨُﻪُ ﻭَﻣَﺎ ﻧُﻨَﺰِّﻟُﻪُٓ اِلَّا ﺑِﻘَﺪَﺭٍ ﻣَﻌْﻠُﻮﻡٍ</w:t>
      </w:r>
      <w:r>
        <w:rPr>
          <w:rFonts w:ascii="Times New Roman" w:hAnsi="Times New Roman" w:eastAsia="Noto Serif SC" w:cs="Amiri"/>
          <w:lang w:val="zh-CN" w:eastAsia="zh-CN" w:bidi="ar-SA"/>
          <w:color w:val="000000"/>
          <w:rtl w:val="0"/>
        </w:rPr>
        <w:t>（没有任何事物，其宝库不在我们这里，万有的一切储备都由我们掌握；我们降下任何事物，都只依一个已知而确定的度量，不多也不少）这节经文的一项精义，以及“公正者”尊名的一次彰显——这一尊名是一项至大尊名，或者说是至大尊名六重光明中的一重——如同第一项精义一样，在埃斯基谢希尔监狱远远地显现了。为了把它拉近，我们仍借比喻说：</w:t>
      </w:r>
    </w:p>
    <w:p>
      <w:r>
        <w:rPr>
          <w:rFonts w:ascii="Times New Roman" w:hAnsi="Times New Roman" w:eastAsia="Noto Serif SC" w:cs="Amiri"/>
          <w:lang w:val="zh-CN" w:eastAsia="zh-CN" w:bidi="ar-SA"/>
          <w:color w:val="000000"/>
          <w:rtl w:val="0"/>
        </w:rPr>
        <w:t>这宇宙是这样一座宫殿：宫中有一座城市，不断在毁坏与修复之中翻涌；城中有一个国家，时刻在战争与迁徙之中沸腾；国中有一个世界，始终在死亡与生命之中滚动。然而，那座宫殿、那座城市、那个国家、那个世界里，都有一种极其惊人的平衡、一种天秤、一种衡量居于统治地位。这不言自明地证明：无数万有之中无数的变化、收入与支出，每一时刻都以同一位的天秤来测量、称量；祂看得见整个宇宙，并让一切经过祂监察的目光。否则，鱼类中一条鱼所产的一千枚小卵，植物中罂粟一类花朵所结的两万粒种子，奔流如洪的元素和变革的冲击，以及那些竭力破坏平衡、企图肆意扩张的原因，若都放任自流，或交给毫无目的的偶然、没有尺度的盲目力量和无意识的黑暗自然，那么，万物的平衡与宇宙的平衡就会遭到破坏，一年乃至一天之内便会陷入大乱。也就是说，海洋会充满乱七八糟的东西而腐臭；空气会被有害气体毒化；大地则会变成垃圾场、屠宰场和泥沼。世界便会窒息。</w:t>
      </w:r>
    </w:p>
    <w:p>
      <w:r>
        <w:rPr>
          <w:rFonts w:ascii="Times New Roman" w:hAnsi="Times New Roman" w:eastAsia="Noto Serif SC" w:cs="Amiri"/>
          <w:lang w:val="zh-CN" w:eastAsia="zh-CN" w:bidi="ar-SA"/>
          <w:color w:val="000000"/>
          <w:rtl w:val="0"/>
        </w:rPr>
        <w:t>从动物躯体的细胞、血液中的红血球与白血球、微粒的变化和身体器官与官能的比例，直到海洋的收入与支出，直到地下泉源的来水与消耗，直到动物与植物的出生和死亡，直到秋季与春季的毁坏和修复，直到元素与星辰的职责和运动，直到死亡与生命、光明与黑暗、炎热与寒冷的交替、争斗和碰撞，一切都以如此精密的天秤、如此细微的尺度加以整理和称量；人的理智无论何处都确实看不到任何浪费、任何无意义之事，人的智慧同样在万物中看见并显示最完善的秩序、最美好的匀称。甚至可以说，人的智慧正是那种秩序与匀称的一种显现、一位传译者。</w:t>
      </w:r>
    </w:p>
    <w:p>
      <w:r>
        <w:rPr>
          <w:rFonts w:ascii="Times New Roman" w:hAnsi="Times New Roman" w:eastAsia="Noto Serif SC" w:cs="Amiri"/>
          <w:lang w:val="zh-CN" w:eastAsia="zh-CN" w:bidi="ar-SA"/>
          <w:color w:val="000000"/>
          <w:rtl w:val="0"/>
        </w:rPr>
        <w:t>那么，请来看太阳与十二颗不同行星之间的平衡。这种平衡，难道不像太阳显示自己一样，显示着那位公正而全能的具威严者Allah吗？尤其是我们的船——行星中的地球——一年在一个两万四千年的圆周上运行、旅行。尽管速度快得超乎常规，它却不使排列、堆放在地表的东西散乱，不使其震动，也不把它们抛入空间。倘若速度稍有增减，它便会把居民抛向空中，散入空间。只要有一分钟乃至一秒钟平衡失调，它就会毁坏我们的世界，甚至与另一星体相撞，引发一场末日巨变。</w:t>
      </w:r>
    </w:p>
    <w:p>
      <w:r>
        <w:rPr>
          <w:rFonts w:ascii="Times New Roman" w:hAnsi="Times New Roman" w:eastAsia="Noto Serif SC" w:cs="Amiri"/>
          <w:lang w:val="zh-CN" w:eastAsia="zh-CN" w:bidi="ar-SA"/>
          <w:color w:val="000000"/>
          <w:rtl w:val="0"/>
        </w:rPr>
        <w:t>尤其是地面上四十万类植物与动物，在出生与死亡、给养与生活方式上那充满慈悯的平衡，正如光明显示太阳一样，显示着同一位公正而至慈者Allah。</w:t>
      </w:r>
    </w:p>
    <w:p>
      <w:r>
        <w:rPr>
          <w:rFonts w:ascii="Times New Roman" w:hAnsi="Times New Roman" w:eastAsia="Noto Serif SC" w:cs="Amiri"/>
          <w:lang w:val="zh-CN" w:eastAsia="zh-CN" w:bidi="ar-SA"/>
          <w:color w:val="000000"/>
          <w:rtl w:val="0"/>
        </w:rPr>
        <w:t>尤其是那无数族类的无数个体中，单单一个体的肢体、器官与官能、感觉，彼此都以如此精密的天秤相互关联、保持平衡；那种比例、那种平衡，以不言自明的程度显示了一位公正而至睿的创造者Allah。</w:t>
      </w:r>
    </w:p>
    <w:p>
      <w:r>
        <w:rPr>
          <w:rFonts w:ascii="Times New Roman" w:hAnsi="Times New Roman" w:eastAsia="Noto Serif SC" w:cs="Amiri"/>
          <w:lang w:val="zh-CN" w:eastAsia="zh-CN" w:bidi="ar-SA"/>
          <w:color w:val="000000"/>
          <w:rtl w:val="0"/>
        </w:rPr>
        <w:t>尤其是每个动物个体体内的细胞、血液的通道、血液中的血球以及那些血球中的微粒，都具有如此精微、如此超乎常规的平衡；这不言自明地证明：</w:t>
      </w:r>
    </w:p>
    <w:p>
      <w:r>
        <w:rPr>
          <w:rFonts w:ascii="Times New Roman" w:hAnsi="Times New Roman" w:eastAsia="Noto Serif SC" w:cs="Amiri"/>
          <w:lang w:val="zh-CN" w:eastAsia="zh-CN" w:bidi="ar-SA"/>
          <w:color w:val="000000"/>
          <w:rtl w:val="0"/>
        </w:rPr>
        <w:t>万物都受同一位公正而至睿的创造者Allah的天秤、法则和秩序所培育、所治理；祂把万物的缰绳握在手中，把万物的钥匙带在身旁，任何事物都不妨碍另一事物，祂治理万物如同治理一件事物那样容易。若有人在复起的至大法庭上，认为在那宏大的公正天秤中称量精灵与人类行为的平衡遥不可及而拒绝相信，只要他留意今世亲眼所见的这至大的平衡，当然就不会再觉得遥不可及。</w:t>
      </w:r>
    </w:p>
    <w:p>
      <w:r>
        <w:rPr>
          <w:rFonts w:ascii="Times New Roman" w:hAnsi="Times New Roman" w:eastAsia="Noto Serif SC" w:cs="Amiri"/>
          <w:lang w:val="zh-CN" w:eastAsia="zh-CN" w:bidi="ar-SA"/>
          <w:color w:val="000000"/>
          <w:rtl w:val="0"/>
        </w:rPr>
        <w:t>挥霍无度、不知节俭的人啊；行不义、毫无公正的人啊；肮脏污秽、不知洁净的不幸之人啊！你不实行节俭、洁净与公正——这些是整个宇宙和一切万有的行动准则——因此，你与一切万有相违背，在精神上遭受它们的厌恶和愤怒。你究竟依仗什么，竟以自己的不义、没有尺度、挥霍和不洁，激怒一切万有？</w:t>
      </w:r>
    </w:p>
    <w:p>
      <w:r>
        <w:rPr>
          <w:rFonts w:ascii="Times New Roman" w:hAnsi="Times New Roman" w:eastAsia="Noto Serif SC" w:cs="Amiri"/>
          <w:lang w:val="zh-CN" w:eastAsia="zh-CN" w:bidi="ar-SA"/>
          <w:color w:val="000000"/>
          <w:rtl w:val="0"/>
        </w:rPr>
        <w:t>是的，来自“至睿者”尊名至大彰显的宇宙普遍智慧，依节俭而不浪费运行，并命令人实行节俭。</w:t>
      </w:r>
    </w:p>
    <w:p>
      <w:r>
        <w:rPr>
          <w:rFonts w:ascii="Times New Roman" w:hAnsi="Times New Roman" w:eastAsia="Noto Serif SC" w:cs="Amiri"/>
          <w:lang w:val="zh-CN" w:eastAsia="zh-CN" w:bidi="ar-SA"/>
          <w:color w:val="000000"/>
          <w:rtl w:val="0"/>
        </w:rPr>
        <w:t>来自“公正者”尊名至大彰显的宇宙完全公正，治理着万物的平衡，也命令人实行公正。《慈悯普及万物者章》中，</w:t>
      </w:r>
      <w:r>
        <w:rPr>
          <w:rFonts w:ascii="Amiri" w:hAnsi="Amiri" w:eastAsia="Amiri" w:cs="Amiri"/>
          <w:lang w:val="zh-CN" w:eastAsia="zh-CN" w:bidi="ar-SA"/>
          <w:rtl w:val="1"/>
          <w:cs w:val="1"/>
          <w:color w:val="000000"/>
          <w:sz w:val="24"/>
          <w:szCs w:val="24"/>
        </w:rPr>
        <w:t>ﻭَﺍﻟﺴَّﻤَٓﺎﺀَ ﺭَﻓَﻌَﻬَﺎ ﻭَﻭَﺿَﻊَ ﺍﻟْﻤ۪ﻴﺰَﺍﻥَ</w:t>
      </w:r>
      <w:r>
        <w:rPr>
          <w:rFonts w:ascii="Times New Roman" w:hAnsi="Times New Roman" w:eastAsia="Noto Serif SC" w:cs="Amiri"/>
          <w:lang w:val="zh-CN" w:eastAsia="zh-CN" w:bidi="ar-SA"/>
          <w:color w:val="000000"/>
          <w:rtl w:val="0"/>
        </w:rPr>
        <w:t xml:space="preserve">（祂升起了天空，并设置了衡量公正的天秤，使万有各得其所） </w:t>
      </w:r>
      <w:r>
        <w:rPr>
          <w:rFonts w:ascii="Amiri" w:hAnsi="Amiri" w:eastAsia="Amiri" w:cs="Amiri"/>
          <w:lang w:val="zh-CN" w:eastAsia="zh-CN" w:bidi="ar-SA"/>
          <w:rtl w:val="1"/>
          <w:cs w:val="1"/>
          <w:color w:val="000000"/>
          <w:sz w:val="24"/>
          <w:szCs w:val="24"/>
        </w:rPr>
        <w:t>اَلَّا ﺗَﻄْﻐَﻮْﺍ ﻓِﻰ ﺍﻟْﻤ۪ﻴﺰَﺍﻥِ</w:t>
      </w:r>
      <w:r>
        <w:rPr>
          <w:rFonts w:ascii="Times New Roman" w:hAnsi="Times New Roman" w:eastAsia="Noto Serif SC" w:cs="Amiri"/>
          <w:lang w:val="zh-CN" w:eastAsia="zh-CN" w:bidi="ar-SA"/>
          <w:color w:val="000000"/>
          <w:rtl w:val="0"/>
        </w:rPr>
        <w:t xml:space="preserve">（你们不可在衡量上越轨，不可破坏祂所设立的公正尺度） </w:t>
      </w:r>
      <w:r>
        <w:rPr>
          <w:rFonts w:ascii="Amiri" w:hAnsi="Amiri" w:eastAsia="Amiri" w:cs="Amiri"/>
          <w:lang w:val="zh-CN" w:eastAsia="zh-CN" w:bidi="ar-SA"/>
          <w:rtl w:val="1"/>
          <w:cs w:val="1"/>
          <w:color w:val="000000"/>
          <w:sz w:val="24"/>
          <w:szCs w:val="24"/>
        </w:rPr>
        <w:t>ﻭَﺍَﻗ۪ﻴﻤُﻮﺍ ﺍﻟْﻮَﺯْﻥَ ﺑِﺎﻟْﻘِﺴْﻂِ</w:t>
      </w:r>
      <w:r>
        <w:rPr>
          <w:rFonts w:ascii="Times New Roman" w:hAnsi="Times New Roman" w:eastAsia="Noto Serif SC" w:cs="Amiri"/>
          <w:lang w:val="zh-CN" w:eastAsia="zh-CN" w:bidi="ar-SA"/>
          <w:color w:val="000000"/>
          <w:rtl w:val="0"/>
        </w:rPr>
        <w:t xml:space="preserve">（你们当以公正确立称量，使一切衡量都符合正义，不偏不倚） </w:t>
      </w:r>
      <w:r>
        <w:rPr>
          <w:rFonts w:ascii="Amiri" w:hAnsi="Amiri" w:eastAsia="Amiri" w:cs="Amiri"/>
          <w:lang w:val="zh-CN" w:eastAsia="zh-CN" w:bidi="ar-SA"/>
          <w:rtl w:val="1"/>
          <w:cs w:val="1"/>
          <w:color w:val="000000"/>
          <w:sz w:val="24"/>
          <w:szCs w:val="24"/>
        </w:rPr>
        <w:t>وَلَا ﺗُﺨْﺴِﺮُﻭﺍ ﺍﻟْﻤ۪ﻴﺰَﺍﻥَ</w:t>
      </w:r>
      <w:r>
        <w:rPr>
          <w:rFonts w:ascii="Times New Roman" w:hAnsi="Times New Roman" w:eastAsia="Noto Serif SC" w:cs="Amiri"/>
          <w:lang w:val="zh-CN" w:eastAsia="zh-CN" w:bidi="ar-SA"/>
          <w:color w:val="000000"/>
          <w:rtl w:val="0"/>
        </w:rPr>
        <w:t>（你们也不可减损天秤，不可亏欠他人应得的权分）这节经文四次提到“天秤”，以四个层次指向四种天秤，显示了天秤在宇宙中的宏大地位及其非同寻常、极其重大的意义。是的，正如任何事物都没有浪费，任何事物也都没有真正的不义与失衡。</w:t>
      </w:r>
    </w:p>
    <w:p>
      <w:r>
        <w:rPr>
          <w:rFonts w:ascii="Times New Roman" w:hAnsi="Times New Roman" w:eastAsia="Noto Serif SC" w:cs="Amiri"/>
          <w:lang w:val="zh-CN" w:eastAsia="zh-CN" w:bidi="ar-SA"/>
          <w:color w:val="000000"/>
          <w:rtl w:val="0"/>
        </w:rPr>
        <w:t>来自“至圣无染者”尊名至大彰显的清洁与洁净，使宇宙中的一切万有清洁、美丽。只要人污浊的手不加干预，任何事物中都看不到真正的不洁与丑陋。</w:t>
      </w:r>
    </w:p>
    <w:p>
      <w:r>
        <w:rPr>
          <w:rFonts w:ascii="Times New Roman" w:hAnsi="Times New Roman" w:eastAsia="Noto Serif SC" w:cs="Amiri"/>
          <w:lang w:val="zh-CN" w:eastAsia="zh-CN" w:bidi="ar-SA"/>
          <w:color w:val="000000"/>
          <w:rtl w:val="0"/>
        </w:rPr>
        <w:t>那么，你当明白：属于《古兰经》诸真理和伊斯兰诸法则的“公正、节俭、洁净”，在人类生活中是何等根本的准则。你当知道：《古兰经》的律例与宇宙何等息息相关，它们怎样在宇宙之内扎根、环绕；要破坏这些真理，如同破坏宇宙、改变其面貌一样，是不可能的。正如这三道至大之光，慈悯、眷顾、护佑等上百种周遍的真理也都要求并必然引出复起与后世；既然如此，在宇宙和一切万有之中居于统治地位的慈悯、眷顾、公正、智慧、节俭、洁净等如此有力而周遍的真理，怎么可能因复起不存在、后世不来临，就转而成为残忍、不义、无智、浪费、不洁和虚妄呢？</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 xml:space="preserve">（绝无此事），十万次 </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（绝无此事）！</w:t>
      </w:r>
    </w:p>
    <w:p>
      <w:r>
        <w:rPr>
          <w:rFonts w:ascii="Times New Roman" w:hAnsi="Times New Roman" w:eastAsia="Noto Serif SC" w:cs="Amiri"/>
          <w:lang w:val="zh-CN" w:eastAsia="zh-CN" w:bidi="ar-SA"/>
          <w:color w:val="000000"/>
          <w:rtl w:val="0"/>
        </w:rPr>
        <w:t>一种连一只苍蝇的生命权都以至慈加以保护的慈悯与智慧，难道会不带来复起，从而废弃一切有意识者无数的生命权和无数万有无穷的权利吗？可以这样说，在慈悯与怜爱、公正与智慧上表现出无限敏锐和周详的养育与主宰的威严，以及为了展示自身诸般完善、使人认识并爱慕自己，而以无数超乎常规的技艺和恩赐装点这宇宙的应受崇拜的神圣王权，难道会容许没有复起——那既抹杀它一切完善，又使它一切受造物归于虚无并遭到否认的情形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（绝无此事）！这样的绝对美善，显然绝不会容许这样的绝对丑恶。</w:t>
      </w:r>
    </w:p>
    <w:p>
      <w:r>
        <w:rPr>
          <w:rFonts w:ascii="Times New Roman" w:hAnsi="Times New Roman" w:eastAsia="Noto Serif SC" w:cs="Amiri"/>
          <w:lang w:val="zh-CN" w:eastAsia="zh-CN" w:bidi="ar-SA"/>
          <w:color w:val="000000"/>
          <w:rtl w:val="0"/>
        </w:rPr>
        <w:t>是的，想否认后世的人，首先必须连同世界的一切真理否认整个世界。否则，世界会连同自己的一切真理，以十万种语言宣告他是说谎者，证明他在这项谎言上有十万重虚妄。《第十言》已经以确凿的论据证明：后世的存在，如同世界的存在一样确实而无可怀疑。</w:t>
      </w:r>
    </w:p>
    <w:p>
      <w:r>
        <w:rPr>
          <w:rFonts w:ascii="Times New Roman" w:hAnsi="Times New Roman" w:eastAsia="Noto Serif SC" w:cs="Amiri"/>
          <w:lang w:val="zh-CN" w:eastAsia="zh-CN" w:bidi="ar-SA"/>
          <w:color w:val="000000"/>
          <w:rtl w:val="0"/>
        </w:rPr>
        <w:t>指向至大尊名六重光明中的第三重光明</w:t>
      </w:r>
    </w:p>
    <w:p>
      <w:pPr>
        <w:pStyle w:val="Heading2"/>
      </w:pPr>
      <w:r>
        <w:rPr>
          <w:rFonts w:ascii="Times New Roman" w:hAnsi="Times New Roman" w:eastAsia="Noto Serif SC" w:cs="Amiri"/>
          <w:lang w:val="zh-CN" w:eastAsia="zh-CN" w:bidi="ar-SA"/>
          <w:color w:val="000000"/>
          <w:rtl w:val="0"/>
        </w:rPr>
        <w:t>第三项精义</w:t>
      </w:r>
    </w:p>
    <w:p>
      <w:r>
        <w:rPr>
          <w:rFonts w:ascii="Amiri" w:hAnsi="Amiri" w:eastAsia="Amiri" w:cs="Amiri"/>
          <w:lang w:val="zh-CN" w:eastAsia="zh-CN" w:bidi="ar-SA"/>
          <w:rtl w:val="1"/>
          <w:cs w:val="1"/>
          <w:color w:val="000000"/>
          <w:sz w:val="24"/>
          <w:szCs w:val="24"/>
        </w:rPr>
        <w:t>ﺍُﺩْﻉُ ﺍِﻟٰﻰ ﺳَﺒ۪ﻴﻞِ ﺭَﺑِّﻚَ ﺑِﺎﻟْﺤِﻜْﻤَﺔِ</w:t>
      </w:r>
      <w:r>
        <w:rPr>
          <w:rFonts w:ascii="Times New Roman" w:hAnsi="Times New Roman" w:eastAsia="Noto Serif SC" w:cs="Amiri"/>
          <w:lang w:val="zh-CN" w:eastAsia="zh-CN" w:bidi="ar-SA"/>
          <w:color w:val="000000"/>
          <w:rtl w:val="0"/>
        </w:rPr>
        <w:t>（你当以智慧召唤人们归向你养育并主宰者的正路；这召唤应循着祂所启示的明睿之道）这节经文的一项精义，以及“裁决者”尊名的一项彰显——这尊名是一个至大尊名，或至大尊名六道光明中的一道——于尊贵的斋月，在埃斯基谢希尔监狱中显现。于是，仅由五点组成、仅作简要指示的第三项精义匆匆写成，仍停留在草稿状态。第三项精义的第一点：正如《第十言》所指出的，“裁决者”尊名至大的彰显，已使这宇宙成为这样一部书：每一页上写有一百部书，每一行里纳有一百页，每一个词中含有一百行，每一个字母里有一百个词，每一个点上则有全书的一部简明索引。那部书从书页、字行直到细点，都在成百个方面如此清晰地显示它的纹饰者与书写者，以至于观看这部宇宙之书，比证明书自身的存在还要有力百倍地证明其书写者的存在与独一。因为，一个字母仅以相当于一个字母的内容表明自身的存在，却以相当于一整行的内容表明它的书写者。</w:t>
      </w:r>
    </w:p>
    <w:p>
      <w:r>
        <w:rPr>
          <w:rFonts w:ascii="Times New Roman" w:hAnsi="Times New Roman" w:eastAsia="Noto Serif SC" w:cs="Amiri"/>
          <w:lang w:val="zh-CN" w:eastAsia="zh-CN" w:bidi="ar-SA"/>
          <w:color w:val="000000"/>
          <w:rtl w:val="0"/>
        </w:rPr>
        <w:t>是的，这部大书的一页，就是大地表面。肉眼可见，在这一页上，依植物与动物族类的数目而有一部部书，在春季彼此包容、同时并写、毫无错乱，而且极其完善。这一页的一行，是一座园圃。我们亲眼看见，园中依花朵、树木与植物的数目而有一首首韵律诗章，彼此包容、同时并写而毫无错乱。那一行的一个词，是一棵已经开花、展叶而即将结果的树。这个词，依其整齐、匀称、华美的叶片、花朵与果实的数目，成为一段段赞颂并称扬具威严的裁决者Allah、意味深长的诗节。正如每一棵开花的树一样，这棵树也仿佛是一首韵律诗章，吟唱着对其纹饰者的赞美。</w:t>
      </w:r>
    </w:p>
    <w:p>
      <w:r>
        <w:rPr>
          <w:rFonts w:ascii="Times New Roman" w:hAnsi="Times New Roman" w:eastAsia="Noto Serif SC" w:cs="Amiri"/>
          <w:lang w:val="zh-CN" w:eastAsia="zh-CN" w:bidi="ar-SA"/>
          <w:color w:val="000000"/>
          <w:rtl w:val="0"/>
        </w:rPr>
        <w:t>又仿佛，具威严的裁决者Allah要以千万双眼睛，观看祂在大地的展示场上陈列的那些珍古而奇异的杰作。</w:t>
      </w:r>
    </w:p>
    <w:p>
      <w:r>
        <w:rPr>
          <w:rFonts w:ascii="Times New Roman" w:hAnsi="Times New Roman" w:eastAsia="Noto Serif SC" w:cs="Amiri"/>
          <w:lang w:val="zh-CN" w:eastAsia="zh-CN" w:bidi="ar-SA"/>
          <w:color w:val="000000"/>
          <w:rtl w:val="0"/>
        </w:rPr>
        <w:t>又仿佛，那位无始的君王Allah赐予这棵树镶嵌珍宝的礼物、徽饰与华服；春天是这棵树特有的节庆与正式揭幕典礼，它要在此时把它们呈于君王的眼前。为此，它呈现出如此华美、匀称、整齐而意味深长的形态，祂又赋予它如此充满智慧的形态，使它的每一朵花、每一枚果实，都从内蕴的诸多方面与诸多证据，见证纹饰者的存在与诸尊名。</w:t>
      </w:r>
    </w:p>
    <w:p>
      <w:r>
        <w:rPr>
          <w:rFonts w:ascii="Times New Roman" w:hAnsi="Times New Roman" w:eastAsia="Noto Serif SC" w:cs="Amiri"/>
          <w:lang w:val="zh-CN" w:eastAsia="zh-CN" w:bidi="ar-SA"/>
          <w:color w:val="000000"/>
          <w:rtl w:val="0"/>
        </w:rPr>
        <w:t>例如，每一朵花、每一枚果实中都有一个尺度；那尺度处在一种秩序之中，那秩序处在不断更新的安排与均衡之中，那均衡与安排处在华美与技艺之中，那华美与技艺又处在意味深长的香气与充满智慧的滋味之中。因此，每一朵花，都依那棵树全部花朵的数目，向具威严的裁决者Allah作出同样众多的指示。</w:t>
      </w:r>
    </w:p>
    <w:p>
      <w:r>
        <w:rPr>
          <w:rFonts w:ascii="Times New Roman" w:hAnsi="Times New Roman" w:eastAsia="Noto Serif SC" w:cs="Amiri"/>
          <w:lang w:val="zh-CN" w:eastAsia="zh-CN" w:bidi="ar-SA"/>
          <w:color w:val="000000"/>
          <w:rtl w:val="0"/>
        </w:rPr>
        <w:t>在这棵作为一个词的树上，一枚如同一个字母的果实里，那粒作为细点的种子，是一只小小的匣子，承载着整棵树的索引与纲领。依此类推……</w:t>
      </w:r>
    </w:p>
    <w:p>
      <w:r>
        <w:rPr>
          <w:rFonts w:ascii="Times New Roman" w:hAnsi="Times New Roman" w:eastAsia="Noto Serif SC" w:cs="Amiri"/>
          <w:lang w:val="zh-CN" w:eastAsia="zh-CN" w:bidi="ar-SA"/>
          <w:color w:val="000000"/>
          <w:rtl w:val="0"/>
        </w:rPr>
        <w:t>以此类推，宇宙之书的全部字行与书页，也都借着“裁决者”与“至睿者”尊名的彰显而如此；不仅每一页，甚至每一行、每一个词、每一个字母、每一个点，都被赋予了一种奇迹的地位。即使一切原因聚合起来，也不能造出其中一个点的匹敌之作，更无法与之抗衡。</w:t>
      </w:r>
    </w:p>
    <w:p>
      <w:r>
        <w:rPr>
          <w:rFonts w:ascii="Times New Roman" w:hAnsi="Times New Roman" w:eastAsia="Noto Serif SC" w:cs="Amiri"/>
          <w:lang w:val="zh-CN" w:eastAsia="zh-CN" w:bidi="ar-SA"/>
          <w:color w:val="000000"/>
          <w:rtl w:val="0"/>
        </w:rPr>
        <w:t>是的，这部宇宙宏大《古兰经》的每一节造化经文，都依那节经文的细点与字母的数目，显示着同样众多的奇迹。因此，放荡无羁的偶然、盲目的力量，以及无目的、无尺度、无意识的所谓自然，绝无任何可能干预那至睿而明察的精妙尺度与极其精微的秩序。倘若它们曾加干预，混乱的痕迹必然显现；然而，在任何方面都看不到无序。第三项精义的第二点：包含两个论题。</w:t>
      </w:r>
    </w:p>
    <w:p>
      <w:r>
        <w:rPr>
          <w:rFonts w:ascii="Times New Roman" w:hAnsi="Times New Roman" w:eastAsia="Noto Serif SC" w:cs="Amiri"/>
          <w:lang w:val="zh-CN" w:eastAsia="zh-CN" w:bidi="ar-SA"/>
          <w:color w:val="000000"/>
          <w:rtl w:val="0"/>
        </w:rPr>
        <w:t>第一个论题：正如《第十言》所阐明的，达到极境的完善中的美，与达到极境的美中的完善，必然愿意观看并显示自身，将自身陈列出来；这是一条最根本的法则。正是依据这条普遍的崇高法则，这部宇宙大书的无始纹饰大师Allah，借这宇宙，借它的每一页、每一行，乃至字母与细点，使人认识祂，宣示祂的诸般完善，显示祂的美，并使祂自身为人所爱；从最微小的个别之物到最宏大的普遍存在，祂借每一个受造物的多种语言，使人认识并爱慕祂完善中的美与美中的完善。</w:t>
      </w:r>
    </w:p>
    <w:p>
      <w:r>
        <w:rPr>
          <w:rFonts w:ascii="Times New Roman" w:hAnsi="Times New Roman" w:eastAsia="Noto Serif SC" w:cs="Amiri"/>
          <w:lang w:val="zh-CN" w:eastAsia="zh-CN" w:bidi="ar-SA"/>
          <w:color w:val="000000"/>
          <w:rtl w:val="0"/>
        </w:rPr>
        <w:t>因此，对Allah疏忽遗忘的人啊！这位具威严与美善、统治万有、裁决万理而至睿的主宰Allah，愿意借祂的每一个受造物，以如此无数而灿烂的方式，使你认识祂并爱慕祂。面对祂使人认识自己的作为，你若不以信仰认识祂；面对祂使人爱慕自己的作为，你若不以全然奴仆意识使自己在祂那里成为可爱者，那么，你当知道，这将是何等无数倍叠加的无知与亏折。醒悟吧！</w:t>
      </w:r>
    </w:p>
    <w:p>
      <w:r>
        <w:rPr>
          <w:rFonts w:ascii="Times New Roman" w:hAnsi="Times New Roman" w:eastAsia="Noto Serif SC" w:cs="Amiri"/>
          <w:lang w:val="zh-CN" w:eastAsia="zh-CN" w:bidi="ar-SA"/>
          <w:color w:val="000000"/>
          <w:rtl w:val="0"/>
        </w:rPr>
        <w:t>第二点的第二个论题：在这宇宙全能而至睿的创造者Allah的主权中，绝不容有伙伴参与。因为，万物都具有达到极境的秩序，所以不能接受伙伴。多只手若同时干预一件事，那件事就会混乱。正如一个国家若有两位君王，一座城市若有两位总督，一个村庄若有两位主管，那个国家、那座城市、那个村庄的一切事务都会开始混乱；即使最低微的办事人员，也不容许别人干涉自己的职责。这表明，统治权最根本的特性，必定是独立自主与独一无二。可见，秩序要求独一，统治要求独有。</w:t>
      </w:r>
    </w:p>
    <w:p>
      <w:r>
        <w:rPr>
          <w:rFonts w:ascii="Times New Roman" w:hAnsi="Times New Roman" w:eastAsia="Noto Serif SC" w:cs="Amiri"/>
          <w:lang w:val="zh-CN" w:eastAsia="zh-CN" w:bidi="ar-SA"/>
          <w:color w:val="000000"/>
          <w:rtl w:val="0"/>
        </w:rPr>
        <w:t>既然统治权的一道暂时影子，落在需要帮助而又软弱无力的人身上，尚且如此拒绝干涉，那么，在养育与主宰的层次上，真正绝对的统治权属于绝对全能者Allah，祂当然必定以最强烈的程度拒绝干涉。倘若有一丝一毫的干涉，秩序就会被破坏。</w:t>
      </w:r>
    </w:p>
    <w:p>
      <w:r>
        <w:rPr>
          <w:rFonts w:ascii="Times New Roman" w:hAnsi="Times New Roman" w:eastAsia="Noto Serif SC" w:cs="Amiri"/>
          <w:lang w:val="zh-CN" w:eastAsia="zh-CN" w:bidi="ar-SA"/>
          <w:color w:val="000000"/>
          <w:rtl w:val="0"/>
        </w:rPr>
        <w:t>然而，这宇宙的创造方式是如此：要创造一粒种子，就需要一种能够创造整棵树的权能；要创造一棵树，也需要一种能够创造整个宇宙的权能。若有一个伙伴在宇宙中插手，它就必然也要在最小的一粒种子中占有一份，因为种子就是宇宙的缩影。如此一来，不能在宏大宇宙中并存的两种养育与主宰，竟必须在一粒种子，乃至一个微粒中并存。这在种种不可能与虚妄幻想之中，也是最无意义、最遥不可及的一种不可能。可见，伙伴与否认的妄想，竟把那位以公正尺度维系整个宇宙的一切状态与情状、以智慧秩序贯穿万有的绝对全能者Allah，说成是无能的，甚至在一粒种子上也要求祂无能；这是何等无数倍叠加的悖谬、错误与谎言。而认信Allah独一，又是何等无数倍叠加的真实、真理与正确。你当明白这一点，并说：</w:t>
      </w:r>
      <w:r>
        <w:rPr>
          <w:rFonts w:ascii="Amiri" w:hAnsi="Amiri" w:eastAsia="Amiri" w:cs="Amiri"/>
          <w:lang w:val="zh-CN" w:eastAsia="zh-CN" w:bidi="ar-SA"/>
          <w:rtl w:val="1"/>
          <w:cs w:val="1"/>
          <w:color w:val="000000"/>
          <w:sz w:val="24"/>
          <w:szCs w:val="24"/>
        </w:rPr>
        <w:t>ﺍَﻟْﺤَﻤْﺪُ ﻟِﻠّٰﻪِ ﻋَﻠَﻰ الْا۪يمَانِ</w:t>
      </w:r>
      <w:r>
        <w:rPr>
          <w:rFonts w:ascii="Times New Roman" w:hAnsi="Times New Roman" w:eastAsia="Noto Serif SC" w:cs="Amiri"/>
          <w:lang w:val="zh-CN" w:eastAsia="zh-CN" w:bidi="ar-SA"/>
          <w:color w:val="000000"/>
          <w:rtl w:val="0"/>
        </w:rPr>
        <w:t>（一切赞美与称颂唯归Allah，感谢祂赐予信仰；这信仰使人脱离否认的迷误，是最值得颂赞的恩赐）。第三点：全能的创造者Allah，以“裁决者”与“至睿者”尊名，在这世界中纳入了成千上万个井然有序的世界。祂又把人——那些世界中最能成为宇宙诸般智慧的枢轴与彰显之所者——创造为一个中心与枢轴。那个宇宙范围中最重要的诸般智慧与益处，都指向人；在人的范围内，祂又把给养置于中心的地位。人类世界的大多数智慧与利益，都指向那给养，并借它显现。在人有意识，在给养有味觉之乐；“至睿者”尊名的彰显，便借这两者灿烂地显现。借人的意识而发现的成百门学科，每一门都描述着“裁决者”尊名在某一个类别中的一项彰显。</w:t>
      </w:r>
    </w:p>
    <w:p>
      <w:r>
        <w:rPr>
          <w:rFonts w:ascii="Times New Roman" w:hAnsi="Times New Roman" w:eastAsia="Noto Serif SC" w:cs="Amiri"/>
          <w:lang w:val="zh-CN" w:eastAsia="zh-CN" w:bidi="ar-SA"/>
          <w:color w:val="000000"/>
          <w:rtl w:val="0"/>
        </w:rPr>
        <w:t>例如，若问医学：“这宇宙是什么？”它必定回答：“这是一座极其有序而完善的大药房，其中每一种药都已妥善配制并贮存。”</w:t>
      </w:r>
    </w:p>
    <w:p>
      <w:r>
        <w:rPr>
          <w:rFonts w:ascii="Times New Roman" w:hAnsi="Times New Roman" w:eastAsia="Noto Serif SC" w:cs="Amiri"/>
          <w:lang w:val="zh-CN" w:eastAsia="zh-CN" w:bidi="ar-SA"/>
          <w:color w:val="000000"/>
          <w:rtl w:val="0"/>
        </w:rPr>
        <w:t>若问化学：“这地球是什么？”它会回答：“这是一座极其有序而完善的化学实验室。”</w:t>
      </w:r>
    </w:p>
    <w:p>
      <w:r>
        <w:rPr>
          <w:rFonts w:ascii="Times New Roman" w:hAnsi="Times New Roman" w:eastAsia="Noto Serif SC" w:cs="Amiri"/>
          <w:lang w:val="zh-CN" w:eastAsia="zh-CN" w:bidi="ar-SA"/>
          <w:color w:val="000000"/>
          <w:rtl w:val="0"/>
        </w:rPr>
        <w:t>机械学会说：“这是一座毫无缺陷、极其完善的工厂。”</w:t>
      </w:r>
    </w:p>
    <w:p>
      <w:r>
        <w:rPr>
          <w:rFonts w:ascii="Times New Roman" w:hAnsi="Times New Roman" w:eastAsia="Noto Serif SC" w:cs="Amiri"/>
          <w:lang w:val="zh-CN" w:eastAsia="zh-CN" w:bidi="ar-SA"/>
          <w:color w:val="000000"/>
          <w:rtl w:val="0"/>
        </w:rPr>
        <w:t>农学会说：“这是一块产出达到极境、按时生长各类谷物的整齐田地，也是一座完善的园圃。”</w:t>
      </w:r>
    </w:p>
    <w:p>
      <w:r>
        <w:rPr>
          <w:rFonts w:ascii="Times New Roman" w:hAnsi="Times New Roman" w:eastAsia="Noto Serif SC" w:cs="Amiri"/>
          <w:lang w:val="zh-CN" w:eastAsia="zh-CN" w:bidi="ar-SA"/>
          <w:color w:val="000000"/>
          <w:rtl w:val="0"/>
        </w:rPr>
        <w:t>商业学会说：“这是一座极其有序的展览馆、一个高度有序的市场，也是一间货物极富工艺特色的店铺。”</w:t>
      </w:r>
    </w:p>
    <w:p>
      <w:r>
        <w:rPr>
          <w:rFonts w:ascii="Times New Roman" w:hAnsi="Times New Roman" w:eastAsia="Noto Serif SC" w:cs="Amiri"/>
          <w:lang w:val="zh-CN" w:eastAsia="zh-CN" w:bidi="ar-SA"/>
          <w:color w:val="000000"/>
          <w:rtl w:val="0"/>
        </w:rPr>
        <w:t>供给学会说：“这是一座极其有序、汇集全部粮食品类的仓库。”</w:t>
      </w:r>
    </w:p>
    <w:p>
      <w:r>
        <w:rPr>
          <w:rFonts w:ascii="Times New Roman" w:hAnsi="Times New Roman" w:eastAsia="Noto Serif SC" w:cs="Amiri"/>
          <w:lang w:val="zh-CN" w:eastAsia="zh-CN" w:bidi="ar-SA"/>
          <w:color w:val="000000"/>
          <w:rtl w:val="0"/>
        </w:rPr>
        <w:t>给养学会说：“这是一座主宰的厨房、慈悯普及万物者的大锅，其中数十万种美味食物，一同以完满的秩序烹煮。”</w:t>
      </w:r>
    </w:p>
    <w:p>
      <w:r>
        <w:rPr>
          <w:rFonts w:ascii="Times New Roman" w:hAnsi="Times New Roman" w:eastAsia="Noto Serif SC" w:cs="Amiri"/>
          <w:lang w:val="zh-CN" w:eastAsia="zh-CN" w:bidi="ar-SA"/>
          <w:color w:val="000000"/>
          <w:rtl w:val="0"/>
        </w:rPr>
        <w:t>军事学会说：“大地是一座军营。每年春季，四十万个不同民族重新受召武装，在大地表面搭起营帐；尽管它们同处一支军队之中，各自不同的给养、服装、武器、训练与退伍事宜，却都凭一位至大统帅的命令、力量、慈悯与宝库，以完满的秩序进行并得到治理，祂不曾遗忘其中任何一个，也不曾使其错乱。”</w:t>
      </w:r>
    </w:p>
    <w:p>
      <w:r>
        <w:rPr>
          <w:rFonts w:ascii="Times New Roman" w:hAnsi="Times New Roman" w:eastAsia="Noto Serif SC" w:cs="Amiri"/>
          <w:lang w:val="zh-CN" w:eastAsia="zh-CN" w:bidi="ar-SA"/>
          <w:color w:val="000000"/>
          <w:rtl w:val="0"/>
        </w:rPr>
        <w:t>若问电学，它必定回答：“这座壮丽的宇宙宫殿的屋顶，以无数盏极其有序、合乎尺度的电灯装饰。然而，那秩序与尺度超乎常规到如此程度：以太阳为首，那些比地球大一千倍的天上灯盏持续燃烧，却不破坏自身的平衡，不发生爆裂，也不引起火灾。它们的消耗无数，供给、灯油与燃烧物质又从何而来？为何不枯竭？燃烧的平衡为何不被破坏？即使一盏小灯，若不经常照管，也会熄灭。依照宇宙学，比地球大逾百万倍、已存续逾百万年的太阳</w:t>
      </w:r>
      <w:r>
        <w:rPr>
          <w:rStyle w:val="FootnoteReference"/>
        </w:rPr>
        <w:footnoteReference w:id="62"/>
      </w:r>
      <w:r>
        <w:rPr>
          <w:rFonts w:ascii="Times New Roman" w:hAnsi="Times New Roman" w:eastAsia="Noto Serif SC" w:cs="Amiri"/>
          <w:lang w:val="zh-CN" w:eastAsia="zh-CN" w:bidi="ar-SA"/>
          <w:color w:val="000000"/>
          <w:rtl w:val="0"/>
        </w:rPr>
        <w:t>，不靠煤炭、不靠油脂而燃烧，也不使它熄灭；你当观看具威严的至睿者Allah的智慧与权能，并说：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（赞颂Allah超绝一切缺欠；祂的作为远超一切偶然与有限的想象）。你当以太阳一生已逝分钟数的十倍那么多遍，说：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 xml:space="preserve">（Allah意欲如何，事便如何成就；这奇伟全凭祂的意欲） </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 xml:space="preserve">（愿Allah赐福，使这作为充盈恩泽） </w:t>
      </w:r>
      <w:r>
        <w:rPr>
          <w:rFonts w:ascii="Amiri" w:hAnsi="Amiri" w:eastAsia="Amiri" w:cs="Amiri"/>
          <w:lang w:val="zh-CN" w:eastAsia="zh-CN" w:bidi="ar-SA"/>
          <w:rtl w:val="1"/>
          <w:cs w:val="1"/>
          <w:color w:val="000000"/>
          <w:sz w:val="24"/>
          <w:szCs w:val="24"/>
        </w:rPr>
        <w:t>لَا إِلَهَ إِلَّا هُوَ</w:t>
      </w:r>
      <w:r>
        <w:rPr>
          <w:rFonts w:ascii="Times New Roman" w:hAnsi="Times New Roman" w:eastAsia="Noto Serif SC" w:cs="Amiri"/>
          <w:lang w:val="zh-CN" w:eastAsia="zh-CN" w:bidi="ar-SA"/>
          <w:color w:val="000000"/>
          <w:rtl w:val="0"/>
        </w:rPr>
        <w:t>（除祂以外，绝无任何应受崇拜者；唯独祂具有应受崇拜的神圣性）。</w:t>
      </w:r>
    </w:p>
    <w:p>
      <w:r>
        <w:rPr>
          <w:rFonts w:ascii="Times New Roman" w:hAnsi="Times New Roman" w:eastAsia="Noto Serif SC" w:cs="Amiri"/>
          <w:lang w:val="zh-CN" w:eastAsia="zh-CN" w:bidi="ar-SA"/>
          <w:color w:val="000000"/>
          <w:rtl w:val="0"/>
        </w:rPr>
        <w:t>可见，这些天上灯盏中有一种极其超乎常规的秩序，它们受到极为周密的照管。仿佛，那些极巨大而众多的火团与无数光明灯盏的蒸汽锅炉，是一座热力永不耗尽的火狱，向它们提供无光的热力；那些电灯的机械与中心工厂，则是一座永恒的乐园，向它们提供光明与亮光。借“裁决者”与“至睿者”尊名至大的彰显，它们持续有序地燃烧。”依此类推……</w:t>
      </w:r>
    </w:p>
    <w:p>
      <w:r>
        <w:rPr>
          <w:rFonts w:ascii="Times New Roman" w:hAnsi="Times New Roman" w:eastAsia="Noto Serif SC" w:cs="Amiri"/>
          <w:lang w:val="zh-CN" w:eastAsia="zh-CN" w:bidi="ar-SA"/>
          <w:color w:val="000000"/>
          <w:rtl w:val="0"/>
        </w:rPr>
        <w:t>以此类推，凭成百门学科中每一门的确凿见证，这宇宙以无数智慧与利益装饰而成，处在毫无缺陷、最完善的秩序之中。祂又借那超乎常规而包罗万有的智慧，把赋予整个宇宙的秩序与智慧，以微小的尺度纳入最小的一个有生命者和一粒种子之中。</w:t>
      </w:r>
    </w:p>
    <w:p>
      <w:r>
        <w:rPr>
          <w:rFonts w:ascii="Times New Roman" w:hAnsi="Times New Roman" w:eastAsia="Noto Serif SC" w:cs="Amiri"/>
          <w:lang w:val="zh-CN" w:eastAsia="zh-CN" w:bidi="ar-SA"/>
          <w:color w:val="000000"/>
          <w:rtl w:val="0"/>
        </w:rPr>
        <w:t>显而易见且不言自明：以秩序追随种种目的、智慧与益处，只能凭选择、意志、意图与神圣意欲而成，绝无他途。这既不是无选择、无意志、无意图、无意识的原因与自然所能做的事，它们也绝无可能加以干预。因此，对于宇宙一切受造物中无数秩序与智慧所要求并指示的那位自主行事者Allah、那位至睿创造者，若不认识或加以否认，那是何等奇异的无知与疯狂，实在无法形容。</w:t>
      </w:r>
    </w:p>
    <w:p>
      <w:r>
        <w:rPr>
          <w:rFonts w:ascii="Times New Roman" w:hAnsi="Times New Roman" w:eastAsia="Noto Serif SC" w:cs="Amiri"/>
          <w:lang w:val="zh-CN" w:eastAsia="zh-CN" w:bidi="ar-SA"/>
          <w:color w:val="000000"/>
          <w:rtl w:val="0"/>
        </w:rPr>
        <w:t>是的，世上若有一件事最值得惊异，那就是这种否认。宇宙万有中无数的秩序与智慧，都在见证Allah的存在与独一；面对这些见证却看不见祂、不认识祂，这是何等的盲目与无知，连最盲目的无知者也能明白。我甚至可以说，在不信者之中，那些索非学派的极端怀疑论者，因否认宇宙的存在而被视为愚笨，反而是其中最聪明的。因为，既然承认宇宙存在，却又不信Allah和祂的创造者身份是不可能的，他们便开始否认宇宙，也否认他们自己。他们说“什么都不存在”，辞去理智，却又借理智的帷幕为掩护，摆脱其余否认者无数的荒谬无智，反而向理智靠近了一步。第四点：正如《第十言》所指出的，一位至睿而极富智慧的创造者、一位技艺大师，若在一座宫殿的每一块石头上都精密追求百种智慧，随后却不给宫殿加盖屋顶，任其白白毁坏，使他所追求的无数智慧尽归浪费，任何有意识者都不会接受。同样，一位绝对至睿者，凭祂完善的智慧，从一粒仅一迪尔汗重的种子中审慎追求百巴特曼的益处、目的与智慧；那么，祂若为了只给山一般的大树带来一迪尔汗的一点益处、一个小小的目的、一枚果实，便为那棵大树耗费极多资财，做出完全违背自身智慧、挥霍而愚昧的行为，也绝无可能。与此完全相同，这位至睿创造者Allah，在这座宇宙宫殿的每一个受造物上赋予百种智慧，以百种职责加以装备，甚至给每一棵树依其果实的数目赋予种种智慧，依其花朵的数目赋予种种职责；祂若不带来末日，不施行复起聚集，使一切不可计数的智慧与无穷无尽的职责成为无意义、荒谬、空泛而无益的虚耗，这就如同把绝对的无能归于绝对全能者Allah完善的权能，把无数的荒谬与无益归于绝对至睿者Allah完善的智慧，把无穷的丑恶归于绝对至慈者Allah慈悯的美，把无限的不义归于绝对公正者Allah完善的公正。这无异于否认宇宙中人人可见的智慧、慈悯与公正。而这又是最奇异的不可能，其中包含着无数虚妄之事。</w:t>
      </w:r>
    </w:p>
    <w:p>
      <w:r>
        <w:rPr>
          <w:rFonts w:ascii="Times New Roman" w:hAnsi="Times New Roman" w:eastAsia="Noto Serif SC" w:cs="Amiri"/>
          <w:lang w:val="zh-CN" w:eastAsia="zh-CN" w:bidi="ar-SA"/>
          <w:color w:val="000000"/>
          <w:rtl w:val="0"/>
        </w:rPr>
        <w:t>让迷误者前来观看：正如他自己将要进入、正在思量的坟墓一样，他自己的迷误也是何等可怕的一片幽暗、一团漆黑，是何等深邃的一口蛇蝎巢穴之井，让他看清。也让他知道，信仰后世则是一条如乐园般美好而光明的道路，从而进入信仰。第五点：包含两个论题。</w:t>
      </w:r>
    </w:p>
    <w:p>
      <w:r>
        <w:rPr>
          <w:rFonts w:ascii="Times New Roman" w:hAnsi="Times New Roman" w:eastAsia="Noto Serif SC" w:cs="Amiri"/>
          <w:lang w:val="zh-CN" w:eastAsia="zh-CN" w:bidi="ar-SA"/>
          <w:color w:val="000000"/>
          <w:rtl w:val="0"/>
        </w:rPr>
        <w:t>第一个论题：具威严的创造者Allah，依照“至睿者”尊名的要求，在万物中都郑重追求最轻省的形式、最短的道路、最容易的方式与最有益的形态。这表明，浪费、荒谬与无益并不存在于创造的本然秩序中。浪费与“至睿者”尊名相反，节用则是这尊名的必然要求与根本法则。</w:t>
      </w:r>
    </w:p>
    <w:p>
      <w:r>
        <w:rPr>
          <w:rFonts w:ascii="Times New Roman" w:hAnsi="Times New Roman" w:eastAsia="Noto Serif SC" w:cs="Amiri"/>
          <w:lang w:val="zh-CN" w:eastAsia="zh-CN" w:bidi="ar-SA"/>
          <w:color w:val="000000"/>
          <w:rtl w:val="0"/>
        </w:rPr>
        <w:t>不知节用、肆意浪费的人啊！你不实行整个宇宙最根本的法则——节用，你当知道，自己的行为何等违背真理！你也当明白，</w:t>
      </w:r>
      <w:r>
        <w:rPr>
          <w:rFonts w:ascii="Amiri" w:hAnsi="Amiri" w:eastAsia="Amiri" w:cs="Amiri"/>
          <w:lang w:val="zh-CN" w:eastAsia="zh-CN" w:bidi="ar-SA"/>
          <w:rtl w:val="1"/>
          <w:cs w:val="1"/>
          <w:color w:val="000000"/>
          <w:sz w:val="24"/>
          <w:szCs w:val="24"/>
        </w:rPr>
        <w:t>ﻛُﻠُﻮﺍ ﻭَ ﺍﺷْﺮَﺑُﻮﺍ ﻭَ لَا ﺗُﺴْﺮِﻓُﻮﺍ</w:t>
      </w:r>
      <w:r>
        <w:rPr>
          <w:rFonts w:ascii="Times New Roman" w:hAnsi="Times New Roman" w:eastAsia="Noto Serif SC" w:cs="Amiri"/>
          <w:lang w:val="zh-CN" w:eastAsia="zh-CN" w:bidi="ar-SA"/>
          <w:color w:val="000000"/>
          <w:rtl w:val="0"/>
        </w:rPr>
        <w:t>（你们吃吧，喝吧，却不可浪费；享受祂的给养时，不可越过适度与节用的界限）这节经文，教导了一条何等根本而广泛的法则！</w:t>
      </w:r>
    </w:p>
    <w:p>
      <w:r>
        <w:rPr>
          <w:rFonts w:ascii="Times New Roman" w:hAnsi="Times New Roman" w:eastAsia="Noto Serif SC" w:cs="Amiri"/>
          <w:lang w:val="zh-CN" w:eastAsia="zh-CN" w:bidi="ar-SA"/>
          <w:color w:val="000000"/>
          <w:rtl w:val="0"/>
        </w:rPr>
        <w:t>第二个论题：可以说，“裁决者”与“至睿者”尊名，以不言自明的程度，指示并要求至尊使者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是的，既然一部意义极其深长的书，需要一位讲授它的教师；一种极其优美的美，需要一面观看并显示它的镜子；一种达到极境的技艺，需要一位陈列并宣扬它的推介者，那么，在这部每一个字母都含有百种意义与智慧的宇宙大书的受众——人类——之中，必定有一位最完善的引导者、最伟大的教师。他要讲授那部书中神圣而真实的智慧，乃至使人知晓宇宙诸般智慧的存在，乃至成为养育并主宰者在创造宇宙时所怀诸项目的显现乃至实现的媒介；他还要宣示创造者极欲在整个宇宙中郑重展示的完善技艺与诸尊名之美，并充当它们的镜子。那位创造者借万有使自身为人所爱，并要求有意识的受造物作出回应；因此，要有一个人代表那些有意识者，以广阔的全然奴仆意识回应养育与主宰的广阔彰显，以展示与颂圣的洪亮喧响使陆地与海洋振奋、使诸天与大地回响，把那些有意识者的目光转向那些技艺的创造者。他还要凭一部尊贵宏大的《古兰经》，以神圣的课程与教导使一切有理智者侧耳倾听，以最美好的方式显示那位裁决万理而至睿的创造者的神圣宗旨，并对祂一切智慧的显现、美善与威严的诸般彰显，作出最完善的回应。这样一位尊者，对于宇宙就如太阳的存在一样必要而不可或缺。有目共睹，践行这一切并以最完善的方式履行那些职责的，正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（愿Allah赐他尊荣、恩福与平安）。因此，正如太阳要求光明、光明要求白昼，宇宙中的诸般智慧，也以同样的程度要求艾哈迈德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w:t>
      </w:r>
    </w:p>
    <w:p>
      <w:r>
        <w:rPr>
          <w:rFonts w:ascii="Times New Roman" w:hAnsi="Times New Roman" w:eastAsia="Noto Serif SC" w:cs="Amiri"/>
          <w:lang w:val="zh-CN" w:eastAsia="zh-CN" w:bidi="ar-SA"/>
          <w:color w:val="000000"/>
          <w:rtl w:val="0"/>
        </w:rPr>
        <w:t>是的，正如“裁决者”与“至睿者”尊名以至大的彰显，在最大的程度上要求艾哈迈德的使者使命；同样，诸最美尊名中的Allah、慈悯普及万物者、至慈者、深爱者、施恩者、至慷慨者、至美者、养育并主宰者等许多尊名，也都各自借宇宙中可见的一项至大彰显，在最大的程度与确凿的层次上，要求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w:t>
      </w:r>
    </w:p>
    <w:p>
      <w:r>
        <w:rPr>
          <w:rFonts w:ascii="Times New Roman" w:hAnsi="Times New Roman" w:eastAsia="Noto Serif SC" w:cs="Amiri"/>
          <w:lang w:val="zh-CN" w:eastAsia="zh-CN" w:bidi="ar-SA"/>
          <w:color w:val="000000"/>
          <w:rtl w:val="0"/>
        </w:rPr>
        <w:t>例如，作为“慈悯普及万物者”尊名彰显的广阔慈悯，借那位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对万有的慈悯而被差遣者）显现。“深爱者”尊名的彰显——Allah使人爱慕祂，养育并主宰者使人认识祂——则借万有养育并主宰者的所爱者结出果实，获得回应。“至美者”尊名的一项彰显，即一切美，包括本体之美、诸尊名之美、创造之艺之美与受造之作之美，也都在艾哈迈德那面镜子中被观看并得到展示。养育与主宰的威严、应受崇拜之神圣性的王权，它们的诸般彰显，也都借那位养育与主宰之王权的宣示者、艾哈迈德那位尊者的使者使命，而被认识、观看、理解并证实。依此类推……正如这些例证，诸最美尊名中的大多数，各自都是艾哈迈德使者使命的一项灿烂确证。</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既然宇宙存在，而且无人能否认；那么，智慧、眷顾、慈悯、美善、秩序、衡量、装饰等这些有目共睹的真理，犹如宇宙的色彩、饰物、光亮、明辉、属性、生命和联系，同样无论如何都不能否认。既然这些属性和作为不可能被否认，那么，那位作为这些属性的拥有者、这些作为的施行者、这些明辉之太阳的主宰Allah，祂的存在为其本体所必然，祂是至睿者、至慷慨者、至慈者、至美者、至公裁者、至公者，同样无论如何都不能被否认，也绝不可能遭到否认。而且，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至大的引导者、最完善的教导者、至大的宣明者，是揭开宇宙奥密者，是映照万物皆依赖祂而祂无所依赖者的明镜，是慈悯普及万物者Allah的所爱者；这些属性和作为借他的使者使命而显现，乃至达于完善，乃至得以实现，因此，他的使者使命也无论如何都不能否认。正如真实世界与宇宙真理的明辉，他的使者使命也是宇宙最灿烂的一道明辉。</w:t>
      </w:r>
      <w:r>
        <w:rPr>
          <w:rFonts w:ascii="Amiri" w:hAnsi="Amiri" w:eastAsia="Amiri" w:cs="Amiri"/>
          <w:lang w:val="zh-CN" w:eastAsia="zh-CN" w:bidi="ar-SA"/>
          <w:rtl w:val="1"/>
          <w:cs w:val="1"/>
          <w:color w:val="000000"/>
          <w:sz w:val="24"/>
          <w:szCs w:val="24"/>
        </w:rPr>
        <w:t>ﻋَﻠَﻴْﻪِ ﻭَﻋَﻠٰﻰ ﺍٰﻟِﻪ۪ ﻭَﺻَﺤْﺒِﻪِ الصَّلَاةُ وَالسَّلَامُ ﺑِﻌَﺪَﺩِ ﻋَﺎﺷِﺮَﺍﺕِ الْاَيَّامِ ﻭَﺫَﺭَّﺍﺕِ الْاَنَامِ</w:t>
      </w:r>
      <w:r>
        <w:rPr>
          <w:rFonts w:ascii="Times New Roman" w:hAnsi="Times New Roman" w:eastAsia="Noto Serif SC" w:cs="Amiri"/>
          <w:lang w:val="zh-CN" w:eastAsia="zh-CN" w:bidi="ar-SA"/>
          <w:color w:val="000000"/>
          <w:rtl w:val="0"/>
        </w:rPr>
        <w:t xml:space="preserve">（愿Allah按岁月每十日的数目、按众生微粒的数目，赐他和他的家室、他的众同伴尊荣、恩福与平安）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2"/>
      </w:pPr>
      <w:r>
        <w:rPr>
          <w:rFonts w:ascii="Times New Roman" w:hAnsi="Times New Roman" w:eastAsia="Noto Serif SC" w:cs="Amiri"/>
          <w:lang w:val="zh-CN" w:eastAsia="zh-CN" w:bidi="ar-SA"/>
          <w:color w:val="000000"/>
          <w:rtl w:val="0"/>
        </w:rPr>
        <w:t>第三十闪光的第四项精义</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（奉Allah——慈悯普及万物者、至慈者——之名，依凭祂而行） </w:t>
      </w:r>
      <w:r>
        <w:rPr>
          <w:rFonts w:ascii="Amiri" w:hAnsi="Amiri" w:eastAsia="Amiri" w:cs="Amiri"/>
          <w:lang w:val="zh-CN" w:eastAsia="zh-CN" w:bidi="ar-SA"/>
          <w:rtl w:val="1"/>
          <w:cs w:val="1"/>
          <w:color w:val="000000"/>
          <w:sz w:val="24"/>
          <w:szCs w:val="24"/>
        </w:rPr>
        <w:t>ﻗُﻞْ ﻫُﻮَ ﺍﻟﻠّٰﻪُ ﺍَﺣَﺪٌ</w:t>
      </w:r>
      <w:r>
        <w:rPr>
          <w:rFonts w:ascii="Times New Roman" w:hAnsi="Times New Roman" w:eastAsia="Noto Serif SC" w:cs="Amiri"/>
          <w:lang w:val="zh-CN" w:eastAsia="zh-CN" w:bidi="ar-SA"/>
          <w:color w:val="000000"/>
          <w:rtl w:val="0"/>
        </w:rPr>
        <w:t>（你说：祂是Allah，是独一无二者；祂的本体独一，绝无匹偶、部分或同类）这一经文的一项精义，以及“独一无偶者”这一尊名的一种彰显——这尊名包含“唯一者”与“独一无二者”两个尊名，是至大尊名，或是至大尊名六道光明中的一道——于尊贵的闪瓦勒月，在埃斯基谢希尔监狱中向我显现。那至大彰显的详情，我交由《光明论集》阐述；在这里，我们将以七项简要的指示，极其简略地说明“独一无偶者”尊名的至大彰显所显示的真实认信Allah独一。第一项指示：《第二十二言》与《第三十三封书信》已经详细阐明：“独一无偶者”这一至大尊名以至大的彰显，在宇宙的整体形态、每一个种类和每一个个体之上，分别盖下了认信Allah独一的印记、唯一性的印玺。这里，我们只指出三枚印记。</w:t>
      </w:r>
    </w:p>
    <w:p>
      <w:r>
        <w:rPr>
          <w:rFonts w:ascii="Times New Roman" w:hAnsi="Times New Roman" w:eastAsia="Noto Serif SC" w:cs="Amiri"/>
          <w:lang w:val="zh-CN" w:eastAsia="zh-CN" w:bidi="ar-SA"/>
          <w:color w:val="000000"/>
          <w:rtl w:val="0"/>
        </w:rPr>
        <w:t>第一枚印记：独一无偶性的彰显，在宇宙的容颜上盖下了一枚独一的印记，使宇宙成为一个不可拆分的整体。一个不能统御整个宇宙的存在，绝不可能真正拥有其中任何一个部分。那枚印记就是：宇宙中的万有及其各个种类，犹如一座极有秩序的工厂的齿轮，彼此协助，各自努力补全他者的职责。它们相互支撑、相互援助、回应彼此的要求、奔赴彼此的救援，又相互拥抱、彼此贯通，由此形成一种存在上的独一整体，正如一个人身体中的诸元素，彼此不可分离。掌握其中一个元素之缰绳者，若不能掌握全体的缰绳，便也无法控制那一个元素。</w:t>
      </w:r>
    </w:p>
    <w:p>
      <w:r>
        <w:rPr>
          <w:rFonts w:ascii="Times New Roman" w:hAnsi="Times New Roman" w:eastAsia="Noto Serif SC" w:cs="Amiri"/>
          <w:lang w:val="zh-CN" w:eastAsia="zh-CN" w:bidi="ar-SA"/>
          <w:color w:val="000000"/>
          <w:rtl w:val="0"/>
        </w:rPr>
        <w:t>可见，宇宙容颜上的这种互助、相互支撑、相互回应、相互拥抱，是一枚极其明亮的、至大的独一印记。</w:t>
      </w:r>
    </w:p>
    <w:p>
      <w:r>
        <w:rPr>
          <w:rFonts w:ascii="Times New Roman" w:hAnsi="Times New Roman" w:eastAsia="Noto Serif SC" w:cs="Amiri"/>
          <w:lang w:val="zh-CN" w:eastAsia="zh-CN" w:bidi="ar-SA"/>
          <w:color w:val="000000"/>
          <w:rtl w:val="0"/>
        </w:rPr>
        <w:t>第二枚印记：借“独一无偶者”尊名的彰显，在地表、在春天的容颜上，显出一枚如此明亮的独一性印玺和唯一性印记，以至于它证明：一个不能治理地面上一切有生命者及其所有个体、所有状态与情状，不能同时看见并知晓它们全体，也不能创造它们的存在，在创造方面便绝不能插手任何事物。那枚印记就是：</w:t>
      </w:r>
    </w:p>
    <w:p>
      <w:r>
        <w:rPr>
          <w:rFonts w:ascii="Times New Roman" w:hAnsi="Times New Roman" w:eastAsia="Noto Serif SC" w:cs="Amiri"/>
          <w:lang w:val="zh-CN" w:eastAsia="zh-CN" w:bidi="ar-SA"/>
          <w:color w:val="000000"/>
          <w:rtl w:val="0"/>
        </w:rPr>
        <w:t>暂且不论地表矿物、元素和无生命受造物那些极有规律却隐而不显的印记；单看以二十万种动物和二十万种植物为经线织成的这枚纹饰印记：在春季，它们同时出现在地表，彼此交织而又共存；各自的形态、职事、给养、器官与官能都各不相同。然而，一切所需都毫无差错、毫无混淆地赐给每一事物；在极度的混杂之中，又以极度的辨别与区分、极精密的衡量，使其毫无劳苦、恰逢其时、从意想不到之处得到。我们亲眼看见了这一切。因此，地表上的这种状态、这种筹度、这种治理，是一枚唯一性的印玺、独一性的印记，表明：一位不能从无有中同时创造这一切并一同治理它们的主宰，在养育主宰与创造方面，绝不能插手任何事物。因为，倘若有所插手，那无限宽广的治理平衡就会遭到破坏。不过，人类借Allah的命令，对那些养育主宰法则的妥善运行，仍有一种形式上的服务。</w:t>
      </w:r>
    </w:p>
    <w:p>
      <w:r>
        <w:rPr>
          <w:rFonts w:ascii="Times New Roman" w:hAnsi="Times New Roman" w:eastAsia="Noto Serif SC" w:cs="Amiri"/>
          <w:lang w:val="zh-CN" w:eastAsia="zh-CN" w:bidi="ar-SA"/>
          <w:color w:val="000000"/>
          <w:rtl w:val="0"/>
        </w:rPr>
        <w:t>第三枚印记：在人的脸上……确切地说，人的脸是一枚独一性的印记：从阿丹时代直到复起之日，一个原因若不能在同一审视之下看见已经到来和将要到来的全人类，若不能在每个人的独特面容上留下彼此区别的标志，若不能在那张小小的脸上留下无数区别标志，那么，它在创造方面，便绝不能触及一个人脸上的唯一性印玺。</w:t>
      </w:r>
    </w:p>
    <w:p>
      <w:r>
        <w:rPr>
          <w:rFonts w:ascii="Times New Roman" w:hAnsi="Times New Roman" w:eastAsia="Noto Serif SC" w:cs="Amiri"/>
          <w:lang w:val="zh-CN" w:eastAsia="zh-CN" w:bidi="ar-SA"/>
          <w:color w:val="000000"/>
          <w:rtl w:val="0"/>
        </w:rPr>
        <w:t>是的，将那枚印记盖在人脸上的主宰，必然在亲见与知识之域内看见全人类。因此，每个人的面容，尽管在眼睛、耳朵、嘴巴等主要器官上彼此相似，却借一种区别标志，并不与任何他人完全相同。正如所有人的面容上，眼睛、耳朵等器官彼此相似，是一枚认信Allah独一的印记，证明人类的创造者是独一的、唯一的；同样，为了维护人的权利，那些面容高于其他物种，借许多富于智慧的区别标志而彼此区分，以免互相混淆、得以辨认。这既显示那位唯一创造者Allah的意志、选择与意欲，也构成另一枚极为精微的独一性印记。一位不创造全人类、全部动物乃至整宇宙的主宰或原因，绝不能盖上那枚印记。第二项指示：宇宙诸世界、诸种类和诸元素如此深入地彼此交织，一个不能拥有宇宙整体的原因，便绝不能真正统御任何一个种类、任何一个元素。仿佛“独一无偶者”尊名的独一彰显，已经把整个宇宙纳入一种独一之中；万物都在宣告这独一。</w:t>
      </w:r>
    </w:p>
    <w:p>
      <w:r>
        <w:rPr>
          <w:rFonts w:ascii="Times New Roman" w:hAnsi="Times New Roman" w:eastAsia="Noto Serif SC" w:cs="Amiri"/>
          <w:lang w:val="zh-CN" w:eastAsia="zh-CN" w:bidi="ar-SA"/>
          <w:color w:val="000000"/>
          <w:rtl w:val="0"/>
        </w:rPr>
        <w:t>例如，作为这宇宙之灯的太阳只有一个，这指向整个宇宙同属一位主宰；同样，作为有生命者敏捷而殷勤仆役的空气只有一种，作为它们炊事者的火只有一种，浇灌大地花园的云朵海绵只有一种，赶赴一切有生命者救援的雨只有一种，而且雨能抵达各处；大多数动物和植物的各个种类，又都自由分布于整个地表，它们的种类是独一的，居所也是同一个。这些都是极其确凿的指示与见证，表明：这一切万有连同它们的居所，都同属一位独一无二的主宰。</w:t>
      </w:r>
    </w:p>
    <w:p>
      <w:r>
        <w:rPr>
          <w:rFonts w:ascii="Times New Roman" w:hAnsi="Times New Roman" w:eastAsia="Noto Serif SC" w:cs="Amiri"/>
          <w:lang w:val="zh-CN" w:eastAsia="zh-CN" w:bidi="ar-SA"/>
          <w:color w:val="000000"/>
          <w:rtl w:val="0"/>
        </w:rPr>
        <w:t>由此类推，整个宇宙各个种类如此彼此交织，已使宇宙整体成为一个在创造上不可拆分的整体。一个其权令不能通行于整个宇宙的原因，在养育主宰与创造的方式上，便不能统治任何事物，也不能使一粒微尘听从它的养育与主宰。第三项指示：借“独一无偶者”尊名的至大彰显，宇宙已成为无数封彼此交织的、属于万物皆依赖祂而祂无所依赖者的书信；仿佛每封书信都盖上了无数唯一性的印玺和许多独一性的印章，每封书信的每一个词都带着独一性的印章，而且有多少印章，就有多少证据显示其书写者。</w:t>
      </w:r>
    </w:p>
    <w:p>
      <w:r>
        <w:rPr>
          <w:rFonts w:ascii="Times New Roman" w:hAnsi="Times New Roman" w:eastAsia="Noto Serif SC" w:cs="Amiri"/>
          <w:lang w:val="zh-CN" w:eastAsia="zh-CN" w:bidi="ar-SA"/>
          <w:color w:val="000000"/>
          <w:rtl w:val="0"/>
        </w:rPr>
        <w:t>是的，每一朵花、每一枚果实、每一株草，乃至每一种动物、每一棵树，都是独一性的印章，都是无所依赖而万物依赖之性的印记；它们所在之处则呈现为一封书信，因此，它们各自成为一种签名，显示那处的书写者。</w:t>
      </w:r>
    </w:p>
    <w:p>
      <w:r>
        <w:rPr>
          <w:rFonts w:ascii="Times New Roman" w:hAnsi="Times New Roman" w:eastAsia="Noto Serif SC" w:cs="Amiri"/>
          <w:lang w:val="zh-CN" w:eastAsia="zh-CN" w:bidi="ar-SA"/>
          <w:color w:val="000000"/>
          <w:rtl w:val="0"/>
        </w:rPr>
        <w:t>例如，一座花园里的一朵黄花，犹如那座花园的纹饰师的一枚印章。这枚花朵印章属于谁，整个地表上同一种类的花朵便都是谁的言辞，那座花园也就是谁的手笔；它极为清楚地指明了这一点。</w:t>
      </w:r>
    </w:p>
    <w:p>
      <w:r>
        <w:rPr>
          <w:rFonts w:ascii="Times New Roman" w:hAnsi="Times New Roman" w:eastAsia="Noto Serif SC" w:cs="Amiri"/>
          <w:lang w:val="zh-CN" w:eastAsia="zh-CN" w:bidi="ar-SA"/>
          <w:color w:val="000000"/>
          <w:rtl w:val="0"/>
        </w:rPr>
        <w:t>这就是说，每一事物都把万物归于其创造者Allah，并指向至大的认信Allah独一。第四项指示：“独一无偶者”尊名的至大彰显如太阳般明显，同时，它以必然般的合理与无尽的容易为人所接受。至于与这彰显相反、相对立的以他物与Allah并立，则极其困难，远离理智，乃至达到不可能、绝无可能的程度。《光明论集》各部分已经阐明了证明这一点的许多确证。暂且把那些证据中各要点的详情交由那些论著说明，这里只阐述其中三点。</w:t>
      </w:r>
    </w:p>
    <w:p>
      <w:r>
        <w:rPr>
          <w:rFonts w:ascii="Times New Roman" w:hAnsi="Times New Roman" w:eastAsia="Noto Serif SC" w:cs="Amiri"/>
          <w:lang w:val="zh-CN" w:eastAsia="zh-CN" w:bidi="ar-SA"/>
          <w:color w:val="000000"/>
          <w:rtl w:val="0"/>
        </w:rPr>
        <w:t>第一：我们在《第十言》和《第二十九言》末尾作了概括证明，又在《第二十封书信》末尾以极确凿的证据作了详细证明：相对于独一无偶、独一无二的主宰Allah的权能，创造最大的事物，也如创造最小的事物一样容易。祂创造一个春天，如同创造一朵花那样轻省；每年春天，都在我们眼前从容创造万千复起的范例；祂治理一棵大树，如同治理一枚小小的果实那样自如。倘若把它交给众多原因，那么，每一枚果实都会像一棵树一样耗费巨大而困难，每一朵花都会像一个春天一样劳苦而艰难。</w:t>
      </w:r>
    </w:p>
    <w:p>
      <w:r>
        <w:rPr>
          <w:rFonts w:ascii="Times New Roman" w:hAnsi="Times New Roman" w:eastAsia="Noto Serif SC" w:cs="Amiri"/>
          <w:lang w:val="zh-CN" w:eastAsia="zh-CN" w:bidi="ar-SA"/>
          <w:color w:val="000000"/>
          <w:rtl w:val="0"/>
        </w:rPr>
        <w:t>是的，正如一支军队的军事装备，若凭一位统帅的命令在同一座工厂制造，整支军队的装备便几乎如同一名士兵的装备那样容易。倘若每名士兵的装备分别在不同工厂制造，军事管理又由独一陷入繁多，那么，每一名士兵都会需要相当于整支军队那么多的工厂。</w:t>
      </w:r>
    </w:p>
    <w:p>
      <w:r>
        <w:rPr>
          <w:rFonts w:ascii="Times New Roman" w:hAnsi="Times New Roman" w:eastAsia="Noto Serif SC" w:cs="Amiri"/>
          <w:lang w:val="zh-CN" w:eastAsia="zh-CN" w:bidi="ar-SA"/>
          <w:color w:val="000000"/>
          <w:rtl w:val="0"/>
        </w:rPr>
        <w:t>同样，倘若把万物都归于独一无偶、独一无二的主宰Allah，整个种类的无数个体便会如同一个个体那样容易。倘若把它们归于众多原因，每一个个体都会像整个种类一样困难。是的，独一与独一无偶性，都凭万物归属于那位唯一的主宰Allah、依靠祂而成立。这种依靠与归属，对事物而言，又能成为无穷的力量与权能。那时，一件微小之物，借这归属与依靠的力量，能够完成超出自身力量数千倍的工作，产生相应的成果。一件不依靠、不归属于极富力量的独一无偶、独一无二者Allah的事物，则只能凭自身力量完成微小的工作，其成果也因此缩小。</w:t>
      </w:r>
    </w:p>
    <w:p>
      <w:r>
        <w:rPr>
          <w:rFonts w:ascii="Times New Roman" w:hAnsi="Times New Roman" w:eastAsia="Noto Serif SC" w:cs="Amiri"/>
          <w:lang w:val="zh-CN" w:eastAsia="zh-CN" w:bidi="ar-SA"/>
          <w:color w:val="000000"/>
          <w:rtl w:val="0"/>
        </w:rPr>
        <w:t>例如，一个无编制的散兵，即使极为勇敢强壮，也不得不随身、腰带携带自己的弹药和补给，因此只能暂时抵挡十个敌人。因为，他个人的力量只能产生那样的效用。然而，一个凭军人证件归属并依靠至大统帅的人，不必自己拉动力量源泉，也不必背负粮秣仓库；那归属与依靠便成为他取之不尽的力量和宝库，因此，借这归属的力量，他甚至能够俘获战败敌军的一位元帅，乃至连同数千名士兵一起俘获。</w:t>
      </w:r>
    </w:p>
    <w:p>
      <w:r>
        <w:rPr>
          <w:rFonts w:ascii="Times New Roman" w:hAnsi="Times New Roman" w:eastAsia="Noto Serif SC" w:cs="Amiri"/>
          <w:lang w:val="zh-CN" w:eastAsia="zh-CN" w:bidi="ar-SA"/>
          <w:color w:val="000000"/>
          <w:rtl w:val="0"/>
        </w:rPr>
        <w:t>可见，在独一与独一无偶性之中，一只蚂蚁能够借那归属的力量击败一位法老，一只苍蝇能够击败一位宁录，一个微生物能够击败一个强横者；同样，一粒鹰嘴豆大小的种子，也能在肩上扛起一棵山岳般雄伟的松树。是的，正如一位至大统帅能够派一支军队援助一名士兵，并能在那士兵身后集结一支军队，因此，那士兵仿佛有一支军队在精神上支持自己，凭这种精神力量，能够以统帅之名成就极伟大的事业。</w:t>
      </w:r>
    </w:p>
    <w:p>
      <w:r>
        <w:rPr>
          <w:rFonts w:ascii="Times New Roman" w:hAnsi="Times New Roman" w:eastAsia="Noto Serif SC" w:cs="Amiri"/>
          <w:lang w:val="zh-CN" w:eastAsia="zh-CN" w:bidi="ar-SA"/>
          <w:color w:val="000000"/>
          <w:rtl w:val="0"/>
        </w:rPr>
        <w:t>同样，无始的君王Allah既然是独一无偶、独一无二者——祂绝无丝毫需要；这里只是假设有所需要——祂便派遣万物援助每一事物，把宇宙大军集结在每一事物之后作为后援，使每一事物都能依靠宇宙般宏大的力量；面对每一事物，万物——仍只是假设有所需要——都能成为那位独一无偶的统帅的权能。倘若没有独一无偶性，每一事物就会失去这全部力量，跌落至毫无价值的地位，其成果也会归于无有。</w:t>
      </w:r>
    </w:p>
    <w:p>
      <w:r>
        <w:rPr>
          <w:rFonts w:ascii="Times New Roman" w:hAnsi="Times New Roman" w:eastAsia="Noto Serif SC" w:cs="Amiri"/>
          <w:lang w:val="zh-CN" w:eastAsia="zh-CN" w:bidi="ar-SA"/>
          <w:color w:val="000000"/>
          <w:rtl w:val="0"/>
        </w:rPr>
        <w:t>可见，我们时时亲眼看见，这些极其超乎常规的作为，都由极其微小、看似无足轻重的事物显现，这不证自明地显示了独一无偶性与独一性。否则，每一事物的成果、果实和作为，都会像它的物质与力量一样缩小，归于无有；我们眼前那些极其珍贵的事物，也不会再如此低廉、如此丰盈。如今用四十文钱便能买到的一个甜瓜、一颗石榴，即使花四万里拉，我们也将无从享用。</w:t>
      </w:r>
    </w:p>
    <w:p>
      <w:r>
        <w:rPr>
          <w:rFonts w:ascii="Times New Roman" w:hAnsi="Times New Roman" w:eastAsia="Noto Serif SC" w:cs="Amiri"/>
          <w:lang w:val="zh-CN" w:eastAsia="zh-CN" w:bidi="ar-SA"/>
          <w:color w:val="000000"/>
          <w:rtl w:val="0"/>
        </w:rPr>
        <w:t>是的，世界上的一切容易、一切低廉、一切丰盈，都来自独一，并为独一无偶性作证。</w:t>
      </w:r>
    </w:p>
    <w:p>
      <w:r>
        <w:rPr>
          <w:rFonts w:ascii="Times New Roman" w:hAnsi="Times New Roman" w:eastAsia="Noto Serif SC" w:cs="Amiri"/>
          <w:lang w:val="zh-CN" w:eastAsia="zh-CN" w:bidi="ar-SA"/>
          <w:color w:val="000000"/>
          <w:rtl w:val="0"/>
        </w:rPr>
        <w:t>第二点：万有以两种方式被创造。一种是称为“首创与新造”的从无有中创造；另一种是称为“构建与组合”的汇集已有元素和事物，从而赋予它存在。若依独一无偶性的彰显与独一性的奥义而行，便会容易到无尽的程度，乃至容易得如同必然如此。若不把它归于独一无偶性，就会困难到无尽的程度，极不合理，乃至困难到绝无可能。然而，宇宙中的万有毫无劳苦，从容而容易地以极完善的形式进入存在，这不证自明地显示了独一无偶性的彰显，并证明：每一事物都直接是独一无偶、具威严的主宰Allah的创造之艺。</w:t>
      </w:r>
    </w:p>
    <w:p>
      <w:r>
        <w:rPr>
          <w:rFonts w:ascii="Times New Roman" w:hAnsi="Times New Roman" w:eastAsia="Noto Serif SC" w:cs="Amiri"/>
          <w:lang w:val="zh-CN" w:eastAsia="zh-CN" w:bidi="ar-SA"/>
          <w:color w:val="000000"/>
          <w:rtl w:val="0"/>
        </w:rPr>
        <w:t>是的，倘若把万物都归于独一无偶的唯一者Allah，祂便凭那借其作为可知其宏大的无限权能，如划着一根火柴般从无有中创造万物；又凭祂包容万有的无限知识，为每一事物规定一个作为精神型范的定量。于是，按照祂知识之镜中每一事物的形态与图样，每一事物的微粒便从容进入那知识型范之内，井然有序地保持各自的位置。</w:t>
      </w:r>
    </w:p>
    <w:p>
      <w:r>
        <w:rPr>
          <w:rFonts w:ascii="Times New Roman" w:hAnsi="Times New Roman" w:eastAsia="Noto Serif SC" w:cs="Amiri"/>
          <w:lang w:val="zh-CN" w:eastAsia="zh-CN" w:bidi="ar-SA"/>
          <w:color w:val="000000"/>
          <w:rtl w:val="0"/>
        </w:rPr>
        <w:t>即使需要从四周汇集微粒，借知识法则与权能的普遍统摄原则，那些微粒受知识法则和权能驱遣的约束，也会像一支顺从军队的士兵，依照知识法则与权能驱遣，有序地前来，进入那包围该事物存在的知识型范与预定定量之中，从容构成它的存在。又好比镜中影像借摄影在纸上获得外在实在，或一封以隐显墨水写成的书信涂上显色剂后显现出来；同样，对于独一无偶的唯一者Allah无始知识之镜中的万物本质与万有形态，权能极其从容地为它们披上外在实在，把它们从意义世界带入显现世界，呈现给众目观看。</w:t>
      </w:r>
    </w:p>
    <w:p>
      <w:r>
        <w:rPr>
          <w:rFonts w:ascii="Times New Roman" w:hAnsi="Times New Roman" w:eastAsia="Noto Serif SC" w:cs="Amiri"/>
          <w:lang w:val="zh-CN" w:eastAsia="zh-CN" w:bidi="ar-SA"/>
          <w:color w:val="000000"/>
          <w:rtl w:val="0"/>
        </w:rPr>
        <w:t>倘若不把它归于独一无偶的唯一者Allah，那么，要从地表四周及其元素中，以极精密的衡量汇集一只苍蝇的身体，几乎就必须筛遍大地和诸元素，从各处取得那特定身体的特定微粒，再有序地安置在其精妙的身体中；为此，就必须有一个物质模具，乃至要有与其器官数目相等的许多模具。那身体中的感觉、灵魂等细微精妙的精神性内在官能，也必须以专门的衡量，从精神世界引来。</w:t>
      </w:r>
    </w:p>
    <w:p>
      <w:r>
        <w:rPr>
          <w:rFonts w:ascii="Times New Roman" w:hAnsi="Times New Roman" w:eastAsia="Noto Serif SC" w:cs="Amiri"/>
          <w:lang w:val="zh-CN" w:eastAsia="zh-CN" w:bidi="ar-SA"/>
          <w:color w:val="000000"/>
          <w:rtl w:val="0"/>
        </w:rPr>
        <w:t>这样，创造一只苍蝇就会像创造宇宙一样困难，陷入百重艰难，乃至陷入重重不可能。因为，除独一无偶的创造者Allah以外，任何事物都不能从无有、从无中创造，宗教与科学各界对此一致认同。那么，倘若把创造交给众多原因与自然，万物的存在就只能借汇集大多数事物而赋予。</w:t>
      </w:r>
    </w:p>
    <w:p>
      <w:r>
        <w:rPr>
          <w:rFonts w:ascii="Times New Roman" w:hAnsi="Times New Roman" w:eastAsia="Noto Serif SC" w:cs="Amiri"/>
          <w:lang w:val="zh-CN" w:eastAsia="zh-CN" w:bidi="ar-SA"/>
          <w:color w:val="000000"/>
          <w:rtl w:val="0"/>
        </w:rPr>
        <w:t>第三点：倘若把万物归于一位独一无偶的唯一主宰Allah，一切便会如同一件事物那样容易；倘若交给众多原因与自然，一件事物的存在便会如万物一样困难。我们将简要说明其他论著中阐释过的两三个比喻，以指示这一真理。</w:t>
      </w:r>
    </w:p>
    <w:p>
      <w:r>
        <w:rPr>
          <w:rFonts w:ascii="Times New Roman" w:hAnsi="Times New Roman" w:eastAsia="Noto Serif SC" w:cs="Amiri"/>
          <w:lang w:val="zh-CN" w:eastAsia="zh-CN" w:bidi="ar-SA"/>
          <w:color w:val="000000"/>
          <w:rtl w:val="0"/>
        </w:rPr>
        <w:t>例如，</w:t>
      </w:r>
    </w:p>
    <w:p>
      <w:r>
        <w:rPr>
          <w:rFonts w:ascii="Times New Roman" w:hAnsi="Times New Roman" w:eastAsia="Noto Serif SC" w:cs="Amiri"/>
          <w:lang w:val="zh-CN" w:eastAsia="zh-CN" w:bidi="ar-SA"/>
          <w:color w:val="000000"/>
          <w:rtl w:val="0"/>
        </w:rPr>
        <w:t>若把一千名士兵的态势与治理交给一名军官，而把一名士兵交给十名军官管理，那么，这名士兵的治理就会比一个营的治理困难十倍。因为，向他发号施令的人会彼此阻碍；在混乱之中，那名士兵将不得片刻安宁。同样，若把全营所要求的态势与结果交给一名军官，他便能毫不劳苦、从容达成那结果，形成那态势。</w:t>
      </w:r>
    </w:p>
    <w:p>
      <w:r>
        <w:rPr>
          <w:rFonts w:ascii="Times New Roman" w:hAnsi="Times New Roman" w:eastAsia="Noto Serif SC" w:cs="Amiri"/>
          <w:lang w:val="zh-CN" w:eastAsia="zh-CN" w:bidi="ar-SA"/>
          <w:color w:val="000000"/>
          <w:rtl w:val="0"/>
        </w:rPr>
        <w:t>倘若把形成那种态势、达成那个结果，交给营中一群没有头领、没有军官、没有军士的士兵，那么，要获得所要求的态势与结果，就只能在极大的混乱与争论中，艰难地取得一种残缺不全的形态。</w:t>
      </w:r>
    </w:p>
    <w:p>
      <w:pPr>
        <w:pStyle w:val="Heading2"/>
      </w:pPr>
      <w:r>
        <w:rPr>
          <w:rFonts w:ascii="Times New Roman" w:hAnsi="Times New Roman" w:eastAsia="Noto Serif SC" w:cs="Amiri"/>
          <w:lang w:val="zh-CN" w:eastAsia="zh-CN" w:bidi="ar-SA"/>
          <w:color w:val="000000"/>
          <w:rtl w:val="0"/>
        </w:rPr>
        <w:t>第二个比喻：</w:t>
      </w:r>
    </w:p>
    <w:p>
      <w:r>
        <w:rPr>
          <w:rFonts w:ascii="Times New Roman" w:hAnsi="Times New Roman" w:eastAsia="Noto Serif SC" w:cs="Amiri"/>
          <w:lang w:val="zh-CN" w:eastAsia="zh-CN" w:bidi="ar-SA"/>
          <w:color w:val="000000"/>
          <w:rtl w:val="0"/>
        </w:rPr>
        <w:t>例如，若把圣索菲亚清真寺那样一座圆顶清真寺的穹顶石块安放到位、使其悬立不倒的任务交给一位工匠，他便能从容使它们形成那种状态。</w:t>
      </w:r>
    </w:p>
    <w:p>
      <w:r>
        <w:rPr>
          <w:rFonts w:ascii="Times New Roman" w:hAnsi="Times New Roman" w:eastAsia="Noto Serif SC" w:cs="Amiri"/>
          <w:lang w:val="zh-CN" w:eastAsia="zh-CN" w:bidi="ar-SA"/>
          <w:color w:val="000000"/>
          <w:rtl w:val="0"/>
        </w:rPr>
        <w:t>倘若把进入那种状态的任务交给石块，那么，每一块石头都必须既是所有石块的绝对支配者，又是绝对受支配者，才能彼此顶合、悬立不倒。这样，要完成那位工匠从容完成的工作，就必须完成比一百名工匠的工作还要繁重百倍的工作，然后才能形成那种状态。</w:t>
      </w:r>
    </w:p>
    <w:p>
      <w:pPr>
        <w:pStyle w:val="Heading2"/>
      </w:pPr>
      <w:r>
        <w:rPr>
          <w:rFonts w:ascii="Times New Roman" w:hAnsi="Times New Roman" w:eastAsia="Noto Serif SC" w:cs="Amiri"/>
          <w:lang w:val="zh-CN" w:eastAsia="zh-CN" w:bidi="ar-SA"/>
          <w:color w:val="000000"/>
          <w:rtl w:val="0"/>
        </w:rPr>
        <w:t>第三个比喻：</w:t>
      </w:r>
    </w:p>
    <w:p>
      <w:r>
        <w:rPr>
          <w:rFonts w:ascii="Times New Roman" w:hAnsi="Times New Roman" w:eastAsia="Noto Serif SC" w:cs="Amiri"/>
          <w:lang w:val="zh-CN" w:eastAsia="zh-CN" w:bidi="ar-SA"/>
          <w:color w:val="000000"/>
          <w:rtl w:val="0"/>
        </w:rPr>
        <w:t>例如，地球是独一无偶的唯一主宰Allah的一名仆役、一名士兵。这名士兵只听从那一位主宰的一道命令，便能产生四季的形成、昼夜时段的出现、天上崇高而壮丽运行的显现，以及天际画面如电影般变换等结果。地球这名士兵，只因领受一位主宰的一道命令，便凭那职事的喜乐所生的吸引力，如神往忘我的梅夫莱维旋舞者一般起身旋转，成为那一切壮丽结果形成与显现的媒介。仿佛这名士兵在指挥宇宙表面那场壮丽的演习。</w:t>
      </w:r>
    </w:p>
    <w:p>
      <w:r>
        <w:rPr>
          <w:rFonts w:ascii="Times New Roman" w:hAnsi="Times New Roman" w:eastAsia="Noto Serif SC" w:cs="Amiri"/>
          <w:lang w:val="zh-CN" w:eastAsia="zh-CN" w:bidi="ar-SA"/>
          <w:color w:val="000000"/>
          <w:rtl w:val="0"/>
        </w:rPr>
        <w:t>倘若不把这些结果归于一位独一无偶的主宰Allah——祂应受崇拜之神圣性的统治与养育主宰的王权包容整个宇宙，祂的判决与命令通行于一切万有——那么，要取得那些结果、完成那场天际演习并形成地上的四季，就必须让数百万颗比地球大千倍的星辰与球体，在每二十四小时和每一年里，绕行一条长达数百万年的路程，才能显出那些结果。</w:t>
      </w:r>
    </w:p>
    <w:p>
      <w:r>
        <w:rPr>
          <w:rFonts w:ascii="Times New Roman" w:hAnsi="Times New Roman" w:eastAsia="Noto Serif SC" w:cs="Amiri"/>
          <w:lang w:val="zh-CN" w:eastAsia="zh-CN" w:bidi="ar-SA"/>
          <w:color w:val="000000"/>
          <w:rtl w:val="0"/>
        </w:rPr>
        <w:t>地球这一名仆役，如神往忘我的梅夫莱维旋舞者一般，借自转轴与公转轨道上的两种运动而形成那些壮丽结果，这是独一之中何等无尽容易的例证；同样，为取得同样结果，必须行走比那运动困难数百万倍、漫长得没有穷尽的道路，这又证明那有多么困难，乃至绝不可能，也证明以他物与Allah并立及不信的道路上，存在何等不可能、何等虚妄的事物。</w:t>
      </w:r>
    </w:p>
    <w:p>
      <w:r>
        <w:rPr>
          <w:rFonts w:ascii="Times New Roman" w:hAnsi="Times New Roman" w:eastAsia="Noto Serif SC" w:cs="Amiri"/>
          <w:lang w:val="zh-CN" w:eastAsia="zh-CN" w:bidi="ar-SA"/>
          <w:color w:val="000000"/>
          <w:rtl w:val="0"/>
        </w:rPr>
        <w:t>请借这个比喻，看看崇拜原因者与崇拜自然者的愚昧。譬如，设想“一个人以超凡的技艺，把一座奇异工厂、一座奇妙时钟、一座壮丽宫殿或一部完善书籍的零件与齿轮准备得井井有条，之后，他自己却不从容地组装并开动它们，反而耗费极巨大的成本，把每一个零件、每一个齿轮，乃至纸张和笔，都造成奇异的机器，让它们自行运转，代替那位工匠制造工厂、宫殿、时钟，书写书籍；他极欲展示自己的全部本领与完善，而那本领和完善本可借他的大师造诣与技艺得以彰显，他却把这些都交给那些物件”，你就会明白，这种设想何等背离理智、何等愚昧！</w:t>
      </w:r>
    </w:p>
    <w:p>
      <w:r>
        <w:rPr>
          <w:rFonts w:ascii="Times New Roman" w:hAnsi="Times New Roman" w:eastAsia="Noto Serif SC" w:cs="Amiri"/>
          <w:lang w:val="zh-CN" w:eastAsia="zh-CN" w:bidi="ar-SA"/>
          <w:color w:val="000000"/>
          <w:rtl w:val="0"/>
        </w:rPr>
        <w:t>同样，把创造归于众多原因与种种自然的人，陷入了加倍的愚昧。因为，自然与原因之上也有极有序列的技艺之作；它们和其他受造物一样，也是被创造出来的。那位如此创造它们的主宰，也创造它们的结果，并使二者一同显现。创造种子者，也在其上创造那棵树；创造树者，也在其上创造果实。否则，为了使各种不同的自然与原因进入存在，它们又会需要另外一些有序的自然与原因。如此不断推衍，就必须承认一连串无穷、无意义、不可能的假想之物真实存在。这正是愚昧之中最荒诞的奇观。</w:t>
      </w:r>
    </w:p>
    <w:p>
      <w:r>
        <w:rPr>
          <w:rFonts w:ascii="Times New Roman" w:hAnsi="Times New Roman" w:eastAsia="Noto Serif SC" w:cs="Amiri"/>
          <w:lang w:val="zh-CN" w:eastAsia="zh-CN" w:bidi="ar-SA"/>
          <w:color w:val="000000"/>
          <w:rtl w:val="0"/>
        </w:rPr>
        <w:t>第五项指示：我们在许多地方已经以确凿证据证明：统治最根本的特性，是独立自主与独自专有。甚至，统治在软弱无力的人身上只剩一道微弱的影子，也会为维护自身独立而强烈拒绝他人干预，不允许别人插手自己的职事。许多君王正是出于这种拒绝干预的特性，无情地杀害了无辜的儿女和亲爱的兄弟。</w:t>
      </w:r>
    </w:p>
    <w:p>
      <w:r>
        <w:rPr>
          <w:rFonts w:ascii="Times New Roman" w:hAnsi="Times New Roman" w:eastAsia="Noto Serif SC" w:cs="Amiri"/>
          <w:lang w:val="zh-CN" w:eastAsia="zh-CN" w:bidi="ar-SA"/>
          <w:color w:val="000000"/>
          <w:rtl w:val="0"/>
        </w:rPr>
        <w:t>可见，真正统治最根本的特性、不可分割的必然属性与恒常要求，就是独立自主、独自专有、拒绝他人干预。</w:t>
      </w:r>
    </w:p>
    <w:p>
      <w:r>
        <w:rPr>
          <w:rFonts w:ascii="Times New Roman" w:hAnsi="Times New Roman" w:eastAsia="Noto Serif SC" w:cs="Amiri"/>
          <w:lang w:val="zh-CN" w:eastAsia="zh-CN" w:bidi="ar-SA"/>
          <w:color w:val="000000"/>
          <w:rtl w:val="0"/>
        </w:rPr>
        <w:t>正是由于这一极为根本的特性，达到绝对养育主宰之境的Allah的统治，极其强烈地拒绝以他物与Allah并立、共同参与和外来干预；因此，奇迹般宣明的《古兰经》也以极大的热忱与严厉，反复多次阐明认信Allah独一，并以重大的警告拒绝以他物与Allah并立及共同参与。</w:t>
      </w:r>
    </w:p>
    <w:p>
      <w:r>
        <w:rPr>
          <w:rFonts w:ascii="Times New Roman" w:hAnsi="Times New Roman" w:eastAsia="Noto Serif SC" w:cs="Amiri"/>
          <w:lang w:val="zh-CN" w:eastAsia="zh-CN" w:bidi="ar-SA"/>
          <w:color w:val="000000"/>
          <w:rtl w:val="0"/>
        </w:rPr>
        <w:t>养育主宰中Allah的统治，确凿地要求认信Allah独一与独一，显示出极强大的召唤与极严正的必然要求；同样，宇宙表面那极完善的秩序——从宇宙整体、群星，直到植物、动物、矿物，再到各个部分、个体与微粒——那最完美的和谐，也是一位公正的见证者、一项光辉的确证，使人对那独一无偶性与独一绝无丝毫怀疑。因为，倘若他者有所干预，这极精密的法则、秩序与宇宙平衡就必然遭到破坏，显出失序的迹象。借</w:t>
      </w:r>
      <w:r>
        <w:rPr>
          <w:rFonts w:ascii="Amiri" w:hAnsi="Amiri" w:eastAsia="Amiri" w:cs="Amiri"/>
          <w:lang w:val="zh-CN" w:eastAsia="zh-CN" w:bidi="ar-SA"/>
          <w:rtl w:val="1"/>
          <w:cs w:val="1"/>
          <w:color w:val="000000"/>
          <w:sz w:val="24"/>
          <w:szCs w:val="24"/>
        </w:rPr>
        <w:t>ﻟَﻮْ ﻛَﺎﻥَ ﻓ۪ﻴﻬِﻤَٓﺎ ﺍٰﻟِﻬَﺔٌ اِلَّا ﺍﻟﻠّٰﻪُ ﻟَﻔَﺴَﺪَﺗَﺎ</w:t>
      </w:r>
      <w:r>
        <w:rPr>
          <w:rFonts w:ascii="Times New Roman" w:hAnsi="Times New Roman" w:eastAsia="Noto Serif SC" w:cs="Amiri"/>
          <w:lang w:val="zh-CN" w:eastAsia="zh-CN" w:bidi="ar-SA"/>
          <w:color w:val="000000"/>
          <w:rtl w:val="0"/>
        </w:rPr>
        <w:t>（假若天地间除Allah之外另有众多受崇拜的主宰，天地两者必定败坏失序）这一经文的奥义，这奇异的宇宙完善秩序就会混乱而败坏。然而，正如</w:t>
      </w:r>
      <w:r>
        <w:rPr>
          <w:rFonts w:ascii="Amiri" w:hAnsi="Amiri" w:eastAsia="Amiri" w:cs="Amiri"/>
          <w:lang w:val="zh-CN" w:eastAsia="zh-CN" w:bidi="ar-SA"/>
          <w:rtl w:val="1"/>
          <w:cs w:val="1"/>
          <w:color w:val="000000"/>
          <w:sz w:val="24"/>
          <w:szCs w:val="24"/>
        </w:rPr>
        <w:t>ﻓَﺎﺭْﺟِﻊِ ﺍﻟْﺒَﺼَﺮَ ﻫَﻞْ ﺗَﺮٰﻯ ﻣِﻦْ ﻓُﻄُﻮﺭٍ</w:t>
      </w:r>
      <w:r>
        <w:rPr>
          <w:rFonts w:ascii="Times New Roman" w:hAnsi="Times New Roman" w:eastAsia="Noto Serif SC" w:cs="Amiri"/>
          <w:lang w:val="zh-CN" w:eastAsia="zh-CN" w:bidi="ar-SA"/>
          <w:color w:val="000000"/>
          <w:rtl w:val="0"/>
        </w:rPr>
        <w:t>（你再举目观看，你看得见任何裂隙或破损吗）这一经文所说，从微粒到行星，从尘世大地到至高宝座，任何方面都看不见缺陷、不足和紊乱的迹象；因此，这宇宙秩序、受造物的整齐与万有的平衡，以极其明亮的方式，显示了“独一无偶者”尊名的至大彰显，并为独一作证。</w:t>
      </w:r>
    </w:p>
    <w:p>
      <w:r>
        <w:rPr>
          <w:rFonts w:ascii="Times New Roman" w:hAnsi="Times New Roman" w:eastAsia="Noto Serif SC" w:cs="Amiri"/>
          <w:lang w:val="zh-CN" w:eastAsia="zh-CN" w:bidi="ar-SA"/>
          <w:color w:val="000000"/>
          <w:rtl w:val="0"/>
        </w:rPr>
        <w:t>而且，借独一性彰显的奥义，最微小的有生命受造物，也是宇宙的缩影与简明索引；因此，能够照料并拥有那一个生命的主宰，只能是把整个宇宙掌握在统御之中的主宰。一粒种子按其创造禀赋并不逊于一棵树；一棵树犹如一个小宇宙；每一个有生命者也都如同一个小宇宙、一个小世界。因此，这种独一性奥义的彰显，使以他物与Allah并立及共同参与成为绝不可能之事。</w:t>
      </w:r>
    </w:p>
    <w:p>
      <w:r>
        <w:rPr>
          <w:rFonts w:ascii="Times New Roman" w:hAnsi="Times New Roman" w:eastAsia="Noto Serif SC" w:cs="Amiri"/>
          <w:lang w:val="zh-CN" w:eastAsia="zh-CN" w:bidi="ar-SA"/>
          <w:color w:val="000000"/>
          <w:rtl w:val="0"/>
        </w:rPr>
        <w:t>这个宇宙凭此奥义，不仅成为一个不可分解的整体；而且其本质不容分割、共同参与和拆解，也不容众多之手插手，因而已经具有一个总体的性质。既然其中每一部分都如同一个个别成分、一个单独个体，而那整体也如同一个总体，那么，从任何方面都不可能有共同参与。“独一者”尊名的至大彰显，正是借这每一事物中独一彰显的奥义，把认信Allah独一的真理证明到昭然自明的程度。</w:t>
      </w:r>
    </w:p>
    <w:p>
      <w:r>
        <w:rPr>
          <w:rFonts w:ascii="Times New Roman" w:hAnsi="Times New Roman" w:eastAsia="Noto Serif SC" w:cs="Amiri"/>
          <w:lang w:val="zh-CN" w:eastAsia="zh-CN" w:bidi="ar-SA"/>
          <w:color w:val="000000"/>
          <w:rtl w:val="0"/>
        </w:rPr>
        <w:t>诚然，宇宙的诸多种类彼此交缠、紧密联结，每一种类的职责又都关涉全体，因而使宇宙在养育主宰与创造方面成为一个不可分解的整体。同样，在宇宙中活动的那些周遍而普遍的作为，也彼此贯通交融。譬如，在赐予生命的作为里，同时显现出供养与赐料的作为；而在供养与赐予生命的作为里，又能同时观察到布置、装备那有生命者身体的作为；在供养、赐予生命、布置、装备这些作为里，又同时醒目地显现出赋形、培育与筹度的作为，依此类推。这些周遍而普遍的作为彼此贯通交缠，又像光中的七色那样融合，乃至合而为一；每一种作为在本质上又都处于一种统一与独一之中，周遍并涵盖大多数万有，是一种独一的作为。因此，其施行者必定是一个独一的本体；每一种作为都遍及整个宇宙，又与其他作为互助合作。这就使宇宙成为一个不可分解的整体。同样，每一个有生命的受造物都如同宇宙的一粒种子、一份索引、一个样本，因而也使宇宙在养育主宰方面成为一个不容分割、不容拆解的总体。</w:t>
      </w:r>
    </w:p>
    <w:p>
      <w:r>
        <w:rPr>
          <w:rFonts w:ascii="Times New Roman" w:hAnsi="Times New Roman" w:eastAsia="Noto Serif SC" w:cs="Amiri"/>
          <w:lang w:val="zh-CN" w:eastAsia="zh-CN" w:bidi="ar-SA"/>
          <w:color w:val="000000"/>
          <w:rtl w:val="0"/>
        </w:rPr>
        <w:t>可见，宇宙是这样一个整体：要成为其中一个部分的养育并主宰者，唯有成为那整个整体的养育并主宰者才能成就。它又是这样一个总体：其中每一部分都已成为一个单独个体；要使自己的养育与主宰为一个单独个体所认知并承服，唯有使那整个总体顺服才能成就。</w:t>
      </w:r>
    </w:p>
    <w:p>
      <w:r>
        <w:rPr>
          <w:rFonts w:ascii="Times New Roman" w:hAnsi="Times New Roman" w:eastAsia="Noto Serif SC" w:cs="Amiri"/>
          <w:lang w:val="zh-CN" w:eastAsia="zh-CN" w:bidi="ar-SA"/>
          <w:color w:val="000000"/>
          <w:rtl w:val="0"/>
        </w:rPr>
        <w:t>第六项指示：神圣的独一无伴性与Allah的独一，既是一切完善的中心和根基</w:t>
      </w:r>
      <w:r>
        <w:rPr>
          <w:rStyle w:val="FootnoteReference"/>
        </w:rPr>
        <w:footnoteReference w:id="63"/>
      </w:r>
      <w:r>
        <w:rPr>
          <w:rFonts w:ascii="Times New Roman" w:hAnsi="Times New Roman" w:eastAsia="Noto Serif SC" w:cs="Amiri"/>
          <w:lang w:val="zh-CN" w:eastAsia="zh-CN" w:bidi="ar-SA"/>
          <w:color w:val="000000"/>
          <w:rtl w:val="0"/>
        </w:rPr>
        <w:t>，也是宇宙创造中种种智慧与宗旨的本源和矿藏；同样，它还是有意识、有理智者，尤其是人类种种需求与愿望得以实现的源泉和唯一出路。倘若没有独一无伴性，人类的一切需求与愿望都会熄灭；宇宙创造的种种结果也会归于虚无，而且会导致大多数现存而确定的诸般完善归于消灭。</w:t>
      </w:r>
    </w:p>
    <w:p>
      <w:r>
        <w:rPr>
          <w:rFonts w:ascii="Times New Roman" w:hAnsi="Times New Roman" w:eastAsia="Noto Serif SC" w:cs="Amiri"/>
          <w:lang w:val="zh-CN" w:eastAsia="zh-CN" w:bidi="ar-SA"/>
          <w:color w:val="000000"/>
          <w:rtl w:val="0"/>
        </w:rPr>
        <w:t>譬如，人有一种极其强烈、不可动摇、达到爱恋程度的长存愿望。唯有这样一位本体：祂凭独一无伴性的奥义把整个宇宙掌握在祂的掌握之中，又能像关闭一处居所、开启另一处居所那样，轻易地关闭尘世、开启后世，才能满足那长存的愿望。与这种愿望一样，人类那伸向永恒、遍布宇宙周围的千万种愿望，也都系于独一无伴性的奥义和认信Allah独一的真理。倘若没有那独一无伴性，它们便不能成立，只会落空。倘若没有一位借独一而同时支配整个宇宙的独一本体，那些需求也不会得到实现；即使假设得以实现，也会非常残缺。</w:t>
      </w:r>
    </w:p>
    <w:p>
      <w:r>
        <w:rPr>
          <w:rFonts w:ascii="Times New Roman" w:hAnsi="Times New Roman" w:eastAsia="Noto Serif SC" w:cs="Amiri"/>
          <w:lang w:val="zh-CN" w:eastAsia="zh-CN" w:bidi="ar-SA"/>
          <w:color w:val="000000"/>
          <w:rtl w:val="0"/>
        </w:rPr>
        <w:t>正是由于这一至为宏大的奥义，神迹般阐明一切的《古兰经》才以如此频繁的反复、强烈的热忱和崇高的甘美，教导认信Allah独一与独一无伴性；同样，全体先知、精纯贤者与亲近Allah者，也都在认信Allah独一的证言</w:t>
      </w:r>
      <w:r>
        <w:rPr>
          <w:rFonts w:ascii="Amiri" w:hAnsi="Amiri" w:eastAsia="Amiri" w:cs="Amiri"/>
          <w:lang w:val="zh-CN" w:eastAsia="zh-CN" w:bidi="ar-SA"/>
          <w:rtl w:val="1"/>
          <w:cs w:val="1"/>
          <w:color w:val="000000"/>
          <w:sz w:val="24"/>
          <w:szCs w:val="24"/>
        </w:rPr>
        <w:t>لَا ﺍِﻟٰﻪَ اِلَّا ﻫُﻮَ</w:t>
      </w:r>
      <w:r>
        <w:rPr>
          <w:rFonts w:ascii="Times New Roman" w:hAnsi="Times New Roman" w:eastAsia="Noto Serif SC" w:cs="Amiri"/>
          <w:lang w:val="zh-CN" w:eastAsia="zh-CN" w:bidi="ar-SA"/>
          <w:color w:val="000000"/>
          <w:rtl w:val="0"/>
        </w:rPr>
        <w:t>（除祂以外，绝无应受崇拜者；唯有祂才配受一切崇拜）中，找到自己最大的喜乐与幸福。第七项指示：既然穆罕默德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以最完善的方式教导、证明并宣告这种真实的认信Allah独一及其一切层次，那么，他的使者使命当然必须像认信Allah独一的确凿性一样稳固。因为，既然那位尊者教导存在领域这一至大真理——认信Allah独一——及其一切真理，那么，证明认信Allah独一的一切确证，自然也会间接而确凿地证明他的使者使命、他职责的真实无妄和他主张的正确无误。诚然，一种汇聚如此成千上万崇高真理、真正揭示并教导独一无伴性与唯一性的使者使命，必然极其确凿地是那认信Allah独一、那独一无伴性的要求与必然结果。它们必定要它。</w:t>
      </w:r>
    </w:p>
    <w:p>
      <w:r>
        <w:rPr>
          <w:rFonts w:ascii="Times New Roman" w:hAnsi="Times New Roman" w:eastAsia="Noto Serif SC" w:cs="Amiri"/>
          <w:lang w:val="zh-CN" w:eastAsia="zh-CN" w:bidi="ar-SA"/>
          <w:color w:val="000000"/>
          <w:rtl w:val="0"/>
        </w:rPr>
        <w:t>完满地履行了那项职责的艾哈迈德尊者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（愿Allah赐他尊荣、恩福与平安），其精神人格何等重要、何等崇高，又是这宇宙的一颗太阳；证明这一点的众多证据与理由之中，我们举出三项作为示例。</w:t>
      </w:r>
    </w:p>
    <w:p>
      <w:r>
        <w:rPr>
          <w:rFonts w:ascii="Times New Roman" w:hAnsi="Times New Roman" w:eastAsia="Noto Serif SC" w:cs="Amiri"/>
          <w:lang w:val="zh-CN" w:eastAsia="zh-CN" w:bidi="ar-SA"/>
          <w:color w:val="000000"/>
          <w:rtl w:val="0"/>
        </w:rPr>
        <w:t>第一：依照</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（促成行为的原因，在回赐的衡量中如同亲自施行该行为者）这一奥义，整个共同体在所有时代所行一切善功的一份同等回赐，都记入艾哈迈德尊者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（愿Allah赐他尊荣、恩福与平安）的善功册；同样，整个共同体每天为他所作的祝福祈祷必然蒙应允。只要想一想这无数祈祷所要求的品阶与地位，就会明白，穆罕默德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（愿Allah赐他尊荣、恩福与平安）的精神人格在这宇宙之中是怎样的一颗太阳。</w:t>
      </w:r>
    </w:p>
    <w:p>
      <w:r>
        <w:rPr>
          <w:rFonts w:ascii="Times New Roman" w:hAnsi="Times New Roman" w:eastAsia="Noto Serif SC" w:cs="Amiri"/>
          <w:lang w:val="zh-CN" w:eastAsia="zh-CN" w:bidi="ar-SA"/>
          <w:color w:val="000000"/>
          <w:rtl w:val="0"/>
        </w:rPr>
        <w:t>第二：请想一想，穆罕默德的本质</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伊斯兰世界那棵至大之树的本源、种子、生命与中枢；凭他非凡的禀赋与内在官能，他最先以全部意义感受并践行构成伊斯兰世界精神内涵的神圣言辞、赞颂与崇拜功修，由此获得种种灵性进步。那么，穆罕默德的全然奴仆意识</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（愿Allah赐他尊荣、恩福与平安）已达到受深爱之境，他的亲近Allah之位比其他一切亲近Allah之位高出多少，你当明白！</w:t>
      </w:r>
    </w:p>
    <w:p>
      <w:r>
        <w:rPr>
          <w:rFonts w:ascii="Times New Roman" w:hAnsi="Times New Roman" w:eastAsia="Noto Serif SC" w:cs="Amiri"/>
          <w:lang w:val="zh-CN" w:eastAsia="zh-CN" w:bidi="ar-SA"/>
          <w:color w:val="000000"/>
          <w:rtl w:val="0"/>
        </w:rPr>
        <w:t>曾有一次，一句赞颂在一次礼拜中向我展开，其方式近乎圣门弟子的领悟方式；它显得重要到足以抵得上约一个月的崇拜功修。我由此理解了圣门弟子的崇高价值。可见，在伊斯兰的开端，神圣言辞所赐予的恩泽与光明另有一种美德。因其新鲜，它们另有一种轻妙、一种清新、一种甘美；随着时光流逝，它们会在疏忽遗忘的帷幕下被遮蔽、减弱、掩盖。而穆罕默德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则凭其非凡的禀赋，从它们真正的源泉——至圣洁的本体Allah——那里，如初熟之物般新鲜地领受、吮吸并饮下它们。基于这一奥义，那位尊者从一句赞颂中所得的恩泽，可以相当于他人一年的崇拜功修。</w:t>
      </w:r>
    </w:p>
    <w:p>
      <w:r>
        <w:rPr>
          <w:rFonts w:ascii="Times New Roman" w:hAnsi="Times New Roman" w:eastAsia="Noto Serif SC" w:cs="Amiri"/>
          <w:lang w:val="zh-CN" w:eastAsia="zh-CN" w:bidi="ar-SA"/>
          <w:color w:val="000000"/>
          <w:rtl w:val="0"/>
        </w:rPr>
        <w:t>那么，请从这一点衡量：穆罕默德尊者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（愿Allah赐他尊荣、恩福与平安）在没有边界、没有终尽的诸般完善层次中，究竟进步到了何等程度。</w:t>
      </w:r>
    </w:p>
    <w:p>
      <w:r>
        <w:rPr>
          <w:rFonts w:ascii="Times New Roman" w:hAnsi="Times New Roman" w:eastAsia="Noto Serif SC" w:cs="Amiri"/>
          <w:lang w:val="zh-CN" w:eastAsia="zh-CN" w:bidi="ar-SA"/>
          <w:color w:val="000000"/>
          <w:rtl w:val="0"/>
        </w:rPr>
        <w:t>第三：这宇宙的创造者Allah，以人类为祂在这宇宙中一切宗旨最重要的中心；人类又是一切神圣言辞最有理解力的受众。在人类之中，最著名、最负盛名，其遗迹与作为最完善、最壮丽的个体，就是穆罕默德尊者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（愿Allah赐他尊荣、恩福与平安）。那位独一而具威严者Allah，以他为人类全体的代表，乃至以整个宇宙的名义，使他成为自己的对话对象；当然已使他在无尽的完善中蒙受了无尽的恩泽。</w:t>
      </w:r>
    </w:p>
    <w:p>
      <w:r>
        <w:rPr>
          <w:rFonts w:ascii="Times New Roman" w:hAnsi="Times New Roman" w:eastAsia="Noto Serif SC" w:cs="Amiri"/>
          <w:lang w:val="zh-CN" w:eastAsia="zh-CN" w:bidi="ar-SA"/>
          <w:color w:val="000000"/>
          <w:rtl w:val="0"/>
        </w:rPr>
        <w:t>与这三点一样，还有许多要点，都确凿地证明：穆罕默德的精神人格</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（愿Allah赐他尊荣、恩福与平安）既是宇宙的一颗精神太阳，也是这座被称为宇宙的宏伟《古兰经》的至大迹象，是那至大的辨别真伪之典的至大尊名，又是“独一者”尊名至大彰显的一面镜子。</w:t>
      </w:r>
    </w:p>
    <w:p>
      <w:r>
        <w:rPr>
          <w:rFonts w:ascii="Times New Roman" w:hAnsi="Times New Roman" w:eastAsia="Noto Serif SC" w:cs="Amiri"/>
          <w:lang w:val="zh-CN" w:eastAsia="zh-CN" w:bidi="ar-SA"/>
          <w:color w:val="000000"/>
          <w:rtl w:val="0"/>
        </w:rPr>
        <w:t>我们恳求那位独一、独一无二、万物皆依赖祂而祂无所依赖者Allah：将宇宙所有微粒在一切时代的全部分钟，连同这些分钟的所有十分之一次数相乘；求祂从那无穷的慈悯宝库中，按所得乘积的数量，把祝福与平安降赐给艾哈迈德尊者。</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2"/>
      </w:pPr>
      <w:r>
        <w:rPr>
          <w:rFonts w:ascii="Times New Roman" w:hAnsi="Times New Roman" w:eastAsia="Noto Serif SC" w:cs="Amiri"/>
          <w:lang w:val="zh-CN" w:eastAsia="zh-CN" w:bidi="ar-SA"/>
          <w:color w:val="000000"/>
          <w:rtl w:val="0"/>
        </w:rPr>
        <w:t>第三十次闪光的第五项精义</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ﻓَﺎﻧْﻈُﺮْ ﺍِﻟٰٓﻰ ﺍٰﺛَﺎﺭِ ﺭَﺣْﻤَﺖِ ﺍﻟﻠّٰﻪِ ﻛَﻴْﻒَ ﻳُﺤْﻴِﻰ الْاَرْضَ ﺑَﻌْﺪَ ﻣَﻮْﺗِﻬَﺎ</w:t>
      </w:r>
      <w:r>
        <w:rPr>
          <w:rFonts w:ascii="Times New Roman" w:hAnsi="Times New Roman" w:eastAsia="Noto Serif SC" w:cs="Amiri"/>
          <w:lang w:val="zh-CN" w:eastAsia="zh-CN" w:bidi="ar-SA"/>
          <w:color w:val="000000"/>
          <w:rtl w:val="0"/>
        </w:rPr>
        <w:t xml:space="preserve">（你当观察Allah慈悯的遗迹：祂怎样使大地在死亡之后复活） </w:t>
      </w:r>
      <w:r>
        <w:rPr>
          <w:rFonts w:ascii="Amiri" w:hAnsi="Amiri" w:eastAsia="Amiri" w:cs="Amiri"/>
          <w:lang w:val="zh-CN" w:eastAsia="zh-CN" w:bidi="ar-SA"/>
          <w:rtl w:val="1"/>
          <w:cs w:val="1"/>
          <w:color w:val="000000"/>
          <w:sz w:val="24"/>
          <w:szCs w:val="24"/>
        </w:rPr>
        <w:t>ﺍِﻥَّ ﺫٰﻟِﻚَ ﻟَﻤُﺤْﻴِﻰ ﺍﻟْﻤَﻮْﺗٰﻰ</w:t>
      </w:r>
      <w:r>
        <w:rPr>
          <w:rFonts w:ascii="Times New Roman" w:hAnsi="Times New Roman" w:eastAsia="Noto Serif SC" w:cs="Amiri"/>
          <w:lang w:val="zh-CN" w:eastAsia="zh-CN" w:bidi="ar-SA"/>
          <w:color w:val="000000"/>
          <w:rtl w:val="0"/>
        </w:rPr>
        <w:t xml:space="preserve">（那位使大地复生者，必定也能使亡者复生） </w:t>
      </w:r>
      <w:r>
        <w:rPr>
          <w:rFonts w:ascii="Amiri" w:hAnsi="Amiri" w:eastAsia="Amiri" w:cs="Amiri"/>
          <w:lang w:val="zh-CN" w:eastAsia="zh-CN" w:bidi="ar-SA"/>
          <w:rtl w:val="1"/>
          <w:cs w:val="1"/>
          <w:color w:val="000000"/>
          <w:sz w:val="24"/>
          <w:szCs w:val="24"/>
        </w:rPr>
        <w:t>ﻭَﻫُﻮَ ﻋَﻠٰﻰ ﻛُﻞِّ ﺷَﻰْﺀٍ ﻗَﺪ۪ﻳﺮٌ</w:t>
      </w:r>
      <w:r>
        <w:rPr>
          <w:rFonts w:ascii="Times New Roman" w:hAnsi="Times New Roman" w:eastAsia="Noto Serif SC" w:cs="Amiri"/>
          <w:lang w:val="zh-CN" w:eastAsia="zh-CN" w:bidi="ar-SA"/>
          <w:color w:val="000000"/>
          <w:rtl w:val="0"/>
        </w:rPr>
        <w:t>（祂对万物确是全能的）这节宏阔经文的一点精义，以及</w:t>
      </w:r>
      <w:r>
        <w:rPr>
          <w:rFonts w:ascii="Amiri" w:hAnsi="Amiri" w:eastAsia="Amiri" w:cs="Amiri"/>
          <w:lang w:val="zh-CN" w:eastAsia="zh-CN" w:bidi="ar-SA"/>
          <w:rtl w:val="1"/>
          <w:cs w:val="1"/>
          <w:color w:val="000000"/>
          <w:sz w:val="24"/>
          <w:szCs w:val="24"/>
        </w:rPr>
        <w:t>ﺍَﻟﻠّٰﻪُ لَٓا ﺍِﻟٰﻪَ اِلَّا ﻫُﻮَ</w:t>
      </w:r>
      <w:r>
        <w:rPr>
          <w:rFonts w:ascii="Times New Roman" w:hAnsi="Times New Roman" w:eastAsia="Noto Serif SC" w:cs="Amiri"/>
          <w:lang w:val="zh-CN" w:eastAsia="zh-CN" w:bidi="ar-SA"/>
          <w:color w:val="000000"/>
          <w:rtl w:val="0"/>
        </w:rPr>
        <w:t xml:space="preserve">（Allah，除祂以外绝无应受崇拜者；唯有祂才配受崇拜） </w:t>
      </w:r>
      <w:r>
        <w:rPr>
          <w:rFonts w:ascii="Amiri" w:hAnsi="Amiri" w:eastAsia="Amiri" w:cs="Amiri"/>
          <w:lang w:val="zh-CN" w:eastAsia="zh-CN" w:bidi="ar-SA"/>
          <w:rtl w:val="1"/>
          <w:cs w:val="1"/>
          <w:color w:val="000000"/>
          <w:sz w:val="24"/>
          <w:szCs w:val="24"/>
        </w:rPr>
        <w:t>ﺍﻟْﺤَﻰُّ ﺍﻟْﻘَﻴُّﻮﻡُ</w:t>
      </w:r>
      <w:r>
        <w:rPr>
          <w:rFonts w:ascii="Times New Roman" w:hAnsi="Times New Roman" w:eastAsia="Noto Serif SC" w:cs="Amiri"/>
          <w:lang w:val="zh-CN" w:eastAsia="zh-CN" w:bidi="ar-SA"/>
          <w:color w:val="000000"/>
          <w:rtl w:val="0"/>
        </w:rPr>
        <w:t xml:space="preserve">（祂是永生而自存者，是自立并维系万有者） </w:t>
      </w:r>
      <w:r>
        <w:rPr>
          <w:rFonts w:ascii="Amiri" w:hAnsi="Amiri" w:eastAsia="Amiri" w:cs="Amiri"/>
          <w:lang w:val="zh-CN" w:eastAsia="zh-CN" w:bidi="ar-SA"/>
          <w:rtl w:val="1"/>
          <w:cs w:val="1"/>
          <w:color w:val="000000"/>
          <w:sz w:val="24"/>
          <w:szCs w:val="24"/>
        </w:rPr>
        <w:t>لَا ﺗَﺎْﺧُﺬُﻩُ ﺳِﻨَﺔٌ وَلَا ﻧَﻮْﻡٌ</w:t>
      </w:r>
      <w:r>
        <w:rPr>
          <w:rFonts w:ascii="Times New Roman" w:hAnsi="Times New Roman" w:eastAsia="Noto Serif SC" w:cs="Amiri"/>
          <w:lang w:val="zh-CN" w:eastAsia="zh-CN" w:bidi="ar-SA"/>
          <w:color w:val="000000"/>
          <w:rtl w:val="0"/>
        </w:rPr>
        <w:t>（困倦不能侵袭祂，睡眠也不能侵袭祂）这节宏阔经文的一点精义，即“永生者”尊名的一次彰显——这尊名是至大尊名，或是至大尊名两道光明之一，或是它六种光明之一——在尊贵的舍瓦勒月，于埃斯基谢希尔监狱中，远远地显现在我的理智里。当时未能记录下来，也未能迅速捕获那只神圣的鸟。在它远去之后，我们至少要以若干隐示，简要显示那至大真理与至大光明的若干光线。第一项隐示：对于“生命是什么？它的本质与职责是什么？”这一问题，索引式的回答如下；这一问题源于“永生者”与“赐予生命者”两个尊名的一次至大彰显：</w:t>
      </w:r>
    </w:p>
    <w:p>
      <w:r>
        <w:rPr>
          <w:rFonts w:ascii="Times New Roman" w:hAnsi="Times New Roman" w:eastAsia="Noto Serif SC" w:cs="Amiri"/>
          <w:lang w:val="zh-CN" w:eastAsia="zh-CN" w:bidi="ar-SA"/>
          <w:color w:val="000000"/>
          <w:rtl w:val="0"/>
        </w:rPr>
        <w:t>生命是这宇宙最重要的宗旨，也是它最大的结果、最灿烂的光明、最精妙的精华、极为精滤的精髓、最完善的果实、最高的完善、最美好的优美、最美丽的装饰；它是宇宙独一的奥义、合一的纽带、诸般完善的本源；它在技艺与本质上，是宇宙最奇异的有灵者；它是一种奇迹般的真理，使最小的受造物也成为一方宇宙；它又仿佛使整个宇宙安顿在一个小小的有生命者之中，在其身上显示这宏大宇宙的一种索引，同时使它与大多数万有发生关联，使之成为一个小宇宙，因此，它也是权能最奇异的一项奇迹。</w:t>
      </w:r>
    </w:p>
    <w:p>
      <w:r>
        <w:rPr>
          <w:rFonts w:ascii="Times New Roman" w:hAnsi="Times New Roman" w:eastAsia="Noto Serif SC" w:cs="Amiri"/>
          <w:lang w:val="zh-CN" w:eastAsia="zh-CN" w:bidi="ar-SA"/>
          <w:color w:val="000000"/>
          <w:rtl w:val="0"/>
        </w:rPr>
        <w:t>生命又借自身把一个极小的部分扩展到有如一个至大整体，把一个单独个体也变成有如总体的一方世界；在养育主宰方面，它又把宇宙显示为一个不容分割、共同参与和拆解的整体与总体。因此，它是一种非凡而奇异的Allah创造之艺。</w:t>
      </w:r>
    </w:p>
    <w:p>
      <w:r>
        <w:rPr>
          <w:rFonts w:ascii="Times New Roman" w:hAnsi="Times New Roman" w:eastAsia="Noto Serif SC" w:cs="Amiri"/>
          <w:lang w:val="zh-CN" w:eastAsia="zh-CN" w:bidi="ar-SA"/>
          <w:color w:val="000000"/>
          <w:rtl w:val="0"/>
        </w:rPr>
        <w:t>在宇宙诸般本质之中，生命又是那些见证永生而自存、维系万有者Allah之必然存在、独一以及祂在每一事物中独一彰显的诸证据里，最灿烂、最确凿、最完善的一项；在Allah的受造之作中，它又是最隐微而又最显著、最珍贵而又最廉价、最纯净而又最灿烂、最富意义的一道神圣创造之艺的纹饰。</w:t>
      </w:r>
    </w:p>
    <w:p>
      <w:r>
        <w:rPr>
          <w:rFonts w:ascii="Times New Roman" w:hAnsi="Times New Roman" w:eastAsia="Noto Serif SC" w:cs="Amiri"/>
          <w:lang w:val="zh-CN" w:eastAsia="zh-CN" w:bidi="ar-SA"/>
          <w:color w:val="000000"/>
          <w:rtl w:val="0"/>
        </w:rPr>
        <w:t>生命又是慈悯普及万物者Allah的一种娇贵、备受珍爱而精微的慈悯彰显，使其余万有都成为它的服侍者；它也是Allah神圣内在作为的一面极为包容的镜子。它汇集了慈悯普及万物者、赐予万物给养者、至慈者、至慷慨者、至睿者等许多最美尊名的彰显，又使给养、智慧、眷顾、慈悯等许多真理随从自己；它是看、听、感受等一切感觉的本源与矿藏，是Allah创造的一项奇观。</w:t>
      </w:r>
    </w:p>
    <w:p>
      <w:r>
        <w:rPr>
          <w:rFonts w:ascii="Times New Roman" w:hAnsi="Times New Roman" w:eastAsia="Noto Serif SC" w:cs="Amiri"/>
          <w:lang w:val="zh-CN" w:eastAsia="zh-CN" w:bidi="ar-SA"/>
          <w:color w:val="000000"/>
          <w:rtl w:val="0"/>
        </w:rPr>
        <w:t>在这宇宙至大的工场里，生命又是这样一架转化机器：它不断在各处精炼、净化，使之进步，使之光明。对于一队队微粒而言，作为生命居所的身体，仿佛就是供它们履行职责、获得光明、接受训练的一座客舍、一所学校、一座营房。永生而赐予生命者Allah，仿佛借这架生命机器，使这黑暗、短暂而低下的尘世世界变得精妙，充满光明，并赋予它一种长存，又使它准备好前往一个永存的世界。</w:t>
      </w:r>
    </w:p>
    <w:p>
      <w:r>
        <w:rPr>
          <w:rFonts w:ascii="Times New Roman" w:hAnsi="Times New Roman" w:eastAsia="Noto Serif SC" w:cs="Amiri"/>
          <w:lang w:val="zh-CN" w:eastAsia="zh-CN" w:bidi="ar-SA"/>
          <w:color w:val="000000"/>
          <w:rtl w:val="0"/>
        </w:rPr>
        <w:t>生命的两个层面，也就是外在可见与内在实相两个层面，都是光明的，没有污垢、没有缺欠、崇高卓越。因此，为了显明生命毫无帷幕、毫无媒介，直接从Allah权能之手中发出，生命是一种特殊的受造物；它不像其他事物那样，把表面原因设为权能在生命诸般处置中的帷幕。</w:t>
      </w:r>
    </w:p>
    <w:p>
      <w:r>
        <w:rPr>
          <w:rFonts w:ascii="Times New Roman" w:hAnsi="Times New Roman" w:eastAsia="Noto Serif SC" w:cs="Amiri"/>
          <w:lang w:val="zh-CN" w:eastAsia="zh-CN" w:bidi="ar-SA"/>
          <w:color w:val="000000"/>
          <w:rtl w:val="0"/>
        </w:rPr>
        <w:t>生命真理又望向信仰的六项根本，在精神上与隐示中证明它们。也就是说，它既望向必然存在者Allah的必然存在与永恒生命，又望向后世居所及其长存生命，也望向天使的存在，并极其有力地望向其余诸项信仰根本，要求它们成立；它是一种光明的真理。</w:t>
      </w:r>
    </w:p>
    <w:p>
      <w:r>
        <w:rPr>
          <w:rFonts w:ascii="Times New Roman" w:hAnsi="Times New Roman" w:eastAsia="Noto Serif SC" w:cs="Amiri"/>
          <w:lang w:val="zh-CN" w:eastAsia="zh-CN" w:bidi="ar-SA"/>
          <w:color w:val="000000"/>
          <w:rtl w:val="0"/>
        </w:rPr>
        <w:t>生命既是从整个宇宙中精滤而出的最纯净精髓，也是一个至大奥义，结出感恩、崇拜、赞美与爱恋的果实；而这些正是宇宙中Allah最重要的宗旨，也是世界创造最重要的结果。</w:t>
      </w:r>
    </w:p>
    <w:p>
      <w:r>
        <w:rPr>
          <w:rFonts w:ascii="Times New Roman" w:hAnsi="Times New Roman" w:eastAsia="Noto Serif SC" w:cs="Amiri"/>
          <w:lang w:val="zh-CN" w:eastAsia="zh-CN" w:bidi="ar-SA"/>
          <w:color w:val="000000"/>
          <w:rtl w:val="0"/>
        </w:rPr>
        <w:t>请思考生命上述二十九项重要而珍贵的特性，以及它崇高而普遍的职责。然后观看，在“赐予生命者”尊名背后，“永生者”尊名何等宏大；也要从生命这些宏大的特性与果实出发，认识“永生者”尊名怎样成为一个至大尊名。</w:t>
      </w:r>
    </w:p>
    <w:p>
      <w:r>
        <w:rPr>
          <w:rFonts w:ascii="Times New Roman" w:hAnsi="Times New Roman" w:eastAsia="Noto Serif SC" w:cs="Amiri"/>
          <w:lang w:val="zh-CN" w:eastAsia="zh-CN" w:bidi="ar-SA"/>
          <w:color w:val="000000"/>
          <w:rtl w:val="0"/>
        </w:rPr>
        <w:t>还要明白，既然这生命是宇宙最大的结果、最宏大的宗旨、最珍贵的果实，那么，这生命本身也必定有一个如宇宙般宏大的宗旨和宏大的结果。因为，正如树的结果是果实，果实也借自己的种子，以未来的一棵树为结果。诚然，这生命的宗旨与结果是永恒生命；它的一种果实，则是对赐予生命的永生而赐予生命者Allah的感恩、崇拜、赞美与爱恋。这感恩、爱恋、赞美与崇拜，既是生命的果实，也是宇宙的宗旨。</w:t>
      </w:r>
    </w:p>
    <w:p>
      <w:r>
        <w:rPr>
          <w:rFonts w:ascii="Times New Roman" w:hAnsi="Times New Roman" w:eastAsia="Noto Serif SC" w:cs="Amiri"/>
          <w:lang w:val="zh-CN" w:eastAsia="zh-CN" w:bidi="ar-SA"/>
          <w:color w:val="000000"/>
          <w:rtl w:val="0"/>
        </w:rPr>
        <w:t>由此可知，那些说这生命的宗旨是“安逸度日、在疏忽遗忘中享乐、纵情领受恩赐”的人，是以极其丑陋的无知，怀着否认乃至不信的态度，轻视并贬损这无比珍贵的生命恩赐、意识赠礼与理智惠赐，从而犯下可怕的忘恩负义。第二项隐示：这生命是“永生者”尊名的一次至大彰显，是“赐予生命者”尊名最温慈的一次显现。要阐明第一项隐示索引中所列生命的一切层次、属性与职责，就必须写出与那些属性同数的论著。既然《光明论》各篇论著已经解释了其中一部分属性、层次与职责，这里便把若干细节交由《光明论》说明，只简要指出其中几项。</w:t>
      </w:r>
    </w:p>
    <w:p>
      <w:r>
        <w:rPr>
          <w:rFonts w:ascii="Times New Roman" w:hAnsi="Times New Roman" w:eastAsia="Noto Serif SC" w:cs="Amiri"/>
          <w:lang w:val="zh-CN" w:eastAsia="zh-CN" w:bidi="ar-SA"/>
          <w:color w:val="000000"/>
          <w:rtl w:val="0"/>
        </w:rPr>
        <w:t>在生命的二十九项特性中，第二十三项这样说道：生命的两个层面都透明而无污垢，所以表面原因并未被设为帷幕，遮掩Allah权能在其中的诸般处置。这项特性的奥义如下：</w:t>
      </w:r>
    </w:p>
    <w:p>
      <w:r>
        <w:rPr>
          <w:rFonts w:ascii="Times New Roman" w:hAnsi="Times New Roman" w:eastAsia="Noto Serif SC" w:cs="Amiri"/>
          <w:lang w:val="zh-CN" w:eastAsia="zh-CN" w:bidi="ar-SA"/>
          <w:color w:val="000000"/>
          <w:rtl w:val="0"/>
        </w:rPr>
        <w:t>宇宙中虽然每一事物都有美、善与好处，恶与丑却极其微小，只是用作比较的单位，借以显示美与善的层次及其真理的增多与繁复；由此，那恶也成为善，那丑也成为美。然而，在有意识者表面的眼光中，表面可见的丑、恶、灾难与不幸会引起怨怒和抱怨，使它们不归向永生而自存、维系万有者Allah；同时，在理智表面的眼光看来卑劣、污秽的事物中，神圣而超绝的权能亲自、毫无帷幕地与它们直接接触，又不至于与权能的尊严相冲突。为此，表面原因被设为权能诸般处置的帷幕。那些原因并不能创造；它们只是要成为不公抱怨与反对的靶子，并维护权能的尊严、神圣与超绝。</w:t>
      </w:r>
    </w:p>
    <w:p>
      <w:r>
        <w:rPr>
          <w:rFonts w:ascii="Times New Roman" w:hAnsi="Times New Roman" w:eastAsia="Noto Serif SC" w:cs="Amiri"/>
          <w:lang w:val="zh-CN" w:eastAsia="zh-CN" w:bidi="ar-SA"/>
          <w:color w:val="000000"/>
          <w:rtl w:val="0"/>
        </w:rPr>
        <w:t>正如《第二十二言》第二篇导言所阐明，尊贵的阿兹拉伊勒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曾就收取灵魂的职责，向至高无上的真实主宰Allah祈求。他说：“祢的仆人会怨我。”给他回答说：“我会在你的职责与去世者之间，留下疾病与灾难的帷幕；去世者的反对与抱怨之箭，将不射向你，而会射向那些帷幕。”依照这一祈求的奥义，正如尊贵的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职责也是一道帷幕，使那些看不见死亡与去世对信士所具有的真实美好一面、不认识其中慈悯彰显者的怨怒与反对不至归向永生而自存、维系万有者Allah；同样，其他原因也都是表面的帷幕。</w:t>
      </w:r>
    </w:p>
    <w:p>
      <w:r>
        <w:rPr>
          <w:rFonts w:ascii="Times New Roman" w:hAnsi="Times New Roman" w:eastAsia="Noto Serif SC" w:cs="Amiri"/>
          <w:lang w:val="zh-CN" w:eastAsia="zh-CN" w:bidi="ar-SA"/>
          <w:color w:val="000000"/>
          <w:rtl w:val="0"/>
        </w:rPr>
        <w:t>诚然，尊严与宏大要求：在理智看来，种种原因应当成为权能之手的帷幕；而独一与威严则要求：种种原因应当从真实的影响中收回自己的手。</w:t>
      </w:r>
    </w:p>
    <w:p>
      <w:r>
        <w:rPr>
          <w:rFonts w:ascii="Times New Roman" w:hAnsi="Times New Roman" w:eastAsia="Noto Serif SC" w:cs="Amiri"/>
          <w:lang w:val="zh-CN" w:eastAsia="zh-CN" w:bidi="ar-SA"/>
          <w:color w:val="000000"/>
          <w:rtl w:val="0"/>
        </w:rPr>
        <w:t>然而，生命无论表面与内在、外在可见与内在实相的各个层面，都无污垢、无缺欠、无瑕疵；其中既没有会招致抱怨与反对的因素，也没有与权能的尊严和神圣相冲突的污秽与丑恶。因此，它们毫无帷幕，直接交在永生而自存、维系万有者Allah那“使生者生、赐予生命、复活者”尊名之手中。光也是如此，存在与创造也是如此。正因如此，创造与造成直接而毫无帷幕地归于具威严者Allah的权能。甚至，雨水也是一种生命与慈悯，所以它降下的时间并未服从一条固定不变的法则，好让人们在每一个需要之时，都向Allah的崇高门槛伸出双手，祈求慈悯。倘若雨水像日出一样服从一条法则，人们就不会时时以恳求来祈求这项生命恩赐了。第三项隐示：第二十九项特性中说，正如宇宙的结果是生命，作为生命结果的感恩与崇拜，也是宇宙被创造的原因、终极目的因与所求的结果。诚然，这宇宙永生而自存、维系万有的创造者Allah，以如此无数种类的恩赐使有生命者认识祂自身、爱慕祂自身；与此相应，祂当然要求有生命者以感谢回应那些恩赐，以爱慕回应祂使自身蒙爱，以赞美称颂回应祂珍贵的技艺，并以顺从与全然奴仆意识回应祂神圣的各项命令。</w:t>
      </w:r>
    </w:p>
    <w:p>
      <w:r>
        <w:rPr>
          <w:rFonts w:ascii="Times New Roman" w:hAnsi="Times New Roman" w:eastAsia="Noto Serif SC" w:cs="Amiri"/>
          <w:lang w:val="zh-CN" w:eastAsia="zh-CN" w:bidi="ar-SA"/>
          <w:color w:val="000000"/>
          <w:rtl w:val="0"/>
        </w:rPr>
        <w:t>依照这一养育主宰的奥义，感谢与全然奴仆意识既是各种生命最重要的宗旨，也因而成为整个宇宙最重要的宗旨。所以，神迹般阐明一切的《古兰经》以极大的热忱、力度与甘美，引导人们感恩与崇拜；又反复申明：崇拜专属于至高无上的真实主宰Allah，感恩唯独适合于祂，赞美唯独属于祂。为了表明这感恩与崇拜必须直接归于万有真正的所有者，下列经文指出，祂毫无帷幕地把生命及其一切情状掌握在自己的支配之中：</w:t>
      </w:r>
      <w:r>
        <w:rPr>
          <w:rFonts w:ascii="Amiri" w:hAnsi="Amiri" w:eastAsia="Amiri" w:cs="Amiri"/>
          <w:lang w:val="zh-CN" w:eastAsia="zh-CN" w:bidi="ar-SA"/>
          <w:rtl w:val="1"/>
          <w:cs w:val="1"/>
          <w:color w:val="000000"/>
          <w:sz w:val="24"/>
          <w:szCs w:val="24"/>
        </w:rPr>
        <w:t>ﻭَﻫُﻮَ ﺍﻟَّﺬ۪ﻯ ﻳُﺤْﻴ۪ﻰ ﻭَ ﻳُﻤ۪ﻴﺖُ ﻭَﻟَﻪُ اخْتِلَافُ ﺍﻟَّﻴْﻞِ ﻭَﺍﻟﻨَّﻬَﺎﺭِ</w:t>
      </w:r>
      <w:r>
        <w:rPr>
          <w:rFonts w:ascii="Times New Roman" w:hAnsi="Times New Roman" w:eastAsia="Noto Serif SC" w:cs="Amiri"/>
          <w:lang w:val="zh-CN" w:eastAsia="zh-CN" w:bidi="ar-SA"/>
          <w:color w:val="000000"/>
          <w:rtl w:val="0"/>
        </w:rPr>
        <w:t xml:space="preserve">（祂是赐予生命、降下死亡者；昼夜的交替也唯独属于祂，由祂支配） </w:t>
      </w:r>
      <w:r>
        <w:rPr>
          <w:rFonts w:ascii="Amiri" w:hAnsi="Amiri" w:eastAsia="Amiri" w:cs="Amiri"/>
          <w:lang w:val="zh-CN" w:eastAsia="zh-CN" w:bidi="ar-SA"/>
          <w:rtl w:val="1"/>
          <w:cs w:val="1"/>
          <w:color w:val="000000"/>
          <w:sz w:val="24"/>
          <w:szCs w:val="24"/>
        </w:rPr>
        <w:t>٭ ﻫُﻮَ ﺍﻟَّﺬ۪ﻯ ﻳُﺤْﻴ۪ﻰ ﻭَ ﻳُﻤ۪ﻴﺖُ ﻓَﺎِﺫَﺍ ﻗَﻀٰﻰ ﺍَﻣْﺮًﺍ ﻓَﺎِﻧَّﻤَﺎ ﻳَﻘُﻮﻝُ ﻟَﻪُ ﻛُﻦْ ﻓَﻴَﻜُﻮﻥُ</w:t>
      </w:r>
      <w:r>
        <w:rPr>
          <w:rFonts w:ascii="Times New Roman" w:hAnsi="Times New Roman" w:eastAsia="Noto Serif SC" w:cs="Amiri"/>
          <w:lang w:val="zh-CN" w:eastAsia="zh-CN" w:bidi="ar-SA"/>
          <w:color w:val="000000"/>
          <w:rtl w:val="0"/>
        </w:rPr>
        <w:t xml:space="preserve">（祂是赐予生命、降下死亡者；当祂判定一件事时，只须对它说：“存在吧！”它便依命而存在） </w:t>
      </w:r>
      <w:r>
        <w:rPr>
          <w:rFonts w:ascii="Amiri" w:hAnsi="Amiri" w:eastAsia="Amiri" w:cs="Amiri"/>
          <w:lang w:val="zh-CN" w:eastAsia="zh-CN" w:bidi="ar-SA"/>
          <w:rtl w:val="1"/>
          <w:cs w:val="1"/>
          <w:color w:val="000000"/>
          <w:sz w:val="24"/>
          <w:szCs w:val="24"/>
        </w:rPr>
        <w:t>٭ ﻓَﻴُﺤْﻴ۪ﻰ ﺑِﻪِ الْاَرْضَ ﺑَﻌْﺪَ ﻣَﻮْﺗِﻬَﺎ</w:t>
      </w:r>
      <w:r>
        <w:rPr>
          <w:rFonts w:ascii="Times New Roman" w:hAnsi="Times New Roman" w:eastAsia="Noto Serif SC" w:cs="Amiri"/>
          <w:lang w:val="zh-CN" w:eastAsia="zh-CN" w:bidi="ar-SA"/>
          <w:color w:val="000000"/>
          <w:rtl w:val="0"/>
        </w:rPr>
        <w:t>（祂借它使大地在死亡之后复活）这样的经文，以极其明确的方式否定媒介，把生命唯独、直接地交给永生而自存、维系万有者Allah的权能之手。</w:t>
      </w:r>
    </w:p>
    <w:p>
      <w:r>
        <w:rPr>
          <w:rFonts w:ascii="Times New Roman" w:hAnsi="Times New Roman" w:eastAsia="Noto Serif SC" w:cs="Amiri"/>
          <w:lang w:val="zh-CN" w:eastAsia="zh-CN" w:bidi="ar-SA"/>
          <w:color w:val="000000"/>
          <w:rtl w:val="0"/>
        </w:rPr>
        <w:t>诚然，在生命之后，给养、疗愈、雨水等引人感恩的事物，也唤起感激与感谢，激发爱慕与赞颂之情；下列经文表明，它们同样直接属于赐予给养与疗愈者Allah，原因与媒介只是帷幕：</w:t>
      </w:r>
      <w:r>
        <w:rPr>
          <w:rFonts w:ascii="Amiri" w:hAnsi="Amiri" w:eastAsia="Amiri" w:cs="Amiri"/>
          <w:lang w:val="zh-CN" w:eastAsia="zh-CN" w:bidi="ar-SA"/>
          <w:rtl w:val="1"/>
          <w:cs w:val="1"/>
          <w:color w:val="000000"/>
          <w:sz w:val="24"/>
          <w:szCs w:val="24"/>
        </w:rPr>
        <w:t>ﻫُﻮَ ﺍﻟﺮَّﺯَّﺍﻕُ ﺫُﻭ ﺍﻟْﻘُﻮَّﺓِ ﺍﻟْﻤَﺘ۪ﻴﻦُ</w:t>
      </w:r>
      <w:r>
        <w:rPr>
          <w:rFonts w:ascii="Times New Roman" w:hAnsi="Times New Roman" w:eastAsia="Noto Serif SC" w:cs="Amiri"/>
          <w:lang w:val="zh-CN" w:eastAsia="zh-CN" w:bidi="ar-SA"/>
          <w:color w:val="000000"/>
          <w:rtl w:val="0"/>
        </w:rPr>
        <w:t xml:space="preserve">（祂正是赐予万物给养者，是拥有坚定而强大力量者） </w:t>
      </w:r>
      <w:r>
        <w:rPr>
          <w:rFonts w:ascii="Amiri" w:hAnsi="Amiri" w:eastAsia="Amiri" w:cs="Amiri"/>
          <w:lang w:val="zh-CN" w:eastAsia="zh-CN" w:bidi="ar-SA"/>
          <w:rtl w:val="1"/>
          <w:cs w:val="1"/>
          <w:color w:val="000000"/>
          <w:sz w:val="24"/>
          <w:szCs w:val="24"/>
        </w:rPr>
        <w:t>٭ ﻭَ ﺍِﺫَﺍ ﻣَﺮِﺿْﺖُ ﻓَﻬُﻮَ ﻳَﺸْﻔ۪ﻴﻦِ</w:t>
      </w:r>
      <w:r>
        <w:rPr>
          <w:rFonts w:ascii="Times New Roman" w:hAnsi="Times New Roman" w:eastAsia="Noto Serif SC" w:cs="Amiri"/>
          <w:lang w:val="zh-CN" w:eastAsia="zh-CN" w:bidi="ar-SA"/>
          <w:color w:val="000000"/>
          <w:rtl w:val="0"/>
        </w:rPr>
        <w:t xml:space="preserve">（我患病时，唯有祂疗愈我） </w:t>
      </w:r>
      <w:r>
        <w:rPr>
          <w:rFonts w:ascii="Amiri" w:hAnsi="Amiri" w:eastAsia="Amiri" w:cs="Amiri"/>
          <w:lang w:val="zh-CN" w:eastAsia="zh-CN" w:bidi="ar-SA"/>
          <w:rtl w:val="1"/>
          <w:cs w:val="1"/>
          <w:color w:val="000000"/>
          <w:sz w:val="24"/>
          <w:szCs w:val="24"/>
        </w:rPr>
        <w:t>٭ ﻭَﻫُﻮَ ﺍﻟَّﺬ۪ﻯ ﻳُﻨَﺰِّﻝُ ﺍﻟْﻐَﻴْﺚَ ﻣِﻦْ ﺑَﻌْﺪِ ﻣَﺎ ﻗَﻨَﻄُﻮﺍ</w:t>
      </w:r>
      <w:r>
        <w:rPr>
          <w:rFonts w:ascii="Times New Roman" w:hAnsi="Times New Roman" w:eastAsia="Noto Serif SC" w:cs="Amiri"/>
          <w:lang w:val="zh-CN" w:eastAsia="zh-CN" w:bidi="ar-SA"/>
          <w:color w:val="000000"/>
          <w:rtl w:val="0"/>
        </w:rPr>
        <w:t>（在人们已经绝望之后，祂正是降下雨水者）。“给养、疗愈与雨水，唯独属于永生而自存、维系万有者Allah的权能。”为了表明它们毫无帷幕地来自祂，经文以句法上标示限定与特指的</w:t>
      </w:r>
      <w:r>
        <w:rPr>
          <w:rFonts w:ascii="Amiri" w:hAnsi="Amiri" w:eastAsia="Amiri" w:cs="Amiri"/>
          <w:lang w:val="zh-CN" w:eastAsia="zh-CN" w:bidi="ar-SA"/>
          <w:rtl w:val="1"/>
          <w:cs w:val="1"/>
          <w:color w:val="000000"/>
          <w:sz w:val="24"/>
          <w:szCs w:val="24"/>
        </w:rPr>
        <w:t>ﻫُﻮَ ﺍﻟَّﺬ۪ﻯ</w:t>
      </w:r>
      <w:r>
        <w:rPr>
          <w:rFonts w:ascii="Times New Roman" w:hAnsi="Times New Roman" w:eastAsia="Noto Serif SC" w:cs="Amiri"/>
          <w:lang w:val="zh-CN" w:eastAsia="zh-CN" w:bidi="ar-SA"/>
          <w:color w:val="000000"/>
          <w:rtl w:val="0"/>
        </w:rPr>
        <w:t xml:space="preserve">（祂正是那位，强调唯独祂具有这一作为） </w:t>
      </w:r>
      <w:r>
        <w:rPr>
          <w:rFonts w:ascii="Amiri" w:hAnsi="Amiri" w:eastAsia="Amiri" w:cs="Amiri"/>
          <w:lang w:val="zh-CN" w:eastAsia="zh-CN" w:bidi="ar-SA"/>
          <w:rtl w:val="1"/>
          <w:cs w:val="1"/>
          <w:color w:val="000000"/>
          <w:sz w:val="24"/>
          <w:szCs w:val="24"/>
        </w:rPr>
        <w:t>٭ ﻫُﻮَ ﺍﻟﺮَّﺯَّﺍﻕُ</w:t>
      </w:r>
      <w:r>
        <w:rPr>
          <w:rFonts w:ascii="Times New Roman" w:hAnsi="Times New Roman" w:eastAsia="Noto Serif SC" w:cs="Amiri"/>
          <w:lang w:val="zh-CN" w:eastAsia="zh-CN" w:bidi="ar-SA"/>
          <w:color w:val="000000"/>
          <w:rtl w:val="0"/>
        </w:rPr>
        <w:t>（祂正是赐予万物给养者，给养唯独由祂赐予）句式加以表达。把各种特性赋予药物并创造其效力的，也只是那位真正的疗愈者Allah。第四项隐示：生命的第二十八项特性中这样阐明：</w:t>
      </w:r>
    </w:p>
    <w:p>
      <w:r>
        <w:rPr>
          <w:rFonts w:ascii="Times New Roman" w:hAnsi="Times New Roman" w:eastAsia="Noto Serif SC" w:cs="Amiri"/>
          <w:lang w:val="zh-CN" w:eastAsia="zh-CN" w:bidi="ar-SA"/>
          <w:color w:val="000000"/>
          <w:rtl w:val="0"/>
        </w:rPr>
        <w:t>生命望向信仰的六项根本并证明它们，也为它们的真实实现作出种种指示。</w:t>
      </w:r>
    </w:p>
    <w:p>
      <w:r>
        <w:rPr>
          <w:rFonts w:ascii="Times New Roman" w:hAnsi="Times New Roman" w:eastAsia="Noto Serif SC" w:cs="Amiri"/>
          <w:lang w:val="zh-CN" w:eastAsia="zh-CN" w:bidi="ar-SA"/>
          <w:color w:val="000000"/>
          <w:rtl w:val="0"/>
        </w:rPr>
        <w:t>诚然，既然这宇宙最重要的结果、精华与创造智慧就是生命，那么，那崇高真理当然不会仅限于这短暂、短促、残缺而痛苦的尘世生命。生命之树以其二十九项特性显出其本质的宏大；它的宗旨、结果，以及与这棵树的宏大相称的果实，是永恒生命、后世生命，是幸福居所中连石头、树木和泥土都具有生命的那种生命。否则，这棵装备了如此无数重要官能的生命之树，对于有意识者，尤其对于人，就必然成为没有果实、没有益处、没有真实的东西。而人在生命资本与官能上，譬如比麻雀高出二十级；人又是这宇宙及有生命者中最重要、最崇高、最宝贵的受造物，却会在生命幸福方面比麻雀低落二十级，成为最不幸、最卑贱、最无助的人。甚至，作为最珍贵恩赐的理智，也会因思索过去的忧伤与未来的恐惧而不断刺伤人的心灵，把九分痛苦掺入一分乐趣，从而成为最具灾祸性的灾难。这是百分之百荒谬不实的。</w:t>
      </w:r>
    </w:p>
    <w:p>
      <w:r>
        <w:rPr>
          <w:rFonts w:ascii="Times New Roman" w:hAnsi="Times New Roman" w:eastAsia="Noto Serif SC" w:cs="Amiri"/>
          <w:lang w:val="zh-CN" w:eastAsia="zh-CN" w:bidi="ar-SA"/>
          <w:color w:val="000000"/>
          <w:rtl w:val="0"/>
        </w:rPr>
        <w:t>可见，这尘世生命确凿地证明信仰后世这一根本；每年春天，它又把三十多万个复起的实例展示在我们眼前。</w:t>
      </w:r>
    </w:p>
    <w:p>
      <w:r>
        <w:rPr>
          <w:rFonts w:ascii="Times New Roman" w:hAnsi="Times New Roman" w:eastAsia="Noto Serif SC" w:cs="Amiri"/>
          <w:lang w:val="zh-CN" w:eastAsia="zh-CN" w:bidi="ar-SA"/>
          <w:color w:val="000000"/>
          <w:rtl w:val="0"/>
        </w:rPr>
        <w:t>试问，有一位全能的处置者Allah：祂以智慧、眷顾与慈悯，为你的身体、你的园圃和你的国土预备并按时送抵你生命所需、与你相宜的一切必需品和装备；祂甚至知道并垂听你的胃以其长存与求生的愿望所作的那项特殊而个别的给养祈祷，又以无数美味的食物显示对这祈祷的应允，使胃得到满足。难道祂会可能不认识你、看不见你；不为人类最大宗旨——永恒生命——预备必需的原因；不借后世生命的建设与乐园的创造，应允人类那最大、最重要、最相宜而普遍的长存祈祷；不垂听人类——宇宙最重要的受造物，乃至大地的君主与结果——那震动至高宝座与大地的普遍而极其有力的祈祷；不像重视一个小小的胃那样重视它、使它满足；并让祂完满的智慧与至极的慈悯遭到否认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w:t>
      </w:r>
    </w:p>
    <w:p>
      <w:r>
        <w:rPr>
          <w:rFonts w:ascii="Times New Roman" w:hAnsi="Times New Roman" w:eastAsia="Noto Serif SC" w:cs="Amiri"/>
          <w:lang w:val="zh-CN" w:eastAsia="zh-CN" w:bidi="ar-SA"/>
          <w:color w:val="000000"/>
          <w:rtl w:val="0"/>
        </w:rPr>
        <w:t>难道这可能吗：祂垂听最微小生命中极其隐秘的声音，倾听它的苦恼并赐予解救，承受它的娇矜，以至极的细致与关怀养育它，让人精心服侍它，又使庞大的受造物成为它的仆役；随后却听不见最宏大、最珍贵、最持久而备受珍爱的生命那如天空之声般洪亮的声音，不理会它极其重要的长存祈祷、它的娇矜与恳求吗？这就仿佛极其细致地装备并管理一个士兵，却全然不看那顺从而壮丽的军队；看见微粒，却看不见太阳；听见蚊子的声音，却听不见雷霆。</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w:t>
      </w:r>
    </w:p>
    <w:p>
      <w:r>
        <w:rPr>
          <w:rFonts w:ascii="Times New Roman" w:hAnsi="Times New Roman" w:eastAsia="Noto Serif SC" w:cs="Amiri"/>
          <w:lang w:val="zh-CN" w:eastAsia="zh-CN" w:bidi="ar-SA"/>
          <w:color w:val="000000"/>
          <w:rtl w:val="0"/>
        </w:rPr>
        <w:t>理智又怎么可能接受：一位具有无尽慈悯、无尽爱恋与至极怜爱，深爱自己的技艺，使自身深受爱慕，又更加深爱那些爱祂者的全能而至睿者Allah，会以永恒的死亡，消灭那最爱祂、可爱而蒙爱、又天性崇拜其创造者的生命，以及作为生命本体与精髓的灵魂；使那位爱祂的蒙爱者永远与祂疏远、对祂怨怒，可怕地伤害他，从而否认并让人否认祂慈悯的奥义与爱恋的光明？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w:t>
      </w:r>
      <w:r>
        <w:rPr>
          <w:rFonts w:ascii="Amiri" w:hAnsi="Amiri" w:eastAsia="Amiri" w:cs="Amiri"/>
          <w:lang w:val="zh-CN" w:eastAsia="zh-CN" w:bidi="ar-SA"/>
          <w:rtl w:val="1"/>
          <w:cs w:val="1"/>
          <w:color w:val="000000"/>
          <w:sz w:val="24"/>
          <w:szCs w:val="24"/>
        </w:rPr>
        <w:t>كَلَّا</w:t>
      </w:r>
      <w:r>
        <w:rPr>
          <w:rFonts w:ascii="Times New Roman" w:hAnsi="Times New Roman" w:eastAsia="Noto Serif SC" w:cs="Amiri"/>
          <w:lang w:val="zh-CN" w:eastAsia="zh-CN" w:bidi="ar-SA"/>
          <w:color w:val="000000"/>
          <w:rtl w:val="0"/>
        </w:rPr>
        <w:t>（断非如此）！那以自身彰显装点这宇宙的绝对优美，与使一切受造物欢喜的绝对慈悯，当然无限度地超绝并圣洁于如此无尽的丑恶、绝对的丑陋、这样的绝对不义与毫无怜恤。</w:t>
      </w:r>
    </w:p>
    <w:p>
      <w:pPr>
        <w:pStyle w:val="Heading2"/>
      </w:pPr>
      <w:r>
        <w:rPr>
          <w:rFonts w:ascii="Times New Roman" w:hAnsi="Times New Roman" w:eastAsia="Noto Serif SC" w:cs="Amiri"/>
          <w:lang w:val="zh-CN" w:eastAsia="zh-CN" w:bidi="ar-SA"/>
          <w:color w:val="000000"/>
          <w:rtl w:val="0"/>
        </w:rPr>
        <w:t>结论：</w:t>
      </w:r>
    </w:p>
    <w:p>
      <w:r>
        <w:rPr>
          <w:rFonts w:ascii="Times New Roman" w:hAnsi="Times New Roman" w:eastAsia="Noto Serif SC" w:cs="Amiri"/>
          <w:lang w:val="zh-CN" w:eastAsia="zh-CN" w:bidi="ar-SA"/>
          <w:color w:val="000000"/>
          <w:rtl w:val="0"/>
        </w:rPr>
        <w:t>既然尘世中存在生命，那么，世人中那些领悟生命奥义、没有滥用自己生命的人，当然必将在永居之域、长存的乐园里，获得长存的生命。</w:t>
      </w:r>
      <w:r>
        <w:rPr>
          <w:rFonts w:ascii="Amiri" w:hAnsi="Amiri" w:eastAsia="Amiri" w:cs="Amiri"/>
          <w:lang w:val="zh-CN" w:eastAsia="zh-CN" w:bidi="ar-SA"/>
          <w:rtl w:val="1"/>
          <w:cs w:val="1"/>
          <w:color w:val="000000"/>
          <w:sz w:val="24"/>
          <w:szCs w:val="24"/>
        </w:rPr>
        <w:t>آمَنَّا</w:t>
      </w:r>
      <w:r>
        <w:rPr>
          <w:rFonts w:ascii="Times New Roman" w:hAnsi="Times New Roman" w:eastAsia="Noto Serif SC" w:cs="Amiri"/>
          <w:lang w:val="zh-CN" w:eastAsia="zh-CN" w:bidi="ar-SA"/>
          <w:color w:val="000000"/>
          <w:rtl w:val="0"/>
        </w:rPr>
        <w:t>（我们已确信并归信）。</w:t>
      </w:r>
    </w:p>
    <w:p>
      <w:r>
        <w:rPr>
          <w:rFonts w:ascii="Times New Roman" w:hAnsi="Times New Roman" w:eastAsia="Noto Serif SC" w:cs="Amiri"/>
          <w:lang w:val="zh-CN" w:eastAsia="zh-CN" w:bidi="ar-SA"/>
          <w:color w:val="000000"/>
          <w:rtl w:val="0"/>
        </w:rPr>
        <w:t>正如地面上明亮的事物借太阳的映光而闪耀，海面上的泡沫借阳光的闪光而明灭，随后而来的泡沫又为一轮轮幻现的小太阳充当镜子；这一切不言自明地表明：那些闪光，都是高悬天际的同一个太阳反照所显的华彩。它们以种种语言追念太阳的存在，又以光芒的手指指向太阳。</w:t>
      </w:r>
    </w:p>
    <w:p>
      <w:r>
        <w:rPr>
          <w:rFonts w:ascii="Times New Roman" w:hAnsi="Times New Roman" w:eastAsia="Noto Serif SC" w:cs="Amiri"/>
          <w:lang w:val="zh-CN" w:eastAsia="zh-CN" w:bidi="ar-SA"/>
          <w:color w:val="000000"/>
          <w:rtl w:val="0"/>
        </w:rPr>
        <w:t>同样，凭永活而自立、维系万有的主宰Allah那“赋予生命者”尊名的至大彰显，陆地之上与海洋之中的有生命者借Allah的权能而闪耀；为了给后来者让出位置，它们说</w:t>
      </w:r>
      <w:r>
        <w:rPr>
          <w:rFonts w:ascii="Amiri" w:hAnsi="Amiri" w:eastAsia="Amiri" w:cs="Amiri"/>
          <w:lang w:val="zh-CN" w:eastAsia="zh-CN" w:bidi="ar-SA"/>
          <w:rtl w:val="1"/>
          <w:cs w:val="1"/>
          <w:color w:val="000000"/>
          <w:sz w:val="24"/>
          <w:szCs w:val="24"/>
        </w:rPr>
        <w:t>يَا حَيُّ</w:t>
      </w:r>
      <w:r>
        <w:rPr>
          <w:rFonts w:ascii="Times New Roman" w:hAnsi="Times New Roman" w:eastAsia="Noto Serif SC" w:cs="Amiri"/>
          <w:lang w:val="zh-CN" w:eastAsia="zh-CN" w:bidi="ar-SA"/>
          <w:color w:val="000000"/>
          <w:rtl w:val="0"/>
        </w:rPr>
        <w:t>（永活者Allah啊），随即隐入幽隐的帷幕。它们为那位拥有永恒生命、永活而自立并维系万有的主宰Allah的生命及其存在之必然性作证、示意。同样，凡为Allah的知识作证的一切证据——那知识的功效显现在对全体万有的安排中；凡证明那支配宇宙的权能的一切确证；凡证明那在宇宙的安排与治理中施行号令的意志和意欲的一切论据；以及凡证明诸使者使命的一切迹象与奇迹——这些使命是神圣言辞与Allah启示的依凭——诸如此类，凡为Allah七种属性作证的所有证据，都一致指向、证明并显示永活而自立、维系万有的主宰Allah的生命。</w:t>
      </w:r>
    </w:p>
    <w:p>
      <w:r>
        <w:rPr>
          <w:rFonts w:ascii="Times New Roman" w:hAnsi="Times New Roman" w:eastAsia="Noto Serif SC" w:cs="Amiri"/>
          <w:lang w:val="zh-CN" w:eastAsia="zh-CN" w:bidi="ar-SA"/>
          <w:color w:val="000000"/>
          <w:rtl w:val="0"/>
        </w:rPr>
        <w:t>因为，正如一物若有视觉，便也有生命；若有听觉，便是生命的标志；若能言语，便指示生命的存在；若有选择与意志，便显示生命。同样，这宇宙中，绝对权能、周遍意志、全知知识等属性，凭其种种成效，其存在确凿而不言自明；它们以全部证据，为永活而自立、维系万有的主宰Allah的生命及其存在之必然性作证，也为祂那永恒的生命作证——那生命只以一道光影便照亮整个宇宙，只以一种彰显便使后世之域连同其所有微粒都获得生命。</w:t>
      </w:r>
    </w:p>
    <w:p>
      <w:r>
        <w:rPr>
          <w:rFonts w:ascii="Times New Roman" w:hAnsi="Times New Roman" w:eastAsia="Noto Serif SC" w:cs="Amiri"/>
          <w:lang w:val="zh-CN" w:eastAsia="zh-CN" w:bidi="ar-SA"/>
          <w:color w:val="000000"/>
          <w:rtl w:val="0"/>
        </w:rPr>
        <w:t>生命也关涉信仰天使这一支柱，并以隐示的方式加以证明。因为，宇宙中最重要的结果是生命；分布最广泛、因其珍贵而被大量复制、并使大地这所客舍因往来不绝的队伍而充满生机的，也正是有生命者。既然地球已充满如此众多的有生命者，又本着不断更新、增繁各种有生命者的智慧，始终充盈又腾空；即使最低贱、最腐朽的物质中，也大量创造有生命者，使地球成为微小生物的聚集之地。既然意识与理智是生命经过滤炼的最纯净精华，灵魂是生命最精妙而恒定的实体，它们在这地球上又极其大量地受造；仿佛地球借生命、理智、意识和灵魂而复苏，如此充满生机。那么，比地球更精妙、更光明、更宏大、更重要的天体，当然绝不可能一直处于死亡、僵固、无生命、无意识的状态。</w:t>
      </w:r>
    </w:p>
    <w:p>
      <w:r>
        <w:rPr>
          <w:rFonts w:ascii="Times New Roman" w:hAnsi="Times New Roman" w:eastAsia="Noto Serif SC" w:cs="Amiri"/>
          <w:lang w:val="zh-CN" w:eastAsia="zh-CN" w:bidi="ar-SA"/>
          <w:color w:val="000000"/>
          <w:rtl w:val="0"/>
        </w:rPr>
        <w:t>因此，那些将使诸天、众太阳和群星充满生机、赋予它们生命状态、显示诸天被创造的终极结果、并承领神圣言说的有意识、有生命而又适宜居于诸天的居民，必定凭借生命的奥义而存在着；他们便是天使。</w:t>
      </w:r>
    </w:p>
    <w:p>
      <w:r>
        <w:rPr>
          <w:rFonts w:ascii="Times New Roman" w:hAnsi="Times New Roman" w:eastAsia="Noto Serif SC" w:cs="Amiri"/>
          <w:lang w:val="zh-CN" w:eastAsia="zh-CN" w:bidi="ar-SA"/>
          <w:color w:val="000000"/>
          <w:rtl w:val="0"/>
        </w:rPr>
        <w:t>生命本质的奥义也关涉信仰众先知这一支柱，并以隐示的方式加以证明。是的，既然宇宙为生命而受造，生命又是无始、永活而自立并维系万有者Allah的一种至大彰显、一幅至美的纹饰、一件至精的创造之艺；既然永恒的生命借众使者受派遣、诸经典受降示而显示自身。诚然，若没有经典与众先知，那无始的生命便无从被认识。正如一个人开口说话，人们便知道他活着；同样，要显示这宇宙帷幕之后、幽隐世界深处那位说话、交谈、命令、禁止并发出训示的主宰的言辞与训谕，所凭的正是众先知以及降示给他们的经典。当然，宇宙中的生命确凿地为无始永活者Allah的存在之必然性作证；同样，派遣众使者与降示诸经典这两大支柱，作为那无始生命的光芒、辉彩与关联，也关涉生命，并由生命以隐示的方式加以证明。尤其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（愿Allah赐他尊荣、恩福与平安）的使者使命与《古兰经》的启示，既然如同生命的灵魂与理智，那么可以说，它们的真实无疑，正如这生命的存在一样确凿。</w:t>
      </w:r>
    </w:p>
    <w:p>
      <w:r>
        <w:rPr>
          <w:rFonts w:ascii="Times New Roman" w:hAnsi="Times New Roman" w:eastAsia="Noto Serif SC" w:cs="Amiri"/>
          <w:lang w:val="zh-CN" w:eastAsia="zh-CN" w:bidi="ar-SA"/>
          <w:color w:val="000000"/>
          <w:rtl w:val="0"/>
        </w:rPr>
        <w:t>是的，正如生命是从这宇宙中滤炼出的精华；意识与感觉又是从生命中滤炼出的生命精华；理智是从意识与感觉中滤炼出的意识精华；灵魂则是生命纯粹而精纯的实体，是恒定而独立的本体。同样，穆罕默德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（愿Allah赐他尊荣、恩福与平安）物质与精神的生命，也是从宇宙的生命和灵魂中滤炼出的精华之精华。穆罕默德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（愿Allah赐他尊荣、恩福与平安）的使者使命，是从宇宙的感觉、意识和理智中滤炼出的最纯净精华。甚至，穆罕默德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（愿Allah赐他尊荣、恩福与平安）物质与精神的生命，凭其种种成效的见证，就是宇宙生命的生命。穆罕默德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（愿Allah赐他尊荣、恩福与平安）的使者使命，就是宇宙意识的意识与光明。《古兰经》的启示，凭其充满生命力的诸真理的见证，就是宇宙生命的灵魂、宇宙意识的理智。是的，是的，是的……倘若穆罕默德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光从宇宙中撤去、离去，宇宙便会死亡。倘若《古兰经》离去，宇宙便会疯狂；地球将失去它的头、它的理智，甚至会让那已失去意识的头撞上一颗行星，引发一场末日巨变。</w:t>
      </w:r>
    </w:p>
    <w:p>
      <w:r>
        <w:rPr>
          <w:rFonts w:ascii="Times New Roman" w:hAnsi="Times New Roman" w:eastAsia="Noto Serif SC" w:cs="Amiri"/>
          <w:lang w:val="zh-CN" w:eastAsia="zh-CN" w:bidi="ar-SA"/>
          <w:color w:val="000000"/>
          <w:rtl w:val="0"/>
        </w:rPr>
        <w:t>生命也关涉信仰预知与裁定这一支柱，并以隐示的方式加以证明。因为，生命是可见世界的光，并遍及其中；它是存在的结果与目的，是宇宙创造者最具包容性的镜子，是神圣活动最完善的典范与索引；请容许这个比喻，它仿佛一种纲领。那么，生命的奥义必然要求：幽隐世界，即过去与未来，也就是已往和将来的受造物，具有一种精神生命般的秩序、法则、被知识所知晓、为神圣知识所见证、各有确定性，并处在随时准备遵从创造号令的状态。</w:t>
      </w:r>
    </w:p>
    <w:p>
      <w:r>
        <w:rPr>
          <w:rFonts w:ascii="Times New Roman" w:hAnsi="Times New Roman" w:eastAsia="Noto Serif SC" w:cs="Amiri"/>
          <w:lang w:val="zh-CN" w:eastAsia="zh-CN" w:bidi="ar-SA"/>
          <w:color w:val="000000"/>
          <w:rtl w:val="0"/>
        </w:rPr>
        <w:t>正如一棵树最本初的种子和树根，以及其末端与果实中的种子，都和树本身一样获得一种生命；甚至，它们所承载的生命法则，比树的生命法则更为精微。又如，眼前这个春天之前，已往秋天留下的种子与根株；这个春天过去之后，将留给未来春天的种子与根株，都像这个春天一样，承载着生命的彰显，并服从生命的法则。</w:t>
      </w:r>
    </w:p>
    <w:p>
      <w:r>
        <w:rPr>
          <w:rFonts w:ascii="Times New Roman" w:hAnsi="Times New Roman" w:eastAsia="Noto Serif SC" w:cs="Amiri"/>
          <w:lang w:val="zh-CN" w:eastAsia="zh-CN" w:bidi="ar-SA"/>
          <w:color w:val="000000"/>
          <w:rtl w:val="0"/>
        </w:rPr>
        <w:t>同样，宇宙之树及其全部枝条，每一部分都有过去与未来，都有一条由其过去和未来的形态与状况构成的系列。每一种类、每一部分，在Allah的知识中以不同形态拥有多种存在，构成一条知识性存在的系列。如同外在的存在一样，那知识性的存在也获得普遍生命的一种精神彰显；生命的预定安排，正是从那些意义丰富、富有生机的裁定之版中取得的。</w:t>
      </w:r>
    </w:p>
    <w:p>
      <w:r>
        <w:rPr>
          <w:rFonts w:ascii="Times New Roman" w:hAnsi="Times New Roman" w:eastAsia="Noto Serif SC" w:cs="Amiri"/>
          <w:lang w:val="zh-CN" w:eastAsia="zh-CN" w:bidi="ar-SA"/>
          <w:color w:val="000000"/>
          <w:rtl w:val="0"/>
        </w:rPr>
        <w:t>诚然，灵魂世界作为幽隐世界的一种，充满灵魂；灵魂正是生命本身、生命的质料、生命的实体与本体。那么，称为过去与未来的幽隐世界，作为另一种类、另一个部分，当然也要求并必然具有生命彰显的份际。再者，每一事物的知识性存在中，那至美的秩序、意味深长的状况，以及富有生机的果实与形态，都表明它获得了一种精神生命。</w:t>
      </w:r>
    </w:p>
    <w:p>
      <w:r>
        <w:rPr>
          <w:rFonts w:ascii="Times New Roman" w:hAnsi="Times New Roman" w:eastAsia="Noto Serif SC" w:cs="Amiri"/>
          <w:lang w:val="zh-CN" w:eastAsia="zh-CN" w:bidi="ar-SA"/>
          <w:color w:val="000000"/>
          <w:rtl w:val="0"/>
        </w:rPr>
        <w:t>是的，这生命的彰显是无始生命太阳的光，当然不可能只限于这个可见世界、这个当下时刻和这种外在存在。相反，每一个世界都依自己的接受能力获得那光的彰显；宇宙连同其一切世界，都借这彰显而富有生命、充满光明。否则，正如迷误的目光所见的，在短暂而表层的生命之下，每一个世界都将成为一具庞大而可怕的尸骸，成为一方黑暗而荒芜的废墟。</w:t>
      </w:r>
    </w:p>
    <w:p>
      <w:r>
        <w:rPr>
          <w:rFonts w:ascii="Times New Roman" w:hAnsi="Times New Roman" w:eastAsia="Noto Serif SC" w:cs="Amiri"/>
          <w:lang w:val="zh-CN" w:eastAsia="zh-CN" w:bidi="ar-SA"/>
          <w:color w:val="000000"/>
          <w:rtl w:val="0"/>
        </w:rPr>
        <w:t>由此可见，信仰裁定施行与预知裁定这一支柱，也在一个广阔的方面借生命的奥义而得以理解并确立。也就是说，正如可见世界和当前存在的事物，凭其秩序与结果显出其富有生命；同样，属于幽隐世界的过去与未来的受造物，也在精神上拥有富有生命的精神存在，以及具有灵魂的知识性确立。借裁定施行与预知裁定之版，那精神生命的成效便以“预定安排”之名显现、展露。第五项隐示：关于生命的第十六种特性，还曾这样说：生命进入一物时，便使那个躯体成为一个世界；部分是部分，却也赋予它整体般的包容性；个别之物，也获得普遍般的包容性。诚然，生命具有这样一种包容性：它仿佛一面包容的独一性之镜，在自身显示那彰显于整个宇宙的多数至美尊名。生命进入一个物体时，便使它成为一个小世界；它仿佛成为宇宙之树的一粒种子，带着这棵树的一种索引。正如一粒种子，只能是能够造就其树的那种权能的作品；同样，创造哪怕最小一个有生命者的，当然也正是整个宇宙的创造者。</w:t>
      </w:r>
    </w:p>
    <w:p>
      <w:r>
        <w:rPr>
          <w:rFonts w:ascii="Times New Roman" w:hAnsi="Times New Roman" w:eastAsia="Noto Serif SC" w:cs="Amiri"/>
          <w:lang w:val="zh-CN" w:eastAsia="zh-CN" w:bidi="ar-SA"/>
          <w:color w:val="000000"/>
          <w:rtl w:val="0"/>
        </w:rPr>
        <w:t>由此可见，生命凭这种包容性，在自身显示独一性最隐秘的奥义。正如宏伟的太阳以其光、七色和映像，存在于面向太阳的每一滴水和每一粒玻璃微粒中；同样，在每一个有生命者身上，那包容宇宙的Allah诸尊名与诸属性的彰显，也一同显现于其中。从这一角度看，生命使宇宙在养育主宰与创造方面成为一个不可分割、不可解体的整体，甚至成为一个不可能有分享与分割的普遍整体。</w:t>
      </w:r>
    </w:p>
    <w:p>
      <w:r>
        <w:rPr>
          <w:rFonts w:ascii="Times New Roman" w:hAnsi="Times New Roman" w:eastAsia="Noto Serif SC" w:cs="Amiri"/>
          <w:lang w:val="zh-CN" w:eastAsia="zh-CN" w:bidi="ar-SA"/>
          <w:color w:val="000000"/>
          <w:rtl w:val="0"/>
        </w:rPr>
        <w:t>诚然，创造你的主宰，也正是创造整个人类的主宰；这一点，你脸上的印记不言自明地予以显示。因为，人的本质是一个，不可能分割。再者，借生命，宇宙的各部分成为其成员，宇宙则成为一个族类；正如独一性的印记显示于整体，它也在每一部分显示那独一性的印记和万物皆依赖祂而祂无所依赖者的印玺，从各方面驱除以物配主与任何分享。</w:t>
      </w:r>
    </w:p>
    <w:p>
      <w:r>
        <w:rPr>
          <w:rFonts w:ascii="Times New Roman" w:hAnsi="Times New Roman" w:eastAsia="Noto Serif SC" w:cs="Amiri"/>
          <w:lang w:val="zh-CN" w:eastAsia="zh-CN" w:bidi="ar-SA"/>
          <w:color w:val="000000"/>
          <w:rtl w:val="0"/>
        </w:rPr>
        <w:t>再者，生命中有着神圣创造之艺极其非凡、超乎常规的奇迹：不能创造整个宇宙的一位存在、一种权能，连最小的一个有生命者也不能创造。诚然，仿佛把整部《古兰经》写在一粒豌豆上；那支在松树极小的种子里写下整棵松树的索引与预定安排的笔，当然也只能是以群星书写诸天的那支笔。诚然，在蜜蜂小小的头颅里，纳入一种禀赋、一种能力、一种官能，使它能够认识宇宙花园中的花朵，与其中大多数种类建立关系，带来蜂蜜这样一份慈悯的礼物，并在来到尘世的第一天就懂得生存的条件；做到这一切的主宰，当然只能是整个宇宙的创造者。</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正如生命是宇宙脸上一枚明亮的认信Allah独一之印记，每一个具有灵魂者也都在生命这一点上成为独一性的印记；生命的每一个体所具有的创造之艺纹饰，是万物皆依赖祂而祂无所依赖者的印玺。有多少有生命者，它们便以生命、以永活而自立并维系万有、独一无二的主宰Allah之名，为这封宇宙之书签名；它们就是那书中认信Allah独一的印玺、独一性的印玺，以及万物皆依赖祂而祂无所依赖者的印记。同样，如生命一般，每一个有生命者也是这部宇宙之书中唯一性的印玺；每一个的脸上与容貌中，也都盖有一枚独一性的印玺。</w:t>
      </w:r>
    </w:p>
    <w:p>
      <w:r>
        <w:rPr>
          <w:rFonts w:ascii="Times New Roman" w:hAnsi="Times New Roman" w:eastAsia="Noto Serif SC" w:cs="Amiri"/>
          <w:lang w:val="zh-CN" w:eastAsia="zh-CN" w:bidi="ar-SA"/>
          <w:color w:val="000000"/>
          <w:rtl w:val="0"/>
        </w:rPr>
        <w:t>再者，正如生命按个别事物的数目、按有生命者的个体数目，成为证明永活而自立并维系万有的主宰Allah独一的签名与印玺；赋予生命、使死者复苏这一行为，也按个体的数目为认信Allah独一盖上签名。例如，大地的复苏作为复苏行为的一个个体，是如太阳般明亮的认信Allah独一之见证。因为春天大地的苏醒与复苏中，三十万个种类以及每一类无数的个体，一同、彼此交织、毫无欠缺、毫无瑕疵、完善而有序地获得生命并苏醒。诚然，以这样一个统一行为成就无数有序行为的主宰，当然就是一切受造物的创造者，是赋予一切有生命者生命的永活而自立并维系万有者，是其养育主宰中不容任何分享的独一无二者。</w:t>
      </w:r>
    </w:p>
    <w:p>
      <w:r>
        <w:rPr>
          <w:rFonts w:ascii="Times New Roman" w:hAnsi="Times New Roman" w:eastAsia="Noto Serif SC" w:cs="Amiri"/>
          <w:lang w:val="zh-CN" w:eastAsia="zh-CN" w:bidi="ar-SA"/>
          <w:color w:val="000000"/>
          <w:rtl w:val="0"/>
        </w:rPr>
        <w:t>关于生命的种种特性，目前只写了这少许而简略的内容。其余特性的阐明与详述，我们留待《光明论》和以后的时间。</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至大尊名并非对人人都相同，而是因人而异。</w:t>
      </w:r>
    </w:p>
    <w:p>
      <w:r>
        <w:rPr>
          <w:rFonts w:ascii="Times New Roman" w:hAnsi="Times New Roman" w:eastAsia="Noto Serif SC" w:cs="Amiri"/>
          <w:lang w:val="zh-CN" w:eastAsia="zh-CN" w:bidi="ar-SA"/>
          <w:color w:val="000000"/>
          <w:rtl w:val="0"/>
        </w:rPr>
        <w:t>例如，对先导者阿里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而言，至大尊名是“独一无二者、永活者、自立并维系万有者、裁决者、至公者、至圣者”这六个尊名。至大领头学者的至大尊名，是“裁决者、至公者”两个尊名。至大援助者的至大尊名，则是</w:t>
      </w:r>
      <w:r>
        <w:rPr>
          <w:rFonts w:ascii="Amiri" w:hAnsi="Amiri" w:eastAsia="Amiri" w:cs="Amiri"/>
          <w:lang w:val="zh-CN" w:eastAsia="zh-CN" w:bidi="ar-SA"/>
          <w:rtl w:val="1"/>
          <w:cs w:val="1"/>
          <w:color w:val="000000"/>
          <w:sz w:val="24"/>
          <w:szCs w:val="24"/>
        </w:rPr>
        <w:t>يَا حَيُّ</w:t>
      </w:r>
      <w:r>
        <w:rPr>
          <w:rFonts w:ascii="Times New Roman" w:hAnsi="Times New Roman" w:eastAsia="Noto Serif SC" w:cs="Amiri"/>
          <w:lang w:val="zh-CN" w:eastAsia="zh-CN" w:bidi="ar-SA"/>
          <w:color w:val="000000"/>
          <w:rtl w:val="0"/>
        </w:rPr>
        <w:t>（永活者Allah啊）。拉巴尼的至大尊名是“自立并维系万有者”，如此等等。还有许多卓越人物，把其他一些尊名视为至大尊名。</w:t>
      </w:r>
    </w:p>
    <w:p>
      <w:r>
        <w:rPr>
          <w:rFonts w:ascii="Times New Roman" w:hAnsi="Times New Roman" w:eastAsia="Noto Serif SC" w:cs="Amiri"/>
          <w:lang w:val="zh-CN" w:eastAsia="zh-CN" w:bidi="ar-SA"/>
          <w:color w:val="000000"/>
          <w:rtl w:val="0"/>
        </w:rPr>
        <w:t>这第五项精义既然论及“永活者”尊名，那么，为了求取吉祥，也为了让它作为见证、证据、神圣的确证、我们对自己的祈祷和本论著的美好结语，至尊使者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（愿Allah赐他尊荣、恩福与平安）在名为《大铠甲祷文》的至大祈求中，显示了自己对Allah那极高深、极广博的真知，如此说道。我们也在想象中前往那个时代，对至尊使者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（愿Allah赐他尊荣、恩福与平安）所说的话回应</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（求Allah应允），仿佛自己也念诵同一祈求，借穆罕默德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（愿Allah赐他尊荣、恩福与平安）的声音说道：</w:t>
      </w:r>
      <w:r>
        <w:rPr>
          <w:rFonts w:ascii="Amiri" w:hAnsi="Amiri" w:eastAsia="Amiri" w:cs="Amiri"/>
          <w:lang w:val="zh-CN" w:eastAsia="zh-CN" w:bidi="ar-SA"/>
          <w:rtl w:val="1"/>
          <w:cs w:val="1"/>
          <w:color w:val="000000"/>
          <w:sz w:val="24"/>
          <w:szCs w:val="24"/>
        </w:rPr>
        <w:t>ﻳَﺎ ﺣَﻰُّ ﻗَﺒْﻞَ ﻛُﻞِّ ﺣَﻰٍّ</w:t>
      </w:r>
      <w:r>
        <w:rPr>
          <w:rFonts w:ascii="Times New Roman" w:hAnsi="Times New Roman" w:eastAsia="Noto Serif SC" w:cs="Amiri"/>
          <w:lang w:val="zh-CN" w:eastAsia="zh-CN" w:bidi="ar-SA"/>
          <w:color w:val="000000"/>
          <w:rtl w:val="0"/>
        </w:rPr>
        <w:t xml:space="preserve">（在一切有生命者之先便已永活的主宰啊） </w:t>
      </w:r>
      <w:r>
        <w:rPr>
          <w:rFonts w:ascii="Amiri" w:hAnsi="Amiri" w:eastAsia="Amiri" w:cs="Amiri"/>
          <w:lang w:val="zh-CN" w:eastAsia="zh-CN" w:bidi="ar-SA"/>
          <w:rtl w:val="1"/>
          <w:cs w:val="1"/>
          <w:color w:val="000000"/>
          <w:sz w:val="24"/>
          <w:szCs w:val="24"/>
        </w:rPr>
        <w:t>٭ ﻳَﺎ ﺣَﻰُّ ﺑَﻌْﺪَ ﻛُﻞِّ ﺣَﻰٍّ</w:t>
      </w:r>
      <w:r>
        <w:rPr>
          <w:rFonts w:ascii="Times New Roman" w:hAnsi="Times New Roman" w:eastAsia="Noto Serif SC" w:cs="Amiri"/>
          <w:lang w:val="zh-CN" w:eastAsia="zh-CN" w:bidi="ar-SA"/>
          <w:color w:val="000000"/>
          <w:rtl w:val="0"/>
        </w:rPr>
        <w:t xml:space="preserve">（在一切有生命者之后仍然永活的主宰啊） </w:t>
      </w:r>
      <w:r>
        <w:rPr>
          <w:rFonts w:ascii="Amiri" w:hAnsi="Amiri" w:eastAsia="Amiri" w:cs="Amiri"/>
          <w:lang w:val="zh-CN" w:eastAsia="zh-CN" w:bidi="ar-SA"/>
          <w:rtl w:val="1"/>
          <w:cs w:val="1"/>
          <w:color w:val="000000"/>
          <w:sz w:val="24"/>
          <w:szCs w:val="24"/>
        </w:rPr>
        <w:t>٭ ﻳَﺎ ﺣَﻰُّ ﺍﻟَّﺬ۪ﻯ ﻟَﻴْﺲَ ﻛَﻤِﺜْﻠِﻪ۪ ﺣَﻰٌّ</w:t>
      </w:r>
      <w:r>
        <w:rPr>
          <w:rFonts w:ascii="Times New Roman" w:hAnsi="Times New Roman" w:eastAsia="Noto Serif SC" w:cs="Amiri"/>
          <w:lang w:val="zh-CN" w:eastAsia="zh-CN" w:bidi="ar-SA"/>
          <w:color w:val="000000"/>
          <w:rtl w:val="0"/>
        </w:rPr>
        <w:t xml:space="preserve">（没有任何有生命者能与祂相比的永活主宰啊） </w:t>
      </w:r>
      <w:r>
        <w:rPr>
          <w:rFonts w:ascii="Amiri" w:hAnsi="Amiri" w:eastAsia="Amiri" w:cs="Amiri"/>
          <w:lang w:val="zh-CN" w:eastAsia="zh-CN" w:bidi="ar-SA"/>
          <w:rtl w:val="1"/>
          <w:cs w:val="1"/>
          <w:color w:val="000000"/>
          <w:sz w:val="24"/>
          <w:szCs w:val="24"/>
        </w:rPr>
        <w:t>٭ ﻳَﺎ ﺣَﻰُّ ﺍﻟَّﺬ۪ﻯ لَا ﻳُﺸْﺒِﻬُﻪُ ﺷَﻰْﺀٌ</w:t>
      </w:r>
      <w:r>
        <w:rPr>
          <w:rFonts w:ascii="Times New Roman" w:hAnsi="Times New Roman" w:eastAsia="Noto Serif SC" w:cs="Amiri"/>
          <w:lang w:val="zh-CN" w:eastAsia="zh-CN" w:bidi="ar-SA"/>
          <w:color w:val="000000"/>
          <w:rtl w:val="0"/>
        </w:rPr>
        <w:t xml:space="preserve">（任何事物都不能与祂相似的永活主宰啊） </w:t>
      </w:r>
      <w:r>
        <w:rPr>
          <w:rFonts w:ascii="Amiri" w:hAnsi="Amiri" w:eastAsia="Amiri" w:cs="Amiri"/>
          <w:lang w:val="zh-CN" w:eastAsia="zh-CN" w:bidi="ar-SA"/>
          <w:rtl w:val="1"/>
          <w:cs w:val="1"/>
          <w:color w:val="000000"/>
          <w:sz w:val="24"/>
          <w:szCs w:val="24"/>
        </w:rPr>
        <w:t>٭ ﻳَﺎ ﺣَﻰُّ ﺍﻟَّﺬ۪ﻯ لَا ﻳَﺤْﺘَﺎﺝُ ﺍِﻟٰﻰ ﺣَﻰٍّ</w:t>
      </w:r>
      <w:r>
        <w:rPr>
          <w:rFonts w:ascii="Times New Roman" w:hAnsi="Times New Roman" w:eastAsia="Noto Serif SC" w:cs="Amiri"/>
          <w:lang w:val="zh-CN" w:eastAsia="zh-CN" w:bidi="ar-SA"/>
          <w:color w:val="000000"/>
          <w:rtl w:val="0"/>
        </w:rPr>
        <w:t xml:space="preserve">（不依赖任何有生命者、自身毫无匮乏的永活主宰啊） </w:t>
      </w:r>
      <w:r>
        <w:rPr>
          <w:rFonts w:ascii="Amiri" w:hAnsi="Amiri" w:eastAsia="Amiri" w:cs="Amiri"/>
          <w:lang w:val="zh-CN" w:eastAsia="zh-CN" w:bidi="ar-SA"/>
          <w:rtl w:val="1"/>
          <w:cs w:val="1"/>
          <w:color w:val="000000"/>
          <w:sz w:val="24"/>
          <w:szCs w:val="24"/>
        </w:rPr>
        <w:t>٭ ﻳَﺎ ﺣَﻰُّ ﺍﻟَّﺬ۪ﻯ لَا ﻳُﺸَﺎﺭِﻛُﻪُ ﺣَﻰٌّ</w:t>
      </w:r>
      <w:r>
        <w:rPr>
          <w:rFonts w:ascii="Times New Roman" w:hAnsi="Times New Roman" w:eastAsia="Noto Serif SC" w:cs="Amiri"/>
          <w:lang w:val="zh-CN" w:eastAsia="zh-CN" w:bidi="ar-SA"/>
          <w:color w:val="000000"/>
          <w:rtl w:val="0"/>
        </w:rPr>
        <w:t xml:space="preserve">（没有任何有生命者能分享祂的生命与神圣属性的永活主宰啊） </w:t>
      </w:r>
      <w:r>
        <w:rPr>
          <w:rFonts w:ascii="Amiri" w:hAnsi="Amiri" w:eastAsia="Amiri" w:cs="Amiri"/>
          <w:lang w:val="zh-CN" w:eastAsia="zh-CN" w:bidi="ar-SA"/>
          <w:rtl w:val="1"/>
          <w:cs w:val="1"/>
          <w:color w:val="000000"/>
          <w:sz w:val="24"/>
          <w:szCs w:val="24"/>
        </w:rPr>
        <w:t>٭ ﻳَﺎ ﺣَﻰُّ ﺍﻟَّﺬ۪ﻯ ﻳُﻤ۪ﻴﺖُ ﻛُﻞَّ ﺣَﻰٍّ</w:t>
      </w:r>
      <w:r>
        <w:rPr>
          <w:rFonts w:ascii="Times New Roman" w:hAnsi="Times New Roman" w:eastAsia="Noto Serif SC" w:cs="Amiri"/>
          <w:lang w:val="zh-CN" w:eastAsia="zh-CN" w:bidi="ar-SA"/>
          <w:color w:val="000000"/>
          <w:rtl w:val="0"/>
        </w:rPr>
        <w:t xml:space="preserve">（使一切有生命者死亡的永活主宰啊） </w:t>
      </w:r>
      <w:r>
        <w:rPr>
          <w:rFonts w:ascii="Amiri" w:hAnsi="Amiri" w:eastAsia="Amiri" w:cs="Amiri"/>
          <w:lang w:val="zh-CN" w:eastAsia="zh-CN" w:bidi="ar-SA"/>
          <w:rtl w:val="1"/>
          <w:cs w:val="1"/>
          <w:color w:val="000000"/>
          <w:sz w:val="24"/>
          <w:szCs w:val="24"/>
        </w:rPr>
        <w:t>٭ ﻳَﺎ ﺣَﻰُّ ﺍﻟَّﺬ۪ﻯ ﻳَﺮْﺯُﻕُ ﻛُﻞَّ ﺣَﻰٍّ</w:t>
      </w:r>
      <w:r>
        <w:rPr>
          <w:rFonts w:ascii="Times New Roman" w:hAnsi="Times New Roman" w:eastAsia="Noto Serif SC" w:cs="Amiri"/>
          <w:lang w:val="zh-CN" w:eastAsia="zh-CN" w:bidi="ar-SA"/>
          <w:color w:val="000000"/>
          <w:rtl w:val="0"/>
        </w:rPr>
        <w:t xml:space="preserve">（赐予一切有生命者给养的永活主宰啊） </w:t>
      </w:r>
      <w:r>
        <w:rPr>
          <w:rFonts w:ascii="Amiri" w:hAnsi="Amiri" w:eastAsia="Amiri" w:cs="Amiri"/>
          <w:lang w:val="zh-CN" w:eastAsia="zh-CN" w:bidi="ar-SA"/>
          <w:rtl w:val="1"/>
          <w:cs w:val="1"/>
          <w:color w:val="000000"/>
          <w:sz w:val="24"/>
          <w:szCs w:val="24"/>
        </w:rPr>
        <w:t>٭ ﻳَﺎ ﺣَﻰُّ ﺍﻟَّﺬ۪ﻯ ﻳُﺤْﻴِﻰ ﺍﻟْﻤَﻮْﺗٰﻰ</w:t>
      </w:r>
      <w:r>
        <w:rPr>
          <w:rFonts w:ascii="Times New Roman" w:hAnsi="Times New Roman" w:eastAsia="Noto Serif SC" w:cs="Amiri"/>
          <w:lang w:val="zh-CN" w:eastAsia="zh-CN" w:bidi="ar-SA"/>
          <w:color w:val="000000"/>
          <w:rtl w:val="0"/>
        </w:rPr>
        <w:t xml:space="preserve">（使众死者复活的永活主宰啊） </w:t>
      </w:r>
      <w:r>
        <w:rPr>
          <w:rFonts w:ascii="Amiri" w:hAnsi="Amiri" w:eastAsia="Amiri" w:cs="Amiri"/>
          <w:lang w:val="zh-CN" w:eastAsia="zh-CN" w:bidi="ar-SA"/>
          <w:rtl w:val="1"/>
          <w:cs w:val="1"/>
          <w:color w:val="000000"/>
          <w:sz w:val="24"/>
          <w:szCs w:val="24"/>
        </w:rPr>
        <w:t>٭ ﻳَﺎ ﺣَﻰُّ ﺍﻟَّﺬ۪ﻯ لَا ﻳَﻤُﻮﺕُ</w:t>
      </w:r>
      <w:r>
        <w:rPr>
          <w:rFonts w:ascii="Times New Roman" w:hAnsi="Times New Roman" w:eastAsia="Noto Serif SC" w:cs="Amiri"/>
          <w:lang w:val="zh-CN" w:eastAsia="zh-CN" w:bidi="ar-SA"/>
          <w:color w:val="000000"/>
          <w:rtl w:val="0"/>
        </w:rPr>
        <w:t xml:space="preserve">（自身永不死亡、生命无始无终的永活主宰啊） </w:t>
      </w:r>
      <w:r>
        <w:rPr>
          <w:rFonts w:ascii="Amiri" w:hAnsi="Amiri" w:eastAsia="Amiri" w:cs="Amiri"/>
          <w:lang w:val="zh-CN" w:eastAsia="zh-CN" w:bidi="ar-SA"/>
          <w:rtl w:val="1"/>
          <w:cs w:val="1"/>
          <w:color w:val="000000"/>
          <w:sz w:val="24"/>
          <w:szCs w:val="24"/>
        </w:rPr>
        <w:t>٭ ﺳُﺒْﺤَﺎﻧَﻚَ</w:t>
      </w:r>
      <w:r>
        <w:rPr>
          <w:rFonts w:ascii="Times New Roman" w:hAnsi="Times New Roman" w:eastAsia="Noto Serif SC" w:cs="Amiri"/>
          <w:lang w:val="zh-CN" w:eastAsia="zh-CN" w:bidi="ar-SA"/>
          <w:color w:val="000000"/>
          <w:rtl w:val="0"/>
        </w:rPr>
        <w:t xml:space="preserve">（赞颂您超绝一切缺欠与不相宜之事） </w:t>
      </w:r>
      <w:r>
        <w:rPr>
          <w:rFonts w:ascii="Amiri" w:hAnsi="Amiri" w:eastAsia="Amiri" w:cs="Amiri"/>
          <w:lang w:val="zh-CN" w:eastAsia="zh-CN" w:bidi="ar-SA"/>
          <w:rtl w:val="1"/>
          <w:cs w:val="1"/>
          <w:color w:val="000000"/>
          <w:sz w:val="24"/>
          <w:szCs w:val="24"/>
        </w:rPr>
        <w:t>ﻳَﺎ لَا ﺍِﻟٰﻪَ اِلَّا ﺍَﻧْﺖَ</w:t>
      </w:r>
      <w:r>
        <w:rPr>
          <w:rFonts w:ascii="Times New Roman" w:hAnsi="Times New Roman" w:eastAsia="Noto Serif SC" w:cs="Amiri"/>
          <w:lang w:val="zh-CN" w:eastAsia="zh-CN" w:bidi="ar-SA"/>
          <w:color w:val="000000"/>
          <w:rtl w:val="0"/>
        </w:rPr>
        <w:t xml:space="preserve">（除您之外，绝无真正应受崇拜者） </w:t>
      </w:r>
      <w:r>
        <w:rPr>
          <w:rFonts w:ascii="Amiri" w:hAnsi="Amiri" w:eastAsia="Amiri" w:cs="Amiri"/>
          <w:lang w:val="zh-CN" w:eastAsia="zh-CN" w:bidi="ar-SA"/>
          <w:rtl w:val="1"/>
          <w:cs w:val="1"/>
          <w:color w:val="000000"/>
          <w:sz w:val="24"/>
          <w:szCs w:val="24"/>
        </w:rPr>
        <w:t>الْاَمَانُ الْاَمَانُ</w:t>
      </w:r>
      <w:r>
        <w:rPr>
          <w:rFonts w:ascii="Times New Roman" w:hAnsi="Times New Roman" w:eastAsia="Noto Serif SC" w:cs="Amiri"/>
          <w:lang w:val="zh-CN" w:eastAsia="zh-CN" w:bidi="ar-SA"/>
          <w:color w:val="000000"/>
          <w:rtl w:val="0"/>
        </w:rPr>
        <w:t xml:space="preserve">（求您赐予庇护，求您赐予拯救） </w:t>
      </w:r>
      <w:r>
        <w:rPr>
          <w:rFonts w:ascii="Amiri" w:hAnsi="Amiri" w:eastAsia="Amiri" w:cs="Amiri"/>
          <w:lang w:val="zh-CN" w:eastAsia="zh-CN" w:bidi="ar-SA"/>
          <w:rtl w:val="1"/>
          <w:cs w:val="1"/>
          <w:color w:val="000000"/>
          <w:sz w:val="24"/>
          <w:szCs w:val="24"/>
        </w:rPr>
        <w:t>ﻧَﺠِّﻨَﺎ ﻣِﻦَ ﺍﻟﻨَّﺎﺭِ</w:t>
      </w:r>
      <w:r>
        <w:rPr>
          <w:rFonts w:ascii="Times New Roman" w:hAnsi="Times New Roman" w:eastAsia="Noto Serif SC" w:cs="Amiri"/>
          <w:lang w:val="zh-CN" w:eastAsia="zh-CN" w:bidi="ar-SA"/>
          <w:color w:val="000000"/>
          <w:rtl w:val="0"/>
        </w:rPr>
        <w:t xml:space="preserve">（求您拯救我们脱离火狱）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（您确是全知者，通晓一切；您确是至睿者，一切作为皆充满智慧）</w:t>
      </w:r>
    </w:p>
    <w:p>
      <w:pPr>
        <w:pStyle w:val="Heading2"/>
      </w:pPr>
      <w:r>
        <w:rPr>
          <w:rFonts w:ascii="Times New Roman" w:hAnsi="Times New Roman" w:eastAsia="Noto Serif SC" w:cs="Amiri"/>
          <w:lang w:val="zh-CN" w:eastAsia="zh-CN" w:bidi="ar-SA"/>
          <w:color w:val="000000"/>
          <w:rtl w:val="0"/>
        </w:rPr>
        <w:t>第三十篇闪光的第六项精义</w:t>
      </w:r>
    </w:p>
    <w:p>
      <w:r>
        <w:rPr>
          <w:rFonts w:ascii="Times New Roman" w:hAnsi="Times New Roman" w:eastAsia="Noto Serif SC" w:cs="Amiri"/>
          <w:lang w:val="zh-CN" w:eastAsia="zh-CN" w:bidi="ar-SA"/>
          <w:color w:val="000000"/>
          <w:rtl w:val="0"/>
        </w:rPr>
        <w:t>本篇关涉“自立并维系万有者”尊名。</w:t>
      </w:r>
    </w:p>
    <w:p>
      <w:r>
        <w:rPr>
          <w:rFonts w:ascii="Times New Roman" w:hAnsi="Times New Roman" w:eastAsia="Noto Serif SC" w:cs="Amiri"/>
          <w:lang w:val="zh-CN" w:eastAsia="zh-CN" w:bidi="ar-SA"/>
          <w:color w:val="000000"/>
          <w:rtl w:val="0"/>
        </w:rPr>
        <w:t>“永活者”尊名的一篇概要，已成为《光明之泉》的附篇；这“自立并维系万有者”尊名，也适宜作为《第三十言》的附篇。</w:t>
      </w:r>
    </w:p>
    <w:p>
      <w:pPr>
        <w:pStyle w:val="Heading2"/>
      </w:pPr>
      <w:r>
        <w:rPr>
          <w:rFonts w:ascii="Times New Roman" w:hAnsi="Times New Roman" w:eastAsia="Noto Serif SC" w:cs="Amiri"/>
          <w:lang w:val="zh-CN" w:eastAsia="zh-CN" w:bidi="ar-SA"/>
          <w:color w:val="000000"/>
          <w:rtl w:val="0"/>
        </w:rPr>
        <w:t>致歉：</w:t>
      </w:r>
    </w:p>
    <w:p>
      <w:r>
        <w:rPr>
          <w:rFonts w:ascii="Times New Roman" w:hAnsi="Times New Roman" w:eastAsia="Noto Serif SC" w:cs="Amiri"/>
          <w:lang w:val="zh-CN" w:eastAsia="zh-CN" w:bidi="ar-SA"/>
          <w:color w:val="000000"/>
          <w:rtl w:val="0"/>
        </w:rPr>
        <w:t>这些极其重要的论题，以及“自立并维系万有者”这一极其深广尊名的至大彰显，既非井然有序地、而是以各道闪光分别降临心中，又一直停留在极其凌乱、仓促而未加审察的草稿状态，因此措辞与表达中必然会有许多缺陷和紊乱。请您因这些论题本身的美好，宽恕我的种种过失。</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有关至大尊名的精义极其广阔而深邃；尤其是有关“自立并维系万有者”尊名的论题，特别是它的第一道光芒</w:t>
      </w:r>
      <w:r>
        <w:rPr>
          <w:rStyle w:val="FootnoteReference"/>
        </w:rPr>
        <w:footnoteReference w:id="64"/>
      </w:r>
      <w:r>
        <w:rPr>
          <w:rFonts w:ascii="Times New Roman" w:hAnsi="Times New Roman" w:eastAsia="Noto Serif SC" w:cs="Amiri"/>
          <w:lang w:val="zh-CN" w:eastAsia="zh-CN" w:bidi="ar-SA"/>
          <w:color w:val="000000"/>
          <w:rtl w:val="0"/>
        </w:rPr>
        <w:t>，由于针对唯物主义者，论析更为深入。因此，当然不是每个人都能从各方面理解每一个论题，但每个人都可以从每一个论题中获得一定程度的份额。依“一物若不能全部获得，也不应将其全部放弃”这一原则，因为“我无法采下这座精神花园的全部果实”便就此放弃，绝非明智之举。人能采下多少，便获得多少益处。</w:t>
      </w:r>
    </w:p>
    <w:p>
      <w:r>
        <w:rPr>
          <w:rFonts w:ascii="Times New Roman" w:hAnsi="Times New Roman" w:eastAsia="Noto Serif SC" w:cs="Amiri"/>
          <w:lang w:val="zh-CN" w:eastAsia="zh-CN" w:bidi="ar-SA"/>
          <w:color w:val="000000"/>
          <w:rtl w:val="0"/>
        </w:rPr>
        <w:t>有关至大尊名的论题，既有广阔到无法完全包容的，也有精微到理智难以察见的。尤其是“永活者”与“自立并维系万有者”尊名，特别是生命对信仰诸支柱的隐示，尤其是生命对裁定施行与预知裁定这一支柱的指示，以及“自立并维系万有者”尊名的第一道光芒，并非每个人的思想都能企及；但每个人也不会毫无所获，反而无论如何都能使自己的信仰更加坚固。</w:t>
      </w:r>
    </w:p>
    <w:p>
      <w:r>
        <w:rPr>
          <w:rFonts w:ascii="Times New Roman" w:hAnsi="Times New Roman" w:eastAsia="Noto Serif SC" w:cs="Amiri"/>
          <w:lang w:val="zh-CN" w:eastAsia="zh-CN" w:bidi="ar-SA"/>
          <w:color w:val="000000"/>
          <w:rtl w:val="0"/>
        </w:rPr>
        <w:t>信仰是永恒幸福的钥匙，使信仰坚固，其重要性极其重大。信仰的力量哪怕只增加一粒微尘那么多，也是一座宝库。拉巴尼·艾哈迈德·法鲁基说：“在我看来，一个微小信仰问题的阐明，胜过百般精神体味与非凡恩迹。”</w:t>
      </w:r>
    </w:p>
    <w:p>
      <w:r>
        <w:rPr>
          <w:rFonts w:ascii="Times New Roman" w:hAnsi="Times New Roman" w:eastAsia="Noto Serif SC" w:cs="Amiri"/>
          <w:lang w:val="zh-CN" w:eastAsia="zh-CN" w:bidi="ar-SA"/>
          <w:color w:val="000000"/>
          <w:rtl w:val="0"/>
        </w:rPr>
        <w:t>犹如</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（奉Allah之名，慈悯普及万物者、至慈者Allah，依凭祂而行） </w:t>
      </w:r>
      <w:r>
        <w:rPr>
          <w:rFonts w:ascii="Amiri" w:hAnsi="Amiri" w:eastAsia="Amiri" w:cs="Amiri"/>
          <w:lang w:val="zh-CN" w:eastAsia="zh-CN" w:bidi="ar-SA"/>
          <w:rtl w:val="1"/>
          <w:cs w:val="1"/>
          <w:color w:val="000000"/>
          <w:sz w:val="24"/>
          <w:szCs w:val="24"/>
        </w:rPr>
        <w:t>ﺑِﻴَﺪِﻩ۪ ﻣَﻠَﻜُﻮﺕُ ﻛُﻞِّ ﺷَﻰْﺀٍ</w:t>
      </w:r>
      <w:r>
        <w:rPr>
          <w:rFonts w:ascii="Times New Roman" w:hAnsi="Times New Roman" w:eastAsia="Noto Serif SC" w:cs="Amiri"/>
          <w:lang w:val="zh-CN" w:eastAsia="zh-CN" w:bidi="ar-SA"/>
          <w:color w:val="000000"/>
          <w:rtl w:val="0"/>
        </w:rPr>
        <w:t xml:space="preserve">（万物的统治权与绝对主权尽在祂手中） </w:t>
      </w:r>
      <w:r>
        <w:rPr>
          <w:rFonts w:ascii="Amiri" w:hAnsi="Amiri" w:eastAsia="Amiri" w:cs="Amiri"/>
          <w:lang w:val="zh-CN" w:eastAsia="zh-CN" w:bidi="ar-SA"/>
          <w:rtl w:val="1"/>
          <w:cs w:val="1"/>
          <w:color w:val="000000"/>
          <w:sz w:val="24"/>
          <w:szCs w:val="24"/>
        </w:rPr>
        <w:t>٭ ﻟَﻪُ ﻣَﻘَﺎﻟ۪ﻴﺪُ ﺍﻟﺴَّﻤٰﻮَﺍﺕِ ﻭَ الْاَرْضِ</w:t>
      </w:r>
      <w:r>
        <w:rPr>
          <w:rFonts w:ascii="Times New Roman" w:hAnsi="Times New Roman" w:eastAsia="Noto Serif SC" w:cs="Amiri"/>
          <w:lang w:val="zh-CN" w:eastAsia="zh-CN" w:bidi="ar-SA"/>
          <w:color w:val="000000"/>
          <w:rtl w:val="0"/>
        </w:rPr>
        <w:t xml:space="preserve">（诸天与大地的钥匙、宝库及一切治理的权柄唯独属于祂） </w:t>
      </w:r>
      <w:r>
        <w:rPr>
          <w:rFonts w:ascii="Amiri" w:hAnsi="Amiri" w:eastAsia="Amiri" w:cs="Amiri"/>
          <w:lang w:val="zh-CN" w:eastAsia="zh-CN" w:bidi="ar-SA"/>
          <w:rtl w:val="1"/>
          <w:cs w:val="1"/>
          <w:color w:val="000000"/>
          <w:sz w:val="24"/>
          <w:szCs w:val="24"/>
        </w:rPr>
        <w:t>٭ ﻭَ ﺍِﻥْ ﻣِﻦْ ﺷَﻰْﺀٍ اِلَّا ﻋِﻨْﺪَﻧَﺎ ﺧَﺰَٓﺍﺋِﻨُﻪُ</w:t>
      </w:r>
      <w:r>
        <w:rPr>
          <w:rFonts w:ascii="Times New Roman" w:hAnsi="Times New Roman" w:eastAsia="Noto Serif SC" w:cs="Amiri"/>
          <w:lang w:val="zh-CN" w:eastAsia="zh-CN" w:bidi="ar-SA"/>
          <w:color w:val="000000"/>
          <w:rtl w:val="0"/>
        </w:rPr>
        <w:t xml:space="preserve">（没有任何一物，其宝库不在Allah这里；一切存在与给养的源泉都由祂掌握） </w:t>
      </w:r>
      <w:r>
        <w:rPr>
          <w:rFonts w:ascii="Amiri" w:hAnsi="Amiri" w:eastAsia="Amiri" w:cs="Amiri"/>
          <w:lang w:val="zh-CN" w:eastAsia="zh-CN" w:bidi="ar-SA"/>
          <w:rtl w:val="1"/>
          <w:cs w:val="1"/>
          <w:color w:val="000000"/>
          <w:sz w:val="24"/>
          <w:szCs w:val="24"/>
        </w:rPr>
        <w:t>٭ ﻣَﺎ ﻣِﻦْ ﺩَٓﺍﺑَّﺔٍ اِلَّا ﻫُﻮَ ﺍٰﺧِﺬٌ ﺑِﻨَﺎﺻِﻴَﺘِﻬَﺎ</w:t>
      </w:r>
      <w:r>
        <w:rPr>
          <w:rFonts w:ascii="Times New Roman" w:hAnsi="Times New Roman" w:eastAsia="Noto Serif SC" w:cs="Amiri"/>
          <w:lang w:val="zh-CN" w:eastAsia="zh-CN" w:bidi="ar-SA"/>
          <w:color w:val="000000"/>
          <w:rtl w:val="0"/>
        </w:rPr>
        <w:t>（没有任何行走的生物，不是由祂掌握其额发；一切生命的行动与归宿都在祂的绝对治理之下）这些指示Allah维系万有之属性的经文，其中一个精义，亦即至大尊名，或者说至大尊名两道光芒中的第二道光芒，或者说至大尊名六光中的第六光——“自立并维系万有者”尊名的一种至大彰显，在祖勒盖尔岱月显现于我的理智。由于我在埃斯基谢希尔监狱中未经许可，当然无法完整阐明那至大之光。不过，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埃尔朱泽长诗》中以“塞基奈”这一崇高名称阐明至大尊名，又在《杰尔杰卢提耶祷文》中，把至大尊名所包含的那六个尊名，以极其庄严的诸尊名视为最至大、最重要；他在论述它们时，又以非凡恩迹般的方式给予我们慰藉。因此，对于这“自立并维系万有者”尊名，我们也将像先前五个尊名一样，至少以五道光芒，简略地指向那至大之光。第一道光芒：这宇宙具威严的创造者Allah是自立并维系万有者。也就是说，祂凭自身而立，永恒常在，永存不灭。万物都凭祂而立、延续、保持存在并获得长存。倘若宇宙与那维系万有的关系哪怕中断一分钟，宇宙便会毁灭。再者，正如具威严的主宰Allah在尊贵庄严的《古兰经》中偕同祂维系万有的属性所宣示的，</w:t>
      </w:r>
      <w:r>
        <w:rPr>
          <w:rFonts w:ascii="Amiri" w:hAnsi="Amiri" w:eastAsia="Amiri" w:cs="Amiri"/>
          <w:lang w:val="zh-CN" w:eastAsia="zh-CN" w:bidi="ar-SA"/>
          <w:rtl w:val="1"/>
          <w:cs w:val="1"/>
          <w:color w:val="000000"/>
          <w:sz w:val="24"/>
          <w:szCs w:val="24"/>
        </w:rPr>
        <w:t>ﻟَﻴْﺲَ ﻛَﻤِﺜْﻠِﻪ۪ ﺷَﻰْﺀٌ</w:t>
      </w:r>
      <w:r>
        <w:rPr>
          <w:rFonts w:ascii="Times New Roman" w:hAnsi="Times New Roman" w:eastAsia="Noto Serif SC" w:cs="Amiri"/>
          <w:lang w:val="zh-CN" w:eastAsia="zh-CN" w:bidi="ar-SA"/>
          <w:color w:val="000000"/>
          <w:rtl w:val="0"/>
        </w:rPr>
        <w:t>（任何事物都不与祂相似）也就是说，无论在本体、属性还是行为上，祂都没有匹敌，没有相似者，没有相像者，也没有伙伴。诚然，一位至圣的主宰Allah把整个宇宙连同其一切情状和状态都掌握在祂养育主宰的权柄之中，把它作为一座房舍、一座宫殿，以至美的秩序加以筹度、治理和培育；与祂同等、相似、为伙伴或相像者，绝不可能存在。</w:t>
      </w:r>
    </w:p>
    <w:p>
      <w:r>
        <w:rPr>
          <w:rFonts w:ascii="Times New Roman" w:hAnsi="Times New Roman" w:eastAsia="Noto Serif SC" w:cs="Amiri"/>
          <w:lang w:val="zh-CN" w:eastAsia="zh-CN" w:bidi="ar-SA"/>
          <w:color w:val="000000"/>
          <w:rtl w:val="0"/>
        </w:rPr>
        <w:t>诚然，有这样一位主宰：创造群星对祂而言如创造微粒一样容易；最大的事物如同最小的事物，都服从祂的权能；没有任何事物能阻碍另一事物，没有任何行为能妨碍另一行为；无数个体在祂的观照中如同一个个体般全然在临；祂同时听见一切声音，能同时满足所有存在者的无数需要；宇宙万有中的全部秩序与衡量都作证，没有任何事物、任何状态超出祂的意欲与意志之域；祂虽不在任何地方，却以自己的权能与知识临在于每一处、每一个地方；万物虽与祂无限遥远，祂却能与万物无限亲近。这样一位永活而自立、维系万有、具威严的主宰Allah，当然在任何方面都没有相似者、匹敌、伙伴、辅佐、对立者或等同者，也不可能有。只可以借比喻与譬喻的形式，观察祂神圣的情状。《光明论》中的一切比喻与比拟，都属于这种比喻与譬喻。</w:t>
      </w:r>
    </w:p>
    <w:p>
      <w:r>
        <w:rPr>
          <w:rFonts w:ascii="Times New Roman" w:hAnsi="Times New Roman" w:eastAsia="Noto Serif SC" w:cs="Amiri"/>
          <w:lang w:val="zh-CN" w:eastAsia="zh-CN" w:bidi="ar-SA"/>
          <w:color w:val="000000"/>
          <w:rtl w:val="0"/>
        </w:rPr>
        <w:t>这位至圣的主宰Allah无可比拟，存在为其本体所必然，超脱物质，超越空间，绝不可能有任何分割与分离，绝不容变化与改变，需要与无力对祂绝无可能。某些迷误的人，把祂在宇宙诸页与万有诸层中彰显的一些华彩，误当成那位至圣主宰本身，并把应受崇拜之神圣性的种种律则赋予祂的一些受造物；其中一些人又把那位具威严主宰的某些作品归于自然。然而，《光明论》的许多地方已经以确凿的证据证明：</w:t>
      </w:r>
    </w:p>
    <w:p>
      <w:r>
        <w:rPr>
          <w:rFonts w:ascii="Times New Roman" w:hAnsi="Times New Roman" w:eastAsia="Noto Serif SC" w:cs="Amiri"/>
          <w:lang w:val="zh-CN" w:eastAsia="zh-CN" w:bidi="ar-SA"/>
          <w:color w:val="000000"/>
          <w:rtl w:val="0"/>
        </w:rPr>
        <w:t>自然是一项神圣的创造之艺，不是创造者；是一篇神圣的书写，不是书写者；是一种纹饰，不是纹饰匠；是一册簿籍，不是簿籍管理者；是一项法则，不是权能；是一把衡量的尺，不是创造的源泉；是一种承受者，只能承受作用，不能施行作为；是一种秩序，不是制定秩序者；是一部基于创造天性的神圣律法，不是立法者。</w:t>
      </w:r>
    </w:p>
    <w:p>
      <w:r>
        <w:rPr>
          <w:rFonts w:ascii="Times New Roman" w:hAnsi="Times New Roman" w:eastAsia="Noto Serif SC" w:cs="Amiri"/>
          <w:lang w:val="zh-CN" w:eastAsia="zh-CN" w:bidi="ar-SA"/>
          <w:color w:val="000000"/>
          <w:rtl w:val="0"/>
        </w:rPr>
        <w:t>即使作一个绝不可能的假设，把最小的一个有生命的受造物交给自然，对它说“把它造出来”；那么，正如《光明论》许多地方以确凿的证据所证明的，必须备有与那个微小有生命者的器官和官能一样多的模具，甚至机器，自然才能完成那项工作。</w:t>
      </w:r>
    </w:p>
    <w:p>
      <w:r>
        <w:rPr>
          <w:rFonts w:ascii="Times New Roman" w:hAnsi="Times New Roman" w:eastAsia="Noto Serif SC" w:cs="Amiri"/>
          <w:lang w:val="zh-CN" w:eastAsia="zh-CN" w:bidi="ar-SA"/>
          <w:color w:val="000000"/>
          <w:rtl w:val="0"/>
        </w:rPr>
        <w:t>再者，称为唯物主义者的某些迷误者，在微粒有序的变化中感受到Allah的创造性与神圣权能的一种至大彰显，却不知道那彰显从何而来；他们也不明白，来自那万物皆依赖祂而祂无所依赖者之权能的普遍力量，究竟由何处治理。于是，他们臆想物质与力量无始，开始把Allah的种种作品归于微粒及其运动。</w:t>
      </w:r>
    </w:p>
    <w:p>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这种荒谬归附与祂绝无相干）！人类怎会有如此无边的愚昧？那位超越空间的主宰，在每一个地方、每一事物的创造中，都以一种能看见、知道并治理一切的方式在临；祂以这样的状态所行的作为与作品，却被归于僵固、盲目、无意识、无意志、无衡量、在偶然的风暴中翻腾的微粒及其运动。凡有一丁点理智的人，都应当知道，这是何等愚昧、何等迷信的想法。诚然，这些人放弃绝对的独一，便陷入无限而无尽的绝对繁多；也就是说，他们不接受独一的主宰Allah，便被迫接受无数的主宰。换言之，无始性与创造性本是那独一至圣主宰Allah的专有属性、其本体所必然具有的特性；他们败坏的理智无法容纳这一点，于是依其思想道路，被迫承认那无数、无尽而僵固的微粒各自无始，甚至承认它们具有应受崇拜的神圣性。</w:t>
      </w:r>
    </w:p>
    <w:p>
      <w:r>
        <w:rPr>
          <w:rFonts w:ascii="Times New Roman" w:hAnsi="Times New Roman" w:eastAsia="Noto Serif SC" w:cs="Amiri"/>
          <w:lang w:val="zh-CN" w:eastAsia="zh-CN" w:bidi="ar-SA"/>
          <w:color w:val="000000"/>
          <w:rtl w:val="0"/>
        </w:rPr>
        <w:t>那么，请你来看看这极端愚昧究竟到了何等无边的程度！诚然，微粒中的彰显，使微粒这一群体凭存在必然的主宰Allah的大能、权能与命令，成为一支秩序井然、壮丽威严的军队。倘若那位至大统帅的命令与力量收回哪怕一秒钟，那为数极多、僵固而无意识的群体便会成为一群乌合之众，甚至会彻底毁灭。</w:t>
      </w:r>
    </w:p>
    <w:p>
      <w:r>
        <w:rPr>
          <w:rFonts w:ascii="Times New Roman" w:hAnsi="Times New Roman" w:eastAsia="Noto Serif SC" w:cs="Amiri"/>
          <w:lang w:val="zh-CN" w:eastAsia="zh-CN" w:bidi="ar-SA"/>
          <w:color w:val="000000"/>
          <w:rtl w:val="0"/>
        </w:rPr>
        <w:t>再者，有些人自以为看得更远，却以更加愚昧的迷误，把“以太”这种物质臆想为创造的源泉与施行者。其实，以太只是具威严的创造者Allah一页极其精妙、柔顺、服从而听命的作为簿页，是运送其命令的工具，是其支配的一层脆弱帷幕，是书写的一种精妙墨汁，是其创造最柔美的一件外衣，是其所造之物的一种基质，也是其谷物的田地；它不过是在为养育主宰的彰显充当镜子。这种奇异的愚昧，必然引出无数的不可能。因为，以太这种物质，比使唯物主义者窒息的微粒物质更为精妙，却又比古代某些自然哲学家陷入的“原初质料”之索引更为粗浊；它是一种没有自主选择、没有意识、僵固的物质。这种物质无限地分割、分离，只配备了传递与承受作用的特性和职能；把那种在每一事物中都能看见、知道并治理一切、凭选择与能力而产生的行为和作品，归于这种物质，甚至归于比微粒还小得多的以太微粒，其错误就有以太的微粒那么多。</w:t>
      </w:r>
    </w:p>
    <w:p>
      <w:r>
        <w:rPr>
          <w:rFonts w:ascii="Times New Roman" w:hAnsi="Times New Roman" w:eastAsia="Noto Serif SC" w:cs="Amiri"/>
          <w:lang w:val="zh-CN" w:eastAsia="zh-CN" w:bidi="ar-SA"/>
          <w:color w:val="000000"/>
          <w:rtl w:val="0"/>
        </w:rPr>
        <w:t>是的，万有之中所见的创造行为具有这样一种性质：它表明，在每一事物中，尤其是对于有生命者，这行为必出于一种权能与意志，能够看见并认识大多数事物，乃至整个宇宙，也能够认识并保障那个有生命者与宇宙的关系。物质性而无涵盖能力的原因，绝不可能在任何方面施行这样的行为。是的，凭自立并使万有持存的奥义，即使最细微的创造行为，也带有一项至大的奥义，证明它直接就是整个宇宙创造者Allah的行为。</w:t>
      </w:r>
    </w:p>
    <w:p>
      <w:r>
        <w:rPr>
          <w:rFonts w:ascii="Times New Roman" w:hAnsi="Times New Roman" w:eastAsia="Noto Serif SC" w:cs="Amiri"/>
          <w:lang w:val="zh-CN" w:eastAsia="zh-CN" w:bidi="ar-SA"/>
          <w:color w:val="000000"/>
          <w:rtl w:val="0"/>
        </w:rPr>
        <w:t>是的，例如，一项创造蜜蜂的行为，从两个方面显示它专属于宇宙的创造者Allah。</w:t>
      </w:r>
    </w:p>
    <w:p>
      <w:r>
        <w:rPr>
          <w:rFonts w:ascii="Times New Roman" w:hAnsi="Times New Roman" w:eastAsia="Noto Serif SC" w:cs="Amiri"/>
          <w:lang w:val="zh-CN" w:eastAsia="zh-CN" w:bidi="ar-SA"/>
          <w:color w:val="000000"/>
          <w:rtl w:val="0"/>
        </w:rPr>
        <w:t>第一：这只蜜蜂的一切同类，在整个大地的同一时刻，都成为同一行为的对象。这表明，这个个别而特定的行为，是那涵盖整个地表之行为的一端。因此，那宏大行为的施行者是谁，那行为的所有者是谁，这个个别行为也同样属于祂。</w:t>
      </w:r>
    </w:p>
    <w:p>
      <w:r>
        <w:rPr>
          <w:rFonts w:ascii="Times New Roman" w:hAnsi="Times New Roman" w:eastAsia="Noto Serif SC" w:cs="Amiri"/>
          <w:lang w:val="zh-CN" w:eastAsia="zh-CN" w:bidi="ar-SA"/>
          <w:color w:val="000000"/>
          <w:rtl w:val="0"/>
        </w:rPr>
        <w:t>第二方面：要成为施行这项创造眼前这只蜜蜂之行为者，必须具有极其宏大的权能与意志，足以认识并保障这只蜜蜂的生命条件、器官与官能，以及它同宇宙的关系。因此，施行这个个别行为者，只有支配宇宙的大部分，才能把这一行为完成得如此完美。</w:t>
      </w:r>
    </w:p>
    <w:p>
      <w:r>
        <w:rPr>
          <w:rFonts w:ascii="Times New Roman" w:hAnsi="Times New Roman" w:eastAsia="Noto Serif SC" w:cs="Amiri"/>
          <w:lang w:val="zh-CN" w:eastAsia="zh-CN" w:bidi="ar-SA"/>
          <w:color w:val="000000"/>
          <w:rtl w:val="0"/>
        </w:rPr>
        <w:t>可见，即使最细微的行为，也从两个方面表明它专属于万物的创造者Allah。</w:t>
      </w:r>
    </w:p>
    <w:p>
      <w:r>
        <w:rPr>
          <w:rFonts w:ascii="Times New Roman" w:hAnsi="Times New Roman" w:eastAsia="Noto Serif SC" w:cs="Amiri"/>
          <w:lang w:val="zh-CN" w:eastAsia="zh-CN" w:bidi="ar-SA"/>
          <w:color w:val="000000"/>
          <w:rtl w:val="0"/>
        </w:rPr>
        <w:t>最值得注意、最令人惊异的是：把无始性与永恒性赋予以太、微粒这类物质，把它们想象为无始者，并设想某些神圣迹相由它们产生，究竟是多么违背真理与实际、远离理智而虚妄的观念！无始性与永恒性，本是存在为自身所必然者Allah最独有的属性、祂本体的必然属性；而祂拥有存在的最强层次——存在必然性，存在的最稳固程度——超脱物质，存在最远离消逝的形态——超越空间，以及存在最坚实、最超绝变化与无有的属性——独一。以太、微粒这类东西，却是存在最弱的层次、最微细的程度、最易变化转化的形态，也是最弥散于空间、数量无尽的物质。《光明论集》的许多部分，已经用确凿的论证阐明了这一点。第二道光芒：包括两个论题。</w:t>
      </w:r>
    </w:p>
    <w:p>
      <w:r>
        <w:rPr>
          <w:rFonts w:ascii="Times New Roman" w:hAnsi="Times New Roman" w:eastAsia="Noto Serif SC" w:cs="Amiri"/>
          <w:lang w:val="zh-CN" w:eastAsia="zh-CN" w:bidi="ar-SA"/>
          <w:color w:val="000000"/>
          <w:rtl w:val="0"/>
        </w:rPr>
        <w:t>第一论题：有些经文指示“自立并使万有持存者”这一尊名的一项至大彰显，例如</w:t>
      </w:r>
      <w:r>
        <w:rPr>
          <w:rFonts w:ascii="Amiri" w:hAnsi="Amiri" w:eastAsia="Amiri" w:cs="Amiri"/>
          <w:lang w:val="zh-CN" w:eastAsia="zh-CN" w:bidi="ar-SA"/>
          <w:rtl w:val="1"/>
          <w:cs w:val="1"/>
          <w:color w:val="000000"/>
          <w:sz w:val="24"/>
          <w:szCs w:val="24"/>
        </w:rPr>
        <w:t>لَا ﺗَﺎْﺧُﺬُﻩُ ﺳِﻨَﺔٌ وَلَا ﻧَﻮْﻡٌ</w:t>
      </w:r>
      <w:r>
        <w:rPr>
          <w:rFonts w:ascii="Times New Roman" w:hAnsi="Times New Roman" w:eastAsia="Noto Serif SC" w:cs="Amiri"/>
          <w:lang w:val="zh-CN" w:eastAsia="zh-CN" w:bidi="ar-SA"/>
          <w:color w:val="000000"/>
          <w:rtl w:val="0"/>
        </w:rPr>
        <w:t xml:space="preserve">（任何困倦不能侵袭祂，睡眠也不能侵袭祂；祂始终清醒，毫不松懈） </w:t>
      </w:r>
      <w:r>
        <w:rPr>
          <w:rFonts w:ascii="Amiri" w:hAnsi="Amiri" w:eastAsia="Amiri" w:cs="Amiri"/>
          <w:lang w:val="zh-CN" w:eastAsia="zh-CN" w:bidi="ar-SA"/>
          <w:rtl w:val="1"/>
          <w:cs w:val="1"/>
          <w:color w:val="000000"/>
          <w:sz w:val="24"/>
          <w:szCs w:val="24"/>
        </w:rPr>
        <w:t>٭ ﻣَﺎ ﻣِﻦْ ﺩَٓﺍﺑَّﺔٍ اِلَّا ﻫُﻮَ ﺍٰﺧِﺬٌ ﺑِﻨَﺎﺻِﻴَﺘِﻬَﺎ</w:t>
      </w:r>
      <w:r>
        <w:rPr>
          <w:rFonts w:ascii="Times New Roman" w:hAnsi="Times New Roman" w:eastAsia="Noto Serif SC" w:cs="Amiri"/>
          <w:lang w:val="zh-CN" w:eastAsia="zh-CN" w:bidi="ar-SA"/>
          <w:color w:val="000000"/>
          <w:rtl w:val="0"/>
        </w:rPr>
        <w:t xml:space="preserve">（凡行动的生物，没有一个不掌握在祂手中；祂牢固地执掌它的额发，它不能脱离祂的支配） </w:t>
      </w:r>
      <w:r>
        <w:rPr>
          <w:rFonts w:ascii="Amiri" w:hAnsi="Amiri" w:eastAsia="Amiri" w:cs="Amiri"/>
          <w:lang w:val="zh-CN" w:eastAsia="zh-CN" w:bidi="ar-SA"/>
          <w:rtl w:val="1"/>
          <w:cs w:val="1"/>
          <w:color w:val="000000"/>
          <w:sz w:val="24"/>
          <w:szCs w:val="24"/>
        </w:rPr>
        <w:t>٭ ﻟَﻪُ ﻣَﻘَﺎﻟ۪ﻴﺪُ ﺍﻟﺴَّﻤٰﻮَﺍﺕِ ﻭَ الْاَرْضِ</w:t>
      </w:r>
      <w:r>
        <w:rPr>
          <w:rFonts w:ascii="Times New Roman" w:hAnsi="Times New Roman" w:eastAsia="Noto Serif SC" w:cs="Amiri"/>
          <w:lang w:val="zh-CN" w:eastAsia="zh-CN" w:bidi="ar-SA"/>
          <w:color w:val="000000"/>
          <w:rtl w:val="0"/>
        </w:rPr>
        <w:t>（诸天与大地的钥匙唯独属于祂；其中一切宝库的开启都归祂掌握）。这些经文所指示的至大真理，其中一个方面如下：</w:t>
      </w:r>
    </w:p>
    <w:p>
      <w:r>
        <w:rPr>
          <w:rFonts w:ascii="Times New Roman" w:hAnsi="Times New Roman" w:eastAsia="Noto Serif SC" w:cs="Amiri"/>
          <w:lang w:val="zh-CN" w:eastAsia="zh-CN" w:bidi="ar-SA"/>
          <w:color w:val="000000"/>
          <w:rtl w:val="0"/>
        </w:rPr>
        <w:t>这宇宙中天体的挺立、延续与持存，都系于自立并使万有持存的奥义。倘若那维系持存的彰显在一分钟之内转开脸，数百万个球体——其中有些比地球大千倍——就会在无边虚空中四散，彼此碰撞，坠向无有。</w:t>
      </w:r>
    </w:p>
    <w:p>
      <w:r>
        <w:rPr>
          <w:rFonts w:ascii="Times New Roman" w:hAnsi="Times New Roman" w:eastAsia="Noto Serif SC" w:cs="Amiri"/>
          <w:lang w:val="zh-CN" w:eastAsia="zh-CN" w:bidi="ar-SA"/>
          <w:color w:val="000000"/>
          <w:rtl w:val="0"/>
        </w:rPr>
        <w:t>譬如，一个人能使数千座宏伟宫殿——代替飞机——在空中以完美的秩序停留并行进的，他维系持存的能力，便由那些空中宫殿的稳定、秩序与延续来衡量。同样，具威严、自立并使万有持存者Allah，凭那奥义，使以太物质之内数不清的天体获得挺立、持存与延续，并处在极致的秩序与均衡之中。祂使数百万个巨大球体——有些比地球大千倍，有些大百万倍——无柱无靠地停在虚空里，又赋予每一个球体一项职责，使它们组成一支极其宏伟的军队，以最完全的顺服服从来自</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（存在吧！它便依命而存在）的敕令。这一切，是“自立并使万有持存者”尊名至大彰显的一项尺度；同样，每一个存在物的微粒，也如星辰一般，凭自立并使万有持存的奥义而挺立，并借这奥义持存和延续。</w:t>
      </w:r>
    </w:p>
    <w:p>
      <w:r>
        <w:rPr>
          <w:rFonts w:ascii="Times New Roman" w:hAnsi="Times New Roman" w:eastAsia="Noto Serif SC" w:cs="Amiri"/>
          <w:lang w:val="zh-CN" w:eastAsia="zh-CN" w:bidi="ar-SA"/>
          <w:color w:val="000000"/>
          <w:rtl w:val="0"/>
        </w:rPr>
        <w:t>是的，有生命者身体中的微粒，按每种器官特有的形态成群聚集而不散乱；它们在如洪流奔涌的元素风暴中保持各自的位置，毫不分散，始终有序地停驻。这显然不是出于它们自身，而是凭自立并使万有持存的奥义。每一个身体如同一支有序的营队，每一个物种如同一支有序的军队；正如一切有生命者与复合物停驻、行进于地表，星辰停驻、运行于太空，这些微粒也以无数种语言宣告自立并使万有持存的奥义。</w:t>
      </w:r>
    </w:p>
    <w:p>
      <w:r>
        <w:rPr>
          <w:rFonts w:ascii="Times New Roman" w:hAnsi="Times New Roman" w:eastAsia="Noto Serif SC" w:cs="Amiri"/>
          <w:lang w:val="zh-CN" w:eastAsia="zh-CN" w:bidi="ar-SA"/>
          <w:color w:val="000000"/>
          <w:rtl w:val="0"/>
        </w:rPr>
        <w:t>第二论题：此处需要指出，万物同自立并使万有持存的奥义相联而具有的一部分益处与智慧。</w:t>
      </w:r>
    </w:p>
    <w:p>
      <w:r>
        <w:rPr>
          <w:rFonts w:ascii="Times New Roman" w:hAnsi="Times New Roman" w:eastAsia="Noto Serif SC" w:cs="Amiri"/>
          <w:lang w:val="zh-CN" w:eastAsia="zh-CN" w:bidi="ar-SA"/>
          <w:color w:val="000000"/>
          <w:rtl w:val="0"/>
        </w:rPr>
        <w:t>是的，每一事物存在的智慧、天性的宗旨、创造的益处与生命的结果，各有三种类型：</w:t>
      </w:r>
    </w:p>
    <w:p>
      <w:r>
        <w:rPr>
          <w:rFonts w:ascii="Times New Roman" w:hAnsi="Times New Roman" w:eastAsia="Noto Serif SC" w:cs="Amiri"/>
          <w:lang w:val="zh-CN" w:eastAsia="zh-CN" w:bidi="ar-SA"/>
          <w:color w:val="000000"/>
          <w:rtl w:val="0"/>
        </w:rPr>
        <w:t>第一种，关系到它自身、人类以及人类的利益。</w:t>
      </w:r>
    </w:p>
    <w:p>
      <w:r>
        <w:rPr>
          <w:rFonts w:ascii="Times New Roman" w:hAnsi="Times New Roman" w:eastAsia="Noto Serif SC" w:cs="Amiri"/>
          <w:lang w:val="zh-CN" w:eastAsia="zh-CN" w:bidi="ar-SA"/>
          <w:color w:val="000000"/>
          <w:rtl w:val="0"/>
        </w:rPr>
        <w:t>第二种更为重要：每一事物都是一项迹象、一封书信、一部书、一首颂诗；一切有意识者都能对之观览思悟，它又把具威严的开创者Allah诸尊名的彰显告知他们，向无数读者表达自己的意义。</w:t>
      </w:r>
    </w:p>
    <w:p>
      <w:r>
        <w:rPr>
          <w:rFonts w:ascii="Times New Roman" w:hAnsi="Times New Roman" w:eastAsia="Noto Serif SC" w:cs="Amiri"/>
          <w:lang w:val="zh-CN" w:eastAsia="zh-CN" w:bidi="ar-SA"/>
          <w:color w:val="000000"/>
          <w:rtl w:val="0"/>
        </w:rPr>
        <w:t>第三种则属于具威严的创造技艺者Allah，并关系到祂。每一事物的益处与结果，若关系到自身的是一个，关系到祂的却有数百个。祂亲自观览自己奇妙的创造之艺，在自己的受造之作中观看自己诸尊名的彰显。在这至大的第三种中，即使只生存一秒钟，也已足够。</w:t>
      </w:r>
    </w:p>
    <w:p>
      <w:r>
        <w:rPr>
          <w:rFonts w:ascii="Times New Roman" w:hAnsi="Times New Roman" w:eastAsia="Noto Serif SC" w:cs="Amiri"/>
          <w:lang w:val="zh-CN" w:eastAsia="zh-CN" w:bidi="ar-SA"/>
          <w:color w:val="000000"/>
          <w:rtl w:val="0"/>
        </w:rPr>
        <w:t>此外，还有一种要求每一事物得以存在的、自立并使万有持存的奥义，将在第三道光芒中阐明。</w:t>
      </w:r>
    </w:p>
    <w:p>
      <w:r>
        <w:rPr>
          <w:rFonts w:ascii="Times New Roman" w:hAnsi="Times New Roman" w:eastAsia="Noto Serif SC" w:cs="Amiri"/>
          <w:lang w:val="zh-CN" w:eastAsia="zh-CN" w:bidi="ar-SA"/>
          <w:color w:val="000000"/>
          <w:rtl w:val="0"/>
        </w:rPr>
        <w:t>曾经，我借宇宙的奥秘符码与创造之谜题的彰显，观察万有的智慧与益处。我说：“这些事物为什么这样显现自己，又很快消失离去？”我看它们自身：它们穿戴整齐而有秩序、充满智慧，是被穿扮、被装饰起来，送往展台供人观览的。然而，它们在一两天内，甚至有的在几分钟内便消失，似乎毫无益处、徒然离去。在如此短暂的时间里向我们显现，目的究竟是什么？我对此曾十分好奇。后来，借Allah的恩泽，我发现了万有——尤其是有生命者——来到世界这所学堂的一项重要智慧。那就是：</w:t>
      </w:r>
    </w:p>
    <w:p>
      <w:r>
        <w:rPr>
          <w:rFonts w:ascii="Times New Roman" w:hAnsi="Times New Roman" w:eastAsia="Noto Serif SC" w:cs="Amiri"/>
          <w:lang w:val="zh-CN" w:eastAsia="zh-CN" w:bidi="ar-SA"/>
          <w:color w:val="000000"/>
          <w:rtl w:val="0"/>
        </w:rPr>
        <w:t>每一事物，尤其是有生命者，都是一个意义极为深长的词语、一封书信、一首养育与主宰者的颂诗，是一份Allah的宣告。在它成为一切有意识者观览思悟的对象，向无数思悟者表达自己的意义之后，那如同其文字与字母的物质形体便消失了。</w:t>
      </w:r>
    </w:p>
    <w:p>
      <w:r>
        <w:rPr>
          <w:rFonts w:ascii="Times New Roman" w:hAnsi="Times New Roman" w:eastAsia="Noto Serif SC" w:cs="Amiri"/>
          <w:lang w:val="zh-CN" w:eastAsia="zh-CN" w:bidi="ar-SA"/>
          <w:color w:val="000000"/>
          <w:rtl w:val="0"/>
        </w:rPr>
        <w:t>这项智慧约有一年之久，使我感到满足。一年后，受造之作——尤其是有生命者——中许多超乎常规、极其精妙的创造之艺奇迹，向我展开了。我明白，这些极其精微、超乎常规的技艺妙处，并不仅仅是为了向有意识者的目光表达意义。诚然，每一个存在物都可以让无数有意识者观览思悟；可是，他们的观览毕竟有限，也并非每个人都能深入那有生命者创造之艺的全部精妙。因此，有生命者受造的最重要结果与天性的最大宗旨，是向无始、自立并使万有持存者Allah自己的目光，呈献祂奇妙的创造之艺，以及祂以深厚慈悯赐予的礼物与恩惠。</w:t>
      </w:r>
    </w:p>
    <w:p>
      <w:r>
        <w:rPr>
          <w:rFonts w:ascii="Times New Roman" w:hAnsi="Times New Roman" w:eastAsia="Noto Serif SC" w:cs="Amiri"/>
          <w:lang w:val="zh-CN" w:eastAsia="zh-CN" w:bidi="ar-SA"/>
          <w:color w:val="000000"/>
          <w:rtl w:val="0"/>
        </w:rPr>
        <w:t>这一宗旨有很长时间使我信服。我也由此明白：每一个存在物，尤其是有生命者，都具有无数创造之艺的精妙，是要呈献给无始、自立并使万有持存者Allah的目光；也就是说，创造的智慧在于祂亲自观览自己的技艺。这项智慧足以使那巨大的耗费显得值得。过了一段时间，我看见万有自身与其形体中的技艺精妙并不停留，而是极迅速地更新、变换，在无尽的活动与不断创造之中转化。这项不断创造与活动的智慧，必然也像这活动本身一样宏大。于是我开始思悟。这一次，前述两项智慧不再足以令我满足，显得有所欠缺。我怀着强烈的好奇，开始寻找、探求另一项智慧。后来，</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唯独归于Allah；万有都仰赖祂，而祂自存无求，无始无终，唯祂真正配得一切颂扬），凭奇迹般阐明的《古兰经》的恩泽，在自立并使万有持存的奥义这一点上，我看见了一项宏大而无边的智慧、一个宗旨。借此，那被称为“宇宙的奥秘符码”与“创造之谜题”的一项神圣奥义得以明了——第二十四封书信已对此详加说明，这里只在第三道光芒中简要提及两三点。</w:t>
      </w:r>
    </w:p>
    <w:p>
      <w:r>
        <w:rPr>
          <w:rFonts w:ascii="Times New Roman" w:hAnsi="Times New Roman" w:eastAsia="Noto Serif SC" w:cs="Amiri"/>
          <w:lang w:val="zh-CN" w:eastAsia="zh-CN" w:bidi="ar-SA"/>
          <w:color w:val="000000"/>
          <w:rtl w:val="0"/>
        </w:rPr>
        <w:t>是的，请从这一点观察自立并使万有持存之奥义的彰显：祂把一切万有从无有中取出，又凭</w:t>
      </w:r>
      <w:r>
        <w:rPr>
          <w:rFonts w:ascii="Amiri" w:hAnsi="Amiri" w:eastAsia="Amiri" w:cs="Amiri"/>
          <w:lang w:val="zh-CN" w:eastAsia="zh-CN" w:bidi="ar-SA"/>
          <w:rtl w:val="1"/>
          <w:cs w:val="1"/>
          <w:color w:val="000000"/>
          <w:sz w:val="24"/>
          <w:szCs w:val="24"/>
        </w:rPr>
        <w:t>ﺭَﻓَﻊَ ﺍﻟﺴَّﻤَﺎﺀَ ﺑِﻐَﻴْﺮِ ﻋَﻤَﺪٍ ﺗَﺮَﻭْﻧَﻬَﺎ</w:t>
      </w:r>
      <w:r>
        <w:rPr>
          <w:rFonts w:ascii="Times New Roman" w:hAnsi="Times New Roman" w:eastAsia="Noto Serif SC" w:cs="Amiri"/>
          <w:lang w:val="zh-CN" w:eastAsia="zh-CN" w:bidi="ar-SA"/>
          <w:color w:val="000000"/>
          <w:rtl w:val="0"/>
        </w:rPr>
        <w:t>（祂升起了诸天，却不用你们所能看见的支柱；诸天的挺立不依赖可见的支撑）的奥义，使每一个存在物停驻在这无边太空中，赐给它挺立与持存，并使它们全都成为这维系持存之彰显的对象。倘若没有这一依靠点，任何事物都不能独自站住，只会在无边的虚空中翻滚，坠入无有。</w:t>
      </w:r>
    </w:p>
    <w:p>
      <w:r>
        <w:rPr>
          <w:rFonts w:ascii="Times New Roman" w:hAnsi="Times New Roman" w:eastAsia="Noto Serif SC" w:cs="Amiri"/>
          <w:lang w:val="zh-CN" w:eastAsia="zh-CN" w:bidi="ar-SA"/>
          <w:color w:val="000000"/>
          <w:rtl w:val="0"/>
        </w:rPr>
        <w:t>正如一切万有在存在、挺立与持存方面都依靠具威严、自立并使万有持存者Allah，它们的挺立也借祂而成；同样，万有的性质与状态中的千万条链索，其末端也凭</w:t>
      </w:r>
      <w:r>
        <w:rPr>
          <w:rFonts w:ascii="Amiri" w:hAnsi="Amiri" w:eastAsia="Amiri" w:cs="Amiri"/>
          <w:lang w:val="zh-CN" w:eastAsia="zh-CN" w:bidi="ar-SA"/>
          <w:rtl w:val="1"/>
          <w:cs w:val="1"/>
          <w:color w:val="000000"/>
          <w:sz w:val="24"/>
          <w:szCs w:val="24"/>
        </w:rPr>
        <w:t>ﻭَ ﺍِﻟَﻴْﻪِ ﻳُﺮْﺟَﻊُ الْاَمْرُ ﻛُﻠُّﻪُ</w:t>
      </w:r>
      <w:r>
        <w:rPr>
          <w:rFonts w:ascii="Times New Roman" w:hAnsi="Times New Roman" w:eastAsia="Noto Serif SC" w:cs="Amiri"/>
          <w:lang w:val="zh-CN" w:eastAsia="zh-CN" w:bidi="ar-SA"/>
          <w:color w:val="000000"/>
          <w:rtl w:val="0"/>
        </w:rPr>
        <w:t>（一切事务最终都只归向祂；万事的裁决与归宿都归于祂）的奥义，连接在自立并使万有持存的奥义上——愿比喻不至失当，它就像电话、电报线路的中心与总机支柱。倘若它们不依靠那光明的依靠点，有理智者会认为不可能而虚妄的千万种循环论证与无穷回溯就不可避免；甚至可以说，将需要与万有数目相等的虚妄循环与回溯。例如，这件事——无论是护佑、光明、存在还是给养——在某一方面依靠那件事，那件事又依靠另一件，另一件再依靠下一件……如此推进，绝不可能没有终点，必定有一个尽头。因此，所有这类链索的终点，无疑就是自立并使万有持存的奥义。明白了这奥义之后，那些假想链索中彼此依靠的联系与意义便不复存在，归于消除；每一事物都直接关联于自立并使万有持存的奥义。</w:t>
      </w:r>
    </w:p>
    <w:p>
      <w:r>
        <w:rPr>
          <w:rFonts w:ascii="Times New Roman" w:hAnsi="Times New Roman" w:eastAsia="Noto Serif SC" w:cs="Amiri"/>
          <w:lang w:val="zh-CN" w:eastAsia="zh-CN" w:bidi="ar-SA"/>
          <w:color w:val="000000"/>
          <w:rtl w:val="0"/>
        </w:rPr>
        <w:t>第三道光芒：</w:t>
      </w:r>
      <w:r>
        <w:rPr>
          <w:rFonts w:ascii="Amiri" w:hAnsi="Amiri" w:eastAsia="Amiri" w:cs="Amiri"/>
          <w:lang w:val="zh-CN" w:eastAsia="zh-CN" w:bidi="ar-SA"/>
          <w:rtl w:val="1"/>
          <w:cs w:val="1"/>
          <w:color w:val="000000"/>
          <w:sz w:val="24"/>
          <w:szCs w:val="24"/>
        </w:rPr>
        <w:t>ﻛُﻞَّ ﻳَﻮْﻡٍ ﻫُﻮَ ﻓ۪ﻰ ﺷَﺎْﻥٍ</w:t>
      </w:r>
      <w:r>
        <w:rPr>
          <w:rFonts w:ascii="Times New Roman" w:hAnsi="Times New Roman" w:eastAsia="Noto Serif SC" w:cs="Amiri"/>
          <w:lang w:val="zh-CN" w:eastAsia="zh-CN" w:bidi="ar-SA"/>
          <w:color w:val="000000"/>
          <w:rtl w:val="0"/>
        </w:rPr>
        <w:t xml:space="preserve">（祂每日每时都在新的作为之中，不断施行新的创造与治理） </w:t>
      </w:r>
      <w:r>
        <w:rPr>
          <w:rFonts w:ascii="Amiri" w:hAnsi="Amiri" w:eastAsia="Amiri" w:cs="Amiri"/>
          <w:lang w:val="zh-CN" w:eastAsia="zh-CN" w:bidi="ar-SA"/>
          <w:rtl w:val="1"/>
          <w:cs w:val="1"/>
          <w:color w:val="000000"/>
          <w:sz w:val="24"/>
          <w:szCs w:val="24"/>
        </w:rPr>
        <w:t>٭ ﻓَﻌَّﺎﻝٌ ﻟِﻤَﺎ ﻳُﺮ۪ﻳﺪُ</w:t>
      </w:r>
      <w:r>
        <w:rPr>
          <w:rFonts w:ascii="Times New Roman" w:hAnsi="Times New Roman" w:eastAsia="Noto Serif SC" w:cs="Amiri"/>
          <w:lang w:val="zh-CN" w:eastAsia="zh-CN" w:bidi="ar-SA"/>
          <w:color w:val="000000"/>
          <w:rtl w:val="0"/>
        </w:rPr>
        <w:t xml:space="preserve">（祂完全施行自己所意欲的一切；祂的意愿不受任何阻碍） </w:t>
      </w:r>
      <w:r>
        <w:rPr>
          <w:rFonts w:ascii="Amiri" w:hAnsi="Amiri" w:eastAsia="Amiri" w:cs="Amiri"/>
          <w:lang w:val="zh-CN" w:eastAsia="zh-CN" w:bidi="ar-SA"/>
          <w:rtl w:val="1"/>
          <w:cs w:val="1"/>
          <w:color w:val="000000"/>
          <w:sz w:val="24"/>
          <w:szCs w:val="24"/>
        </w:rPr>
        <w:t>٭ ﻳَﺨْﻠُﻖُ ﻣَﺎ ﻳَﺸَٓﺎﺀُ</w:t>
      </w:r>
      <w:r>
        <w:rPr>
          <w:rFonts w:ascii="Times New Roman" w:hAnsi="Times New Roman" w:eastAsia="Noto Serif SC" w:cs="Amiri"/>
          <w:lang w:val="zh-CN" w:eastAsia="zh-CN" w:bidi="ar-SA"/>
          <w:color w:val="000000"/>
          <w:rtl w:val="0"/>
        </w:rPr>
        <w:t xml:space="preserve">（祂随自己的意欲创造；创造何物皆由祂的意志决定） </w:t>
      </w:r>
      <w:r>
        <w:rPr>
          <w:rFonts w:ascii="Amiri" w:hAnsi="Amiri" w:eastAsia="Amiri" w:cs="Amiri"/>
          <w:lang w:val="zh-CN" w:eastAsia="zh-CN" w:bidi="ar-SA"/>
          <w:rtl w:val="1"/>
          <w:cs w:val="1"/>
          <w:color w:val="000000"/>
          <w:sz w:val="24"/>
          <w:szCs w:val="24"/>
        </w:rPr>
        <w:t>٭ ﺑِﻴَﺪِﻩ۪ ﻣَﻠَﻜُﻮﺕُ ﻛُﻞِّ ﺷَﻰْﺀٍ</w:t>
      </w:r>
      <w:r>
        <w:rPr>
          <w:rFonts w:ascii="Times New Roman" w:hAnsi="Times New Roman" w:eastAsia="Noto Serif SC" w:cs="Amiri"/>
          <w:lang w:val="zh-CN" w:eastAsia="zh-CN" w:bidi="ar-SA"/>
          <w:color w:val="000000"/>
          <w:rtl w:val="0"/>
        </w:rPr>
        <w:t xml:space="preserve">（万物的王权与绝对统辖都在祂手中；没有任何一物脱离祂的主权） </w:t>
      </w:r>
      <w:r>
        <w:rPr>
          <w:rFonts w:ascii="Amiri" w:hAnsi="Amiri" w:eastAsia="Amiri" w:cs="Amiri"/>
          <w:lang w:val="zh-CN" w:eastAsia="zh-CN" w:bidi="ar-SA"/>
          <w:rtl w:val="1"/>
          <w:cs w:val="1"/>
          <w:color w:val="000000"/>
          <w:sz w:val="24"/>
          <w:szCs w:val="24"/>
        </w:rPr>
        <w:t>٭ ﻓَﺎﻧْﻈُﺮْ ﺍِﻟٰٓﻰ ﺍٰﺛَﺎﺭِ ﺭَﺣْﻤَﺖِ ﺍﻟﻠّٰﻪِ ﻛَﻴْﻒَ ﻳُﺤْﻴِﻰ الْاَرْضَ ﺑَﻌْﺪَ ﻣَﻮْﺗِﻬَﺎ</w:t>
      </w:r>
      <w:r>
        <w:rPr>
          <w:rFonts w:ascii="Times New Roman" w:hAnsi="Times New Roman" w:eastAsia="Noto Serif SC" w:cs="Amiri"/>
          <w:lang w:val="zh-CN" w:eastAsia="zh-CN" w:bidi="ar-SA"/>
          <w:color w:val="000000"/>
          <w:rtl w:val="0"/>
        </w:rPr>
        <w:t>（你当观察Allah慈悯的种种迹象：祂怎样在土地死亡之后使它复活，让生命重新显现）等经文，指示Allah的不断创造与养育主宰的活动中，那自立并使万有持存之奥义的一层展开。我们将借两段导言对此加以指示。</w:t>
      </w:r>
    </w:p>
    <w:p>
      <w:r>
        <w:rPr>
          <w:rFonts w:ascii="Times New Roman" w:hAnsi="Times New Roman" w:eastAsia="Noto Serif SC" w:cs="Amiri"/>
          <w:lang w:val="zh-CN" w:eastAsia="zh-CN" w:bidi="ar-SA"/>
          <w:color w:val="000000"/>
          <w:rtl w:val="0"/>
        </w:rPr>
        <w:t>第一：我们观察这宇宙时看见，受造物在时间的洪流中不断翻涌，一队接着一队相继来去。其中有些一秒钟内到来，随即消失；有些一分钟内到来，随即过去；有一类在可见世界停留一小时，然后进入幽隐世界；有些一天内，有些一年内，有些一个世纪内，还有些在数个世纪内来到这可见世界，驻留、履行职责，然后离去。万有这令人惊叹的旅行与运行，受造物的行程与流动，都凭那样的秩序、均衡与智慧受到驱策和治理。统领它们及那些队伍的统帅，又那样明察、至睿而善于筹度地统率着：即使所有理智假设联合起来，成为一个理智，也无法穷尽那至睿治理的底蕴，更无法找出缺陷加以批评。</w:t>
      </w:r>
    </w:p>
    <w:p>
      <w:r>
        <w:rPr>
          <w:rFonts w:ascii="Times New Roman" w:hAnsi="Times New Roman" w:eastAsia="Noto Serif SC" w:cs="Amiri"/>
          <w:lang w:val="zh-CN" w:eastAsia="zh-CN" w:bidi="ar-SA"/>
          <w:color w:val="000000"/>
          <w:rtl w:val="0"/>
        </w:rPr>
        <w:t>在养育主宰者的这种不断创造中，祂不让那些可爱的、祂所珍爱的受造之作——尤其是有生命者——有片刻睁眼停留，便把它们送往幽隐世界；不让任何一个有喘息之机，便使它们从尘世生命中退役。祂不断填满这世界旅舍，又不管宾客是否愿意，不断地把它清空。裁定施行与预知裁定之笔，使地球如同一块写了又擦的书写板；祂凭</w:t>
      </w:r>
      <w:r>
        <w:rPr>
          <w:rFonts w:ascii="Amiri" w:hAnsi="Amiri" w:eastAsia="Amiri" w:cs="Amiri"/>
          <w:lang w:val="zh-CN" w:eastAsia="zh-CN" w:bidi="ar-SA"/>
          <w:rtl w:val="1"/>
          <w:cs w:val="1"/>
          <w:color w:val="000000"/>
          <w:sz w:val="24"/>
          <w:szCs w:val="24"/>
        </w:rPr>
        <w:t>ﻳُﺤْﻴ۪ﻰ ﻭَ ﻳُﻤ۪ﻴﺖُ</w:t>
      </w:r>
      <w:r>
        <w:rPr>
          <w:rFonts w:ascii="Times New Roman" w:hAnsi="Times New Roman" w:eastAsia="Noto Serif SC" w:cs="Amiri"/>
          <w:lang w:val="zh-CN" w:eastAsia="zh-CN" w:bidi="ar-SA"/>
          <w:color w:val="000000"/>
          <w:rtl w:val="0"/>
        </w:rPr>
        <w:t>（祂赐予生命，也带来死亡；生与死都在祂的创造与掌握之中）的彰显，不断在地球上书写自己的文字，又使那些文字更新、更换。</w:t>
      </w:r>
    </w:p>
    <w:p>
      <w:r>
        <w:rPr>
          <w:rFonts w:ascii="Times New Roman" w:hAnsi="Times New Roman" w:eastAsia="Noto Serif SC" w:cs="Amiri"/>
          <w:lang w:val="zh-CN" w:eastAsia="zh-CN" w:bidi="ar-SA"/>
          <w:color w:val="000000"/>
          <w:rtl w:val="0"/>
        </w:rPr>
        <w:t>可见，这养育主宰的活动与Allah的不断创造，其一项智慧奥义、一个根本要求和一个推动原因，就是一项无边无尽的智慧；它分为三个重要分支。</w:t>
      </w:r>
    </w:p>
    <w:p>
      <w:r>
        <w:rPr>
          <w:rFonts w:ascii="Times New Roman" w:hAnsi="Times New Roman" w:eastAsia="Noto Serif SC" w:cs="Amiri"/>
          <w:lang w:val="zh-CN" w:eastAsia="zh-CN" w:bidi="ar-SA"/>
          <w:color w:val="000000"/>
          <w:rtl w:val="0"/>
        </w:rPr>
        <w:t>那智慧的第一分支是：活动无论属于哪一类，是个别的还是普遍的，都带来一种愉悦。甚至可以说，每一种活动中都有一种愉悦。</w:t>
      </w:r>
    </w:p>
    <w:p>
      <w:r>
        <w:rPr>
          <w:rFonts w:ascii="Times New Roman" w:hAnsi="Times New Roman" w:eastAsia="Noto Serif SC" w:cs="Amiri"/>
          <w:lang w:val="zh-CN" w:eastAsia="zh-CN" w:bidi="ar-SA"/>
          <w:color w:val="000000"/>
          <w:rtl w:val="0"/>
        </w:rPr>
        <w:t>甚至可以说，活动就是愉悦本身。也可以说，活动是存在——即愉悦本身——的显现，是摆脱无有——即痛苦本身——而振奋离去。</w:t>
      </w:r>
    </w:p>
    <w:p>
      <w:r>
        <w:rPr>
          <w:rFonts w:ascii="Times New Roman" w:hAnsi="Times New Roman" w:eastAsia="Noto Serif SC" w:cs="Amiri"/>
          <w:lang w:val="zh-CN" w:eastAsia="zh-CN" w:bidi="ar-SA"/>
          <w:color w:val="000000"/>
          <w:rtl w:val="0"/>
        </w:rPr>
        <w:t>是的，每一个具有潜能者，都会以愉悦的心情追随自身潜能借活动而展开。每一种禀赋借活动显现，都源于一种愉悦，并产生一种愉悦。每一个具有完善者，都会以愉悦的心情追随自身诸般完善借活动而显现。既然每一种活动中都有这样可爱、可欲的完善与愉悦，而活动本身也是一种完善；既然在有生命的世界中，可以看见源于恒常而无始之生命的无尽热爱与无限慈悲的彰显，而这些彰显又表明：那位如此使人爱祂、自身怀有深爱，并施行怜爱与恩泽者，其神圣性所配得、其存在必然性所相称的，是作为永恒生命的要求而存在于最圣洁生命中的种种神圣内在作为——愿措辞不至失当——例如无量的神圣超越之爱、无量的圣洁之爱与无量的圣洁愉悦。正是这些内在作为，以无尽的活动和不断的创造，使宇宙始终更新、翻涌、变化。</w:t>
      </w:r>
    </w:p>
    <w:p>
      <w:r>
        <w:rPr>
          <w:rFonts w:ascii="Times New Roman" w:hAnsi="Times New Roman" w:eastAsia="Noto Serif SC" w:cs="Amiri"/>
          <w:lang w:val="zh-CN" w:eastAsia="zh-CN" w:bidi="ar-SA"/>
          <w:color w:val="000000"/>
          <w:rtl w:val="0"/>
        </w:rPr>
        <w:t>与自立并使万有持存的奥义相关的、Allah无尽活动中之智慧的第二分支，关系到Allah的诸尊名。众所周知，每一个拥有美者，都希望看见并展示自己的美；每一个拥有技艺者，都希望并乐于展示、宣扬自己的技艺，以吸引注意。一项精妙尚未显露的美好真理和美好意义，也希望并乐于显现出来，找到赏识它的人。既然这些根本法则在每一事物中都依其程度运行，那么，绝对优美者、具威严而自立并使万有持存者Allah的一千零一个至美尊名，其中每一个尊名，凭宇宙的见证、其彰显的证明与其纹饰的指示，在每一层次的每一个层级上，都具有真实的美、真实的完善、真实的优美和极其美好的真理；甚至可以说，每个尊名的每一层次，都有无数种美与无数美好的真理。</w:t>
      </w:r>
    </w:p>
    <w:p>
      <w:r>
        <w:rPr>
          <w:rFonts w:ascii="Times New Roman" w:hAnsi="Times New Roman" w:eastAsia="Noto Serif SC" w:cs="Amiri"/>
          <w:lang w:val="zh-CN" w:eastAsia="zh-CN" w:bidi="ar-SA"/>
          <w:color w:val="000000"/>
          <w:rtl w:val="0"/>
        </w:rPr>
        <w:t>既然这些万有与这宇宙，就是展示诸尊名神圣美善的镜子、显示其美好纹饰的画板、表达其美好真理的书页，那么，这些恒常而永存的尊名，为了把自己无尽的彰显、无限而意义深长的纹饰与书卷，既展示给诸尊名所属者——具威严、自立并使万有持存者Allah——的观览，也展示给无数有灵魂、有意识的受造物的思悟，并从有限之物显出无限画板、从单一个体显出众多存在个体、从一项真理显出繁多真理，便凭依那Allah圣洁的爱，并基于自立并使万有持存的奥义，以自己的彰显，使整个宇宙不断而持续地更新、变化。第四道光芒：</w:t>
      </w:r>
    </w:p>
    <w:p>
      <w:r>
        <w:rPr>
          <w:rFonts w:ascii="Times New Roman" w:hAnsi="Times New Roman" w:eastAsia="Noto Serif SC" w:cs="Amiri"/>
          <w:lang w:val="zh-CN" w:eastAsia="zh-CN" w:bidi="ar-SA"/>
          <w:color w:val="000000"/>
          <w:rtl w:val="0"/>
        </w:rPr>
        <w:t>宇宙中令人惊叹、持续不断之活动的智慧，其第三分支是：每一个怀有慈悲者，都会因使他人满足而喜悦；每一个怀有怜爱者，都会因使他人喜悦而满足；每一个怀有深爱者，都会因使值得欢乐的受造物欢乐而快乐；每一个高尚尊贵者，都会从使他人幸福中获得愉悦；每一个公正者，都会因伸张正义、惩罚应受惩罚者，并使权利所有者心怀感激而感到快慰。每一个有技艺的工匠，都会因展示自己的技艺，因作品按照自己的设想运行并产生预期结果而感到自豪。</w:t>
      </w:r>
    </w:p>
    <w:p>
      <w:r>
        <w:rPr>
          <w:rFonts w:ascii="Times New Roman" w:hAnsi="Times New Roman" w:eastAsia="Noto Serif SC" w:cs="Amiri"/>
          <w:lang w:val="zh-CN" w:eastAsia="zh-CN" w:bidi="ar-SA"/>
          <w:color w:val="000000"/>
          <w:rtl w:val="0"/>
        </w:rPr>
        <w:t>上述每一项原则，都是一条根本法则，运行于宇宙与人类世界之中。有三个例子说明这些法则也运行于Allah的诸尊名，已在《第三十二言》第二驻足处得到阐明。此处适合写下其概要，因此我们说：</w:t>
      </w:r>
    </w:p>
    <w:p>
      <w:r>
        <w:rPr>
          <w:rFonts w:ascii="Times New Roman" w:hAnsi="Times New Roman" w:eastAsia="Noto Serif SC" w:cs="Amiri"/>
          <w:lang w:val="zh-CN" w:eastAsia="zh-CN" w:bidi="ar-SA"/>
          <w:color w:val="000000"/>
          <w:rtl w:val="0"/>
        </w:rPr>
        <w:t>譬如，一位极其慈悲、慷慨、无比宽厚而高尚的人，依其天性中高尚品德的要求，让众多极其匮乏、贫穷的人登上一艘大型航船，以极尽完美的宴席和款待使这些贫困匮乏者满足，带领他们在海上环绕大地航行。他自己也在他们上方，欣喜地观看着他们；他从这些匮乏者的感激中获得愉悦，因他们的享受而喜悦，因他们的快乐而欢乐、自豪。</w:t>
      </w:r>
    </w:p>
    <w:p>
      <w:r>
        <w:rPr>
          <w:rFonts w:ascii="Times New Roman" w:hAnsi="Times New Roman" w:eastAsia="Noto Serif SC" w:cs="Amiri"/>
          <w:lang w:val="zh-CN" w:eastAsia="zh-CN" w:bidi="ar-SA"/>
          <w:color w:val="000000"/>
          <w:rtl w:val="0"/>
        </w:rPr>
        <w:t>既然一个如同小小分发官的人，举办这样微不足道的宴席尚且如此满足和喜悦，那么，属于永活、自立并使万有持存者Allah的那些神圣内在作为，又当如何：祂使一切动物、人类，以及无数天使、精灵和诸灵，都登上地球这艘慈悯普及者之船，把地表作为一张养育主宰者的宴席餐桌向他们展开，桌上盛满各种食物，以及一切感官的甜美享受与给养；祂使这些匮乏、感恩、感激而喜悦的受造物游历宇宙四方，在这尘世以如此多的款待使他们喜悦；又在永居之域，把祂的各座乐园分别设为永恒宴席的餐桌。由这些受造物的感恩、感激、喜悦与欢乐所引出的神圣内在作为，是我们无力措辞、也未获准表述的；它们以“圣洁的满意”“神圣的自豪”“圣洁的愉悦”等名称，指示养育与主宰的诸般意义。正是这些意义，要求这持续的活动与不断的创造。</w:t>
      </w:r>
    </w:p>
    <w:p>
      <w:r>
        <w:rPr>
          <w:rFonts w:ascii="Times New Roman" w:hAnsi="Times New Roman" w:eastAsia="Noto Serif SC" w:cs="Amiri"/>
          <w:lang w:val="zh-CN" w:eastAsia="zh-CN" w:bidi="ar-SA"/>
          <w:color w:val="000000"/>
          <w:rtl w:val="0"/>
        </w:rPr>
        <w:t>再譬如，一位技艺精湛的工匠，若造出一台无唱片留声机，而那留声机又按照他的意愿说话、运转，他会何等自豪、何等愉悦，定会自言自语地说：“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既然一种并非真正创造、只涉及外在形式的小小技艺，尚能在工匠的灵魂中激起这等自豪与满意之感，那么，这些万有的至睿创造技艺者Allah的情形又当如何：祂把整个宇宙造成一部神圣乐章和一座奇妙工厂，让它以无数种旋律发声，发出声音赞颂、记念并言说；祂又以各不相同的技艺和各不相同的技艺奇迹，显示宇宙的每一个物种、每一个世界，在有生命者的头脑中造出留声机、摄影机、电报机等众多机器，甚至造在最小的一个头脑中。祂在每个人的头脑中所造的，岂止无唱片留声机、无镜摄影机、无线电报机，而是比它们奇妙二十倍的机器。由造出这样的机器，并使之按祂意欲的方式运行、产生结果而来的意义，如神圣的自豪与圣洁的满意，以及属于养育与主宰这一方面的高尚内在作为，无疑必定要求这持续不断的活动。</w:t>
      </w:r>
    </w:p>
    <w:p>
      <w:r>
        <w:rPr>
          <w:rFonts w:ascii="Times New Roman" w:hAnsi="Times New Roman" w:eastAsia="Noto Serif SC" w:cs="Amiri"/>
          <w:lang w:val="zh-CN" w:eastAsia="zh-CN" w:bidi="ar-SA"/>
          <w:color w:val="000000"/>
          <w:rtl w:val="0"/>
        </w:rPr>
        <w:t>再譬如，一位公正的君主，为伸张正义而从压迫者手中取回受压迫者的权利，保护弱者免受强者侵害，并给予每个人应得的权分；他由此获得愉悦、感到自豪与满足，这是王权与公正的一条根本法则。既然如此，至睿的统治者、至公的公正者、永活而自立并使万有持存者Allah的情形也当如此：祂把称为“生命权”的生命条件赐给一切受造物，尤其是有生命者；为保护它们的生命，赐给它们器官与官能；以深厚慈悯保护弱者免受强者侵害；在这尘世的一切有生命者中，完全施行伸张正义这一类公正，又部分施行惩罚不义者这一类公正。尤其是，由复起聚集的至大法庭上至大公正的彰显所产生的养育主宰者的内在作为与神圣意义——我们无力以言辞表述——要求宇宙中的这种持续活动。</w:t>
      </w:r>
    </w:p>
    <w:p>
      <w:r>
        <w:rPr>
          <w:rFonts w:ascii="Times New Roman" w:hAnsi="Times New Roman" w:eastAsia="Noto Serif SC" w:cs="Amiri"/>
          <w:lang w:val="zh-CN" w:eastAsia="zh-CN" w:bidi="ar-SA"/>
          <w:color w:val="000000"/>
          <w:rtl w:val="0"/>
        </w:rPr>
        <w:t>如同这三个例子，在全部至美尊名中，每一个尊名都在这持续的活动中，成为某些这类神圣内在作为的依托，因此要求不断的创造。</w:t>
      </w:r>
    </w:p>
    <w:p>
      <w:r>
        <w:rPr>
          <w:rFonts w:ascii="Times New Roman" w:hAnsi="Times New Roman" w:eastAsia="Noto Serif SC" w:cs="Amiri"/>
          <w:lang w:val="zh-CN" w:eastAsia="zh-CN" w:bidi="ar-SA"/>
          <w:color w:val="000000"/>
          <w:rtl w:val="0"/>
        </w:rPr>
        <w:t>此外，既然每一种潜能、每一种禀赋在舒展、展开并结出果实时，都会带来一种舒畅、一种开阔、一种愉悦；既然每一个任职者在履行并完成自己的职责、从职责中退役时，都会感到极大的轻松与满足；既然从一粒种子收获许多果实、从一枚迪尔汗赚得一百迪尔汗，对其所有者而言是极可喜的状态和极有利的经营，那么，使一切受造物中无尽禀赋展开，使所有受造物承担宝贵职责，然后让它们如晋升一般退役的祂，便把元素提升至矿物的层次，把矿物提升至植物的生命，把植物借给养的媒介提升至动物的生命层次，又把动物提升至人类具有意识的高贵生命。</w:t>
      </w:r>
    </w:p>
    <w:p>
      <w:r>
        <w:rPr>
          <w:rFonts w:ascii="Times New Roman" w:hAnsi="Times New Roman" w:eastAsia="Noto Serif SC" w:cs="Amiri"/>
          <w:lang w:val="zh-CN" w:eastAsia="zh-CN" w:bidi="ar-SA"/>
          <w:color w:val="000000"/>
          <w:rtl w:val="0"/>
        </w:rPr>
        <w:t>持续的活动与养育主宰者的不断创造，使每一个有生命者在外在存在消逝之后——正如第二十四封书信所阐明——留下其灵魂、本质、身份、形体等诸多存在形式，并使它们在其原位就任值守。由此便可明白，从这一活动与创造中产生的神圣意义和Allah的养育与主宰，具有何等重大的重要性。</w:t>
      </w:r>
    </w:p>
    <w:p>
      <w:pPr>
        <w:pStyle w:val="Heading2"/>
      </w:pPr>
      <w:r>
        <w:rPr>
          <w:rFonts w:ascii="Times New Roman" w:hAnsi="Times New Roman" w:eastAsia="Noto Serif SC" w:cs="Amiri"/>
          <w:lang w:val="zh-CN" w:eastAsia="zh-CN" w:bidi="ar-SA"/>
          <w:color w:val="000000"/>
          <w:rtl w:val="0"/>
        </w:rPr>
        <w:t>对一个重要问题的确切回答</w:t>
      </w:r>
    </w:p>
    <w:p>
      <w:pPr>
        <w:pStyle w:val="Heading2"/>
      </w:pPr>
      <w:r>
        <w:rPr>
          <w:rFonts w:ascii="Times New Roman" w:hAnsi="Times New Roman" w:eastAsia="Noto Serif SC" w:cs="Amiri"/>
          <w:lang w:val="zh-CN" w:eastAsia="zh-CN" w:bidi="ar-SA"/>
          <w:color w:val="000000"/>
          <w:rtl w:val="0"/>
        </w:rPr>
        <w:t>迷误者中的一部分人说：</w:t>
      </w:r>
    </w:p>
    <w:p>
      <w:r>
        <w:rPr>
          <w:rFonts w:ascii="Times New Roman" w:hAnsi="Times New Roman" w:eastAsia="Noto Serif SC" w:cs="Amiri"/>
          <w:lang w:val="zh-CN" w:eastAsia="zh-CN" w:bidi="ar-SA"/>
          <w:color w:val="000000"/>
          <w:rtl w:val="0"/>
        </w:rPr>
        <w:t>“以持续不息的活动改变并转换宇宙的那位，祂自身也必然应当发生变化与转变。”</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绝不如此，十万次绝不如此！地上众镜的变化，并不表明天上的太阳发生变化；恰恰相反，它表明太阳的辉映不断更新。那位至圣者Allah无始、无终、永恒而无始无终，在一切方面都居于绝对完善与绝对无所需求之中，超脱物质，不受空间、限制与或然存在的拘束，清净无染，崇高超越；祂发生变化与转变，绝无可能。宇宙的变化，并非祂变化的证据，反而是祂不变化、永不转变的证据。因为，以秩序不断改变并驱动众多事物的那一位，必须自身不变化、不移动。譬如，当你转动以许多绳索系住的许多球体与圆球，不断有秩序地驱动它们、赋予它们各种状态时，你就必须留在原处，不变化也不移动；否则，你便会破坏那种秩序。</w:t>
      </w:r>
    </w:p>
    <w:p>
      <w:r>
        <w:rPr>
          <w:rFonts w:ascii="Times New Roman" w:hAnsi="Times New Roman" w:eastAsia="Noto Serif SC" w:cs="Amiri"/>
          <w:lang w:val="zh-CN" w:eastAsia="zh-CN" w:bidi="ar-SA"/>
          <w:color w:val="000000"/>
          <w:rtl w:val="0"/>
        </w:rPr>
        <w:t>众所周知，有秩序地驱动者必须不移动，持续不断地改变万物者必须不变化，唯有如此，那项作为才能有秩序地持续下去。</w:t>
      </w:r>
    </w:p>
    <w:p>
      <w:r>
        <w:rPr>
          <w:rFonts w:ascii="Times New Roman" w:hAnsi="Times New Roman" w:eastAsia="Noto Serif SC" w:cs="Amiri"/>
          <w:lang w:val="zh-CN" w:eastAsia="zh-CN" w:bidi="ar-SA"/>
          <w:color w:val="000000"/>
          <w:rtl w:val="0"/>
        </w:rPr>
        <w:t>第二：变化与转变，源于受造而有开端，源于为臻于完善而更新，源于需求、物质性与或然存在。至圣者Allah既无始而先在，又在一切方面居于绝对完善与绝对无所需求之中，既超脱物质，又是存在由其本体而必然者；因此，祂发生变化与转变当然绝无可能，也根本不可能。第五道光芒：有两个问题。第一个问题：倘若我们要观看“自存而使万有存立者”尊名的至大彰显，就让自己的想象制成两架望远镜来观览整个宇宙：一架显示最遥远的事物，另一架显示最微小的粒子。我们用第一架望远镜望去，便看见：凭“自存而使万有存立者”尊名的彰显，数百万个比地球大千倍的星球与星体，在比空气更为轻妙的以太物质中，没有支柱，一部分停驻不动，另一部分则为履行职责而运行。</w:t>
      </w:r>
    </w:p>
    <w:p>
      <w:r>
        <w:rPr>
          <w:rFonts w:ascii="Times New Roman" w:hAnsi="Times New Roman" w:eastAsia="Noto Serif SC" w:cs="Amiri"/>
          <w:lang w:val="zh-CN" w:eastAsia="zh-CN" w:bidi="ar-SA"/>
          <w:color w:val="000000"/>
          <w:rtl w:val="0"/>
        </w:rPr>
        <w:t>随后，我们用想象中那架显微镜般的第二架望远镜，以能看见微小粒子的方式望去。我们看见：凭这自存立他的奥义，地上一切有生命的受造物，其身体中的粒子都如星辰一般，采取井然有序的状态而运动，并履行职责。尤其是，我们看见有生命者血液中那些被称为“红血球与白血球”的微粒所构成的微小团块，如同行星一般，以两种井然有序、宛如旋转舞修士的动作运行着。</w:t>
      </w:r>
    </w:p>
    <w:p>
      <w:pPr>
        <w:pStyle w:val="Heading2"/>
      </w:pPr>
      <w:r>
        <w:rPr>
          <w:rFonts w:ascii="Times New Roman" w:hAnsi="Times New Roman" w:eastAsia="Noto Serif SC" w:cs="Amiri"/>
          <w:lang w:val="zh-CN" w:eastAsia="zh-CN" w:bidi="ar-SA"/>
          <w:color w:val="000000"/>
          <w:rtl w:val="0"/>
        </w:rPr>
        <w:t>一项最精粹的提要：</w:t>
      </w:r>
    </w:p>
    <w:p>
      <w:r>
        <w:rPr>
          <w:rFonts w:ascii="Times New Roman" w:hAnsi="Times New Roman" w:eastAsia="Noto Serif SC" w:cs="Amiri"/>
          <w:lang w:val="zh-CN" w:eastAsia="zh-CN" w:bidi="ar-SA"/>
          <w:color w:val="000000"/>
          <w:rtl w:val="0"/>
        </w:rPr>
        <w:t>为了观看至大尊名中的六个尊名</w:t>
      </w:r>
      <w:r>
        <w:rPr>
          <w:rStyle w:val="FootnoteReference"/>
        </w:rPr>
        <w:footnoteReference w:id="65"/>
      </w:r>
      <w:r>
        <w:rPr>
          <w:rFonts w:ascii="Times New Roman" w:hAnsi="Times New Roman" w:eastAsia="Noto Serif SC" w:cs="Amiri"/>
          <w:lang w:val="zh-CN" w:eastAsia="zh-CN" w:bidi="ar-SA"/>
          <w:color w:val="000000"/>
          <w:rtl w:val="0"/>
        </w:rPr>
        <w:t>如何如同光中的七色一般相互交融，共同形成神圣之光，适宜先作一个提要。具体如下：</w:t>
      </w:r>
    </w:p>
    <w:p>
      <w:r>
        <w:rPr>
          <w:rFonts w:ascii="Times New Roman" w:hAnsi="Times New Roman" w:eastAsia="Noto Serif SC" w:cs="Amiri"/>
          <w:lang w:val="zh-CN" w:eastAsia="zh-CN" w:bidi="ar-SA"/>
          <w:color w:val="000000"/>
          <w:rtl w:val="0"/>
        </w:rPr>
        <w:t>“自存而使万有存立者”尊名的这一至大彰显，使整个宇宙的万有如此停驻，并赋予它们存立与持续；顺着它向后望去：“永生者”尊名的至大彰显，以其辉映使一切有生命的万有发出光芒，使宇宙充满光明，又以其辉映为一切有生命的万有镀上金辉。</w:t>
      </w:r>
    </w:p>
    <w:p>
      <w:r>
        <w:rPr>
          <w:rFonts w:ascii="Times New Roman" w:hAnsi="Times New Roman" w:eastAsia="Noto Serif SC" w:cs="Amiri"/>
          <w:lang w:val="zh-CN" w:eastAsia="zh-CN" w:bidi="ar-SA"/>
          <w:color w:val="000000"/>
          <w:rtl w:val="0"/>
        </w:rPr>
        <w:t>现在再看：在“永生者”尊名之后，“独一无偶者”尊名的至大彰显，把整个宇宙连同其种类与组成部分纳入独一之中；祂在每一事物的额上置下独一印记，在每一事物的面上盖下在每一事物中彰显的独一性印玺，并以无数无穷的言语宣告祂的彰显。</w:t>
      </w:r>
    </w:p>
    <w:p>
      <w:r>
        <w:rPr>
          <w:rFonts w:ascii="Times New Roman" w:hAnsi="Times New Roman" w:eastAsia="Noto Serif SC" w:cs="Amiri"/>
          <w:lang w:val="zh-CN" w:eastAsia="zh-CN" w:bidi="ar-SA"/>
          <w:color w:val="000000"/>
          <w:rtl w:val="0"/>
        </w:rPr>
        <w:t>现在，顺着“独一无偶者”尊名向后，观看“至公裁决者”尊名的至大彰显：从我们借想象的两架望远镜所观览的星辰直到微粒，无论个别还是普遍，从最大的范围直到最小的范围，祂把每一个存在都恰如其分地纳入一种果实丰盈的秩序、充满智慧的井然有序与富有成效的协调之中，并以此装饰一切万有，为它们镀上金辉。</w:t>
      </w:r>
    </w:p>
    <w:p>
      <w:r>
        <w:rPr>
          <w:rFonts w:ascii="Times New Roman" w:hAnsi="Times New Roman" w:eastAsia="Noto Serif SC" w:cs="Amiri"/>
          <w:lang w:val="zh-CN" w:eastAsia="zh-CN" w:bidi="ar-SA"/>
          <w:color w:val="000000"/>
          <w:rtl w:val="0"/>
        </w:rPr>
        <w:t>随后，顺着“至公裁决者”尊名的至大彰显向后望去：“公正者”尊名的至大彰显，正如第二项精义所阐明的那样，在持续不息的活动中，以何等惊人的天秤、尺度与权衡治理整个宇宙及其万有，以至任何一个天体只要有一秒钟失去平衡，也就是越出“公正者”尊名的彰显，便会在群星之间引起混乱，使末日骤然爆发。看哪，一切万有那至大的范围，从银河，也就是称为银河系的至大区域，直到血液中红血球与白血球运行的范围，每一个范围、每一个存在，都以精微的天秤与尺度获得裁定的形态与状态；这从头到尾都在显示：从星辰的大军直到微粒的大军，一切万有都以完全的顺服，遵从来自</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（存在吧！它便依命而存在）的诸般命令。</w:t>
      </w:r>
    </w:p>
    <w:p>
      <w:r>
        <w:rPr>
          <w:rFonts w:ascii="Times New Roman" w:hAnsi="Times New Roman" w:eastAsia="Noto Serif SC" w:cs="Amiri"/>
          <w:lang w:val="zh-CN" w:eastAsia="zh-CN" w:bidi="ar-SA"/>
          <w:color w:val="000000"/>
          <w:rtl w:val="0"/>
        </w:rPr>
        <w:t>现在，顺着“公正者”尊名的至大彰显向后，观看“至圣无染者”尊名的至大彰显，正如第一项精义所阐明的那样：祂使宇宙的一切万有显得何等清洁、纯净、纯粹、美丽、华饰而明澈，以至把整个宇宙与一切万有都塑成美好的镜子，既配得绝对优美者Allah那无可计量的本体之美，也适合祂那无限美好的诸尊名。</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至大尊名的这六个尊名与六道光，把宇宙及万有包裹在层层镀金的帷幕之中；万有一一呈现不同的美丽色彩、各式各样的纹饰与各不相同的装饰。第五道光芒的第二个问题：彰显于宇宙的自存立他之辉映，是从普遍统摄的唯一性与威严的方面显现；同样，在作为宇宙中心、枢纽与有意识果实的人身上，自存立他之辉映也从在每一事物中彰显的独一性与优美的方面显现出来。也就是说，正如宇宙凭自存立他的奥义而存立，宇宙也在某一方面借人得以存立，因为人是“自存而使万有存立者”尊名最完备的彰显之所；宇宙的大多数智慧、益处与目的都指向人，仿佛人身上自存立他的彰显就是宇宙的一根支柱。的确可以说，永生而自存立他者Allah在这宇宙中意欲了人，并为人创造了宇宙。因为人以完全的包容性，理解并体味Allah的一切尊名；尤其借给养中的体味，理解许多美好尊名，而天使却不能凭那种体味认识它们。</w:t>
      </w:r>
    </w:p>
    <w:p>
      <w:r>
        <w:rPr>
          <w:rFonts w:ascii="Times New Roman" w:hAnsi="Times New Roman" w:eastAsia="Noto Serif SC" w:cs="Amiri"/>
          <w:lang w:val="zh-CN" w:eastAsia="zh-CN" w:bidi="ar-SA"/>
          <w:color w:val="000000"/>
          <w:rtl w:val="0"/>
        </w:rPr>
        <w:t>正是人的这种重要的包容性，使永生而自存立他者Allah为了让人感知祂的一切尊名、尝受祂一切种类的恩惠，赐给人一个食欲强烈的胃；祂又以无比的慷慨，用无数种类的食物摆满那个胃的宽广餐桌。</w:t>
      </w:r>
    </w:p>
    <w:p>
      <w:r>
        <w:rPr>
          <w:rFonts w:ascii="Times New Roman" w:hAnsi="Times New Roman" w:eastAsia="Noto Serif SC" w:cs="Amiri"/>
          <w:lang w:val="zh-CN" w:eastAsia="zh-CN" w:bidi="ar-SA"/>
          <w:color w:val="000000"/>
          <w:rtl w:val="0"/>
        </w:rPr>
        <w:t>祂也把生命造成如同这个物质的胃一样的胃，为生命的胃展开一张极其宽广的恩赐餐桌，而种种感官就是它的手。生命便借种种感官，从那张恩赐餐桌获取各种益处，并行出各种感恩。</w:t>
      </w:r>
    </w:p>
    <w:p>
      <w:r>
        <w:rPr>
          <w:rFonts w:ascii="Times New Roman" w:hAnsi="Times New Roman" w:eastAsia="Noto Serif SC" w:cs="Amiri"/>
          <w:lang w:val="zh-CN" w:eastAsia="zh-CN" w:bidi="ar-SA"/>
          <w:color w:val="000000"/>
          <w:rtl w:val="0"/>
        </w:rPr>
        <w:t>在这生命的胃之后，祂又赐给人一个人性的胃；这个胃在比生命更广阔的范围内寻求给养与恩赐。理智、思悟与想象如同这个胃的手，从诸天与大地般广阔的慈悯餐桌上获取益处并感恩。</w:t>
      </w:r>
    </w:p>
    <w:p>
      <w:r>
        <w:rPr>
          <w:rFonts w:ascii="Times New Roman" w:hAnsi="Times New Roman" w:eastAsia="Noto Serif SC" w:cs="Amiri"/>
          <w:lang w:val="zh-CN" w:eastAsia="zh-CN" w:bidi="ar-SA"/>
          <w:color w:val="000000"/>
          <w:rtl w:val="0"/>
        </w:rPr>
        <w:t>在人性的胃之后，为了展开另一张无比宽广的恩赐餐桌，祂使伊斯兰与信仰的诸项信条成为一个需要极多给养的精神之胃，把这个胃的给养餐桌扩大到或然万有之外，甚至把Allah的诸尊名也纳入其中。人借这个胃，以至大的给养之乐感知“慈悯普及万物者”与“至睿者”尊名，说：</w:t>
      </w:r>
      <w:r>
        <w:rPr>
          <w:rFonts w:ascii="Amiri" w:hAnsi="Amiri" w:eastAsia="Amiri" w:cs="Amiri"/>
          <w:lang w:val="zh-CN" w:eastAsia="zh-CN" w:bidi="ar-SA"/>
          <w:rtl w:val="1"/>
          <w:cs w:val="1"/>
          <w:color w:val="000000"/>
          <w:sz w:val="24"/>
          <w:szCs w:val="24"/>
        </w:rPr>
        <w:t>ﺍَﻟْﺤَﻤْﺪُ ﻟِﻠّٰﻪِ ﻋَﻠٰﻰ ﺭَﺣْﻤَﺎﻧِﻴَّﺘِﻪ۪ ﻭَ ﻋَﻠٰﻰ ﺣَﻜ۪ﻴﻤِﻴَّﺘِﻪ۪</w:t>
      </w:r>
      <w:r>
        <w:rPr>
          <w:rFonts w:ascii="Times New Roman" w:hAnsi="Times New Roman" w:eastAsia="Noto Serif SC" w:cs="Amiri"/>
          <w:lang w:val="zh-CN" w:eastAsia="zh-CN" w:bidi="ar-SA"/>
          <w:color w:val="000000"/>
          <w:rtl w:val="0"/>
        </w:rPr>
        <w:t>（一切赞美唯归Allah，因祂具有普及万物的慈悯属性，也因祂具有安排万有的至睿属性；祂的慈悯遍施万有，祂的智慧贯穿一切筹度），依此类推，借这个至大的精神之胃，得以从Allah无穷的恩赐中获益；尤其是，那个胃中对Allah的爱之乐，还有另一层不同的境界。</w:t>
      </w:r>
    </w:p>
    <w:p>
      <w:r>
        <w:rPr>
          <w:rFonts w:ascii="Times New Roman" w:hAnsi="Times New Roman" w:eastAsia="Noto Serif SC" w:cs="Amiri"/>
          <w:lang w:val="zh-CN" w:eastAsia="zh-CN" w:bidi="ar-SA"/>
          <w:color w:val="000000"/>
          <w:rtl w:val="0"/>
        </w:rPr>
        <w:t>永生而自存立他者Allah把人置于整个宇宙的中心与枢纽，为人展开一张如宇宙般宽广的恩赐餐桌，使宇宙服从于人，又使宇宙借人所彰显的自存立他奥义在某一方面得以存立；其中的智慧，就是人的三项重要职责：</w:t>
      </w:r>
    </w:p>
    <w:p>
      <w:r>
        <w:rPr>
          <w:rFonts w:ascii="Times New Roman" w:hAnsi="Times New Roman" w:eastAsia="Noto Serif SC" w:cs="Amiri"/>
          <w:lang w:val="zh-CN" w:eastAsia="zh-CN" w:bidi="ar-SA"/>
          <w:color w:val="000000"/>
          <w:rtl w:val="0"/>
        </w:rPr>
        <w:t>第一项：借人把散布在宇宙中的一切种类的恩赐编排有序……又以人的利益之线，把它们如念珠一般串联起来，把诸恩赐之线的末端系在人的头上，使人成为慈悯宝库中一切种类的一份目录。</w:t>
      </w:r>
    </w:p>
    <w:p>
      <w:r>
        <w:rPr>
          <w:rFonts w:ascii="Times New Roman" w:hAnsi="Times New Roman" w:eastAsia="Noto Serif SC" w:cs="Amiri"/>
          <w:lang w:val="zh-CN" w:eastAsia="zh-CN" w:bidi="ar-SA"/>
          <w:color w:val="000000"/>
          <w:rtl w:val="0"/>
        </w:rPr>
        <w:t>第二项职责：凭人的包容性之尊严，成为永生而自存立他者Allah神圣言辞最完美的受话者；以赞赏与称美祂惊人的技艺，成为声音最洪亮的宣扬者；并以有意识的一切感恩方式，对祂一切种类的恩赐与各式各样、无穷无尽的恩惠感恩、赞美与称颂。</w:t>
      </w:r>
    </w:p>
    <w:p>
      <w:r>
        <w:rPr>
          <w:rFonts w:ascii="Times New Roman" w:hAnsi="Times New Roman" w:eastAsia="Noto Serif SC" w:cs="Amiri"/>
          <w:lang w:val="zh-CN" w:eastAsia="zh-CN" w:bidi="ar-SA"/>
          <w:color w:val="000000"/>
          <w:rtl w:val="0"/>
        </w:rPr>
        <w:t>第三项职责：以自己的生命，从三个方面作永生而自存立他者Allah、祂的神圣内在作为与祂周遍诸属性的镜子。</w:t>
      </w:r>
    </w:p>
    <w:p>
      <w:r>
        <w:rPr>
          <w:rFonts w:ascii="Times New Roman" w:hAnsi="Times New Roman" w:eastAsia="Noto Serif SC" w:cs="Amiri"/>
          <w:lang w:val="zh-CN" w:eastAsia="zh-CN" w:bidi="ar-SA"/>
          <w:color w:val="000000"/>
          <w:rtl w:val="0"/>
        </w:rPr>
        <w:t>第一方面：人凭自己绝对的无能为力，感知其创造者Allah的绝对权能及其层级，并凭无能为力的层级，感知权能的等级；凭绝对的匮乏，领悟祂的慈悯及慈悯的层级；凭自己的软弱，理解祂的力量。依此类推，人以自己的缺憾属性，成为创造者Allah诸般完善属性的尺度般镜子。正如光在黑夜中更加明亮，夜的黑暗是显示电灯的完美镜子；同样，人也以这些缺憾的属性，映照Allah的诸般完善。</w:t>
      </w:r>
    </w:p>
    <w:p>
      <w:r>
        <w:rPr>
          <w:rFonts w:ascii="Times New Roman" w:hAnsi="Times New Roman" w:eastAsia="Noto Serif SC" w:cs="Amiri"/>
          <w:lang w:val="zh-CN" w:eastAsia="zh-CN" w:bidi="ar-SA"/>
          <w:color w:val="000000"/>
          <w:rtl w:val="0"/>
        </w:rPr>
        <w:t>第二方面：人凭自己个别的意志、微少的知识、微小的权能、表面上的所有权与建造自己住所的行为，按照宇宙的宏大尺度，理解并映照这位宇宙工匠的所有权、技艺、意志、权能与知识。</w:t>
      </w:r>
    </w:p>
    <w:p>
      <w:pPr>
        <w:pStyle w:val="Heading2"/>
      </w:pPr>
      <w:r>
        <w:rPr>
          <w:rFonts w:ascii="Times New Roman" w:hAnsi="Times New Roman" w:eastAsia="Noto Serif SC" w:cs="Amiri"/>
          <w:lang w:val="zh-CN" w:eastAsia="zh-CN" w:bidi="ar-SA"/>
          <w:color w:val="000000"/>
          <w:rtl w:val="0"/>
        </w:rPr>
        <w:t>第三方面中的镜鉴有两面：</w:t>
      </w:r>
    </w:p>
    <w:p>
      <w:r>
        <w:rPr>
          <w:rFonts w:ascii="Times New Roman" w:hAnsi="Times New Roman" w:eastAsia="Noto Serif SC" w:cs="Amiri"/>
          <w:lang w:val="zh-CN" w:eastAsia="zh-CN" w:bidi="ar-SA"/>
          <w:color w:val="000000"/>
          <w:rtl w:val="0"/>
        </w:rPr>
        <w:t>一面是在自身显示Allah诸尊名各自不同的纹饰。仿佛人凭自己的包容性，成为宇宙的一部小小索引与一个缩小的模型，显示一切尊名的纹饰。</w:t>
      </w:r>
    </w:p>
    <w:p>
      <w:r>
        <w:rPr>
          <w:rFonts w:ascii="Times New Roman" w:hAnsi="Times New Roman" w:eastAsia="Noto Serif SC" w:cs="Amiri"/>
          <w:lang w:val="zh-CN" w:eastAsia="zh-CN" w:bidi="ar-SA"/>
          <w:color w:val="000000"/>
          <w:rtl w:val="0"/>
        </w:rPr>
        <w:t>第二面是映照Allah的神圣内在作为。也就是说，正如人以自己的生命指示永生而自存立他者Allah的生命，他也借自己生命中展开的听觉、视觉等感官，映照并表明永生而自存立他者Allah的听觉、视觉等属性。人还借生命中那些未曾展开、以感受与敏感的形式涌动、为数众多而极其精微的生命感官、意义与情感，映照永生而自存立他者Allah的神圣内在作为。譬如，在这种敏感之中，人以爱、自豪、满意、喜悦、欢畅等意义，映照至圣者Allah同类的内在作为；其条件是，这些映照必须适合并配得祂的神圣与绝对无所需求。</w:t>
      </w:r>
    </w:p>
    <w:p>
      <w:r>
        <w:rPr>
          <w:rFonts w:ascii="Times New Roman" w:hAnsi="Times New Roman" w:eastAsia="Noto Serif SC" w:cs="Amiri"/>
          <w:lang w:val="zh-CN" w:eastAsia="zh-CN" w:bidi="ar-SA"/>
          <w:color w:val="000000"/>
          <w:rtl w:val="0"/>
        </w:rPr>
        <w:t>正如人以自己包容完备的生命，成为认识具威严者Allah诸属性与神圣内在作为的尺度，成为祂诸尊名彰显的索引与一面有意识的镜子，并依此类推，从许多方面映照永生而自存立他者Allah；同样，人也是这宇宙诸真理的一个比较单位、一部索引、一个尺度与一架天秤。</w:t>
      </w:r>
    </w:p>
    <w:p>
      <w:r>
        <w:rPr>
          <w:rFonts w:ascii="Times New Roman" w:hAnsi="Times New Roman" w:eastAsia="Noto Serif SC" w:cs="Amiri"/>
          <w:lang w:val="zh-CN" w:eastAsia="zh-CN" w:bidi="ar-SA"/>
          <w:color w:val="000000"/>
          <w:rtl w:val="0"/>
        </w:rPr>
        <w:t>譬如，宇宙中受保护的记录板</w:t>
      </w:r>
      <w:r>
        <w:rPr>
          <w:rStyle w:val="FootnoteReference"/>
        </w:rPr>
        <w:footnoteReference w:id="66"/>
      </w:r>
      <w:r>
        <w:rPr>
          <w:rFonts w:ascii="Times New Roman" w:hAnsi="Times New Roman" w:eastAsia="Noto Serif SC" w:cs="Amiri"/>
          <w:lang w:val="zh-CN" w:eastAsia="zh-CN" w:bidi="ar-SA"/>
          <w:color w:val="000000"/>
          <w:rtl w:val="0"/>
        </w:rPr>
        <w:t>之存在的一项极为确凿的证据与一个样本，就是人的记忆能力；形象世界之存在的确凿证据与样本，则是想象能力。宇宙中诸灵性存在者之存在的一项证据与样本，是人的种种内在能力与精微感知，依此类推……人能够在一个小小的尺度上，以亲见的程度显示宇宙中的信仰诸真理。</w:t>
      </w:r>
    </w:p>
    <w:p>
      <w:r>
        <w:rPr>
          <w:rFonts w:ascii="Times New Roman" w:hAnsi="Times New Roman" w:eastAsia="Noto Serif SC" w:cs="Amiri"/>
          <w:lang w:val="zh-CN" w:eastAsia="zh-CN" w:bidi="ar-SA"/>
          <w:color w:val="000000"/>
          <w:rtl w:val="0"/>
        </w:rPr>
        <w:t>人还有如同上述职责一般的许多重要服务。人是永存之美的镜子，是永恒之完善的彰显者与宣扬者，是无终之慈悯的感恩需求者。既然美、完善与慈悯是永存的、无始无终的，那么，作为那永存之美的渴慕之镜、那永恒之完善的爱慕宣扬者、那无终之慈悯的感恩需求者的人，当然会为了长存而进入永居之境，为了陪伴那些永存者而走向无终；他必须在永无尽期之中，陪伴那无终的美、那永恒的完善与恒常的慈悯，这是必要的，也是必然的。</w:t>
      </w:r>
    </w:p>
    <w:p>
      <w:r>
        <w:rPr>
          <w:rFonts w:ascii="Times New Roman" w:hAnsi="Times New Roman" w:eastAsia="Noto Serif SC" w:cs="Amiri"/>
          <w:lang w:val="zh-CN" w:eastAsia="zh-CN" w:bidi="ar-SA"/>
          <w:color w:val="000000"/>
          <w:rtl w:val="0"/>
        </w:rPr>
        <w:t>因为，无终的美不会满足于一个易逝的渴慕者与朋友。美既然珍爱自身，便要求以爱回应它的爱；而消逝与消亡会把那份爱转化为敌意，使它变成仇恨。</w:t>
      </w:r>
    </w:p>
    <w:p>
      <w:r>
        <w:rPr>
          <w:rFonts w:ascii="Times New Roman" w:hAnsi="Times New Roman" w:eastAsia="Noto Serif SC" w:cs="Amiri"/>
          <w:lang w:val="zh-CN" w:eastAsia="zh-CN" w:bidi="ar-SA"/>
          <w:color w:val="000000"/>
          <w:rtl w:val="0"/>
        </w:rPr>
        <w:t>如果人不能走向无终并长存，那么，他天性中对永恒之美的深切爱恋就会被敌意取代。正如《第十言》的附注所阐明的：从前，一位绝色美人把一个爱慕者从自己面前赶走，那人的爱恋骤然变成敌意，说：“呸！她是多么丑陋。”他为了安慰自己，便恼恨她的美，否认她的美。的确，正如人敌视自己不了解的事物，对于力不能及或无法把握的事物，他也会怀着敌意寻找其缺陷，仿佛想要与之为敌。</w:t>
      </w:r>
    </w:p>
    <w:p>
      <w:r>
        <w:rPr>
          <w:rFonts w:ascii="Times New Roman" w:hAnsi="Times New Roman" w:eastAsia="Noto Serif SC" w:cs="Amiri"/>
          <w:lang w:val="zh-CN" w:eastAsia="zh-CN" w:bidi="ar-SA"/>
          <w:color w:val="000000"/>
          <w:rtl w:val="0"/>
        </w:rPr>
        <w:t>既然真正的所爱者与绝对优美者Allah，凭整个宇宙的见证，以祂一切美好的尊名使人爱慕祂，并要求人们爱祂；那么，祂当然不会赋予既是祂的所爱、又爱祂的人一种天性上的敌意，使人内心深处渐渐与祂疏远；祂也绝不会在人的灵魂中放入一种隐秘的敌意，完全违背人的天性，因为人是祂为了至为可爱、至富爱恋与崇拜而创造的最特出的受造物。</w:t>
      </w:r>
    </w:p>
    <w:p>
      <w:r>
        <w:rPr>
          <w:rFonts w:ascii="Times New Roman" w:hAnsi="Times New Roman" w:eastAsia="Noto Serif SC" w:cs="Amiri"/>
          <w:lang w:val="zh-CN" w:eastAsia="zh-CN" w:bidi="ar-SA"/>
          <w:color w:val="000000"/>
          <w:rtl w:val="0"/>
        </w:rPr>
        <w:t>因为，人所爱并珍视的绝对之美，若要与人永远分离，这所造成的深层创伤，人只有借敌视它、恼恨它并否认它才能疗治。不信者之所以与Allah为敌，正是由此而来。因此，无始之美者Allah必定会让人——祂的渴慕之镜——在永居之境中得享永存的生命，以便在通往永无尽期的旅途上，无论如何都与祂同行同在。</w:t>
      </w:r>
    </w:p>
    <w:p>
      <w:r>
        <w:rPr>
          <w:rFonts w:ascii="Times New Roman" w:hAnsi="Times New Roman" w:eastAsia="Noto Serif SC" w:cs="Amiri"/>
          <w:lang w:val="zh-CN" w:eastAsia="zh-CN" w:bidi="ar-SA"/>
          <w:color w:val="000000"/>
          <w:rtl w:val="0"/>
        </w:rPr>
        <w:t>的确，既然人在天性上被造成渴慕并热爱永存之美者；既然永存的美不能满意于一个易逝的渴慕者；既然人为了从未能理解、未能达到或未能把握的目标所带来的忧伤与痛苦中得到安慰，会借寻找那目标的缺陷，甚至暗怀敌意来平复自己；既然这宇宙是为人而创造，人则是为认识并热爱Allah而受造；既然这宇宙的创造者Allah凭祂的诸尊名而是无始无终的，祂诸尊名的彰显也将恒常、永存而无终；那么，人当然必定前往永居之境，并得享永存的生命。</w:t>
      </w:r>
    </w:p>
    <w:p>
      <w:r>
        <w:rPr>
          <w:rFonts w:ascii="Times New Roman" w:hAnsi="Times New Roman" w:eastAsia="Noto Serif SC" w:cs="Amiri"/>
          <w:lang w:val="zh-CN" w:eastAsia="zh-CN" w:bidi="ar-SA"/>
          <w:color w:val="000000"/>
          <w:rtl w:val="0"/>
        </w:rPr>
        <w:t>那位至大的引导者与最完善的人——阿拉伯的穆罕默德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阐明人的价值、职责与诸般完善；他在自身与宗教中，以最完善的方式显示我们所阐述的关于人的一切完善与职责，由此表明：正如宇宙为人而受造，宇宙所意图并精选的是人；同样，在人之中，至大的意图、最有价值的精选，以及独一无二者与万物皆依赖祂而祂无所依赖者最明亮的镜子，当然就是艾哈迈德·穆罕默德。</w:t>
      </w:r>
      <w:r>
        <w:rPr>
          <w:rFonts w:ascii="Amiri" w:hAnsi="Amiri" w:eastAsia="Amiri" w:cs="Amiri"/>
          <w:lang w:val="zh-CN" w:eastAsia="zh-CN" w:bidi="ar-SA"/>
          <w:rtl w:val="1"/>
          <w:cs w:val="1"/>
          <w:color w:val="000000"/>
          <w:sz w:val="24"/>
          <w:szCs w:val="24"/>
        </w:rPr>
        <w:t>ﻋَﻠَﻴْﻪِ ﻭَ ﻋَﻠٰﻰ ﺍٰﻟِﻪِ الصَّلَاةُ ﻭَ السَّلَامُ ﺑِﻌَﺪَﺩِ ﺣَﺴَﻨَﺎﺕِ ﺍُﻣَّﺘِﻪ۪</w:t>
      </w:r>
      <w:r>
        <w:rPr>
          <w:rFonts w:ascii="Times New Roman" w:hAnsi="Times New Roman" w:eastAsia="Noto Serif SC" w:cs="Amiri"/>
          <w:lang w:val="zh-CN" w:eastAsia="zh-CN" w:bidi="ar-SA"/>
          <w:color w:val="000000"/>
          <w:rtl w:val="0"/>
        </w:rPr>
        <w:t xml:space="preserve">（愿尊荣、恩福与平安归于他和他的家室，其数等同他共同体的一切善行） </w:t>
      </w:r>
      <w:r>
        <w:rPr>
          <w:rFonts w:ascii="Amiri" w:hAnsi="Amiri" w:eastAsia="Amiri" w:cs="Amiri"/>
          <w:lang w:val="zh-CN" w:eastAsia="zh-CN" w:bidi="ar-SA"/>
          <w:rtl w:val="1"/>
          <w:cs w:val="1"/>
          <w:color w:val="000000"/>
          <w:sz w:val="24"/>
          <w:szCs w:val="24"/>
        </w:rPr>
        <w:t>ﻳَﺎ ﺍَﻟﻠّٰﻪُ</w:t>
      </w:r>
      <w:r>
        <w:rPr>
          <w:rFonts w:ascii="Times New Roman" w:hAnsi="Times New Roman" w:eastAsia="Noto Serif SC" w:cs="Amiri"/>
          <w:lang w:val="zh-CN" w:eastAsia="zh-CN" w:bidi="ar-SA"/>
          <w:color w:val="000000"/>
          <w:rtl w:val="0"/>
        </w:rPr>
        <w:t xml:space="preserve">（Allah啊） </w:t>
      </w:r>
      <w:r>
        <w:rPr>
          <w:rFonts w:ascii="Amiri" w:hAnsi="Amiri" w:eastAsia="Amiri" w:cs="Amiri"/>
          <w:lang w:val="zh-CN" w:eastAsia="zh-CN" w:bidi="ar-SA"/>
          <w:rtl w:val="1"/>
          <w:cs w:val="1"/>
          <w:color w:val="000000"/>
          <w:sz w:val="24"/>
          <w:szCs w:val="24"/>
        </w:rPr>
        <w:t>ﻳَﺎ ﺭَﺣْﻤٰﻦُ</w:t>
      </w:r>
      <w:r>
        <w:rPr>
          <w:rFonts w:ascii="Times New Roman" w:hAnsi="Times New Roman" w:eastAsia="Noto Serif SC" w:cs="Amiri"/>
          <w:lang w:val="zh-CN" w:eastAsia="zh-CN" w:bidi="ar-SA"/>
          <w:color w:val="000000"/>
          <w:rtl w:val="0"/>
        </w:rPr>
        <w:t xml:space="preserve">（慈悯普及万物者啊） </w:t>
      </w:r>
      <w:r>
        <w:rPr>
          <w:rFonts w:ascii="Amiri" w:hAnsi="Amiri" w:eastAsia="Amiri" w:cs="Amiri"/>
          <w:lang w:val="zh-CN" w:eastAsia="zh-CN" w:bidi="ar-SA"/>
          <w:rtl w:val="1"/>
          <w:cs w:val="1"/>
          <w:color w:val="000000"/>
          <w:sz w:val="24"/>
          <w:szCs w:val="24"/>
        </w:rPr>
        <w:t>ﻳَﺎ ﺭَﺣ۪ﻴﻢُ</w:t>
      </w:r>
      <w:r>
        <w:rPr>
          <w:rFonts w:ascii="Times New Roman" w:hAnsi="Times New Roman" w:eastAsia="Noto Serif SC" w:cs="Amiri"/>
          <w:lang w:val="zh-CN" w:eastAsia="zh-CN" w:bidi="ar-SA"/>
          <w:color w:val="000000"/>
          <w:rtl w:val="0"/>
        </w:rPr>
        <w:t xml:space="preserve">（至慈者啊） </w:t>
      </w:r>
      <w:r>
        <w:rPr>
          <w:rFonts w:ascii="Amiri" w:hAnsi="Amiri" w:eastAsia="Amiri" w:cs="Amiri"/>
          <w:lang w:val="zh-CN" w:eastAsia="zh-CN" w:bidi="ar-SA"/>
          <w:rtl w:val="1"/>
          <w:cs w:val="1"/>
          <w:color w:val="000000"/>
          <w:sz w:val="24"/>
          <w:szCs w:val="24"/>
        </w:rPr>
        <w:t>ﻳَﺎ ﻓَﺮْﺩُ</w:t>
      </w:r>
      <w:r>
        <w:rPr>
          <w:rFonts w:ascii="Times New Roman" w:hAnsi="Times New Roman" w:eastAsia="Noto Serif SC" w:cs="Amiri"/>
          <w:lang w:val="zh-CN" w:eastAsia="zh-CN" w:bidi="ar-SA"/>
          <w:color w:val="000000"/>
          <w:rtl w:val="0"/>
        </w:rPr>
        <w:t xml:space="preserve">（独一无偶者啊） </w:t>
      </w:r>
      <w:r>
        <w:rPr>
          <w:rFonts w:ascii="Amiri" w:hAnsi="Amiri" w:eastAsia="Amiri" w:cs="Amiri"/>
          <w:lang w:val="zh-CN" w:eastAsia="zh-CN" w:bidi="ar-SA"/>
          <w:rtl w:val="1"/>
          <w:cs w:val="1"/>
          <w:color w:val="000000"/>
          <w:sz w:val="24"/>
          <w:szCs w:val="24"/>
        </w:rPr>
        <w:t>ﻳَﺎ ﺣَﻰُّ</w:t>
      </w:r>
      <w:r>
        <w:rPr>
          <w:rFonts w:ascii="Times New Roman" w:hAnsi="Times New Roman" w:eastAsia="Noto Serif SC" w:cs="Amiri"/>
          <w:lang w:val="zh-CN" w:eastAsia="zh-CN" w:bidi="ar-SA"/>
          <w:color w:val="000000"/>
          <w:rtl w:val="0"/>
        </w:rPr>
        <w:t xml:space="preserve">（永生者啊） </w:t>
      </w:r>
      <w:r>
        <w:rPr>
          <w:rFonts w:ascii="Amiri" w:hAnsi="Amiri" w:eastAsia="Amiri" w:cs="Amiri"/>
          <w:lang w:val="zh-CN" w:eastAsia="zh-CN" w:bidi="ar-SA"/>
          <w:rtl w:val="1"/>
          <w:cs w:val="1"/>
          <w:color w:val="000000"/>
          <w:sz w:val="24"/>
          <w:szCs w:val="24"/>
        </w:rPr>
        <w:t>ﻳَﺎ ﻗَﻴُّﻮﻡُ</w:t>
      </w:r>
      <w:r>
        <w:rPr>
          <w:rFonts w:ascii="Times New Roman" w:hAnsi="Times New Roman" w:eastAsia="Noto Serif SC" w:cs="Amiri"/>
          <w:lang w:val="zh-CN" w:eastAsia="zh-CN" w:bidi="ar-SA"/>
          <w:color w:val="000000"/>
          <w:rtl w:val="0"/>
        </w:rPr>
        <w:t xml:space="preserve">（自存而使万有存立者啊） </w:t>
      </w:r>
      <w:r>
        <w:rPr>
          <w:rFonts w:ascii="Amiri" w:hAnsi="Amiri" w:eastAsia="Amiri" w:cs="Amiri"/>
          <w:lang w:val="zh-CN" w:eastAsia="zh-CN" w:bidi="ar-SA"/>
          <w:rtl w:val="1"/>
          <w:cs w:val="1"/>
          <w:color w:val="000000"/>
          <w:sz w:val="24"/>
          <w:szCs w:val="24"/>
        </w:rPr>
        <w:t>ﻳَﺎ ﺣَﻜَﻢُ</w:t>
      </w:r>
      <w:r>
        <w:rPr>
          <w:rFonts w:ascii="Times New Roman" w:hAnsi="Times New Roman" w:eastAsia="Noto Serif SC" w:cs="Amiri"/>
          <w:lang w:val="zh-CN" w:eastAsia="zh-CN" w:bidi="ar-SA"/>
          <w:color w:val="000000"/>
          <w:rtl w:val="0"/>
        </w:rPr>
        <w:t xml:space="preserve">（至公裁决者啊） </w:t>
      </w:r>
      <w:r>
        <w:rPr>
          <w:rFonts w:ascii="Amiri" w:hAnsi="Amiri" w:eastAsia="Amiri" w:cs="Amiri"/>
          <w:lang w:val="zh-CN" w:eastAsia="zh-CN" w:bidi="ar-SA"/>
          <w:rtl w:val="1"/>
          <w:cs w:val="1"/>
          <w:color w:val="000000"/>
          <w:sz w:val="24"/>
          <w:szCs w:val="24"/>
        </w:rPr>
        <w:t>ﻳَﺎ ﻋَﺪْﻝُ</w:t>
      </w:r>
      <w:r>
        <w:rPr>
          <w:rFonts w:ascii="Times New Roman" w:hAnsi="Times New Roman" w:eastAsia="Noto Serif SC" w:cs="Amiri"/>
          <w:lang w:val="zh-CN" w:eastAsia="zh-CN" w:bidi="ar-SA"/>
          <w:color w:val="000000"/>
          <w:rtl w:val="0"/>
        </w:rPr>
        <w:t xml:space="preserve">（公正者啊） </w:t>
      </w:r>
      <w:r>
        <w:rPr>
          <w:rFonts w:ascii="Amiri" w:hAnsi="Amiri" w:eastAsia="Amiri" w:cs="Amiri"/>
          <w:lang w:val="zh-CN" w:eastAsia="zh-CN" w:bidi="ar-SA"/>
          <w:rtl w:val="1"/>
          <w:cs w:val="1"/>
          <w:color w:val="000000"/>
          <w:sz w:val="24"/>
          <w:szCs w:val="24"/>
        </w:rPr>
        <w:t>ﻳَﺎ ﻗُﺪُّﻭﺱُ</w:t>
      </w:r>
      <w:r>
        <w:rPr>
          <w:rFonts w:ascii="Times New Roman" w:hAnsi="Times New Roman" w:eastAsia="Noto Serif SC" w:cs="Amiri"/>
          <w:lang w:val="zh-CN" w:eastAsia="zh-CN" w:bidi="ar-SA"/>
          <w:color w:val="000000"/>
          <w:rtl w:val="0"/>
        </w:rPr>
        <w:t xml:space="preserve">（至圣无染者啊） </w:t>
      </w:r>
      <w:r>
        <w:rPr>
          <w:rFonts w:ascii="Amiri" w:hAnsi="Amiri" w:eastAsia="Amiri" w:cs="Amiri"/>
          <w:lang w:val="zh-CN" w:eastAsia="zh-CN" w:bidi="ar-SA"/>
          <w:rtl w:val="1"/>
          <w:cs w:val="1"/>
          <w:color w:val="000000"/>
          <w:sz w:val="24"/>
          <w:szCs w:val="24"/>
        </w:rPr>
        <w:t>ﻧَﺴْﺌَﻠُﻚَ ﺑِﺤَﻖِّ ﻓُﺮْﻗَﺎﻧِﻚَ ﺍﻟْﺤَﻜ۪ﻴﻢِ</w:t>
      </w:r>
      <w:r>
        <w:rPr>
          <w:rFonts w:ascii="Times New Roman" w:hAnsi="Times New Roman" w:eastAsia="Noto Serif SC" w:cs="Amiri"/>
          <w:lang w:val="zh-CN" w:eastAsia="zh-CN" w:bidi="ar-SA"/>
          <w:color w:val="000000"/>
          <w:rtl w:val="0"/>
        </w:rPr>
        <w:t xml:space="preserve">（我们凭祢那辨别真伪而至睿的经典所具有的真实与尊分祈求祢） </w:t>
      </w:r>
      <w:r>
        <w:rPr>
          <w:rFonts w:ascii="Amiri" w:hAnsi="Amiri" w:eastAsia="Amiri" w:cs="Amiri"/>
          <w:lang w:val="zh-CN" w:eastAsia="zh-CN" w:bidi="ar-SA"/>
          <w:rtl w:val="1"/>
          <w:cs w:val="1"/>
          <w:color w:val="000000"/>
          <w:sz w:val="24"/>
          <w:szCs w:val="24"/>
        </w:rPr>
        <w:t>ﻭَ ﺑِﺤُﺮْﻣَﺔِ ﺣَﺒ۪ﻴﺒِﻚَ الْاَكْرَمِ</w:t>
      </w:r>
      <w:r>
        <w:rPr>
          <w:rFonts w:ascii="Times New Roman" w:hAnsi="Times New Roman" w:eastAsia="Noto Serif SC" w:cs="Amiri"/>
          <w:lang w:val="zh-CN" w:eastAsia="zh-CN" w:bidi="ar-SA"/>
          <w:color w:val="000000"/>
          <w:rtl w:val="0"/>
        </w:rPr>
        <w:t xml:space="preserve">（并凭祢那最受尊崇的爱者的尊严） </w:t>
      </w:r>
      <w:r>
        <w:rPr>
          <w:rFonts w:ascii="Amiri" w:hAnsi="Amiri" w:eastAsia="Amiri" w:cs="Amiri"/>
          <w:lang w:val="zh-CN" w:eastAsia="zh-CN" w:bidi="ar-SA"/>
          <w:rtl w:val="1"/>
          <w:cs w:val="1"/>
          <w:color w:val="000000"/>
          <w:sz w:val="24"/>
          <w:szCs w:val="24"/>
        </w:rPr>
        <w:t>ﻭَ ﺑِﺤَﻖِّ ﺍَﺳْﻤَﺎﺋِﻚَ ﺍﻟْﺤُﺴْﻨٰﻰ</w:t>
      </w:r>
      <w:r>
        <w:rPr>
          <w:rFonts w:ascii="Times New Roman" w:hAnsi="Times New Roman" w:eastAsia="Noto Serif SC" w:cs="Amiri"/>
          <w:lang w:val="zh-CN" w:eastAsia="zh-CN" w:bidi="ar-SA"/>
          <w:color w:val="000000"/>
          <w:rtl w:val="0"/>
        </w:rPr>
        <w:t xml:space="preserve">（并凭祢诸美好尊名的真实与尊分） </w:t>
      </w:r>
      <w:r>
        <w:rPr>
          <w:rFonts w:ascii="Amiri" w:hAnsi="Amiri" w:eastAsia="Amiri" w:cs="Amiri"/>
          <w:lang w:val="zh-CN" w:eastAsia="zh-CN" w:bidi="ar-SA"/>
          <w:rtl w:val="1"/>
          <w:cs w:val="1"/>
          <w:color w:val="000000"/>
          <w:sz w:val="24"/>
          <w:szCs w:val="24"/>
        </w:rPr>
        <w:t>ﻭَ ﺑِﺤُﺮْﻣَﺔِ ﺍِﺳْﻤِﻚَ الْاَعْظَمِ</w:t>
      </w:r>
      <w:r>
        <w:rPr>
          <w:rFonts w:ascii="Times New Roman" w:hAnsi="Times New Roman" w:eastAsia="Noto Serif SC" w:cs="Amiri"/>
          <w:lang w:val="zh-CN" w:eastAsia="zh-CN" w:bidi="ar-SA"/>
          <w:color w:val="000000"/>
          <w:rtl w:val="0"/>
        </w:rPr>
        <w:t xml:space="preserve">（并凭祢至大尊名的尊严） </w:t>
      </w:r>
      <w:r>
        <w:rPr>
          <w:rFonts w:ascii="Amiri" w:hAnsi="Amiri" w:eastAsia="Amiri" w:cs="Amiri"/>
          <w:lang w:val="zh-CN" w:eastAsia="zh-CN" w:bidi="ar-SA"/>
          <w:rtl w:val="1"/>
          <w:cs w:val="1"/>
          <w:color w:val="000000"/>
          <w:sz w:val="24"/>
          <w:szCs w:val="24"/>
        </w:rPr>
        <w:t>ﺍِﺣْﻔَﻈْﻨَﺎ ﻣِﻦْ ﺷَﺮِّ ﺍﻟﻨَّﻔْﺲِ ﻭَ ﺍﻟﺸَّﻴْﻄَﺎﻥِ</w:t>
      </w:r>
      <w:r>
        <w:rPr>
          <w:rFonts w:ascii="Times New Roman" w:hAnsi="Times New Roman" w:eastAsia="Noto Serif SC" w:cs="Amiri"/>
          <w:lang w:val="zh-CN" w:eastAsia="zh-CN" w:bidi="ar-SA"/>
          <w:color w:val="000000"/>
          <w:rtl w:val="0"/>
        </w:rPr>
        <w:t xml:space="preserve">（求祢护佑我们，免遭自我与恶魔的伤害） </w:t>
      </w:r>
      <w:r>
        <w:rPr>
          <w:rFonts w:ascii="Amiri" w:hAnsi="Amiri" w:eastAsia="Amiri" w:cs="Amiri"/>
          <w:lang w:val="zh-CN" w:eastAsia="zh-CN" w:bidi="ar-SA"/>
          <w:rtl w:val="1"/>
          <w:cs w:val="1"/>
          <w:color w:val="000000"/>
          <w:sz w:val="24"/>
          <w:szCs w:val="24"/>
        </w:rPr>
        <w:t>ﻭَ ﻣِﻦْ ﺷَﺮِّ ﺍﻟْﺠِﻦِّ ﻭَ الْاِنْسَانِ</w:t>
      </w:r>
      <w:r>
        <w:rPr>
          <w:rFonts w:ascii="Times New Roman" w:hAnsi="Times New Roman" w:eastAsia="Noto Serif SC" w:cs="Amiri"/>
          <w:lang w:val="zh-CN" w:eastAsia="zh-CN" w:bidi="ar-SA"/>
          <w:color w:val="000000"/>
          <w:rtl w:val="0"/>
        </w:rPr>
        <w:t xml:space="preserve">（也免遭精灵与人类的伤害）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（祢确是全知者，知晓一切；祢确是至睿者，一切作为皆充满智慧）</w:t>
      </w:r>
    </w:p>
    <w:p>
      <w:pPr>
        <w:pStyle w:val="Heading1"/>
        <w:pageBreakBefore/>
      </w:pPr>
      <w:r>
        <w:rPr>
          <w:rFonts w:ascii="Times New Roman" w:hAnsi="Times New Roman" w:eastAsia="Noto Serif SC" w:cs="Amiri"/>
          <w:lang w:val="zh-CN" w:eastAsia="zh-CN" w:bidi="ar-SA"/>
          <w:color w:val="000000"/>
          <w:rtl w:val="0"/>
        </w:rPr>
        <w:t>第三十一篇闪光</w:t>
      </w:r>
    </w:p>
    <w:p>
      <w:r>
        <w:rPr>
          <w:rFonts w:ascii="Times New Roman" w:hAnsi="Times New Roman" w:eastAsia="Noto Serif SC" w:cs="Amiri"/>
          <w:lang w:val="zh-CN" w:eastAsia="zh-CN" w:bidi="ar-SA"/>
          <w:color w:val="000000"/>
          <w:rtl w:val="0"/>
        </w:rPr>
        <w:t>本篇已分为诸道射线，其中十三道射线已经写成，另有一部分尚未写成。它将以《射线集》为名，作为一部独立文集出版</w:t>
      </w:r>
      <w:r>
        <w:rPr>
          <w:rStyle w:val="FootnoteReference"/>
        </w:rPr>
        <w:footnoteReference w:id="67"/>
      </w:r>
      <w:r>
        <w:rPr>
          <w:rFonts w:ascii="Times New Roman" w:hAnsi="Times New Roman" w:eastAsia="Noto Serif SC" w:cs="Amiri"/>
          <w:lang w:val="zh-CN" w:eastAsia="zh-CN" w:bidi="ar-SA"/>
          <w:color w:val="000000"/>
          <w:rtl w:val="0"/>
        </w:rPr>
        <w:t>。</w:t>
      </w:r>
    </w:p>
    <w:p>
      <w:pPr>
        <w:pStyle w:val="Heading1"/>
        <w:pageBreakBefore/>
      </w:pPr>
      <w:r>
        <w:rPr>
          <w:rFonts w:ascii="Times New Roman" w:hAnsi="Times New Roman" w:eastAsia="Noto Serif SC" w:cs="Amiri"/>
          <w:lang w:val="zh-CN" w:eastAsia="zh-CN" w:bidi="ar-SA"/>
          <w:color w:val="000000"/>
          <w:rtl w:val="0"/>
        </w:rPr>
        <w:t>第三十二篇闪光</w:t>
      </w:r>
    </w:p>
    <w:p>
      <w:r>
        <w:rPr>
          <w:rFonts w:ascii="Times New Roman" w:hAnsi="Times New Roman" w:eastAsia="Noto Serif SC" w:cs="Amiri"/>
          <w:lang w:val="zh-CN" w:eastAsia="zh-CN" w:bidi="ar-SA"/>
          <w:color w:val="000000"/>
          <w:rtl w:val="0"/>
        </w:rPr>
        <w:t>本篇是旧赛义德最后写成的著作，是在斋月的二十天里写成、自然而然以诗体呈现的《微光集》论著。它已在《诸言》文集中出版。</w:t>
      </w:r>
    </w:p>
    <w:p>
      <w:pPr>
        <w:pStyle w:val="Heading1"/>
        <w:pageBreakBefore/>
      </w:pPr>
      <w:r>
        <w:rPr>
          <w:rFonts w:ascii="Times New Roman" w:hAnsi="Times New Roman" w:eastAsia="Noto Serif SC" w:cs="Amiri"/>
          <w:lang w:val="zh-CN" w:eastAsia="zh-CN" w:bidi="ar-SA"/>
          <w:color w:val="000000"/>
          <w:rtl w:val="0"/>
        </w:rPr>
        <w:t>第三十三篇闪光</w:t>
      </w:r>
    </w:p>
    <w:p>
      <w:r>
        <w:rPr>
          <w:rFonts w:ascii="Times New Roman" w:hAnsi="Times New Roman" w:eastAsia="Noto Serif SC" w:cs="Amiri"/>
          <w:lang w:val="zh-CN" w:eastAsia="zh-CN" w:bidi="ar-SA"/>
          <w:color w:val="000000"/>
          <w:rtl w:val="0"/>
        </w:rPr>
        <w:t>本篇是新赛义德最早从真理中、以亲见的程度在心灵里清晰见到的著作，其阿拉伯语原文由《小滴》《籽粒》《一嗅》《微粒》《浮尘》《金星》《火苗》及其附篇组成。它已以《光明论集中的诗体光明论著》为名刊行。</w:t>
      </w:r>
    </w:p>
    <w:p>
      <w:pPr>
        <w:pStyle w:val="Heading2"/>
      </w:pPr>
      <w:r>
        <w:rPr>
          <w:rFonts w:ascii="Times New Roman" w:hAnsi="Times New Roman" w:eastAsia="Noto Serif SC" w:cs="Amiri"/>
          <w:lang w:val="zh-CN" w:eastAsia="zh-CN" w:bidi="ar-SA"/>
          <w:color w:val="000000"/>
          <w:rtl w:val="0"/>
        </w:rPr>
        <w:t>祈求</w:t>
      </w:r>
    </w:p>
    <w:p>
      <w:r>
        <w:rPr>
          <w:rFonts w:ascii="Times New Roman" w:hAnsi="Times New Roman" w:eastAsia="Noto Serif SC" w:cs="Amiri"/>
          <w:lang w:val="zh-CN" w:eastAsia="zh-CN" w:bidi="ar-SA"/>
          <w:color w:val="000000"/>
          <w:rtl w:val="0"/>
        </w:rPr>
        <w:t>我的神圣主宰Allah啊，我的养育并主宰者啊！</w:t>
      </w:r>
    </w:p>
    <w:p>
      <w:r>
        <w:rPr>
          <w:rFonts w:ascii="Times New Roman" w:hAnsi="Times New Roman" w:eastAsia="Noto Serif SC" w:cs="Amiri"/>
          <w:lang w:val="zh-CN" w:eastAsia="zh-CN" w:bidi="ar-SA"/>
          <w:color w:val="000000"/>
          <w:rtl w:val="0"/>
        </w:rPr>
        <w:t>我凭信仰的目光，凭《古兰经》的教导与光明，凭至尊使者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（愿Allah赐他尊荣、恩福与平安）的训诲，并凭“至睿者”这一尊名的指引，看见：诸天之中没有任何一种运行与活动，不以它那般的秩序指示并证明您的存在。</w:t>
      </w:r>
    </w:p>
    <w:p>
      <w:r>
        <w:rPr>
          <w:rFonts w:ascii="Times New Roman" w:hAnsi="Times New Roman" w:eastAsia="Noto Serif SC" w:cs="Amiri"/>
          <w:lang w:val="zh-CN" w:eastAsia="zh-CN" w:bidi="ar-SA"/>
          <w:color w:val="000000"/>
          <w:rtl w:val="0"/>
        </w:rPr>
        <w:t>也没有任何天体，不以它的寂静、无声无息地履行职责、无柱而立的状态，见证并指示您的养育与主宰和您的独一。</w:t>
      </w:r>
    </w:p>
    <w:p>
      <w:r>
        <w:rPr>
          <w:rFonts w:ascii="Times New Roman" w:hAnsi="Times New Roman" w:eastAsia="Noto Serif SC" w:cs="Amiri"/>
          <w:lang w:val="zh-CN" w:eastAsia="zh-CN" w:bidi="ar-SA"/>
          <w:color w:val="000000"/>
          <w:rtl w:val="0"/>
        </w:rPr>
        <w:t>也没有任何星辰，不以它合乎权衡的创造、井然有序的形势、光明的微笑，以及它与一切星辰相似相仿的印记，指示并见证您应受崇拜之神圣性的威严和您的独一。</w:t>
      </w:r>
    </w:p>
    <w:p>
      <w:r>
        <w:rPr>
          <w:rFonts w:ascii="Times New Roman" w:hAnsi="Times New Roman" w:eastAsia="Noto Serif SC" w:cs="Amiri"/>
          <w:lang w:val="zh-CN" w:eastAsia="zh-CN" w:bidi="ar-SA"/>
          <w:color w:val="000000"/>
          <w:rtl w:val="0"/>
        </w:rPr>
        <w:t>十二颗行星之中，也没有任何一颗行星，不以它充满智慧的运动、恭顺服役的状态、井然有序的职责和重要的卫星，见证您存在的必然性，并指示您应受崇拜之神圣性的王权！</w:t>
      </w:r>
    </w:p>
    <w:p>
      <w:r>
        <w:rPr>
          <w:rFonts w:ascii="Times New Roman" w:hAnsi="Times New Roman" w:eastAsia="Noto Serif SC" w:cs="Amiri"/>
          <w:lang w:val="zh-CN" w:eastAsia="zh-CN" w:bidi="ar-SA"/>
          <w:color w:val="000000"/>
          <w:rtl w:val="0"/>
        </w:rPr>
        <w:t>是的，诸天连同其中的居民，不仅各自单独作证，而且以其整体，达到昭然自明的程度——创造大地与诸天的创造主啊——如此明显地见证您存在的必然性；——洞察并治理众微粒及其有序组合物，又使这些行星连同其有韵律的卫星运转并服从自己命令的主宰啊——又如此有力地见证您的独一与单一，以至天穹表面所有星辰般数目的光明确证与灿烂证据，都确认这一见证。</w:t>
      </w:r>
    </w:p>
    <w:p>
      <w:r>
        <w:rPr>
          <w:rFonts w:ascii="Times New Roman" w:hAnsi="Times New Roman" w:eastAsia="Noto Serif SC" w:cs="Amiri"/>
          <w:lang w:val="zh-CN" w:eastAsia="zh-CN" w:bidi="ar-SA"/>
          <w:color w:val="000000"/>
          <w:rtl w:val="0"/>
        </w:rPr>
        <w:t>再者，这纯净、清洁、美丽的诸天，凭借其无比巨大、无比迅捷的天体，呈现为一支井然有序的军队，又呈现为一支以电灯装点的王权舰队；由此，它们明显证明您养育与主宰的威严，以及您创造万物的权能之宏大；有力指示您包容无边诸天的统治，以及您将每一个有生命者揽入怀中的慈悯之无限广阔；并无疑地见证：您的知识掌握并整顿一切天体受造物的全部事务与情状，将它们统摄于掌中，因而包容万物；您的智慧遍及一切作为。这见证与证明是那样明显，仿佛星辰就是作证之诸天的见证言辞，是凝成形体的光明证据。</w:t>
      </w:r>
    </w:p>
    <w:p>
      <w:r>
        <w:rPr>
          <w:rFonts w:ascii="Times New Roman" w:hAnsi="Times New Roman" w:eastAsia="Noto Serif SC" w:cs="Amiri"/>
          <w:lang w:val="zh-CN" w:eastAsia="zh-CN" w:bidi="ar-SA"/>
          <w:color w:val="000000"/>
          <w:rtl w:val="0"/>
        </w:rPr>
        <w:t>再者，在诸天的广场、海洋与太空中，星辰以顺命的士兵、有序的舰船、奇异的飞行器、瑰奇的灯火般的姿态，显示您应受崇拜之神圣性王权的辉煌。</w:t>
      </w:r>
    </w:p>
    <w:p>
      <w:r>
        <w:rPr>
          <w:rFonts w:ascii="Times New Roman" w:hAnsi="Times New Roman" w:eastAsia="Noto Serif SC" w:cs="Amiri"/>
          <w:lang w:val="zh-CN" w:eastAsia="zh-CN" w:bidi="ar-SA"/>
          <w:color w:val="000000"/>
          <w:rtl w:val="0"/>
        </w:rPr>
        <w:t>我们的太阳是那军队中的一颗星辰；凭它在众行星和我们的地球上所负职责的指示与提醒，可知太阳的其他星辰伙伴中，有一些面向后世诸世界；它们并非没有职责，而是永存诸世界的太阳。</w:t>
      </w:r>
    </w:p>
    <w:p>
      <w:r>
        <w:rPr>
          <w:rFonts w:ascii="Times New Roman" w:hAnsi="Times New Roman" w:eastAsia="Noto Serif SC" w:cs="Amiri"/>
          <w:lang w:val="zh-CN" w:eastAsia="zh-CN" w:bidi="ar-SA"/>
          <w:color w:val="000000"/>
          <w:rtl w:val="0"/>
        </w:rPr>
        <w:t>其存在为必然的主宰Allah啊！独一无二者Allah啊！</w:t>
      </w:r>
    </w:p>
    <w:p>
      <w:r>
        <w:rPr>
          <w:rFonts w:ascii="Times New Roman" w:hAnsi="Times New Roman" w:eastAsia="Noto Serif SC" w:cs="Amiri"/>
          <w:lang w:val="zh-CN" w:eastAsia="zh-CN" w:bidi="ar-SA"/>
          <w:color w:val="000000"/>
          <w:rtl w:val="0"/>
        </w:rPr>
        <w:t>这些奇异的星辰，这些瑰奇的太阳与月亮，都在您的国度、您的诸天之中；它们凭您的命令、力量与权能，凭您的治理与筹度，得以顺服、整序并各受职任。所有那些高天的天体，都赞颂创造、运转并治理它们的独一创造者超绝一切缺欠，都宣告祂至大；它们以自身的存在状态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w:t>
      </w:r>
    </w:p>
    <w:p>
      <w:r>
        <w:rPr>
          <w:rFonts w:ascii="Times New Roman" w:hAnsi="Times New Roman" w:eastAsia="Noto Serif SC" w:cs="Amiri"/>
          <w:lang w:val="zh-CN" w:eastAsia="zh-CN" w:bidi="ar-SA"/>
          <w:color w:val="000000"/>
          <w:rtl w:val="0"/>
        </w:rPr>
        <w:t>我也以它们的一切赞颂，赞颂您超绝一切缺欠；因显现的极强而隐而不见的具威严的全能者啊，因至尊威严的宏大而隐匿无踪的主宰啊！</w:t>
      </w:r>
    </w:p>
    <w:p>
      <w:r>
        <w:rPr>
          <w:rFonts w:ascii="Times New Roman" w:hAnsi="Times New Roman" w:eastAsia="Noto Serif SC" w:cs="Amiri"/>
          <w:lang w:val="zh-CN" w:eastAsia="zh-CN" w:bidi="ar-SA"/>
          <w:color w:val="000000"/>
          <w:rtl w:val="0"/>
        </w:rPr>
        <w:t>绝对全能的主宰Allah啊！</w:t>
      </w:r>
    </w:p>
    <w:p>
      <w:r>
        <w:rPr>
          <w:rFonts w:ascii="Times New Roman" w:hAnsi="Times New Roman" w:eastAsia="Noto Serif SC" w:cs="Amiri"/>
          <w:lang w:val="zh-CN" w:eastAsia="zh-CN" w:bidi="ar-SA"/>
          <w:color w:val="000000"/>
          <w:rtl w:val="0"/>
        </w:rPr>
        <w:t>凭您至睿《古兰经》的训诲和至尊使者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（愿Allah赐他尊荣、恩福与平安）的教导，我明白了：正如诸天与星辰见证您的存在与独一，天空也以其云、闪电、雷、风和雨，见证您存在的必然性与您的独一。</w:t>
      </w:r>
    </w:p>
    <w:p>
      <w:r>
        <w:rPr>
          <w:rFonts w:ascii="Times New Roman" w:hAnsi="Times New Roman" w:eastAsia="Noto Serif SC" w:cs="Amiri"/>
          <w:lang w:val="zh-CN" w:eastAsia="zh-CN" w:bidi="ar-SA"/>
          <w:color w:val="000000"/>
          <w:rtl w:val="0"/>
        </w:rPr>
        <w:t>是的，无生命、无意识的云，把作为生命之水的雨送给需要的众有生命者，解其急需，这只能凭您的慈悯与智慧；混乱的偶然绝不能插手其间。</w:t>
      </w:r>
    </w:p>
    <w:p>
      <w:r>
        <w:rPr>
          <w:rFonts w:ascii="Times New Roman" w:hAnsi="Times New Roman" w:eastAsia="Noto Serif SC" w:cs="Amiri"/>
          <w:lang w:val="zh-CN" w:eastAsia="zh-CN" w:bidi="ar-SA"/>
          <w:color w:val="000000"/>
          <w:rtl w:val="0"/>
        </w:rPr>
        <w:t>再者，闪电是最大的电，它指示电在照明方面的益处，鼓励人们加以利用；它也美好地照亮并彰显您在太空中的权能。</w:t>
      </w:r>
    </w:p>
    <w:p>
      <w:r>
        <w:rPr>
          <w:rFonts w:ascii="Times New Roman" w:hAnsi="Times New Roman" w:eastAsia="Noto Serif SC" w:cs="Amiri"/>
          <w:lang w:val="zh-CN" w:eastAsia="zh-CN" w:bidi="ar-SA"/>
          <w:color w:val="000000"/>
          <w:rtl w:val="0"/>
        </w:rPr>
        <w:t>再者，雷宣告雨来的喜讯，使浩瀚太空发声，以赞颂的轰鸣令诸天回响；它也以明确的言语开口说话，赞颂您超绝一切缺欠，并见证您的养育与主宰。</w:t>
      </w:r>
    </w:p>
    <w:p>
      <w:r>
        <w:rPr>
          <w:rFonts w:ascii="Times New Roman" w:hAnsi="Times New Roman" w:eastAsia="Noto Serif SC" w:cs="Amiri"/>
          <w:lang w:val="zh-CN" w:eastAsia="zh-CN" w:bidi="ar-SA"/>
          <w:color w:val="000000"/>
          <w:rtl w:val="0"/>
        </w:rPr>
        <w:t>再者，风担负着众多职责：把有生命者生存最必需的给养、最便于利用的气息赐予它们，使众生舒畅。风也仿佛本着一种智慧，把天空变成一块“抹除与书写的板面”，一块“书写、表述，随后擦去的写字板”；由此，它既指示您权能的活动，见证您的存在。同样，凭您的慈悯从云中榨取并送给众有生命者的雨，也以其合乎权衡、井然有序的小滴作为言辞，见证您慈悯的广阔与怜爱的宽广。</w:t>
      </w:r>
    </w:p>
    <w:p>
      <w:r>
        <w:rPr>
          <w:rFonts w:ascii="Times New Roman" w:hAnsi="Times New Roman" w:eastAsia="Noto Serif SC" w:cs="Amiri"/>
          <w:lang w:val="zh-CN" w:eastAsia="zh-CN" w:bidi="ar-SA"/>
          <w:color w:val="000000"/>
          <w:rtl w:val="0"/>
        </w:rPr>
        <w:t>主动处置万有而不断作为的主宰Allah啊！丰沛施恩而崇高的主宰Allah啊！</w:t>
      </w:r>
    </w:p>
    <w:p>
      <w:r>
        <w:rPr>
          <w:rFonts w:ascii="Times New Roman" w:hAnsi="Times New Roman" w:eastAsia="Noto Serif SC" w:cs="Amiri"/>
          <w:lang w:val="zh-CN" w:eastAsia="zh-CN" w:bidi="ar-SA"/>
          <w:color w:val="000000"/>
          <w:rtl w:val="0"/>
        </w:rPr>
        <w:t>云、闪电、雷、风和雨见证您存在的必然性；它们不仅逐一作证，而且作为整体，尽管在情状上彼此遥远、在本性上彼此相反，却凭其统一、共处、相互交融、彼此协助履行职责的关系，极为有力地指示您的独一与单一。</w:t>
      </w:r>
    </w:p>
    <w:p>
      <w:r>
        <w:rPr>
          <w:rFonts w:ascii="Times New Roman" w:hAnsi="Times New Roman" w:eastAsia="Noto Serif SC" w:cs="Amiri"/>
          <w:lang w:val="zh-CN" w:eastAsia="zh-CN" w:bidi="ar-SA"/>
          <w:color w:val="000000"/>
          <w:rtl w:val="0"/>
        </w:rPr>
        <w:t>再者，您的养育与主宰使浩瀚太空成为奇观汇聚之地，在某些日子里数次将它充满又排空；您的权能把广阔天空当作一块书写又更换的板面，又把它当作一块海绵加以挤压，借以浇灌大地的园圃；您的慈悯与统治在天空之幕下照看并治理整个大地及其一切受造物。它们既见证您养育与主宰的威严、您权能的宏大及其对万物的遍及，也证明您慈悯与统治的无限广阔及其达于万物。</w:t>
      </w:r>
    </w:p>
    <w:p>
      <w:r>
        <w:rPr>
          <w:rFonts w:ascii="Times New Roman" w:hAnsi="Times New Roman" w:eastAsia="Noto Serif SC" w:cs="Amiri"/>
          <w:lang w:val="zh-CN" w:eastAsia="zh-CN" w:bidi="ar-SA"/>
          <w:color w:val="000000"/>
          <w:rtl w:val="0"/>
        </w:rPr>
        <w:t>再者，太空中的空气被用于如此富于智慧的职责，云与雨被用于如此全知的用途；倘若没有一种包容万物的知识和一种遍及万物的智慧，这样的利用与任用绝不可能。</w:t>
      </w:r>
    </w:p>
    <w:p>
      <w:r>
        <w:rPr>
          <w:rFonts w:ascii="Times New Roman" w:hAnsi="Times New Roman" w:eastAsia="Noto Serif SC" w:cs="Amiri"/>
          <w:lang w:val="zh-CN" w:eastAsia="zh-CN" w:bidi="ar-SA"/>
          <w:color w:val="000000"/>
          <w:rtl w:val="0"/>
        </w:rPr>
        <w:t>随意志而不断创造作为的主宰Allah啊！</w:t>
      </w:r>
    </w:p>
    <w:p>
      <w:r>
        <w:rPr>
          <w:rFonts w:ascii="Times New Roman" w:hAnsi="Times New Roman" w:eastAsia="Noto Serif SC" w:cs="Amiri"/>
          <w:lang w:val="zh-CN" w:eastAsia="zh-CN" w:bidi="ar-SA"/>
          <w:color w:val="000000"/>
          <w:rtl w:val="0"/>
        </w:rPr>
        <w:t>您的权能在太空之中不断活动，时时展示复起与末日的缩影，在一小时之内使夏转冬、冬转夏，带来一个世界，又把另一个世界送入幽隐；凭诸如此类的作为，它发出预示：您将使尘世转为后世，并将在后世展示无始无终的诸般作为。</w:t>
      </w:r>
    </w:p>
    <w:p>
      <w:r>
        <w:rPr>
          <w:rFonts w:ascii="Times New Roman" w:hAnsi="Times New Roman" w:eastAsia="Noto Serif SC" w:cs="Amiri"/>
          <w:lang w:val="zh-CN" w:eastAsia="zh-CN" w:bidi="ar-SA"/>
          <w:color w:val="000000"/>
          <w:rtl w:val="0"/>
        </w:rPr>
        <w:t>具威严的全能者Allah啊！</w:t>
      </w:r>
    </w:p>
    <w:p>
      <w:r>
        <w:rPr>
          <w:rFonts w:ascii="Times New Roman" w:hAnsi="Times New Roman" w:eastAsia="Noto Serif SC" w:cs="Amiri"/>
          <w:lang w:val="zh-CN" w:eastAsia="zh-CN" w:bidi="ar-SA"/>
          <w:color w:val="000000"/>
          <w:rtl w:val="0"/>
        </w:rPr>
        <w:t>太空中的空气、云、雨、闪电和雷，都在您的国度里，凭您的命令与护佑、力量与权能而顺服供职。这些本性彼此遥远的太空受造物，赞颂那使它们服从极其迅捷而即时的命令、迅速而紧迫的指挥的主宰与统治者超绝一切缺欠，又称颂赞美您的慈悯。</w:t>
      </w:r>
    </w:p>
    <w:p>
      <w:r>
        <w:rPr>
          <w:rFonts w:ascii="Times New Roman" w:hAnsi="Times New Roman" w:eastAsia="Noto Serif SC" w:cs="Amiri"/>
          <w:lang w:val="zh-CN" w:eastAsia="zh-CN" w:bidi="ar-SA"/>
          <w:color w:val="000000"/>
          <w:rtl w:val="0"/>
        </w:rPr>
        <w:t>大地与诸天的具威严创造者Allah啊！</w:t>
      </w:r>
    </w:p>
    <w:p>
      <w:r>
        <w:rPr>
          <w:rFonts w:ascii="Times New Roman" w:hAnsi="Times New Roman" w:eastAsia="Noto Serif SC" w:cs="Amiri"/>
          <w:lang w:val="zh-CN" w:eastAsia="zh-CN" w:bidi="ar-SA"/>
          <w:color w:val="000000"/>
          <w:rtl w:val="0"/>
        </w:rPr>
        <w:t>凭您至睿《古兰经》的教导和至尊使者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训诲，我已信仰并知晓：正如诸天以星辰、太空以所包含的一切，见证您存在的必然性、您的单一与独一；同样，大地也以其全部受造物与诸般情状，以其受造物数目的见证和指示，证明您的存在与独一。</w:t>
      </w:r>
    </w:p>
    <w:p>
      <w:r>
        <w:rPr>
          <w:rFonts w:ascii="Times New Roman" w:hAnsi="Times New Roman" w:eastAsia="Noto Serif SC" w:cs="Amiri"/>
          <w:lang w:val="zh-CN" w:eastAsia="zh-CN" w:bidi="ar-SA"/>
          <w:color w:val="000000"/>
          <w:rtl w:val="0"/>
        </w:rPr>
        <w:t>是的，大地上没有任何变化，树木与动物每年更换外衣般的任何变迁，无论个别还是普遍，不以其秩序指示您的存在与独一。</w:t>
      </w:r>
    </w:p>
    <w:p>
      <w:r>
        <w:rPr>
          <w:rFonts w:ascii="Times New Roman" w:hAnsi="Times New Roman" w:eastAsia="Noto Serif SC" w:cs="Amiri"/>
          <w:lang w:val="zh-CN" w:eastAsia="zh-CN" w:bidi="ar-SA"/>
          <w:color w:val="000000"/>
          <w:rtl w:val="0"/>
        </w:rPr>
        <w:t>也没有任何动物，不凭依照其软弱与需要的程度而赐下的至慈给养，以及富于智慧地赋予它生存所需的器官与官能，见证您的存在与单一。</w:t>
      </w:r>
    </w:p>
    <w:p>
      <w:r>
        <w:rPr>
          <w:rFonts w:ascii="Times New Roman" w:hAnsi="Times New Roman" w:eastAsia="Noto Serif SC" w:cs="Amiri"/>
          <w:lang w:val="zh-CN" w:eastAsia="zh-CN" w:bidi="ar-SA"/>
          <w:color w:val="000000"/>
          <w:rtl w:val="0"/>
        </w:rPr>
        <w:t>每年春天在我们眼前被创造的植物与动物之中，也没有任何一个，不以其瑰奇的创造之艺、精妙的装饰、鲜明的区分、秩序与权衡，使人认识您。</w:t>
      </w:r>
    </w:p>
    <w:p>
      <w:r>
        <w:rPr>
          <w:rFonts w:ascii="Times New Roman" w:hAnsi="Times New Roman" w:eastAsia="Noto Serif SC" w:cs="Amiri"/>
          <w:lang w:val="zh-CN" w:eastAsia="zh-CN" w:bidi="ar-SA"/>
          <w:color w:val="000000"/>
          <w:rtl w:val="0"/>
        </w:rPr>
        <w:t>布满大地表面、被称为植物与动物的，是您权能的奇迹与非凡之作。它们从有限、成分单一而相似的卵与卵粒、小滴、籽粒与细粒、种子之中，被创造得准确无误、尽善尽美、装饰华丽、各具区别标志；这一切对其至睿创造者的存在、独一、智慧与无限权能所作的证明，比光明对太阳的证明更有力、更灿烂。</w:t>
      </w:r>
    </w:p>
    <w:p>
      <w:r>
        <w:rPr>
          <w:rFonts w:ascii="Times New Roman" w:hAnsi="Times New Roman" w:eastAsia="Noto Serif SC" w:cs="Amiri"/>
          <w:lang w:val="zh-CN" w:eastAsia="zh-CN" w:bidi="ar-SA"/>
          <w:color w:val="000000"/>
          <w:rtl w:val="0"/>
        </w:rPr>
        <w:t>再者，空气、水、光、火、土等元素之中，没有任何一种，不以下列两方面见证您的单一与存在：它们虽无意识，却似有意识般完美地履行职责；它们虽性质单纯、四处蔓延、没有秩序、弥散各处，却从幽隐的宝库带来极为有序、种类繁多的果实与物产。</w:t>
      </w:r>
    </w:p>
    <w:p>
      <w:r>
        <w:rPr>
          <w:rFonts w:ascii="Times New Roman" w:hAnsi="Times New Roman" w:eastAsia="Noto Serif SC" w:cs="Amiri"/>
          <w:lang w:val="zh-CN" w:eastAsia="zh-CN" w:bidi="ar-SA"/>
          <w:color w:val="000000"/>
          <w:rtl w:val="0"/>
        </w:rPr>
        <w:t>全能的开创者Allah啊！全知而开启万有的主宰Allah啊！不断创造而勤于作为的主宰Allah啊！</w:t>
      </w:r>
    </w:p>
    <w:p>
      <w:r>
        <w:rPr>
          <w:rFonts w:ascii="Times New Roman" w:hAnsi="Times New Roman" w:eastAsia="Noto Serif SC" w:cs="Amiri"/>
          <w:lang w:val="zh-CN" w:eastAsia="zh-CN" w:bidi="ar-SA"/>
          <w:color w:val="000000"/>
          <w:rtl w:val="0"/>
        </w:rPr>
        <w:t>正如大地连同其全体居民，见证其创造主是其存在为必然者；同样，独一无二者Allah啊，至仁爱而广施恩泽的主宰啊，厚赐而赐予万物给养的主宰啊，大地也凭它表面的印记、它居民面孔上的印记，凭统一、共处、相互交融、彼此援助，并凭看顾它们的养育与主宰之诸尊名和诸作为归于同一，以昭然自明的程度，乃至以受造物数目的见证，证明您的独一和您在每一事物中彰显的独一性。</w:t>
      </w:r>
    </w:p>
    <w:p>
      <w:r>
        <w:rPr>
          <w:rFonts w:ascii="Times New Roman" w:hAnsi="Times New Roman" w:eastAsia="Noto Serif SC" w:cs="Amiri"/>
          <w:lang w:val="zh-CN" w:eastAsia="zh-CN" w:bidi="ar-SA"/>
          <w:color w:val="000000"/>
          <w:rtl w:val="0"/>
        </w:rPr>
        <w:t>再者，正如大地以军营、展览会、操练场的形态，以及植物与动物各支系中四十万个不同民族各自有条不紊地获配器官与官能，指示您养育与主宰的威严和您的权能达于万物；同样，无数有生命者各不相同的给养，都按时从干燥而单纯的土壤中，以至慈而慷慨的方式赐给它们；无数个体又完全顺服地遵从神圣命令。这一切显示您慈悯遍及万物，您的统治包容万物。</w:t>
      </w:r>
    </w:p>
    <w:p>
      <w:r>
        <w:rPr>
          <w:rFonts w:ascii="Times New Roman" w:hAnsi="Times New Roman" w:eastAsia="Noto Serif SC" w:cs="Amiri"/>
          <w:lang w:val="zh-CN" w:eastAsia="zh-CN" w:bidi="ar-SA"/>
          <w:color w:val="000000"/>
          <w:rtl w:val="0"/>
        </w:rPr>
        <w:t>再者，大地上不断更替的受造物队伍的输送与治理、死亡与生命的轮替、动物与植物的治理与筹度，也只有凭一种关涉万物的知识和一种在万物中施行裁断的无限智慧，才能成立；这正指示您知识与智慧的包容。</w:t>
      </w:r>
    </w:p>
    <w:p>
      <w:r>
        <w:rPr>
          <w:rFonts w:ascii="Times New Roman" w:hAnsi="Times New Roman" w:eastAsia="Noto Serif SC" w:cs="Amiri"/>
          <w:lang w:val="zh-CN" w:eastAsia="zh-CN" w:bidi="ar-SA"/>
          <w:color w:val="000000"/>
          <w:rtl w:val="0"/>
        </w:rPr>
        <w:t>再者，人在短时期内履行无数职责，却被装备以仿佛要活过无限时间的禀赋与内在官能，并能处置大地上的万有。对于这样的人，在这尘世的操练场、这暂时的地上军营、这临时的展览会中，有如此重大的重视、如此无穷的花费、如此无尽的养育与主宰之彰显、如此无数的神圣垂训、如此不求回报的神圣施恩，绝不可能仅仅容纳于这短暂而忧伤的寿命、这纷乱而悲苦的生活、这多难而消逝的尘世。它只可能为了另一种永恒的生命和永存的幸福家园；因此，它指示，乃至见证永存世界中属于后世的种种施恩。</w:t>
      </w:r>
    </w:p>
    <w:p>
      <w:r>
        <w:rPr>
          <w:rFonts w:ascii="Times New Roman" w:hAnsi="Times New Roman" w:eastAsia="Noto Serif SC" w:cs="Amiri"/>
          <w:lang w:val="zh-CN" w:eastAsia="zh-CN" w:bidi="ar-SA"/>
          <w:color w:val="000000"/>
          <w:rtl w:val="0"/>
        </w:rPr>
        <w:t>万物的创造者Allah啊！</w:t>
      </w:r>
    </w:p>
    <w:p>
      <w:r>
        <w:rPr>
          <w:rFonts w:ascii="Times New Roman" w:hAnsi="Times New Roman" w:eastAsia="Noto Serif SC" w:cs="Amiri"/>
          <w:lang w:val="zh-CN" w:eastAsia="zh-CN" w:bidi="ar-SA"/>
          <w:color w:val="000000"/>
          <w:rtl w:val="0"/>
        </w:rPr>
        <w:t>大地的一切受造物，都在您的国度、您的大地之上，凭您的护佑与力量、权能与意志、知识与智慧受到治理并顺服。大地上可见活动的养育与主宰，显示如此广阔的包容与遍及；它的治理、筹度与化育，是那样完善而精微；它在各处的作为，又处于那样的统一、共处与相似之中；由此可知，这是一种不容分割的整体、一种不可能分裂的普遍者般的处置与养育主宰。</w:t>
      </w:r>
    </w:p>
    <w:p>
      <w:r>
        <w:rPr>
          <w:rFonts w:ascii="Times New Roman" w:hAnsi="Times New Roman" w:eastAsia="Noto Serif SC" w:cs="Amiri"/>
          <w:lang w:val="zh-CN" w:eastAsia="zh-CN" w:bidi="ar-SA"/>
          <w:color w:val="000000"/>
          <w:rtl w:val="0"/>
        </w:rPr>
        <w:t>再者，大地连同全体居民，以无数比明确言语更为明显的语言，赞颂其创造主超绝一切缺欠并称颂祂；又以自身状态表达无尽恩赐，向具威严的赐予给养者献上赞美、称颂与颂扬。</w:t>
      </w:r>
    </w:p>
    <w:p>
      <w:r>
        <w:rPr>
          <w:rFonts w:ascii="Times New Roman" w:hAnsi="Times New Roman" w:eastAsia="Noto Serif SC" w:cs="Amiri"/>
          <w:lang w:val="zh-CN" w:eastAsia="zh-CN" w:bidi="ar-SA"/>
          <w:color w:val="000000"/>
          <w:rtl w:val="0"/>
        </w:rPr>
        <w:t>因显现的极强而隐而不见、因至尊威严的宏大而自行遮蔽的至圣本体Allah啊！</w:t>
      </w:r>
    </w:p>
    <w:p>
      <w:r>
        <w:rPr>
          <w:rFonts w:ascii="Times New Roman" w:hAnsi="Times New Roman" w:eastAsia="Noto Serif SC" w:cs="Amiri"/>
          <w:lang w:val="zh-CN" w:eastAsia="zh-CN" w:bidi="ar-SA"/>
          <w:color w:val="000000"/>
          <w:rtl w:val="0"/>
        </w:rPr>
        <w:t>我以大地的一切超绝赞颂与清净赞词，赞颂您超绝缺欠、无力和伙伴；又以它的一切赞美与颂扬，向您献上赞美与感恩。</w:t>
      </w:r>
    </w:p>
    <w:p>
      <w:r>
        <w:rPr>
          <w:rFonts w:ascii="Times New Roman" w:hAnsi="Times New Roman" w:eastAsia="Noto Serif SC" w:cs="Amiri"/>
          <w:lang w:val="zh-CN" w:eastAsia="zh-CN" w:bidi="ar-SA"/>
          <w:color w:val="000000"/>
          <w:rtl w:val="0"/>
        </w:rPr>
        <w:t>陆地与海洋的养育并主宰者Allah啊！</w:t>
      </w:r>
    </w:p>
    <w:p>
      <w:r>
        <w:rPr>
          <w:rFonts w:ascii="Times New Roman" w:hAnsi="Times New Roman" w:eastAsia="Noto Serif SC" w:cs="Amiri"/>
          <w:lang w:val="zh-CN" w:eastAsia="zh-CN" w:bidi="ar-SA"/>
          <w:color w:val="000000"/>
          <w:rtl w:val="0"/>
        </w:rPr>
        <w:t>凭《古兰经》的训诲和至尊使者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（愿Allah赐他尊荣、恩福与平安）的教导，我明白了：正如诸天、太空与大地见证您的单一与存在，海洋、河流、泉源与江川，</w:t>
      </w:r>
    </w:p>
    <w:p>
      <w:r>
        <w:rPr>
          <w:rFonts w:ascii="Times New Roman" w:hAnsi="Times New Roman" w:eastAsia="Noto Serif SC" w:cs="Amiri"/>
          <w:lang w:val="zh-CN" w:eastAsia="zh-CN" w:bidi="ar-SA"/>
          <w:color w:val="000000"/>
          <w:rtl w:val="0"/>
        </w:rPr>
        <w:t>也以昭然自明的程度，见证您存在的必然性与您的独一。</w:t>
      </w:r>
    </w:p>
    <w:p>
      <w:r>
        <w:rPr>
          <w:rFonts w:ascii="Times New Roman" w:hAnsi="Times New Roman" w:eastAsia="Noto Serif SC" w:cs="Amiri"/>
          <w:lang w:val="zh-CN" w:eastAsia="zh-CN" w:bidi="ar-SA"/>
          <w:color w:val="000000"/>
          <w:rtl w:val="0"/>
        </w:rPr>
        <w:t>是的，在我们这个世界里，海洋犹如种种奇观之源的蒸汽锅炉；其中没有任何存在物，乃至没有任何一滴水，不以其存在、秩序、益处与状态，使人认识其创造主。</w:t>
      </w:r>
    </w:p>
    <w:p>
      <w:r>
        <w:rPr>
          <w:rFonts w:ascii="Times New Roman" w:hAnsi="Times New Roman" w:eastAsia="Noto Serif SC" w:cs="Amiri"/>
          <w:lang w:val="zh-CN" w:eastAsia="zh-CN" w:bidi="ar-SA"/>
          <w:color w:val="000000"/>
          <w:rtl w:val="0"/>
        </w:rPr>
        <w:t>那些奇异的受造物，在单纯的沙与单纯的水中，被完善地赐予给养；那些创造极为有序的海洋动物，尤其是单个个体能以百万粒卵使海洋充满生机的鱼类——它们之中没有任何一个，不以其创造、职责、治理与供养、筹度与化育，指示其创造者并见证其赐予给养者。</w:t>
      </w:r>
    </w:p>
    <w:p>
      <w:r>
        <w:rPr>
          <w:rFonts w:ascii="Times New Roman" w:hAnsi="Times New Roman" w:eastAsia="Noto Serif SC" w:cs="Amiri"/>
          <w:lang w:val="zh-CN" w:eastAsia="zh-CN" w:bidi="ar-SA"/>
          <w:color w:val="000000"/>
          <w:rtl w:val="0"/>
        </w:rPr>
        <w:t>再者，海中珍贵、具有特性、可作装饰的珍宝，没有任何一种，不以其美好的创造、引人喜爱的天性和有益的特性，认识您并使人认识您。</w:t>
      </w:r>
    </w:p>
    <w:p>
      <w:r>
        <w:rPr>
          <w:rFonts w:ascii="Times New Roman" w:hAnsi="Times New Roman" w:eastAsia="Noto Serif SC" w:cs="Amiri"/>
          <w:lang w:val="zh-CN" w:eastAsia="zh-CN" w:bidi="ar-SA"/>
          <w:color w:val="000000"/>
          <w:rtl w:val="0"/>
        </w:rPr>
        <w:t>是的，它们不仅逐一作证，而且作为整体，凭共处、相互交融、创造印记的统一、创造之极易与个体之繁多，见证您的独一。它们又以无数受造物数目的指示，见证您的存在以及您是其存在为必然者：环绕这地球及其陆地的海洋被悬持不坠，不倾泻、不散乱地绕太阳运行，又不让海水侵没陆地；从单纯的沙与水中创造种类繁多而有秩序的动物与珍宝；普遍而完备地治理其给养及其他事务、实行筹度；其表面本应存在的无数遗骸，竟连一具也没有。</w:t>
      </w:r>
    </w:p>
    <w:p>
      <w:r>
        <w:rPr>
          <w:rFonts w:ascii="Times New Roman" w:hAnsi="Times New Roman" w:eastAsia="Noto Serif SC" w:cs="Amiri"/>
          <w:lang w:val="zh-CN" w:eastAsia="zh-CN" w:bidi="ar-SA"/>
          <w:color w:val="000000"/>
          <w:rtl w:val="0"/>
        </w:rPr>
        <w:t>它们既极其明显地证明您养育与主宰之王权的威严，以及您包容万物的权能之宏大；也指示您慈悯与统治的无限广阔——从诸天之上极其巨大而有序的星辰，直到海底极其微小而按秩序获得供养的鱼，您的慈悯与统治达于万物、支配万物。它们又以其秩序、益处、智慧、衡量与权衡，指示您包容万物的知识和遍及万物的智慧。</w:t>
      </w:r>
    </w:p>
    <w:p>
      <w:r>
        <w:rPr>
          <w:rFonts w:ascii="Times New Roman" w:hAnsi="Times New Roman" w:eastAsia="Noto Serif SC" w:cs="Amiri"/>
          <w:lang w:val="zh-CN" w:eastAsia="zh-CN" w:bidi="ar-SA"/>
          <w:color w:val="000000"/>
          <w:rtl w:val="0"/>
        </w:rPr>
        <w:t>在这尘世旅舍里，您为行旅之人设置了这样的慈悯汇池，使它们服从人的巡游旅行、船只与利用；这表明：在旅途所建的一座客栈里，以如此众多海洋般的恩赐厚待一夜宾客的主宰，在祂永恒王权的居所，当然备有永恒的慈悯之海；这些不过是那些永恒之海短暂而微小的样本。</w:t>
      </w:r>
    </w:p>
    <w:p>
      <w:r>
        <w:rPr>
          <w:rFonts w:ascii="Times New Roman" w:hAnsi="Times New Roman" w:eastAsia="Noto Serif SC" w:cs="Amiri"/>
          <w:lang w:val="zh-CN" w:eastAsia="zh-CN" w:bidi="ar-SA"/>
          <w:color w:val="000000"/>
          <w:rtl w:val="0"/>
        </w:rPr>
        <w:t>可见，海洋以如此极其奇异的方式、以如此瑰奇的形势存在于大地周围，海洋受造物又受到如此有秩序的治理与化育，这不言自明地表明：它们唯独凭您的力量与权能、意志与筹度，在您的国度里服从您的命令。它们以自身的存在状态赞颂创造主超绝一切缺欠，并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w:t>
      </w:r>
    </w:p>
    <w:p>
      <w:r>
        <w:rPr>
          <w:rFonts w:ascii="Times New Roman" w:hAnsi="Times New Roman" w:eastAsia="Noto Serif SC" w:cs="Amiri"/>
          <w:lang w:val="zh-CN" w:eastAsia="zh-CN" w:bidi="ar-SA"/>
          <w:color w:val="000000"/>
          <w:rtl w:val="0"/>
        </w:rPr>
        <w:t>使群山成为大地航船上藏有宝库之支柱的具威严全能者Allah啊！</w:t>
      </w:r>
    </w:p>
    <w:p>
      <w:r>
        <w:rPr>
          <w:rFonts w:ascii="Times New Roman" w:hAnsi="Times New Roman" w:eastAsia="Noto Serif SC" w:cs="Amiri"/>
          <w:lang w:val="zh-CN" w:eastAsia="zh-CN" w:bidi="ar-SA"/>
          <w:color w:val="000000"/>
          <w:rtl w:val="0"/>
        </w:rPr>
        <w:t>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您至睿《古兰经》的训诲，我明白了：正如海洋认识您，并以其奇观使人认识您；同样，群山也凭其服务与智慧认识您并使人认识您：它们使大地免受地震影响而得安定，使其免于内部剧变的风暴而得平静，使其摆脱海洋的侵漫，净化空气中有害的气体，保存并储积水，又为有生命者所需矿物充当宝库。</w:t>
      </w:r>
    </w:p>
    <w:p>
      <w:r>
        <w:rPr>
          <w:rFonts w:ascii="Times New Roman" w:hAnsi="Times New Roman" w:eastAsia="Noto Serif SC" w:cs="Amiri"/>
          <w:lang w:val="zh-CN" w:eastAsia="zh-CN" w:bidi="ar-SA"/>
          <w:color w:val="000000"/>
          <w:rtl w:val="0"/>
        </w:rPr>
        <w:t>是的，山中各种岩石、治疗不同疾病的各种药物成分、有生命者尤其是人类极需而种类繁多的各种矿物，以及以花朵装点群山和原野、以果实使其充满生机的各种植物——它们之中没有任何一种，不凭那绝无可能归于偶然的智慧、秩序、美好的创造和益处，明白见证一位无限全能、无限至睿、无限至慈而慷慨的创造者存在的必然性。尤其是矿物中的盐、柠檬盐、硫酸盐和明矾，外形彼此相似，味道却截然相反；尤其是植物，从单纯的土壤中长出各种各样的品类，开出各自不同的花、结出各自不同的果。它们又凭整体的治理统一、筹度统一，以及来源、居所、创造与技艺上的共处和一致，凭低廉、容易、繁多和造成迅速，见证那位创造者的独一和祂在每一事物中彰显的独一性。</w:t>
      </w:r>
    </w:p>
    <w:p>
      <w:r>
        <w:rPr>
          <w:rFonts w:ascii="Times New Roman" w:hAnsi="Times New Roman" w:eastAsia="Noto Serif SC" w:cs="Amiri"/>
          <w:lang w:val="zh-CN" w:eastAsia="zh-CN" w:bidi="ar-SA"/>
          <w:color w:val="000000"/>
          <w:rtl w:val="0"/>
        </w:rPr>
        <w:t>再者，正如山表与山腹的受造之物，在大地各处，每一种都同时以同样方式、准确无误、极其完善而迅速地被造成；一项工作不妨碍另一项工作，它们与其他种类共处交融，却在被创造时毫不混淆。这正指示您养育与主宰的威严，以及您那没有任何事物会使之感到沉重的权能之宏大。</w:t>
      </w:r>
    </w:p>
    <w:p>
      <w:r>
        <w:rPr>
          <w:rFonts w:ascii="Times New Roman" w:hAnsi="Times New Roman" w:eastAsia="Noto Serif SC" w:cs="Amiri"/>
          <w:lang w:val="zh-CN" w:eastAsia="zh-CN" w:bidi="ar-SA"/>
          <w:color w:val="000000"/>
          <w:rtl w:val="0"/>
        </w:rPr>
        <w:t>同样，大地上一切有生命的受造物，其无数需要，乃至各种疾病、各种乐趣和各自不同的欲望，都得到满足；为此，群山表里被有序地布满树木、植物与矿物，并使其服从需要者。这指示您慈悯的无限广阔和统治的无边宽广。它们在土层之内，虽处于隐蔽、黑暗、混杂之中，却被有所知、有所见、毫无差错地依秩序、按需要备妥；这明显指示并证明：您关涉万物的知识包容一切，您整顿万物的智慧遍及万有；而药物的备办与矿物储存，又显示您养育与主宰中至慈而慷慨的诸般筹度之美，以及您眷顾中预先安排的精妙。</w:t>
      </w:r>
    </w:p>
    <w:p>
      <w:r>
        <w:rPr>
          <w:rFonts w:ascii="Times New Roman" w:hAnsi="Times New Roman" w:eastAsia="Noto Serif SC" w:cs="Amiri"/>
          <w:lang w:val="zh-CN" w:eastAsia="zh-CN" w:bidi="ar-SA"/>
          <w:color w:val="000000"/>
          <w:rtl w:val="0"/>
        </w:rPr>
        <w:t>再者，在这尘世客栈里，巍巍群山为行旅宾客充当其装备与未来需要的有序储备库、装备的仓库，以及生命所需众多宝藏的完善储藏室。这指示，乃至证明、见证：一位如此慷慨好客、如此至睿而富于怜爱、如此全能而尽显养育主宰的创造者，为祂深爱的那些宾客，在永恒的世界中，必拥有永恒施恩的永恒宝库。在那里，星辰将代替此处的群山履行那项职责。</w:t>
      </w:r>
    </w:p>
    <w:p>
      <w:r>
        <w:rPr>
          <w:rFonts w:ascii="Times New Roman" w:hAnsi="Times New Roman" w:eastAsia="Noto Serif SC" w:cs="Amiri"/>
          <w:lang w:val="zh-CN" w:eastAsia="zh-CN" w:bidi="ar-SA"/>
          <w:color w:val="000000"/>
          <w:rtl w:val="0"/>
        </w:rPr>
        <w:t>全能处置万物的主宰Allah啊！</w:t>
      </w:r>
    </w:p>
    <w:p>
      <w:r>
        <w:rPr>
          <w:rFonts w:ascii="Times New Roman" w:hAnsi="Times New Roman" w:eastAsia="Noto Serif SC" w:cs="Amiri"/>
          <w:lang w:val="zh-CN" w:eastAsia="zh-CN" w:bidi="ar-SA"/>
          <w:color w:val="000000"/>
          <w:rtl w:val="0"/>
        </w:rPr>
        <w:t>群山及其中受造物都在您的国度里，凭您的力量与权能、知识与智慧而顺服并被储存。它们赞颂如此委派它们职责、使它们顺服的创造主超绝一切缺欠，并以清净赞词称颂祂。</w:t>
      </w:r>
    </w:p>
    <w:p>
      <w:r>
        <w:rPr>
          <w:rFonts w:ascii="Times New Roman" w:hAnsi="Times New Roman" w:eastAsia="Noto Serif SC" w:cs="Amiri"/>
          <w:lang w:val="zh-CN" w:eastAsia="zh-CN" w:bidi="ar-SA"/>
          <w:color w:val="000000"/>
          <w:rtl w:val="0"/>
        </w:rPr>
        <w:t>慈悯普及万物的创造者Allah啊！至慈的养育并主宰者Allah啊！</w:t>
      </w:r>
    </w:p>
    <w:p>
      <w:r>
        <w:rPr>
          <w:rFonts w:ascii="Times New Roman" w:hAnsi="Times New Roman" w:eastAsia="Noto Serif SC" w:cs="Amiri"/>
          <w:lang w:val="zh-CN" w:eastAsia="zh-CN" w:bidi="ar-SA"/>
          <w:color w:val="000000"/>
          <w:rtl w:val="0"/>
        </w:rPr>
        <w:t>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您至睿《古兰经》的训诲，我明白了：正如天、太空、地、海和山连同其所含与所生之物认识您并使人认识您；同样，大地上的一切树木与植物，也以其叶、花、果，以昭然自明的程度使人认识您并认识您。</w:t>
      </w:r>
    </w:p>
    <w:p>
      <w:r>
        <w:rPr>
          <w:rFonts w:ascii="Times New Roman" w:hAnsi="Times New Roman" w:eastAsia="Noto Serif SC" w:cs="Amiri"/>
          <w:lang w:val="zh-CN" w:eastAsia="zh-CN" w:bidi="ar-SA"/>
          <w:color w:val="000000"/>
          <w:rtl w:val="0"/>
        </w:rPr>
        <w:t>一切树木与植物的叶子，以富有吸引力的方式处于雄性的运动之中；它们的花朵，以其装饰描述并介绍创造者的诸尊名；它们的果实，则因创造者的精妙与慈悯的显现而微笑。它们每一个都凭奇异创造之艺中的秩序、秩序中的权衡、权衡中的装饰、装饰中的纹饰、纹饰中美好而各异的香气、香气中果实不同的滋味，以昭然自明的程度见证一位无限至慈而慷慨的创造者存在的必然性；这一切绝无可能在任何方面归于偶然。它们又作为整体，凭整个大地表面的统一共处、彼此相似、创造印记的相仿、筹度治理的关联、关涉它们的创造作为与神圣尊名的一致，并凭那十万种类的不计其数个体相互交融而毫不混淆地同时受到治理等方面，不言自明地见证那位其存在为必然的创造者的独一和祂在每一事物中彰显的独一性。</w:t>
      </w:r>
    </w:p>
    <w:p>
      <w:r>
        <w:rPr>
          <w:rFonts w:ascii="Times New Roman" w:hAnsi="Times New Roman" w:eastAsia="Noto Serif SC" w:cs="Amiri"/>
          <w:lang w:val="zh-CN" w:eastAsia="zh-CN" w:bidi="ar-SA"/>
          <w:color w:val="000000"/>
          <w:rtl w:val="0"/>
        </w:rPr>
        <w:t>再者，正如它们见证您存在的必然性与独一；同样，大地表面由四十万个民族组成的生命军队中，无数个体以数十万种方式获得供养与治理，毫无差错、毫无混淆地被完善造成。这指示您养育与主宰在独一中的威严，以及您创造整个春天如同创造一朵花般容易的权能之宏大和这权能关涉万物。在整个辽阔大地的各处，您为无数动物与人类备办无数食物的不同种类，显示您慈悯的无限广阔。那无数事务、施恩、治理、供养与作为以完美的秩序进行，一切事物乃至微粒都服从那些命令与作为，确切证明您统治的无边宽广。那些树木与植物，以及每一片叶、每一朵花、每一枚果、每一条根、每一根枝与每一条细枝，其每一部分、每一项工作，都被有所知、有所见地依照益处、目的与智慧而作成；这明显指示您知识包容万物、智慧遍及万物，并以无数手指加以指示。它们又以无数语言，称颂赞美您达到极境的创造之艺之美，以及达到至美之境的恩赐之完善。</w:t>
      </w:r>
    </w:p>
    <w:p>
      <w:r>
        <w:rPr>
          <w:rFonts w:ascii="Times New Roman" w:hAnsi="Times New Roman" w:eastAsia="Noto Serif SC" w:cs="Amiri"/>
          <w:lang w:val="zh-CN" w:eastAsia="zh-CN" w:bidi="ar-SA"/>
          <w:color w:val="000000"/>
          <w:rtl w:val="0"/>
        </w:rPr>
        <w:t>再者，在这暂时的客栈、这消逝的旅舍里，在如此短促的时间、如此有限的寿命中，借树木与植物之手，赐下如此珍贵的施恩与恩赐，付出如此非凡的花费与款待，这指示，乃至见证：</w:t>
      </w:r>
    </w:p>
    <w:p>
      <w:r>
        <w:rPr>
          <w:rFonts w:ascii="Times New Roman" w:hAnsi="Times New Roman" w:eastAsia="Noto Serif SC" w:cs="Amiri"/>
          <w:lang w:val="zh-CN" w:eastAsia="zh-CN" w:bidi="ar-SA"/>
          <w:color w:val="000000"/>
          <w:rtl w:val="0"/>
        </w:rPr>
        <w:t>这位全能、慷慨、至慈的主宰，在此处如此慈悯地对待自己的宾客；祂所付出的一切花费与施恩，都是为了使自己受到爱慕与认识。为免结果适得其反，为免一切受造物说“祂让我们尝了，却不让我们吃饱就把我们消灭”，也不让任何人使他们这样说；为免自己应受崇拜的神圣王权被贬落，自己无尽的慈悯被否认或遭人否认；并为免一切渴求祂的朋友因被剥夺而变成敌人，祂必定在永恒的世界、永恒的国度里，为那些将被祂永恒留存的仆人们，从永恒的慈悯宝库中，在永恒的乐园里，备妥永恒而配得乐园的、结满果实的树木和开满鲜花的植物。此处的这些，则只是向顾客展示的样品。</w:t>
      </w:r>
    </w:p>
    <w:p>
      <w:r>
        <w:rPr>
          <w:rFonts w:ascii="Times New Roman" w:hAnsi="Times New Roman" w:eastAsia="Noto Serif SC" w:cs="Amiri"/>
          <w:lang w:val="zh-CN" w:eastAsia="zh-CN" w:bidi="ar-SA"/>
          <w:color w:val="000000"/>
          <w:rtl w:val="0"/>
        </w:rPr>
        <w:t>树木与植物总体上借叶、花、果实的言辞赞颂祢超绝、不断地赞祢、赞美称颂祢；同样，这些言辞中的每一句，也各自另行赞颂祢超绝。尤其是果实被造成奇妙的形态：果肉千差万别，技艺极其奇异，果核超乎常规；祢把这些筵席放在树木手中，置于植物顶上，送给有生命的宾客。因此，它们以自身存在状态表达的赞颂，就显现而言，几乎升至亲口言说的高度。它们全都在祢的国度中，凭祢的力量与权能、祢的意志与种种恩惠、祢的慈悯与智慧而受命服从，并且顺服祢的每一道命令。</w:t>
      </w:r>
    </w:p>
    <w:p>
      <w:r>
        <w:rPr>
          <w:rFonts w:ascii="Times New Roman" w:hAnsi="Times New Roman" w:eastAsia="Noto Serif SC" w:cs="Amiri"/>
          <w:lang w:val="zh-CN" w:eastAsia="zh-CN" w:bidi="ar-SA"/>
          <w:color w:val="000000"/>
          <w:rtl w:val="0"/>
        </w:rPr>
        <w:t>至睿的造物者、至慈的创造者Allah啊！祢因显现极为强烈而隐而不显，又因尊威极其宏大而为帷幕所遮！</w:t>
      </w:r>
    </w:p>
    <w:p>
      <w:r>
        <w:rPr>
          <w:rFonts w:ascii="Times New Roman" w:hAnsi="Times New Roman" w:eastAsia="Noto Serif SC" w:cs="Amiri"/>
          <w:lang w:val="zh-CN" w:eastAsia="zh-CN" w:bidi="ar-SA"/>
          <w:color w:val="000000"/>
          <w:rtl w:val="0"/>
        </w:rPr>
        <w:t>我以一切树木与植物、一切叶、花、果实的语言，并照它们的数目，赞颂祢超绝一切缺欠、无力与匹偶，赞美称颂祢。</w:t>
      </w:r>
    </w:p>
    <w:p>
      <w:r>
        <w:rPr>
          <w:rFonts w:ascii="Times New Roman" w:hAnsi="Times New Roman" w:eastAsia="Noto Serif SC" w:cs="Amiri"/>
          <w:lang w:val="zh-CN" w:eastAsia="zh-CN" w:bidi="ar-SA"/>
          <w:color w:val="000000"/>
          <w:rtl w:val="0"/>
        </w:rPr>
        <w:t>全能的开创者Allah啊！至睿的筹度者啊！至慈的养育者啊！</w:t>
      </w:r>
    </w:p>
    <w:p>
      <w:r>
        <w:rPr>
          <w:rFonts w:ascii="Times New Roman" w:hAnsi="Times New Roman" w:eastAsia="Noto Serif SC" w:cs="Amiri"/>
          <w:lang w:val="zh-CN" w:eastAsia="zh-CN" w:bidi="ar-SA"/>
          <w:color w:val="000000"/>
          <w:rtl w:val="0"/>
        </w:rPr>
        <w:t>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至睿《古兰经》的教诲，我明白并确信：正如植物与树木认识祢、宣示祢神圣的属性与至美的尊名，同样，在有生命者中具有灵魂的人类与动物，也没有一个不凭自己的身体作证——证明祢的存在是必然的，证明祢的属性真实不虚。它们体内外的一切器官，都像极精密的钟表一样运行，并被使之运行；身体里的种种器具与感觉，依极其精妙的秩序、极其敏锐的均衡和极其重要的益处而被安置；身体上的种种官能，则被置于极具技艺的构造、极富智慧的装备和极其周详的平衡之中。</w:t>
      </w:r>
    </w:p>
    <w:p>
      <w:r>
        <w:rPr>
          <w:rFonts w:ascii="Times New Roman" w:hAnsi="Times New Roman" w:eastAsia="Noto Serif SC" w:cs="Amiri"/>
          <w:lang w:val="zh-CN" w:eastAsia="zh-CN" w:bidi="ar-SA"/>
          <w:color w:val="000000"/>
          <w:rtl w:val="0"/>
        </w:rPr>
        <w:t>因为，如此明察而精妙的技艺、如此富于意识而精微的智慧、如此善于筹度而完满的均衡，绝不能有盲目的力量、无知的自然和毫无规则的偶然插手其间；这些也绝不是它们所能为，而是完全不可能的。至于身体自行形成、自然而成，更是百重不可能之中的不可能。因为，倘若如此，那么每一粒微粒都必须知道、看见并能够造成自身的一切及其身体的形成，甚至必须知道、看见并能够造成它在世界上所关联的一切；换言之，每一粒微粒都得仿佛神灵一般，具有无所不包的知识与权能。只有这样，才能把身体的构成托付给它，才可以声称：“它是自行形成的。”</w:t>
      </w:r>
    </w:p>
    <w:p>
      <w:r>
        <w:rPr>
          <w:rFonts w:ascii="Times New Roman" w:hAnsi="Times New Roman" w:eastAsia="Noto Serif SC" w:cs="Amiri"/>
          <w:lang w:val="zh-CN" w:eastAsia="zh-CN" w:bidi="ar-SA"/>
          <w:color w:val="000000"/>
          <w:rtl w:val="0"/>
        </w:rPr>
        <w:t>同样，在它们的整体形态中，筹度的统一、治理的统一、物种的统一与类别的统一清晰可见；在共同的面容上，眼睛、耳朵、口等部位彼此一致，显示创造规律印记的统一；在每一物种各个体的相貌上，可见智慧印记的一致；在供养与创造上彼此共同，又相互涵摄、彼此处于对方之内。这些情状，没有一项不是确凿见证祢的独一。而且，每一个体之中，都有祢那些面向宇宙的尊名的种种显现；因此，它们也没有一项不是在普遍统摄的唯一性之中，指示祢在每一事物中彰显的独一性。</w:t>
      </w:r>
    </w:p>
    <w:p>
      <w:r>
        <w:rPr>
          <w:rFonts w:ascii="Times New Roman" w:hAnsi="Times New Roman" w:eastAsia="Noto Serif SC" w:cs="Amiri"/>
          <w:lang w:val="zh-CN" w:eastAsia="zh-CN" w:bidi="ar-SA"/>
          <w:color w:val="000000"/>
          <w:rtl w:val="0"/>
        </w:rPr>
        <w:t>同样，正如人与动物遍布大地表面的十万种族类，像一支秩序井然的军队，受到装备、训导并处于服从与受命服役之中；从最小者直到最大者，祢养育与主宰的命令都在其中井然运行。这一切，显示祢养育与主宰的威严达到何等境界。它们数量极其众多，却又极其珍贵；极其完善，却又造成得极其迅速；极具技艺，却又造成得极其容易。这一切，也显示祢权能的宏大达到何等境界。从东到西，从北到南，从微生物直到犀牛，从最小的飞虫直到最大的鸟，祢的慈悯使它们全体的给养都得以送达；这确凿证明祢的慈悯无边广阔。它们每一个又像听命士兵，履行自己受造的天职；大地表面每逢春天，便成为一支军队的营地，秋季退役者的位置，又有新兵重新应召入伍。这同样确凿证明祢统治权的疆域无限宽广。</w:t>
      </w:r>
    </w:p>
    <w:p>
      <w:r>
        <w:rPr>
          <w:rFonts w:ascii="Times New Roman" w:hAnsi="Times New Roman" w:eastAsia="Noto Serif SC" w:cs="Amiri"/>
          <w:lang w:val="zh-CN" w:eastAsia="zh-CN" w:bidi="ar-SA"/>
          <w:color w:val="000000"/>
          <w:rtl w:val="0"/>
        </w:rPr>
        <w:t>同样，每一种动物都仿佛宇宙的一部缩本、一个微型模型，以极其深奥的知识和极其精微的智慧被造成；混杂的成分不被混淆，各种动物各自不同的形态也不会彼此错置。它们被造得没有错误、没有疏失、没有缺欠，因此，它们各依其数目，指示祢的知识无所不包，祢的智慧涵盖万有。</w:t>
      </w:r>
    </w:p>
    <w:p>
      <w:r>
        <w:rPr>
          <w:rFonts w:ascii="Times New Roman" w:hAnsi="Times New Roman" w:eastAsia="Noto Serif SC" w:cs="Amiri"/>
          <w:lang w:val="zh-CN" w:eastAsia="zh-CN" w:bidi="ar-SA"/>
          <w:color w:val="000000"/>
          <w:rtl w:val="0"/>
        </w:rPr>
        <w:t>它们每一个的构造都极具技艺、极其美好，足以成为创造技艺的奇迹和智慧的非凡之作；这指示祢所深爱并愿意展示的、属于养育与主宰的技艺，具有至臻的美善与极度的优美。它们每一个，尤其是幼崽，都受到无比珍爱、极其温柔的养育，其愿望与欲求又得到满足；这也以无数方式，指示祢眷顾之美是何等亲切动人。</w:t>
      </w:r>
    </w:p>
    <w:p>
      <w:r>
        <w:rPr>
          <w:rFonts w:ascii="Times New Roman" w:hAnsi="Times New Roman" w:eastAsia="Noto Serif SC" w:cs="Amiri"/>
          <w:lang w:val="zh-CN" w:eastAsia="zh-CN" w:bidi="ar-SA"/>
          <w:color w:val="000000"/>
          <w:rtl w:val="0"/>
        </w:rPr>
        <w:t>慈悯普及万物而至慈的Allah啊！许诺真实、至为可信的Allah啊！清算日的执掌者Allah啊！</w:t>
      </w:r>
    </w:p>
    <w:p>
      <w:r>
        <w:rPr>
          <w:rFonts w:ascii="Times New Roman" w:hAnsi="Times New Roman" w:eastAsia="Noto Serif SC" w:cs="Amiri"/>
          <w:lang w:val="zh-CN" w:eastAsia="zh-CN" w:bidi="ar-SA"/>
          <w:color w:val="000000"/>
          <w:rtl w:val="0"/>
        </w:rPr>
        <w:t>借祢的至尊使者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祢至睿《古兰经》的引导，我明白了：宇宙最精选的成果是生命，生命最精选的精华是灵魂；有灵魂者中最精选的部分是有意识者，而有意识者中最包容完备的是人。整个宇宙都受命服务于生命，为生命而运作；有生命者受命服务于有灵魂者，并被送到世上扶助它们；有灵魂者又受命服务于人类，帮助人类。人类依其本性，极其真挚地爱自己的创造者；创造者也爱他们，并借一切契机使祂自身为他们所爱慕。人的禀赋与内在官能，面向另一个永存的世界和永恒的生命；人的心灵与意识，竭尽全力追求长存；人的口舌，则以无数祈求，为求得长存而向创造者恳求。</w:t>
      </w:r>
    </w:p>
    <w:p>
      <w:r>
        <w:rPr>
          <w:rFonts w:ascii="Times New Roman" w:hAnsi="Times New Roman" w:eastAsia="Noto Serif SC" w:cs="Amiri"/>
          <w:lang w:val="zh-CN" w:eastAsia="zh-CN" w:bidi="ar-SA"/>
          <w:color w:val="000000"/>
          <w:rtl w:val="0"/>
        </w:rPr>
        <w:t>既然如此，这些深受挚爱、又深怀爱意，既为所爱者又为施爱者的人，绝不可能、也不容被置于永不复起的死亡之中。他们本为永恒的爱而受造，若因此使他们带着永恒的敌意含恨受损，是绝不可能的。相反，人是依在另一个永恒世界中幸福生活的智慧，被派到这世上工作并赢取那个世界。彰显于人的诸尊名，也借此指示：在这短暂而易逝的生命中，人是诸尊名种种显现的镜子；到了永存的世界，他们必将成为诸尊名永恒显现的承受者。</w:t>
      </w:r>
    </w:p>
    <w:p>
      <w:r>
        <w:rPr>
          <w:rFonts w:ascii="Times New Roman" w:hAnsi="Times New Roman" w:eastAsia="Noto Serif SC" w:cs="Amiri"/>
          <w:lang w:val="zh-CN" w:eastAsia="zh-CN" w:bidi="ar-SA"/>
          <w:color w:val="000000"/>
          <w:rtl w:val="0"/>
        </w:rPr>
        <w:t>是的，永恒者的忠实朋友，必将永恒；永存者那具有意识的镜子，也必然长存。</w:t>
      </w:r>
    </w:p>
    <w:p>
      <w:r>
        <w:rPr>
          <w:rFonts w:ascii="Times New Roman" w:hAnsi="Times New Roman" w:eastAsia="Noto Serif SC" w:cs="Amiri"/>
          <w:lang w:val="zh-CN" w:eastAsia="zh-CN" w:bidi="ar-SA"/>
          <w:color w:val="000000"/>
          <w:rtl w:val="0"/>
        </w:rPr>
        <w:t>可靠的传述表明：动物的灵魂将会长存；某些特选的个体，如素莱曼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（愿Allah赐他平安）的戴胜鸟与蚂蚁、萨利赫</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（愿Allah赐他平安）的母驼和山洞同伴的狗，将连灵魂带身体一同前往永存的世界；每一个物种也将有一个躯体，供偶尔使用。智慧、真理、慈悯以及养育与主宰，也正如此要求。</w:t>
      </w:r>
    </w:p>
    <w:p>
      <w:r>
        <w:rPr>
          <w:rFonts w:ascii="Times New Roman" w:hAnsi="Times New Roman" w:eastAsia="Noto Serif SC" w:cs="Amiri"/>
          <w:lang w:val="zh-CN" w:eastAsia="zh-CN" w:bidi="ar-SA"/>
          <w:color w:val="000000"/>
          <w:rtl w:val="0"/>
        </w:rPr>
        <w:t>全能而自立、维持万有存续的Allah啊！</w:t>
      </w:r>
    </w:p>
    <w:p>
      <w:r>
        <w:rPr>
          <w:rFonts w:ascii="Times New Roman" w:hAnsi="Times New Roman" w:eastAsia="Noto Serif SC" w:cs="Amiri"/>
          <w:lang w:val="zh-CN" w:eastAsia="zh-CN" w:bidi="ar-SA"/>
          <w:color w:val="000000"/>
          <w:rtl w:val="0"/>
        </w:rPr>
        <w:t>一切有生命者、有灵魂者、有意识者，都在祢的国度中；唯独凭祢的力量与权能，唯独依祢的意志、筹度、慈悯与智慧，他们受命顺服祢养育与主宰的命令，并被赋予各自的天职。其中一些受命服侍人，并不是为了使人力强取胜，而是因为人天性软弱无力，出于慈悯而交给他的。他们各自以自身的存在状态和言辞，赞颂自己的造物者与应受崇拜者超绝一切缺欠与匹偶，感念祂的恩赐，赞美称颂祂，并履行各自特有的崇拜。</w:t>
      </w:r>
    </w:p>
    <w:p>
      <w:r>
        <w:rPr>
          <w:rFonts w:ascii="Times New Roman" w:hAnsi="Times New Roman" w:eastAsia="Noto Serif SC" w:cs="Amiri"/>
          <w:lang w:val="zh-CN" w:eastAsia="zh-CN" w:bidi="ar-SA"/>
          <w:color w:val="000000"/>
          <w:rtl w:val="0"/>
        </w:rPr>
        <w:t>至圣的本体Allah啊！祢因显现极为强烈而隐而不显，又因尊威极其宏大而为帷幕所遮！</w:t>
      </w:r>
    </w:p>
    <w:p>
      <w:r>
        <w:rPr>
          <w:rFonts w:ascii="Times New Roman" w:hAnsi="Times New Roman" w:eastAsia="Noto Serif SC" w:cs="Amiri"/>
          <w:lang w:val="zh-CN" w:eastAsia="zh-CN" w:bidi="ar-SA"/>
          <w:color w:val="000000"/>
          <w:rtl w:val="0"/>
        </w:rPr>
        <w:t>我立意借一切有灵魂者的赞颂，赞颂祢超绝，并说：</w:t>
      </w:r>
      <w:r>
        <w:rPr>
          <w:rFonts w:ascii="Amiri" w:hAnsi="Amiri" w:eastAsia="Amiri" w:cs="Amiri"/>
          <w:lang w:val="zh-CN" w:eastAsia="zh-CN" w:bidi="ar-SA"/>
          <w:rtl w:val="1"/>
          <w:cs w:val="1"/>
          <w:color w:val="000000"/>
          <w:sz w:val="24"/>
          <w:szCs w:val="24"/>
        </w:rPr>
        <w:t>ﺳُﺒْﺤَﺎﻧَﻚَ ﻳَﺎ ﻣَﻦْ ﺟَﻌَﻞَ ﻣِﻦَ ﺍﻟْﻤَٓﺎﺀِ ﻛُﻞَّ ﺷَﻰْﺀٍ ﺣَﻰٍّ</w:t>
      </w:r>
      <w:r>
        <w:rPr>
          <w:rFonts w:ascii="Times New Roman" w:hAnsi="Times New Roman" w:eastAsia="Noto Serif SC" w:cs="Amiri"/>
          <w:lang w:val="zh-CN" w:eastAsia="zh-CN" w:bidi="ar-SA"/>
          <w:color w:val="000000"/>
          <w:rtl w:val="0"/>
        </w:rPr>
        <w:t>（赞颂祢超绝一切缺欠；祢由水造成了一切有生命之物，使各样生命都借水而得以生成）</w:t>
      </w:r>
    </w:p>
    <w:p>
      <w:r>
        <w:rPr>
          <w:rFonts w:ascii="Times New Roman" w:hAnsi="Times New Roman" w:eastAsia="Noto Serif SC" w:cs="Amiri"/>
          <w:lang w:val="zh-CN" w:eastAsia="zh-CN" w:bidi="ar-SA"/>
          <w:color w:val="000000"/>
          <w:rtl w:val="0"/>
        </w:rPr>
        <w:t>万有的养育并主宰者Allah啊！古今众生应受崇拜的主宰啊！诸天与大地的养育并主宰者啊！</w:t>
      </w:r>
    </w:p>
    <w:p>
      <w:r>
        <w:rPr>
          <w:rFonts w:ascii="Times New Roman" w:hAnsi="Times New Roman" w:eastAsia="Noto Serif SC" w:cs="Amiri"/>
          <w:lang w:val="zh-CN" w:eastAsia="zh-CN" w:bidi="ar-SA"/>
          <w:color w:val="000000"/>
          <w:rtl w:val="0"/>
        </w:rPr>
        <w:t>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至睿《古兰经》的教诲，我明白并确信：正如天空、太空、大地、陆地、海洋、树木、植物和动物，都以其个体、组成部分和微粒认识祢、知晓祢，并见证、指示和指向祢的存在与独一；同样，作为宇宙精华的有生命者、作为有生命者精华的人，以及作为人类精华的众先知、亲近Allah者和精纯贤者，他们作为这些精华之精华的心灵与理智，也借种种亲见、内在揭见、启示与推究所得，以百重共识、百重众源连续传述般的确证，见证并传报祢存在的必然性、祢的唯一与独一，又以种种奇迹、非凡恩迹和具有确知力量的证据，证实他们的传报。</w:t>
      </w:r>
    </w:p>
    <w:p>
      <w:r>
        <w:rPr>
          <w:rFonts w:ascii="Times New Roman" w:hAnsi="Times New Roman" w:eastAsia="Noto Serif SC" w:cs="Amiri"/>
          <w:lang w:val="zh-CN" w:eastAsia="zh-CN" w:bidi="ar-SA"/>
          <w:color w:val="000000"/>
          <w:rtl w:val="0"/>
        </w:rPr>
        <w:t>是的，在心灵中，凡来自幽隐、指向幽隐帷幕之后那位提示者的思念，凡使人转向那位启示者的真实启示，凡以亲见真理般的境界揭见神圣属性和至美尊名的确信信念，在众先知与亲近Allah者之中，凡以眼见真理般的境界观见必然存在者Allah光辉的光明心灵，以及在精纯贤者与忠诚真实者之中，凡以知识真理般的境界确认并证实万有创造者Allah存在的种种迹象和独一的种种明证的光照理智——这一切，没有一项不是在见证、指示和指向祢存在的必然性、祢神圣的属性、祢的唯一与独一，以及祢至美的尊名。</w:t>
      </w:r>
    </w:p>
    <w:p>
      <w:r>
        <w:rPr>
          <w:rFonts w:ascii="Times New Roman" w:hAnsi="Times New Roman" w:eastAsia="Noto Serif SC" w:cs="Amiri"/>
          <w:lang w:val="zh-CN" w:eastAsia="zh-CN" w:bidi="ar-SA"/>
          <w:color w:val="000000"/>
          <w:rtl w:val="0"/>
        </w:rPr>
        <w:t>尤其是，作为全体众先知、亲近Allah者、精纯贤者与忠诚真实者的领袖、首领和精华的至尊使者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的每一项昭著奇迹都证实他的传报，他的每一项崇高真理都显示他的真实；作为一切神圣而真实经典之精华中的精华、阐述奇迹的《古兰经》，它的每一节证明认主独一的确切经文，以及信仰诸问题中的每一项神圣论题——这一切，也没有一项不是在见证、指示和指向祢存在的必然性、祢神圣的属性、祢的唯一与独一，以及祢的尊名与属性。</w:t>
      </w:r>
    </w:p>
    <w:p>
      <w:r>
        <w:rPr>
          <w:rFonts w:ascii="Times New Roman" w:hAnsi="Times New Roman" w:eastAsia="Noto Serif SC" w:cs="Amiri"/>
          <w:lang w:val="zh-CN" w:eastAsia="zh-CN" w:bidi="ar-SA"/>
          <w:color w:val="000000"/>
          <w:rtl w:val="0"/>
        </w:rPr>
        <w:t>正如那数十万真实无妄的传报者，凭依自己的奇迹、非凡恩迹与确凿证据，见证祢的存在与独一；同样，他们也以共识和一致，宣告、传报并证实：从治理涵盖万有的至高宝座的一切事务，到了解、垂听并处理心灵最隐秘、最细微的思念、愿望与祈求，祢养育与主宰的作为贯通其间，显示其威严达到何等境界；祢又在我们眼前同时创造无数千差万别的事物，任何行为不阻碍另一行为，任何工作不妨碍另一工作，造成至大之物如同造成一只小飞虫般容易，显示祢权能的宏大达到何等境界。</w:t>
      </w:r>
    </w:p>
    <w:p>
      <w:r>
        <w:rPr>
          <w:rFonts w:ascii="Times New Roman" w:hAnsi="Times New Roman" w:eastAsia="Noto Serif SC" w:cs="Amiri"/>
          <w:lang w:val="zh-CN" w:eastAsia="zh-CN" w:bidi="ar-SA"/>
          <w:color w:val="000000"/>
          <w:rtl w:val="0"/>
        </w:rPr>
        <w:t>他们传报并凭奇迹与明证证实：祢的慈悯使这宇宙成为一座完善的宫殿，供有灵魂者、尤其供人居住；为精灵与人类预备乐园和永恒幸福；不遗忘任何一个最微小的生命，又致力于满足并优待最无力的心灵。这显示祢的慈悯无边宽广。从微粒直到行星，祢的统治使各类受造物都服从命令，受命服役并被赋予职责；这显示祢的统治权无限广阔。同样，他们也一致共同见证、指示并指向：祢使宇宙成为一部宏大的书，其中的论著多如它的组成部分；在受护之牌的册籍——《明确册籍》与《明确经典》——中，祢记录并写下一切存在的全部经历；又让一切树木的目录与程序，准确而有序地写入所有种核，让有意识者全部记忆库中的主人各自的生平，准确而有序地写入他们的头脑。这证明祢的知识涵盖万有。祢赋予每一个存在以许多智慧，甚至使每棵树结出多如果实的结果；在每一个有生命者身上，祢照其器官、组成部分乃至细胞的数目，安排种种益处；又赋予人的舌头许多职责，同时按食物滋味的数目，为它配备能够品尝滋味的精微权衡器。这证明祢神圣的智慧涵盖每一事物。祢那些具威严与具美善的尊名，其显现的样品在此世可见，却将以更灿烂的方式延续至永无终尽；祢种种恩惠的样品在这易逝的世界得到观见，却将以更辉煌的方式在幸福之府延续并长存；此世渴望并观见这些恩惠的人，也将在永恒中与它们相伴、共处。</w:t>
      </w:r>
    </w:p>
    <w:p>
      <w:r>
        <w:rPr>
          <w:rFonts w:ascii="Times New Roman" w:hAnsi="Times New Roman" w:eastAsia="Noto Serif SC" w:cs="Amiri"/>
          <w:lang w:val="zh-CN" w:eastAsia="zh-CN" w:bidi="ar-SA"/>
          <w:color w:val="000000"/>
          <w:rtl w:val="0"/>
        </w:rPr>
        <w:t>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和至睿《古兰经》为首，拥有光明灵魂的众先知、作为光明心灵之枢纽的亲近Allah者，以及拥有光照理智的精纯贤者，都凭依各自百重昭著奇迹和确切经文，又凭依一切神圣书页与经典中祢反复作出的许诺与警告，并信赖祢权能、慈悯、眷顾、智慧、威严、美善等神圣属性与作为，信赖祢尊严的威荣和养育与主宰的王权，再借他们的内在揭见、亲见和达到知识真理境界的信念，向精灵与人类报喜永恒幸福；宣告迷误者确有火狱，并对此坚信作证。</w:t>
      </w:r>
    </w:p>
    <w:p>
      <w:r>
        <w:rPr>
          <w:rFonts w:ascii="Times New Roman" w:hAnsi="Times New Roman" w:eastAsia="Noto Serif SC" w:cs="Amiri"/>
          <w:lang w:val="zh-CN" w:eastAsia="zh-CN" w:bidi="ar-SA"/>
          <w:color w:val="000000"/>
          <w:rtl w:val="0"/>
        </w:rPr>
        <w:t>全能而至睿的Allah啊！慈悯普及万物而至慈的Allah啊！忠实守约而宽宏的Allah啊！拥有尊严、宏大与威严、具威严的制伏万有者Allah啊！</w:t>
      </w:r>
    </w:p>
    <w:p>
      <w:r>
        <w:rPr>
          <w:rFonts w:ascii="Times New Roman" w:hAnsi="Times New Roman" w:eastAsia="Noto Serif SC" w:cs="Amiri"/>
          <w:lang w:val="zh-CN" w:eastAsia="zh-CN" w:bidi="ar-SA"/>
          <w:color w:val="000000"/>
          <w:rtl w:val="0"/>
        </w:rPr>
        <w:t>迷误者与不信者以不信和悖逆否认祢在复起上的许诺，以为祢会说谎；这种行为若被祢认可，就等于祢否认自己如此众多忠实的朋友、如此众多的许诺，以及如此众多的属性与内在作为，否定祢养育与主宰之王权的必然要求，又拒绝祢所喜爱、并以确认和顺从使自身为祢所喜爱的无数蒙悦纳仆人的无数祈求与主张。这种行为触碰祢的尊威宏大，损伤祢的尊严威荣，冒犯祢应受崇拜之神圣性的荣分，使祢养育与主宰的怜爱受到伤痛。祢远比认可这种行为高超十万倍；祢超绝于此，崇高于此，超越无可计量的层级！</w:t>
      </w:r>
    </w:p>
    <w:p>
      <w:r>
        <w:rPr>
          <w:rFonts w:ascii="Times New Roman" w:hAnsi="Times New Roman" w:eastAsia="Noto Serif SC" w:cs="Amiri"/>
          <w:lang w:val="zh-CN" w:eastAsia="zh-CN" w:bidi="ar-SA"/>
          <w:color w:val="000000"/>
          <w:rtl w:val="0"/>
        </w:rPr>
        <w:t>面对这样无穷的不义与丑恶，我赞颂祢无穷的公正、美善与慈悯超绝一切！我愿按我身体全部微粒的数目，念诵这节经文：</w:t>
      </w:r>
      <w:r>
        <w:rPr>
          <w:rFonts w:ascii="Amiri" w:hAnsi="Amiri" w:eastAsia="Amiri" w:cs="Amiri"/>
          <w:lang w:val="zh-CN" w:eastAsia="zh-CN" w:bidi="ar-SA"/>
          <w:rtl w:val="1"/>
          <w:cs w:val="1"/>
          <w:color w:val="000000"/>
          <w:sz w:val="24"/>
          <w:szCs w:val="24"/>
        </w:rPr>
        <w:t>ﺳُﺒْﺤَﺎﻧَﻪُ ﻭَ ﺗَﻌَﺎﻟٰﻰ ﻋَﻤَّﺎ ﻳَﻘُﻮﻟُﻮﻥَ ﻋُﻠُﻮًّﺍ ﻛَﺒ۪ﻴﺮًﺍ</w:t>
      </w:r>
      <w:r>
        <w:rPr>
          <w:rFonts w:ascii="Times New Roman" w:hAnsi="Times New Roman" w:eastAsia="Noto Serif SC" w:cs="Amiri"/>
          <w:lang w:val="zh-CN" w:eastAsia="zh-CN" w:bidi="ar-SA"/>
          <w:color w:val="000000"/>
          <w:rtl w:val="0"/>
        </w:rPr>
        <w:t>（祂超绝一切缺欠，远远高出他们所妄言的一切，极其崇高，无可限量）！</w:t>
      </w:r>
    </w:p>
    <w:p>
      <w:r>
        <w:rPr>
          <w:rFonts w:ascii="Times New Roman" w:hAnsi="Times New Roman" w:eastAsia="Noto Serif SC" w:cs="Amiri"/>
          <w:lang w:val="zh-CN" w:eastAsia="zh-CN" w:bidi="ar-SA"/>
          <w:color w:val="000000"/>
          <w:rtl w:val="0"/>
        </w:rPr>
        <w:t>相反，祢那些忠实的使者、祢王权的正直宣导者，以亲见真理、眼见真理和知识真理的确证境界，见证并指向祢后世的慈悯宝库、永存世界中祢恩惠的珍藏，以及幸福之府中祢美好尊名全然显现时那非凡美妙的种种彰显，并向人报喜。他们坚信：作为一切真理的归宿、太阳与护卫者的“真实”尊名，其至大的一道光芒，正是复起这一至大真理；他们就把这真理教导给祢的仆人。</w:t>
      </w:r>
    </w:p>
    <w:p>
      <w:r>
        <w:rPr>
          <w:rFonts w:ascii="Times New Roman" w:hAnsi="Times New Roman" w:eastAsia="Noto Serif SC" w:cs="Amiri"/>
          <w:lang w:val="zh-CN" w:eastAsia="zh-CN" w:bidi="ar-SA"/>
          <w:color w:val="000000"/>
          <w:rtl w:val="0"/>
        </w:rPr>
        <w:t>众先知与忠诚真实者的养育并主宰者Allah啊！</w:t>
      </w:r>
    </w:p>
    <w:p>
      <w:r>
        <w:rPr>
          <w:rFonts w:ascii="Times New Roman" w:hAnsi="Times New Roman" w:eastAsia="Noto Serif SC" w:cs="Amiri"/>
          <w:lang w:val="zh-CN" w:eastAsia="zh-CN" w:bidi="ar-SA"/>
          <w:color w:val="000000"/>
          <w:rtl w:val="0"/>
        </w:rPr>
        <w:t>他们全都在祢的国度中，凭祢的命令与权能、祢的意志与筹度、祢的知识与智慧，受命服从并被赋予职责。他们以赞颂超绝、颂扬至大、赞美称颂和认信独一，使地球成为一座至大的记念殿堂，使这宇宙成为一座至广的礼拜之所。</w:t>
      </w:r>
    </w:p>
    <w:p>
      <w:r>
        <w:rPr>
          <w:rFonts w:ascii="Times New Roman" w:hAnsi="Times New Roman" w:eastAsia="Noto Serif SC" w:cs="Amiri"/>
          <w:lang w:val="zh-CN" w:eastAsia="zh-CN" w:bidi="ar-SA"/>
          <w:color w:val="000000"/>
          <w:rtl w:val="0"/>
        </w:rPr>
        <w:t>我的养育并主宰者Allah啊！诸天与大地的养育并主宰者啊！我的创造者啊！万有的创造者啊！</w:t>
      </w:r>
    </w:p>
    <w:p>
      <w:r>
        <w:rPr>
          <w:rFonts w:ascii="Times New Roman" w:hAnsi="Times New Roman" w:eastAsia="Noto Serif SC" w:cs="Amiri"/>
          <w:lang w:val="zh-CN" w:eastAsia="zh-CN" w:bidi="ar-SA"/>
          <w:color w:val="000000"/>
          <w:rtl w:val="0"/>
        </w:rPr>
        <w:t>祢的权能、意志、智慧、统治与慈悯使诸天及其星辰、大地及其所含万物、一切受造物及其一切情状都受命服从；凭着它们的权分，求祢使我的自我顺服于我，也使我所求的顺服于我！为服务《古兰经》与信仰，求祢使众人的心灵归向《光明论》！求祢赐我和我的兄弟们完善的信仰与美好的临终。正如祢曾使大海顺服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（愿Allah赐他平安），使火顺服尊贵的易卜拉欣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（愿Allah赐他平安），使山与铁顺服尊贵的达乌德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（愿Allah赐他平安），使精灵与人类顺服尊贵的素莱曼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（愿Allah赐他平安），使太阳与月亮顺服尊贵的穆罕默德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（愿Allah赐他尊荣、恩福与平安），求祢也使心灵与理智归向《光明论》！求祢保护我和《光明论》的学生，免受自我与恶魔的恶、坟墓的惩罚和火狱之火，并使我们在菲尔道斯至高乐园中得享幸福。</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（祢确是全知者，知晓一切；祢确是至睿者，一切作为皆充满智慧） </w:t>
      </w:r>
      <w:r>
        <w:rPr>
          <w:rFonts w:ascii="Amiri" w:hAnsi="Amiri" w:eastAsia="Amiri" w:cs="Amiri"/>
          <w:lang w:val="zh-CN" w:eastAsia="zh-CN" w:bidi="ar-SA"/>
          <w:rtl w:val="1"/>
          <w:cs w:val="1"/>
          <w:color w:val="000000"/>
          <w:sz w:val="24"/>
          <w:szCs w:val="24"/>
        </w:rPr>
        <w:t>ﻭَ ﺍٰﺧِﺮُ ﺩَﻋْﻮٰﻳﻬُﻢْ ﺍَﻥِ ﺍﻟْﺤَﻤْﺪُ ﻟِﻠّٰﻪِ ﺭَﺏِّ ﺍﻟْﻌَﺎﻟَﻤ۪ﻴﻦَ</w:t>
      </w:r>
      <w:r>
        <w:rPr>
          <w:rFonts w:ascii="Times New Roman" w:hAnsi="Times New Roman" w:eastAsia="Noto Serif SC" w:cs="Amiri"/>
          <w:lang w:val="zh-CN" w:eastAsia="zh-CN" w:bidi="ar-SA"/>
          <w:color w:val="000000"/>
          <w:rtl w:val="0"/>
        </w:rPr>
        <w:t>（他们最后的祈求，是以一切赞美归向养育并主宰万有的Allah作结；一切赞美从无始至无终，唯独属于祂，也唯独祂配受这赞美）。若我把这借《古兰经》和属于先知祈祷的《大铠甲祷文》所得的教诲，作为一种思悟崇拜呈献在至慈的养育并主宰者Allah面前时有所欠缺，我便请《古兰经》与《大铠甲祷文》为我代求，恳求祢的慈悯赦免我的欠缺。</w:t>
      </w:r>
    </w:p>
    <w:p>
      <w:pPr>
        <w:pStyle w:val="Heading2"/>
      </w:pPr>
      <w:r>
        <w:rPr>
          <w:rFonts w:ascii="Times New Roman" w:hAnsi="Times New Roman" w:eastAsia="Noto Serif SC" w:cs="Amiri"/>
          <w:lang w:val="zh-CN" w:eastAsia="zh-CN" w:bidi="ar-SA"/>
          <w:color w:val="000000"/>
          <w:rtl w:val="0"/>
        </w:rPr>
        <w:t>目录</w:t>
      </w:r>
    </w:p>
    <w:p>
      <w:pPr>
        <w:pStyle w:val="Heading1"/>
        <w:pageBreakBefore/>
      </w:pPr>
      <w:r>
        <w:rPr>
          <w:rFonts w:ascii="Times New Roman" w:hAnsi="Times New Roman" w:eastAsia="Noto Serif SC" w:cs="Amiri"/>
          <w:lang w:val="zh-CN" w:eastAsia="zh-CN" w:bidi="ar-SA"/>
          <w:color w:val="000000"/>
          <w:rtl w:val="0"/>
        </w:rPr>
        <w:t>第一篇闪光：</w:t>
      </w:r>
    </w:p>
    <w:p>
      <w:r>
        <w:rPr>
          <w:rFonts w:ascii="Times New Roman" w:hAnsi="Times New Roman" w:eastAsia="Noto Serif SC" w:cs="Amiri"/>
          <w:lang w:val="zh-CN" w:eastAsia="zh-CN" w:bidi="ar-SA"/>
          <w:color w:val="000000"/>
          <w:rtl w:val="0"/>
        </w:rPr>
        <w:t>阐明尊贵的优努斯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（愿Allah赐他平安）著名祈祷所依据的经文——</w:t>
      </w:r>
      <w:r>
        <w:rPr>
          <w:rFonts w:ascii="Amiri" w:hAnsi="Amiri" w:eastAsia="Amiri" w:cs="Amiri"/>
          <w:lang w:val="zh-CN" w:eastAsia="zh-CN" w:bidi="ar-SA"/>
          <w:rtl w:val="1"/>
          <w:cs w:val="1"/>
          <w:color w:val="000000"/>
          <w:sz w:val="24"/>
          <w:szCs w:val="24"/>
        </w:rPr>
        <w:t>ﻓَﻨَﺎﺩٰﻯ ﻓِﻰ ﺍﻟﻈُّﻠُﻤَﺎﺕِ ﺍَﻥْ لَٓا ﺍِﻟٰﻪَ اِلَّٓا ﺍَﻧْﺖَ ﺳُﺒْﺤَﺎﻧَﻚَ ﺍِﻧّ۪ﻰ ﻛُﻨْﺖُ ﻣِﻦَ ﺍﻟﻈَّﺎﻟِﻤ۪ﻴﻦَ</w:t>
      </w:r>
      <w:r>
        <w:rPr>
          <w:rFonts w:ascii="Times New Roman" w:hAnsi="Times New Roman" w:eastAsia="Noto Serif SC" w:cs="Amiri"/>
          <w:lang w:val="zh-CN" w:eastAsia="zh-CN" w:bidi="ar-SA"/>
          <w:color w:val="000000"/>
          <w:rtl w:val="0"/>
        </w:rPr>
        <w:t>（他在重重黑暗中呼求：“除祢以外，绝无应受崇拜者；赞颂祢超绝一切缺欠；我确曾亏负了自己”）——的一项重大奥义与至大真理，说明每一个人在此世所处的境况，都与尊贵的优努斯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（愿Allah赐他平安）相同，只是规模更为宏大。</w:t>
      </w:r>
    </w:p>
    <w:p>
      <w:r>
        <w:rPr>
          <w:rFonts w:ascii="Times New Roman" w:hAnsi="Times New Roman" w:eastAsia="Noto Serif SC" w:cs="Amiri"/>
          <w:lang w:val="zh-CN" w:eastAsia="zh-CN" w:bidi="ar-SA"/>
          <w:color w:val="000000"/>
          <w:rtl w:val="0"/>
        </w:rPr>
        <w:t>对于尊贵的优努斯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（愿Allah赐他平安），“鱼、海、夜”是什么，那么对于每一个人，他的自我、他的世界和他的未来也就是什么。第二闪光：</w:t>
      </w:r>
    </w:p>
    <w:p>
      <w:r>
        <w:rPr>
          <w:rFonts w:ascii="Times New Roman" w:hAnsi="Times New Roman" w:eastAsia="Noto Serif SC" w:cs="Amiri"/>
          <w:lang w:val="zh-CN" w:eastAsia="zh-CN" w:bidi="ar-SA"/>
          <w:color w:val="000000"/>
          <w:rtl w:val="0"/>
        </w:rPr>
        <w:t>阐明尊贵的安优卜</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（愿Allah赐他平安）的著名祈祷。以五项精义解释这节经文——</w:t>
      </w:r>
      <w:r>
        <w:rPr>
          <w:rFonts w:ascii="Amiri" w:hAnsi="Amiri" w:eastAsia="Amiri" w:cs="Amiri"/>
          <w:lang w:val="zh-CN" w:eastAsia="zh-CN" w:bidi="ar-SA"/>
          <w:rtl w:val="1"/>
          <w:cs w:val="1"/>
          <w:color w:val="000000"/>
          <w:sz w:val="24"/>
          <w:szCs w:val="24"/>
        </w:rPr>
        <w:t>ﺍِﺫْ ﻧَﺎﺩٰﻯ ﺭَﺑَّﻪُٓ ﺍَﻧّ۪ﻰ ﻣَﺴَّﻨِﻰَ ﺍﻟﻀُّﺮُّ ﻭَﺍَﻧْﺖَ ﺍَﺭْﺣَﻢُ ﺍﻟﺮَّﺍﺣِﻤ۪ﻴﻦَ</w:t>
      </w:r>
      <w:r>
        <w:rPr>
          <w:rFonts w:ascii="Times New Roman" w:hAnsi="Times New Roman" w:eastAsia="Noto Serif SC" w:cs="Amiri"/>
          <w:lang w:val="zh-CN" w:eastAsia="zh-CN" w:bidi="ar-SA"/>
          <w:color w:val="000000"/>
          <w:rtl w:val="0"/>
        </w:rPr>
        <w:t>（当时，他呼求自己的养育并主宰者：“我确已遭受苦难与折磨，而祢是一切慈悯者中最慈悯的”）——的一项重大奥义与至大真理，成为一切遭难者的一剂精神解毒良药、一种极其有益的药物。这部论著使物质灾祸对信仰者而言，不再是灾祸。</w:t>
      </w:r>
    </w:p>
    <w:p>
      <w:r>
        <w:rPr>
          <w:rFonts w:ascii="Times New Roman" w:hAnsi="Times New Roman" w:eastAsia="Noto Serif SC" w:cs="Amiri"/>
          <w:lang w:val="zh-CN" w:eastAsia="zh-CN" w:bidi="ar-SA"/>
          <w:color w:val="000000"/>
          <w:rtl w:val="0"/>
        </w:rPr>
        <w:t>它阐明：真正严重的灾祸，是降临心灵与灵魂的迷误灾祸；同时，它又使遭难者生命中的每一分钟，成为坚忍与感恩之人的崇拜时刻，关闭怨诉之门，始终敞开感恩之门。第三闪光：</w:t>
      </w:r>
    </w:p>
    <w:p>
      <w:r>
        <w:rPr>
          <w:rFonts w:ascii="Times New Roman" w:hAnsi="Times New Roman" w:eastAsia="Noto Serif SC" w:cs="Amiri"/>
          <w:lang w:val="zh-CN" w:eastAsia="zh-CN" w:bidi="ar-SA"/>
          <w:color w:val="000000"/>
          <w:rtl w:val="0"/>
        </w:rPr>
        <w:t>以著名两句经文所表达的两项重大真理，解释这节经文——</w:t>
      </w:r>
      <w:r>
        <w:rPr>
          <w:rFonts w:ascii="Amiri" w:hAnsi="Amiri" w:eastAsia="Amiri" w:cs="Amiri"/>
          <w:lang w:val="zh-CN" w:eastAsia="zh-CN" w:bidi="ar-SA"/>
          <w:rtl w:val="1"/>
          <w:cs w:val="1"/>
          <w:color w:val="000000"/>
          <w:sz w:val="24"/>
          <w:szCs w:val="24"/>
        </w:rPr>
        <w:t>ﻛُﻞُّ ﺷَﻰْﺀٍ ﻫَﺎﻟِﻚٌ اِلَّا ﻭَﺟْﻬَﻪُ ﻟَﻪُ ﺍﻟْﺤُﻜْﻢُ ﻭَ ﺍِﻟَﻴْﻪِ ﺗُﺮْﺟَﻌُﻮﻥَ</w:t>
      </w:r>
      <w:r>
        <w:rPr>
          <w:rFonts w:ascii="Times New Roman" w:hAnsi="Times New Roman" w:eastAsia="Noto Serif SC" w:cs="Amiri"/>
          <w:lang w:val="zh-CN" w:eastAsia="zh-CN" w:bidi="ar-SA"/>
          <w:color w:val="000000"/>
          <w:rtl w:val="0"/>
        </w:rPr>
        <w:t>（万物都将毁灭，唯有祂的本体永存；一切裁决唯属于祂，你们终将被带回祂那里）——的两项重要真理：</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 xml:space="preserve">（永存者啊，唯有祢才是永存者） </w:t>
      </w:r>
      <w:r>
        <w:rPr>
          <w:rFonts w:ascii="Amiri" w:hAnsi="Amiri" w:eastAsia="Amiri" w:cs="Amiri"/>
          <w:lang w:val="zh-CN" w:eastAsia="zh-CN" w:bidi="ar-SA"/>
          <w:rtl w:val="1"/>
          <w:cs w:val="1"/>
          <w:color w:val="000000"/>
          <w:sz w:val="24"/>
          <w:szCs w:val="24"/>
        </w:rPr>
        <w:t>٭ ﻳَﺎ ﺑَﺎﻗ۪ﻰ ﺍَﻧْﺖَ ﺍﻟْﺒَﺎﻗ۪ﻰ</w:t>
      </w:r>
      <w:r>
        <w:rPr>
          <w:rFonts w:ascii="Times New Roman" w:hAnsi="Times New Roman" w:eastAsia="Noto Serif SC" w:cs="Amiri"/>
          <w:lang w:val="zh-CN" w:eastAsia="zh-CN" w:bidi="ar-SA"/>
          <w:color w:val="000000"/>
          <w:rtl w:val="0"/>
        </w:rPr>
        <w:t>（永存者啊，唯有祢才是永存者）。人的灵魂为长存而受造，并热爱长存；它若认识自己与具威严的永存者Allah之间的真实关系，就会把易逝的生命转化为永存的生命。这部珍贵的论著阐明并证明：人的秒刻如何成为岁月，而不认识具威严的永存者Allah的人之灵魂，其岁月又如何只如秒刻。</w:t>
      </w:r>
    </w:p>
    <w:p>
      <w:r>
        <w:rPr>
          <w:rFonts w:ascii="Times New Roman" w:hAnsi="Times New Roman" w:eastAsia="Noto Serif SC" w:cs="Amiri"/>
          <w:lang w:val="zh-CN" w:eastAsia="zh-CN" w:bidi="ar-SA"/>
          <w:color w:val="000000"/>
          <w:rtl w:val="0"/>
        </w:rPr>
        <w:t>把消亡看作消亡、渴望探求长存的人，应当怀着探求之心阅读这部论著。第四闪光：</w:t>
      </w:r>
    </w:p>
    <w:p>
      <w:r>
        <w:rPr>
          <w:rFonts w:ascii="Times New Roman" w:hAnsi="Times New Roman" w:eastAsia="Noto Serif SC" w:cs="Amiri"/>
          <w:lang w:val="zh-CN" w:eastAsia="zh-CN" w:bidi="ar-SA"/>
          <w:color w:val="000000"/>
          <w:rtl w:val="0"/>
        </w:rPr>
        <w:t>这是一部名为《逊尼正道》的极其重要的论著。它极其明晰而确凿地解决并裁定了什叶信众与逊尼信众之间最重要的争议问题——领导权继承问题。它以四项精义，解释以下庄严经文所蕴含的众多至大真理中的两项重大真理：</w:t>
      </w:r>
      <w:r>
        <w:rPr>
          <w:rFonts w:ascii="Amiri" w:hAnsi="Amiri" w:eastAsia="Amiri" w:cs="Amiri"/>
          <w:lang w:val="zh-CN" w:eastAsia="zh-CN" w:bidi="ar-SA"/>
          <w:rtl w:val="1"/>
          <w:cs w:val="1"/>
          <w:color w:val="000000"/>
          <w:sz w:val="24"/>
          <w:szCs w:val="24"/>
        </w:rPr>
        <w:t>ﻟَﻘَﺪْ ﺟَٓﺎﺀَﻛُﻢْ ﺭَﺳُﻮﻝٌ ﻣِﻦْ ﺍَﻧْﻔُﺴِﻜُﻢْ ﻋَﺰ۪ﻳﺰٌ ﻋَﻠَﻴْﻪِ ﻣَﺎ ﻋَﻨِﺘُّﻢْ ﺣَﺮ۪ﻳﺺٌ ﻋَﻠَﻴْﻜُﻢْ ﺑِﺎﻟْﻤُﺆْﻣِﻨ۪ﻴﻦَ ﺭَﺅُﻑٌ ﺭَﺣ۪ﻴﻢٌ</w:t>
      </w:r>
      <w:r>
        <w:rPr>
          <w:rFonts w:ascii="Times New Roman" w:hAnsi="Times New Roman" w:eastAsia="Noto Serif SC" w:cs="Amiri"/>
          <w:lang w:val="zh-CN" w:eastAsia="zh-CN" w:bidi="ar-SA"/>
          <w:color w:val="000000"/>
          <w:rtl w:val="0"/>
        </w:rPr>
        <w:t xml:space="preserve">（一位来自你们自己的使者确已来到你们中间；你们遭受困苦，令他极为痛惜；他深切关怀你们，盼你们得正道与福祉；他对信仰者至为仁爱、至为慈悯） </w:t>
      </w:r>
      <w:r>
        <w:rPr>
          <w:rFonts w:ascii="Amiri" w:hAnsi="Amiri" w:eastAsia="Amiri" w:cs="Amiri"/>
          <w:lang w:val="zh-CN" w:eastAsia="zh-CN" w:bidi="ar-SA"/>
          <w:rtl w:val="1"/>
          <w:cs w:val="1"/>
          <w:color w:val="000000"/>
          <w:sz w:val="24"/>
          <w:szCs w:val="24"/>
        </w:rPr>
        <w:t>٭ ﻓَﺎِﻥْ ﺗَﻮَﻟَّﻮْﺍ ﻓَﻘُﻞْ ﺣَﺴْﺒِﻰَ ﺍﻟﻠّٰﻪُ لَٓا ﺍِﻟٰﻪَ اِلَّا ﻫُﻮَ ﻋَﻠَﻴْﻪِ ﺗَﻮَﻛَّﻠْﺖُ ﻭَﻫُﻮَ ﺭَﺏُّ ﺍﻟْﻌَﺮْﺵِ ﺍﻟْﻌَﻈ۪ﻴﻢِ</w:t>
      </w:r>
      <w:r>
        <w:rPr>
          <w:rFonts w:ascii="Times New Roman" w:hAnsi="Times New Roman" w:eastAsia="Noto Serif SC" w:cs="Amiri"/>
          <w:lang w:val="zh-CN" w:eastAsia="zh-CN" w:bidi="ar-SA"/>
          <w:color w:val="000000"/>
          <w:rtl w:val="0"/>
        </w:rPr>
        <w:t xml:space="preserve">（倘若他们背弃而去，你就说：“Allah足以成为我的依靠；除祂以外，绝无应受崇拜者；我只托靠祂；祂是至高宝座那宏大主权与尊严的养育并主宰者”） </w:t>
      </w:r>
      <w:r>
        <w:rPr>
          <w:rFonts w:ascii="Amiri" w:hAnsi="Amiri" w:eastAsia="Amiri" w:cs="Amiri"/>
          <w:lang w:val="zh-CN" w:eastAsia="zh-CN" w:bidi="ar-SA"/>
          <w:rtl w:val="1"/>
          <w:cs w:val="1"/>
          <w:color w:val="000000"/>
          <w:sz w:val="24"/>
          <w:szCs w:val="24"/>
        </w:rPr>
        <w:t>٭ ﻗُﻞْ لَٓا ﺍَﺳْﺌَﻠُﻜُﻢْ ﻋَﻠَﻴْﻪِ ﺍَﺟْﺮًﺍ اِلَّا ﺍﻟْﻤَﻮَﺩَّﺓَ ﻓِﻰ ﺍﻟْﻘُﺮْﺑٰﻰ</w:t>
      </w:r>
      <w:r>
        <w:rPr>
          <w:rFonts w:ascii="Times New Roman" w:hAnsi="Times New Roman" w:eastAsia="Noto Serif SC" w:cs="Amiri"/>
          <w:lang w:val="zh-CN" w:eastAsia="zh-CN" w:bidi="ar-SA"/>
          <w:color w:val="000000"/>
          <w:rtl w:val="0"/>
        </w:rPr>
        <w:t>（你说：“我不为这使命向你们索取任何报酬，只求你们珍视并亲爱近亲”）。这部论著对逊尼大众和阿列维信众都极其珍贵、极有益处，真正是《逊尼正道》；它在那个问题上，完整阐明了神圣圣行的道路。第五闪光：</w:t>
      </w:r>
    </w:p>
    <w:p>
      <w:r>
        <w:rPr>
          <w:rFonts w:ascii="Times New Roman" w:hAnsi="Times New Roman" w:eastAsia="Noto Serif SC" w:cs="Amiri"/>
          <w:lang w:val="zh-CN" w:eastAsia="zh-CN" w:bidi="ar-SA"/>
          <w:color w:val="000000"/>
          <w:rtl w:val="0"/>
        </w:rPr>
        <w:t>原本将写成一部论著，以十五个层次阐明这节经文——</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成为我们的依靠与护佑；祂是最美好、最值得我们托靠一切事务的监护者）——的一项极其重要的真理。但由于它与记念和思悟的关系多于与真理和知识的关系，暂时推迟了。虽然名为《圣行的阶梯与异端之疾的解毒良药》的极其重要论著，即第十一闪光，起初曾以第五闪光之名写成；然而，由于那部论著分成十一项重要精义，便归入第十一闪光，第五闪光因此空缺。</w:t>
      </w:r>
    </w:p>
    <w:p>
      <w:pPr>
        <w:pStyle w:val="Heading1"/>
        <w:pageBreakBefore/>
      </w:pPr>
      <w:r>
        <w:rPr>
          <w:rFonts w:ascii="Times New Roman" w:hAnsi="Times New Roman" w:eastAsia="Noto Serif SC" w:cs="Amiri"/>
          <w:lang w:val="zh-CN" w:eastAsia="zh-CN" w:bidi="ar-SA"/>
          <w:color w:val="000000"/>
          <w:rtl w:val="0"/>
        </w:rPr>
        <w:t>第六篇闪光：</w:t>
      </w:r>
    </w:p>
    <w:p>
      <w:r>
        <w:rPr>
          <w:rFonts w:ascii="Amiri" w:hAnsi="Amiri" w:eastAsia="Amiri" w:cs="Amiri"/>
          <w:lang w:val="zh-CN" w:eastAsia="zh-CN" w:bidi="ar-SA"/>
          <w:rtl w:val="1"/>
          <w:cs w:val="1"/>
          <w:color w:val="000000"/>
          <w:sz w:val="24"/>
          <w:szCs w:val="24"/>
        </w:rPr>
        <w:t>لَا ﺣَﻮْﻝَ وَلَا ﻗُﻮَّﺓَ اِلَّا ﺑِﺎﻟﻠّٰﻪِ ﺍﻟْﻌَﻠِﻰِّ ﺍﻟْﻌَﻈ۪ﻴﻢِ</w:t>
      </w:r>
      <w:r>
        <w:rPr>
          <w:rFonts w:ascii="Times New Roman" w:hAnsi="Times New Roman" w:eastAsia="Noto Serif SC" w:cs="Amiri"/>
          <w:lang w:val="zh-CN" w:eastAsia="zh-CN" w:bidi="ar-SA"/>
          <w:color w:val="000000"/>
          <w:rtl w:val="0"/>
        </w:rPr>
        <w:t>（没有凭自身改变处境的力量，也没有凭自身行事的能力，除非依凭至高至大的Allah；一切转化与力量都唯靠祂的援助）这句话所表达的、许多经文共有的重要真理，本应再用十五至二十个思悟层次写成一篇论著加以阐明。这篇闪光也同第五闪光一样，是我在自我中感受到、在精神活动中借记念与思悟而观见的层次；它更适合作为体味与内在状态的凭借，而非知识与真理的阐述，因此认为不宜把它写在真理闪光之中，而应写在较后的部分。第七闪光：</w:t>
      </w:r>
    </w:p>
    <w:p>
      <w:r>
        <w:rPr>
          <w:rFonts w:ascii="Times New Roman" w:hAnsi="Times New Roman" w:eastAsia="Noto Serif SC" w:cs="Amiri"/>
          <w:lang w:val="zh-CN" w:eastAsia="zh-CN" w:bidi="ar-SA"/>
          <w:color w:val="000000"/>
          <w:rtl w:val="0"/>
        </w:rPr>
        <w:t>在《胜利章》末尾，从</w:t>
      </w:r>
      <w:r>
        <w:rPr>
          <w:rFonts w:ascii="Amiri" w:hAnsi="Amiri" w:eastAsia="Amiri" w:cs="Amiri"/>
          <w:lang w:val="zh-CN" w:eastAsia="zh-CN" w:bidi="ar-SA"/>
          <w:rtl w:val="1"/>
          <w:cs w:val="1"/>
          <w:color w:val="000000"/>
          <w:sz w:val="24"/>
          <w:szCs w:val="24"/>
        </w:rPr>
        <w:t>ﻟَﻘَﺪْ ﺻَﺪَﻕَ ﺍﻟﻠّٰﻪُ ﺭَﺳُﻮﻟَﻪُ ﺍﻟﺮُّﺅْﻳَﺎ ﺑِﺎﻟْﺤَﻖِّ</w:t>
      </w:r>
      <w:r>
        <w:rPr>
          <w:rFonts w:ascii="Times New Roman" w:hAnsi="Times New Roman" w:eastAsia="Noto Serif SC" w:cs="Amiri"/>
          <w:lang w:val="zh-CN" w:eastAsia="zh-CN" w:bidi="ar-SA"/>
          <w:color w:val="000000"/>
          <w:rtl w:val="0"/>
        </w:rPr>
        <w:t xml:space="preserve">（Allah确已凭真理证实了祂使者所见的梦，那梦境必按其真实而实现） </w:t>
      </w:r>
      <w:r>
        <w:rPr>
          <w:rFonts w:ascii="Amiri" w:hAnsi="Amiri" w:eastAsia="Amiri" w:cs="Amiri"/>
          <w:lang w:val="zh-CN" w:eastAsia="zh-CN" w:bidi="ar-SA"/>
          <w:rtl w:val="1"/>
          <w:cs w:val="1"/>
          <w:color w:val="000000"/>
          <w:sz w:val="24"/>
          <w:szCs w:val="24"/>
        </w:rPr>
        <w:t>ﻟَﺘَﺪْﺧُﻠُﻦَّ ﺍﻟْﻤَﺴْﺠِﺪَ ﺍﻟْﺤَﺮَﺍﻡَ ﺍِﻥْ ﺷَٓﺎﺀَ ﺍﻟﻠّٰﻪُ ﺍٰﻣِﻨ۪ﻴﻦَ</w:t>
      </w:r>
      <w:r>
        <w:rPr>
          <w:rFonts w:ascii="Times New Roman" w:hAnsi="Times New Roman" w:eastAsia="Noto Serif SC" w:cs="Amiri"/>
          <w:lang w:val="zh-CN" w:eastAsia="zh-CN" w:bidi="ar-SA"/>
          <w:color w:val="000000"/>
          <w:rtl w:val="0"/>
        </w:rPr>
        <w:t xml:space="preserve">（若Allah意欲，你们必定安全地进入禁寺；这是确定无疑的报喜） </w:t>
      </w:r>
      <w:r>
        <w:rPr>
          <w:rFonts w:ascii="Amiri" w:hAnsi="Amiri" w:eastAsia="Amiri" w:cs="Amiri"/>
          <w:lang w:val="zh-CN" w:eastAsia="zh-CN" w:bidi="ar-SA"/>
          <w:rtl w:val="1"/>
          <w:cs w:val="1"/>
          <w:color w:val="000000"/>
          <w:sz w:val="24"/>
          <w:szCs w:val="24"/>
        </w:rPr>
        <w:t>ﻣُﺤَﻠِّﻘ۪ﻴﻦَ ﺭُﺅُﺳَﻜُﻢْ ﻭَ ﻣُﻘَﺼِّﺮ۪ﻳﻦَ لَا ﺗَﺨَﺎﻓُﻮﻥَ</w:t>
      </w:r>
      <w:r>
        <w:rPr>
          <w:rFonts w:ascii="Times New Roman" w:hAnsi="Times New Roman" w:eastAsia="Noto Serif SC" w:cs="Amiri"/>
          <w:lang w:val="zh-CN" w:eastAsia="zh-CN" w:bidi="ar-SA"/>
          <w:color w:val="000000"/>
          <w:rtl w:val="0"/>
        </w:rPr>
        <w:t xml:space="preserve">（你们剃光头发，或剪短头发，不再心怀恐惧） </w:t>
      </w:r>
      <w:r>
        <w:rPr>
          <w:rFonts w:ascii="Amiri" w:hAnsi="Amiri" w:eastAsia="Amiri" w:cs="Amiri"/>
          <w:lang w:val="zh-CN" w:eastAsia="zh-CN" w:bidi="ar-SA"/>
          <w:rtl w:val="1"/>
          <w:cs w:val="1"/>
          <w:color w:val="000000"/>
          <w:sz w:val="24"/>
          <w:szCs w:val="24"/>
        </w:rPr>
        <w:t>ﻓَﻌَﻠِﻢَ ﻣَﺎ ﻟَﻢْ ﺗَﻌْﻠَﻤُﻮﺍ ﻓَﺠَﻌَﻞَ ﻣِﻦْ ﺩُﻭﻥِ ﺫٰﻟِﻚَ ﻓَﺘْﺤًﺎ ﻗَﺮ۪ﻳﺒًﺎ</w:t>
      </w:r>
      <w:r>
        <w:rPr>
          <w:rFonts w:ascii="Times New Roman" w:hAnsi="Times New Roman" w:eastAsia="Noto Serif SC" w:cs="Amiri"/>
          <w:lang w:val="zh-CN" w:eastAsia="zh-CN" w:bidi="ar-SA"/>
          <w:color w:val="000000"/>
          <w:rtl w:val="0"/>
        </w:rPr>
        <w:t xml:space="preserve">（祂知道你们所不知道的事，因此在那一胜利之外，又赐给你们一次临近的胜利） </w:t>
      </w:r>
      <w:r>
        <w:rPr>
          <w:rFonts w:ascii="Amiri" w:hAnsi="Amiri" w:eastAsia="Amiri" w:cs="Amiri"/>
          <w:lang w:val="zh-CN" w:eastAsia="zh-CN" w:bidi="ar-SA"/>
          <w:rtl w:val="1"/>
          <w:cs w:val="1"/>
          <w:color w:val="000000"/>
          <w:sz w:val="24"/>
          <w:szCs w:val="24"/>
        </w:rPr>
        <w:t>٭ ﻫُﻮَ ﺍﻟَّﺬ۪ٓﻯ ﺍَﺭْﺳَﻞَ ﺭَﺳُﻮﻟَﻪُ ﺑِﺎﻟْﻬُﺪٰﻯ ﻭَﺩ۪ﻳﻦِ ﺍﻟْﺤَﻖِّ ﻟِﻴُﻈْﻬِﺮَﻩُ ﻋَﻠَﻰ ﺍﻟﺪّ۪ﻳﻦِ ﻛُﻠِّﻪ۪</w:t>
      </w:r>
      <w:r>
        <w:rPr>
          <w:rFonts w:ascii="Times New Roman" w:hAnsi="Times New Roman" w:eastAsia="Noto Serif SC" w:cs="Amiri"/>
          <w:lang w:val="zh-CN" w:eastAsia="zh-CN" w:bidi="ar-SA"/>
          <w:color w:val="000000"/>
          <w:rtl w:val="0"/>
        </w:rPr>
        <w:t xml:space="preserve">（祂就是派遣祂的使者、赋予引导与真实宗教者，为使这宗教显扬于一切宗教之上） </w:t>
      </w:r>
      <w:r>
        <w:rPr>
          <w:rFonts w:ascii="Amiri" w:hAnsi="Amiri" w:eastAsia="Amiri" w:cs="Amiri"/>
          <w:lang w:val="zh-CN" w:eastAsia="zh-CN" w:bidi="ar-SA"/>
          <w:rtl w:val="1"/>
          <w:cs w:val="1"/>
          <w:color w:val="000000"/>
          <w:sz w:val="24"/>
          <w:szCs w:val="24"/>
        </w:rPr>
        <w:t>ﻭَ ﻛَﻔٰﻰ ﺑِﺎﻟﻠّٰﻪِ ﺷَﻬ۪ﻴﺪًﺍ</w:t>
      </w:r>
      <w:r>
        <w:rPr>
          <w:rFonts w:ascii="Times New Roman" w:hAnsi="Times New Roman" w:eastAsia="Noto Serif SC" w:cs="Amiri"/>
          <w:lang w:val="zh-CN" w:eastAsia="zh-CN" w:bidi="ar-SA"/>
          <w:color w:val="000000"/>
          <w:rtl w:val="0"/>
        </w:rPr>
        <w:t xml:space="preserve">（Allah作为见证者已经足可；祂的见证无所不包、无可替代） </w:t>
      </w:r>
      <w:r>
        <w:rPr>
          <w:rFonts w:ascii="Amiri" w:hAnsi="Amiri" w:eastAsia="Amiri" w:cs="Amiri"/>
          <w:lang w:val="zh-CN" w:eastAsia="zh-CN" w:bidi="ar-SA"/>
          <w:rtl w:val="1"/>
          <w:cs w:val="1"/>
          <w:color w:val="000000"/>
          <w:sz w:val="24"/>
          <w:szCs w:val="24"/>
        </w:rPr>
        <w:t>٭ ﻣُﺤَﻤَّﺪٌ ﺭَﺳُﻮﻝُ ﺍﻟﻠّٰﻪِ</w:t>
      </w:r>
      <w:r>
        <w:rPr>
          <w:rFonts w:ascii="Times New Roman" w:hAnsi="Times New Roman" w:eastAsia="Noto Serif SC" w:cs="Amiri"/>
          <w:lang w:val="zh-CN" w:eastAsia="zh-CN" w:bidi="ar-SA"/>
          <w:color w:val="000000"/>
          <w:rtl w:val="0"/>
        </w:rPr>
        <w:t xml:space="preserve">（穆罕默德是Allah的使者） </w:t>
      </w:r>
      <w:r>
        <w:rPr>
          <w:rFonts w:ascii="Amiri" w:hAnsi="Amiri" w:eastAsia="Amiri" w:cs="Amiri"/>
          <w:lang w:val="zh-CN" w:eastAsia="zh-CN" w:bidi="ar-SA"/>
          <w:rtl w:val="1"/>
          <w:cs w:val="1"/>
          <w:color w:val="000000"/>
          <w:sz w:val="24"/>
          <w:szCs w:val="24"/>
        </w:rPr>
        <w:t>ﻭَﺍﻟَّﺬ۪ﻳﻦَ ﻣَﻌَﻪُٓ ﺍَﺷِﺪَّٓﺍﺀُ ﻋَﻠَﻰ ﺍﻟْﻜُﻔَّﺎﺭِ ﺭُﺣَﻤَٓﺎﺀُ ﺑَﻴْﻨَﻬُﻢْ</w:t>
      </w:r>
      <w:r>
        <w:rPr>
          <w:rFonts w:ascii="Times New Roman" w:hAnsi="Times New Roman" w:eastAsia="Noto Serif SC" w:cs="Amiri"/>
          <w:lang w:val="zh-CN" w:eastAsia="zh-CN" w:bidi="ar-SA"/>
          <w:color w:val="000000"/>
          <w:rtl w:val="0"/>
        </w:rPr>
        <w:t xml:space="preserve">（与他同在的人，对不信者坚毅威严，彼此之间却满怀慈悯） </w:t>
      </w:r>
      <w:r>
        <w:rPr>
          <w:rFonts w:ascii="Amiri" w:hAnsi="Amiri" w:eastAsia="Amiri" w:cs="Amiri"/>
          <w:lang w:val="zh-CN" w:eastAsia="zh-CN" w:bidi="ar-SA"/>
          <w:rtl w:val="1"/>
          <w:cs w:val="1"/>
          <w:color w:val="000000"/>
          <w:sz w:val="24"/>
          <w:szCs w:val="24"/>
        </w:rPr>
        <w:t>ﺗَﺮٰﻳﻬُﻢْ ﺭُﻛَّﻌًﺎ ﺳُﺠَّﺪًﺍ ﻳَﺒْﺘَﻐُﻮﻥَ فَضْلًا ﻣِﻦَ ﺍﻟﻠّٰﻪِ ﻭَ ﺭِﺿْﻮَﺍﻧًﺎ</w:t>
      </w:r>
      <w:r>
        <w:rPr>
          <w:rFonts w:ascii="Times New Roman" w:hAnsi="Times New Roman" w:eastAsia="Noto Serif SC" w:cs="Amiri"/>
          <w:lang w:val="zh-CN" w:eastAsia="zh-CN" w:bidi="ar-SA"/>
          <w:color w:val="000000"/>
          <w:rtl w:val="0"/>
        </w:rPr>
        <w:t xml:space="preserve">（你看见他们鞠躬、叩头，寻求Allah的恩泽与悦纳） </w:t>
      </w:r>
      <w:r>
        <w:rPr>
          <w:rFonts w:ascii="Amiri" w:hAnsi="Amiri" w:eastAsia="Amiri" w:cs="Amiri"/>
          <w:lang w:val="zh-CN" w:eastAsia="zh-CN" w:bidi="ar-SA"/>
          <w:rtl w:val="1"/>
          <w:cs w:val="1"/>
          <w:color w:val="000000"/>
          <w:sz w:val="24"/>
          <w:szCs w:val="24"/>
        </w:rPr>
        <w:t>ﺳ۪ﻴﻤَﺎﻫُﻢْ ﻓ۪ﻰ ﻭُﺟُﻮﻫِﻬِﻢْ ﻣِﻦْ ﺍَﺛَﺮِ ﺍﻟﺴُّﺠُﻮﺩِ</w:t>
      </w:r>
      <w:r>
        <w:rPr>
          <w:rFonts w:ascii="Times New Roman" w:hAnsi="Times New Roman" w:eastAsia="Noto Serif SC" w:cs="Amiri"/>
          <w:lang w:val="zh-CN" w:eastAsia="zh-CN" w:bidi="ar-SA"/>
          <w:color w:val="000000"/>
          <w:rtl w:val="0"/>
        </w:rPr>
        <w:t xml:space="preserve">（他们的面容上，有叩头留下的印记作为他们的标识） </w:t>
      </w:r>
      <w:r>
        <w:rPr>
          <w:rFonts w:ascii="Amiri" w:hAnsi="Amiri" w:eastAsia="Amiri" w:cs="Amiri"/>
          <w:lang w:val="zh-CN" w:eastAsia="zh-CN" w:bidi="ar-SA"/>
          <w:rtl w:val="1"/>
          <w:cs w:val="1"/>
          <w:color w:val="000000"/>
          <w:sz w:val="24"/>
          <w:szCs w:val="24"/>
        </w:rPr>
        <w:t>ﺫٰﻟِﻚَ ﻣَﺜَﻠُﻬُﻢْ ﻓِﻰ ﺍﻟﺘَّﻮْﺭٰﻳﺔِ</w:t>
      </w:r>
      <w:r>
        <w:rPr>
          <w:rFonts w:ascii="Times New Roman" w:hAnsi="Times New Roman" w:eastAsia="Noto Serif SC" w:cs="Amiri"/>
          <w:lang w:val="zh-CN" w:eastAsia="zh-CN" w:bidi="ar-SA"/>
          <w:color w:val="000000"/>
          <w:rtl w:val="0"/>
        </w:rPr>
        <w:t xml:space="preserve">（这就是他们在《讨拉特》中的描述） </w:t>
      </w:r>
      <w:r>
        <w:rPr>
          <w:rFonts w:ascii="Amiri" w:hAnsi="Amiri" w:eastAsia="Amiri" w:cs="Amiri"/>
          <w:lang w:val="zh-CN" w:eastAsia="zh-CN" w:bidi="ar-SA"/>
          <w:rtl w:val="1"/>
          <w:cs w:val="1"/>
          <w:color w:val="000000"/>
          <w:sz w:val="24"/>
          <w:szCs w:val="24"/>
        </w:rPr>
        <w:t>ﻭَ ﻣَﺜَﻠُﻬُﻢْ ﻓِﻰ الْاِنْج۪يلِ ﻛَﺰَﺭْﻉٍ ﺍَﺧْﺮَﺝَ ﺷَﻄْﺎَﻩُ</w:t>
      </w:r>
      <w:r>
        <w:rPr>
          <w:rFonts w:ascii="Times New Roman" w:hAnsi="Times New Roman" w:eastAsia="Noto Serif SC" w:cs="Amiri"/>
          <w:lang w:val="zh-CN" w:eastAsia="zh-CN" w:bidi="ar-SA"/>
          <w:color w:val="000000"/>
          <w:rtl w:val="0"/>
        </w:rPr>
        <w:t xml:space="preserve">（他们在《引支勒》中的描述，则如一棵发出嫩芽的庄稼） </w:t>
      </w:r>
      <w:r>
        <w:rPr>
          <w:rFonts w:ascii="Amiri" w:hAnsi="Amiri" w:eastAsia="Amiri" w:cs="Amiri"/>
          <w:lang w:val="zh-CN" w:eastAsia="zh-CN" w:bidi="ar-SA"/>
          <w:rtl w:val="1"/>
          <w:cs w:val="1"/>
          <w:color w:val="000000"/>
          <w:sz w:val="24"/>
          <w:szCs w:val="24"/>
        </w:rPr>
        <w:t>ﻓَﺎٰﺯَﺭَﻩُ ﻓَﺎﺳْﺘَﻐْﻠَﻆَ ﻓَﺎﺳْﺘَﻮٰﻯ ﻋَﻠٰﻰ ﺳُﻮﻗِﻪ۪</w:t>
      </w:r>
      <w:r>
        <w:rPr>
          <w:rFonts w:ascii="Times New Roman" w:hAnsi="Times New Roman" w:eastAsia="Noto Serif SC" w:cs="Amiri"/>
          <w:lang w:val="zh-CN" w:eastAsia="zh-CN" w:bidi="ar-SA"/>
          <w:color w:val="000000"/>
          <w:rtl w:val="0"/>
        </w:rPr>
        <w:t xml:space="preserve">（嫩芽扶助它，它便逐渐粗壮，稳稳挺立在自己的茎上） </w:t>
      </w:r>
      <w:r>
        <w:rPr>
          <w:rFonts w:ascii="Amiri" w:hAnsi="Amiri" w:eastAsia="Amiri" w:cs="Amiri"/>
          <w:lang w:val="zh-CN" w:eastAsia="zh-CN" w:bidi="ar-SA"/>
          <w:rtl w:val="1"/>
          <w:cs w:val="1"/>
          <w:color w:val="000000"/>
          <w:sz w:val="24"/>
          <w:szCs w:val="24"/>
        </w:rPr>
        <w:t>ﻳُﻌْﺠِﺐُ ﺍﻟﺰُّﺭَّﺍﻉَ ﻟِﻴَﻐ۪ﻴﻆَ ﺑِﻬِﻢُ ﺍﻟْﻜُﻔَّﺎﺭَ</w:t>
      </w:r>
      <w:r>
        <w:rPr>
          <w:rFonts w:ascii="Times New Roman" w:hAnsi="Times New Roman" w:eastAsia="Noto Serif SC" w:cs="Amiri"/>
          <w:lang w:val="zh-CN" w:eastAsia="zh-CN" w:bidi="ar-SA"/>
          <w:color w:val="000000"/>
          <w:rtl w:val="0"/>
        </w:rPr>
        <w:t xml:space="preserve">（它使耕种者欣喜，也使不信者因他们而恼怒） </w:t>
      </w:r>
      <w:r>
        <w:rPr>
          <w:rFonts w:ascii="Amiri" w:hAnsi="Amiri" w:eastAsia="Amiri" w:cs="Amiri"/>
          <w:lang w:val="zh-CN" w:eastAsia="zh-CN" w:bidi="ar-SA"/>
          <w:rtl w:val="1"/>
          <w:cs w:val="1"/>
          <w:color w:val="000000"/>
          <w:sz w:val="24"/>
          <w:szCs w:val="24"/>
        </w:rPr>
        <w:t>ﻭَﻋَﺪَ ﺍﻟﻠّٰﻪُ ﺍﻟَّﺬ۪ﻳﻦَ ﺍٰﻣَﻨُﻮﺍ ﻭَ ﻋَﻤِﻠُﻮﺍ ﺍﻟﺼَّﺎﻟِﺤَﺎﺕِ ﻣِﻨْﻬُﻢْ ﻣَﻐْﻔِﺮَﺓً ﻭَ ﺍَﺟْﺮًﺍ ﻋَﻈ۪ﻴﻤًﺎ</w:t>
      </w:r>
      <w:r>
        <w:rPr>
          <w:rFonts w:ascii="Times New Roman" w:hAnsi="Times New Roman" w:eastAsia="Noto Serif SC" w:cs="Amiri"/>
          <w:lang w:val="zh-CN" w:eastAsia="zh-CN" w:bidi="ar-SA"/>
          <w:color w:val="000000"/>
          <w:rtl w:val="0"/>
        </w:rPr>
        <w:t>（Allah应许他们当中信仰并行美好善功的人：赦宥与巨大的回赐）这三节宏伟经文，在十种奇迹面向中，仅从预报幽隐之事这一面向，阐述八项幽隐预报，证明这三节经文单凭自身便是一项昭著的奇迹。在其补篇中，又指出</w:t>
      </w:r>
      <w:r>
        <w:rPr>
          <w:rFonts w:ascii="Amiri" w:hAnsi="Amiri" w:eastAsia="Amiri" w:cs="Amiri"/>
          <w:lang w:val="zh-CN" w:eastAsia="zh-CN" w:bidi="ar-SA"/>
          <w:rtl w:val="1"/>
          <w:cs w:val="1"/>
          <w:color w:val="000000"/>
          <w:sz w:val="24"/>
          <w:szCs w:val="24"/>
        </w:rPr>
        <w:t>ﻓَﺎُﻭﻟٰٓﺌِﻚَ ﻣَﻊَ ﺍﻟَّﺬ۪ﻳﻦَ ﺍَﻧْﻌَﻢَ ﺍﻟﻠّٰﻪُ ﻋَﻠَﻴْﻬِﻢْ ﻣِﻦَ ﺍﻟﻨَّﺒِﻴّ۪ﻦَ ﻭَ ﺍﻟﺼِّﺪّ۪ﻳﻘ۪ﻴﻦَ ﻭَ ﺍﻟﺸُّﻬَﺪَٓﺍﺀِ ﻭَ ﺍﻟﺼَّﺎﻟِﺤ۪ﻴﻦَ</w:t>
      </w:r>
      <w:r>
        <w:rPr>
          <w:rFonts w:ascii="Times New Roman" w:hAnsi="Times New Roman" w:eastAsia="Noto Serif SC" w:cs="Amiri"/>
          <w:lang w:val="zh-CN" w:eastAsia="zh-CN" w:bidi="ar-SA"/>
          <w:color w:val="000000"/>
          <w:rtl w:val="0"/>
        </w:rPr>
        <w:t xml:space="preserve">（这些人将与Allah所恩赐的人同在，与众先知、忠信者、殉道者和义人同在） </w:t>
      </w:r>
      <w:r>
        <w:rPr>
          <w:rFonts w:ascii="Amiri" w:hAnsi="Amiri" w:eastAsia="Amiri" w:cs="Amiri"/>
          <w:lang w:val="zh-CN" w:eastAsia="zh-CN" w:bidi="ar-SA"/>
          <w:rtl w:val="1"/>
          <w:cs w:val="1"/>
          <w:color w:val="000000"/>
          <w:sz w:val="24"/>
          <w:szCs w:val="24"/>
        </w:rPr>
        <w:t>ﻭَ ﺣَﺴُﻦَ ﺍُﻭﻟٰٓﺌِﻚَ ﺭَﻓ۪ﻴﻘًﺎ</w:t>
      </w:r>
      <w:r>
        <w:rPr>
          <w:rFonts w:ascii="Times New Roman" w:hAnsi="Times New Roman" w:eastAsia="Noto Serif SC" w:cs="Amiri"/>
          <w:lang w:val="zh-CN" w:eastAsia="zh-CN" w:bidi="ar-SA"/>
          <w:color w:val="000000"/>
          <w:rtl w:val="0"/>
        </w:rPr>
        <w:t>（这些人作为同伴，何其美好）这节经文的一项重要奇迹精义，属于《胜利章》末尾经文那同一种幽隐预报，并由此指向其中各项关于幽隐之事的预报。</w:t>
      </w:r>
    </w:p>
    <w:p>
      <w:r>
        <w:rPr>
          <w:rFonts w:ascii="Times New Roman" w:hAnsi="Times New Roman" w:eastAsia="Noto Serif SC" w:cs="Amiri"/>
          <w:lang w:val="zh-CN" w:eastAsia="zh-CN" w:bidi="ar-SA"/>
          <w:color w:val="000000"/>
          <w:rtl w:val="0"/>
        </w:rPr>
        <w:t>在结语中，阐明至睿《古兰经》从吻合方面显现的诸项奇迹精义里，一项极为灿烂的奇迹精义；并说明《古兰经》在某种意义上收录于《开端章》，《开端章》收录于奉名辞，奉名辞又收录于艾利弗、拉姆、米姆之中。</w:t>
      </w:r>
    </w:p>
    <w:p>
      <w:r>
        <w:rPr>
          <w:rFonts w:ascii="Times New Roman" w:hAnsi="Times New Roman" w:eastAsia="Noto Serif SC" w:cs="Amiri"/>
          <w:lang w:val="zh-CN" w:eastAsia="zh-CN" w:bidi="ar-SA"/>
          <w:color w:val="000000"/>
          <w:rtl w:val="0"/>
        </w:rPr>
        <w:t>此外，在流布最广、辗转使用的边注《古兰经》抄本中，Allah圣名的诸多精妙奇迹吻合之一如下：一页末行的上半部分，整部《古兰经》中的威严圣名共有八十个；下半部分也恰好有八十个，彼此上下对应，形成吻合，而且在书页背面也完全一致地相互对齐，仿佛八十个圣名显成了一个圣名。末行正中央又有五十五个，行首有二十五个，合计仍为八十个；这八十个与那两组八十个，在数目上同样吻合。仅各页末行之中，便有二百四十处精妙的吻合。这表明，宏伟尊严的《古兰经》，无论经文、词语还是字母，各自分别成为奇迹的核心；同样，词语的纹饰与书法也获得了另一束奇迹的火焰。第八闪光：</w:t>
      </w:r>
    </w:p>
    <w:p>
      <w:r>
        <w:rPr>
          <w:rFonts w:ascii="Times New Roman" w:hAnsi="Times New Roman" w:eastAsia="Noto Serif SC" w:cs="Amiri"/>
          <w:lang w:val="zh-CN" w:eastAsia="zh-CN" w:bidi="ar-SA"/>
          <w:color w:val="000000"/>
          <w:rtl w:val="0"/>
        </w:rPr>
        <w:t>由于已在另一部文集中刊布，此处未予收录。第九闪光：</w:t>
      </w:r>
    </w:p>
    <w:p>
      <w:r>
        <w:rPr>
          <w:rFonts w:ascii="Times New Roman" w:hAnsi="Times New Roman" w:eastAsia="Noto Serif SC" w:cs="Amiri"/>
          <w:lang w:val="zh-CN" w:eastAsia="zh-CN" w:bidi="ar-SA"/>
          <w:color w:val="000000"/>
          <w:rtl w:val="0"/>
        </w:rPr>
        <w:t>由于已在另一部文集中刊布，此处未予收录。第十闪光：</w:t>
      </w:r>
      <w:r>
        <w:rPr>
          <w:rFonts w:ascii="Amiri" w:hAnsi="Amiri" w:eastAsia="Amiri" w:cs="Amiri"/>
          <w:lang w:val="zh-CN" w:eastAsia="zh-CN" w:bidi="ar-SA"/>
          <w:rtl w:val="1"/>
          <w:cs w:val="1"/>
          <w:color w:val="000000"/>
          <w:sz w:val="24"/>
          <w:szCs w:val="24"/>
        </w:rPr>
        <w:t>ﻳَﻮْﻡَ ﺗَﺠِﺪُ ﻛُﻞُّ ﻧَﻔْﺲٍ ﻣَﺎ ﻋَﻤِﻠَﺖْ ﻣِﻦْ ﺧَﻴْﺮٍ ﻣُﺤْﻀَﺮًﺍ</w:t>
      </w:r>
      <w:r>
        <w:rPr>
          <w:rFonts w:ascii="Times New Roman" w:hAnsi="Times New Roman" w:eastAsia="Noto Serif SC" w:cs="Amiri"/>
          <w:lang w:val="zh-CN" w:eastAsia="zh-CN" w:bidi="ar-SA"/>
          <w:color w:val="000000"/>
          <w:rtl w:val="0"/>
        </w:rPr>
        <w:t xml:space="preserve">（到那一日，每个灵魂都会发现，自己所行的一切善事已呈现在眼前） </w:t>
      </w:r>
      <w:r>
        <w:rPr>
          <w:rFonts w:ascii="Amiri" w:hAnsi="Amiri" w:eastAsia="Amiri" w:cs="Amiri"/>
          <w:lang w:val="zh-CN" w:eastAsia="zh-CN" w:bidi="ar-SA"/>
          <w:rtl w:val="1"/>
          <w:cs w:val="1"/>
          <w:color w:val="000000"/>
          <w:sz w:val="24"/>
          <w:szCs w:val="24"/>
        </w:rPr>
        <w:t>ﻭَﻣَﺎ ﻋَﻤِﻠَﺖْ ﻣِﻦْ ﺳُٓﻮﺀٍ ﺗَﻮَﺩُّ ﻟَﻮْ ﺍَﻥَّ ﺑَﻴْﻨَﻬَﺎ ﻭَﺑَﻴْﻨَﻪُٓ ﺍَﻣَﺪًﺍ ﺑَﻌ۪ﻴﺪًﺍ</w:t>
      </w:r>
      <w:r>
        <w:rPr>
          <w:rFonts w:ascii="Times New Roman" w:hAnsi="Times New Roman" w:eastAsia="Noto Serif SC" w:cs="Amiri"/>
          <w:lang w:val="zh-CN" w:eastAsia="zh-CN" w:bidi="ar-SA"/>
          <w:color w:val="000000"/>
          <w:rtl w:val="0"/>
        </w:rPr>
        <w:t xml:space="preserve">（它也会发现自己所行的一切恶事；那时它恨不得自己与那恶事之间，隔着遥远的距离） </w:t>
      </w:r>
      <w:r>
        <w:rPr>
          <w:rFonts w:ascii="Amiri" w:hAnsi="Amiri" w:eastAsia="Amiri" w:cs="Amiri"/>
          <w:lang w:val="zh-CN" w:eastAsia="zh-CN" w:bidi="ar-SA"/>
          <w:rtl w:val="1"/>
          <w:cs w:val="1"/>
          <w:color w:val="000000"/>
          <w:sz w:val="24"/>
          <w:szCs w:val="24"/>
        </w:rPr>
        <w:t>ﻭَﻳُﺤَﺬِّﺭُﻛُﻢُ ﺍﻟﻠّٰﻪُ ﻧَﻔْﺴَﻪُ</w:t>
      </w:r>
      <w:r>
        <w:rPr>
          <w:rFonts w:ascii="Times New Roman" w:hAnsi="Times New Roman" w:eastAsia="Noto Serif SC" w:cs="Amiri"/>
          <w:lang w:val="zh-CN" w:eastAsia="zh-CN" w:bidi="ar-SA"/>
          <w:color w:val="000000"/>
          <w:rtl w:val="0"/>
        </w:rPr>
        <w:t xml:space="preserve">（Allah以祂自身警示你们，要你们敬畏面对祂） </w:t>
      </w:r>
      <w:r>
        <w:rPr>
          <w:rFonts w:ascii="Amiri" w:hAnsi="Amiri" w:eastAsia="Amiri" w:cs="Amiri"/>
          <w:lang w:val="zh-CN" w:eastAsia="zh-CN" w:bidi="ar-SA"/>
          <w:rtl w:val="1"/>
          <w:cs w:val="1"/>
          <w:color w:val="000000"/>
          <w:sz w:val="24"/>
          <w:szCs w:val="24"/>
        </w:rPr>
        <w:t>ﻭَﺍﻟﻠّٰﻪُ ﺭَﺅُﻑٌ ﺑِﺎﻟْﻌِﺒَﺎﺩِ</w:t>
      </w:r>
      <w:r>
        <w:rPr>
          <w:rFonts w:ascii="Times New Roman" w:hAnsi="Times New Roman" w:eastAsia="Noto Serif SC" w:cs="Amiri"/>
          <w:lang w:val="zh-CN" w:eastAsia="zh-CN" w:bidi="ar-SA"/>
          <w:color w:val="000000"/>
          <w:rtl w:val="0"/>
        </w:rPr>
        <w:t>（Allah对众仆人满怀怜爱）这节经文的一项奥义，是通过阐明我在《古兰经》服务中的同伴们，因人性所难免的疏忽与错误而受到的怜爱责打，来加以诠释。</w:t>
      </w:r>
    </w:p>
    <w:p>
      <w:r>
        <w:rPr>
          <w:rFonts w:ascii="Times New Roman" w:hAnsi="Times New Roman" w:eastAsia="Noto Serif SC" w:cs="Amiri"/>
          <w:lang w:val="zh-CN" w:eastAsia="zh-CN" w:bidi="ar-SA"/>
          <w:color w:val="000000"/>
          <w:rtl w:val="0"/>
        </w:rPr>
        <w:t>是的，这篇论著写成两个部分。第一部分，讲述精选而忠诚的《古兰经》服务者们，因疏忽与错误而受到的、带有警诫意味的怜爱责打……</w:t>
      </w:r>
    </w:p>
    <w:p>
      <w:r>
        <w:rPr>
          <w:rFonts w:ascii="Times New Roman" w:hAnsi="Times New Roman" w:eastAsia="Noto Serif SC" w:cs="Amiri"/>
          <w:lang w:val="zh-CN" w:eastAsia="zh-CN" w:bidi="ar-SA"/>
          <w:color w:val="000000"/>
          <w:rtl w:val="0"/>
        </w:rPr>
        <w:t>第二部分本应讲述，那些表面为友、内心为敌的人故意造成伤害后，所受到的遏制性责打。但是，为了避免无谓地伤害某些人的感情，在上百桩事件中，只谈了第一部分里的十五桩。第二部分暂未写出。</w:t>
      </w:r>
    </w:p>
    <w:p>
      <w:r>
        <w:rPr>
          <w:rFonts w:ascii="Times New Roman" w:hAnsi="Times New Roman" w:eastAsia="Noto Serif SC" w:cs="Amiri"/>
          <w:lang w:val="zh-CN" w:eastAsia="zh-CN" w:bidi="ar-SA"/>
          <w:color w:val="000000"/>
          <w:rtl w:val="0"/>
        </w:rPr>
        <w:t>受到责打的人，都在自己的签名与认可之下，接受并写下了这些事实。我受了五次责打，便写了下来。我又代表阿卜杜勒麦吉德与胡鲁西写下，我把他们看作如同自己的自我。其余的人，有些自己写了；有些看到关于自己的记述后，予以接受。作为例证，我只举这些人为限；否则，类似事件还有很多。</w:t>
      </w:r>
    </w:p>
    <w:p>
      <w:r>
        <w:rPr>
          <w:rFonts w:ascii="Times New Roman" w:hAnsi="Times New Roman" w:eastAsia="Noto Serif SC" w:cs="Amiri"/>
          <w:lang w:val="zh-CN" w:eastAsia="zh-CN" w:bidi="ar-SA"/>
          <w:color w:val="000000"/>
          <w:rtl w:val="0"/>
        </w:rPr>
        <w:t>由此我们已坚信：在我们的这项服务中，我们并非无人照管。我们处在一种重要的注视之下，处在细致眷顾的目光之下，也处在强有力的保护与庇护之下。</w:t>
      </w:r>
    </w:p>
    <w:p>
      <w:r>
        <w:rPr>
          <w:rFonts w:ascii="Times New Roman" w:hAnsi="Times New Roman" w:eastAsia="Noto Serif SC" w:cs="Amiri"/>
          <w:lang w:val="zh-CN" w:eastAsia="zh-CN" w:bidi="ar-SA"/>
          <w:color w:val="000000"/>
          <w:rtl w:val="0"/>
        </w:rPr>
        <w:t>那篇论著的末尾，围绕</w:t>
      </w:r>
      <w:r>
        <w:rPr>
          <w:rFonts w:ascii="Amiri" w:hAnsi="Amiri" w:eastAsia="Amiri" w:cs="Amiri"/>
          <w:lang w:val="zh-CN" w:eastAsia="zh-CN" w:bidi="ar-SA"/>
          <w:rtl w:val="1"/>
          <w:cs w:val="1"/>
          <w:color w:val="000000"/>
          <w:sz w:val="24"/>
          <w:szCs w:val="24"/>
        </w:rPr>
        <w:t>ﺍَﻟﻈُّﻠْﻢُ لَا ﻳَﺪُﻭﻡُ ﻭَﺍﻟْﻜُﻔْﺮُ ﻳَﺪُﻭﻡُ</w:t>
      </w:r>
      <w:r>
        <w:rPr>
          <w:rFonts w:ascii="Times New Roman" w:hAnsi="Times New Roman" w:eastAsia="Noto Serif SC" w:cs="Amiri"/>
          <w:lang w:val="zh-CN" w:eastAsia="zh-CN" w:bidi="ar-SA"/>
          <w:color w:val="000000"/>
          <w:rtl w:val="0"/>
        </w:rPr>
        <w:t>（暴虐不能长久存续，不信却会长久存续）的奥义，阐明了一项重要真理：那些以暴虐方式插手我们服务的背弃正信者，将在今世受到责打，而且其中一部分人已经受到；那些为无神否认与迷误而出手的人，却并不很快受到责打，而是被延期，论著也说明了其中的原因与智慧。第十一闪光：</w:t>
      </w:r>
    </w:p>
    <w:p>
      <w:r>
        <w:rPr>
          <w:rFonts w:ascii="Times New Roman" w:hAnsi="Times New Roman" w:eastAsia="Noto Serif SC" w:cs="Amiri"/>
          <w:lang w:val="zh-CN" w:eastAsia="zh-CN" w:bidi="ar-SA"/>
          <w:color w:val="000000"/>
          <w:rtl w:val="0"/>
        </w:rPr>
        <w:t>这是一篇极为重要的论著，名为《圣行的升梯与异端病症的解药》。它以十一项精义，诠释</w:t>
      </w:r>
      <w:r>
        <w:rPr>
          <w:rFonts w:ascii="Amiri" w:hAnsi="Amiri" w:eastAsia="Amiri" w:cs="Amiri"/>
          <w:lang w:val="zh-CN" w:eastAsia="zh-CN" w:bidi="ar-SA"/>
          <w:rtl w:val="1"/>
          <w:cs w:val="1"/>
          <w:color w:val="000000"/>
          <w:sz w:val="24"/>
          <w:szCs w:val="24"/>
        </w:rPr>
        <w:t>ﻟَﻘَﺪْ ﺟَٓﺎﺀَﻛُﻢْ ﺭَﺳُﻮﻝٌ ﻣِﻦْ ﺍَﻧْﻔُﺴِﻜُﻢْ</w:t>
      </w:r>
      <w:r>
        <w:rPr>
          <w:rFonts w:ascii="Times New Roman" w:hAnsi="Times New Roman" w:eastAsia="Noto Serif SC" w:cs="Amiri"/>
          <w:lang w:val="zh-CN" w:eastAsia="zh-CN" w:bidi="ar-SA"/>
          <w:color w:val="000000"/>
          <w:rtl w:val="0"/>
        </w:rPr>
        <w:t xml:space="preserve">（确有一位来自你们自身的使者来到你们） </w:t>
      </w:r>
      <w:r>
        <w:rPr>
          <w:rFonts w:ascii="Amiri" w:hAnsi="Amiri" w:eastAsia="Amiri" w:cs="Amiri"/>
          <w:lang w:val="zh-CN" w:eastAsia="zh-CN" w:bidi="ar-SA"/>
          <w:rtl w:val="1"/>
          <w:cs w:val="1"/>
          <w:color w:val="000000"/>
          <w:sz w:val="24"/>
          <w:szCs w:val="24"/>
        </w:rPr>
        <w:t>ﻋَﺰ۪ﻳﺰٌ ﻋَﻠَﻴْﻪِ ﻣَﺎ ﻋَﻨِﺘُّﻢْ</w:t>
      </w:r>
      <w:r>
        <w:rPr>
          <w:rFonts w:ascii="Times New Roman" w:hAnsi="Times New Roman" w:eastAsia="Noto Serif SC" w:cs="Amiri"/>
          <w:lang w:val="zh-CN" w:eastAsia="zh-CN" w:bidi="ar-SA"/>
          <w:color w:val="000000"/>
          <w:rtl w:val="0"/>
        </w:rPr>
        <w:t xml:space="preserve">（你们遭受困苦，令他极为难过） </w:t>
      </w:r>
      <w:r>
        <w:rPr>
          <w:rFonts w:ascii="Amiri" w:hAnsi="Amiri" w:eastAsia="Amiri" w:cs="Amiri"/>
          <w:lang w:val="zh-CN" w:eastAsia="zh-CN" w:bidi="ar-SA"/>
          <w:rtl w:val="1"/>
          <w:cs w:val="1"/>
          <w:color w:val="000000"/>
          <w:sz w:val="24"/>
          <w:szCs w:val="24"/>
        </w:rPr>
        <w:t>ﺣَﺮ۪ﻳﺺٌ ﻋَﻠَﻴْﻜُﻢْ</w:t>
      </w:r>
      <w:r>
        <w:rPr>
          <w:rFonts w:ascii="Times New Roman" w:hAnsi="Times New Roman" w:eastAsia="Noto Serif SC" w:cs="Amiri"/>
          <w:lang w:val="zh-CN" w:eastAsia="zh-CN" w:bidi="ar-SA"/>
          <w:color w:val="000000"/>
          <w:rtl w:val="0"/>
        </w:rPr>
        <w:t xml:space="preserve">（他切望你们获益） </w:t>
      </w:r>
      <w:r>
        <w:rPr>
          <w:rFonts w:ascii="Amiri" w:hAnsi="Amiri" w:eastAsia="Amiri" w:cs="Amiri"/>
          <w:lang w:val="zh-CN" w:eastAsia="zh-CN" w:bidi="ar-SA"/>
          <w:rtl w:val="1"/>
          <w:cs w:val="1"/>
          <w:color w:val="000000"/>
          <w:sz w:val="24"/>
          <w:szCs w:val="24"/>
        </w:rPr>
        <w:t>ﺑِﺎﻟْﻤُﺆْﻣِﻨ۪ﻴﻦَ ﺭَﺅُﻑٌ ﺭَﺣ۪ﻴﻢٌ</w:t>
      </w:r>
      <w:r>
        <w:rPr>
          <w:rFonts w:ascii="Times New Roman" w:hAnsi="Times New Roman" w:eastAsia="Noto Serif SC" w:cs="Amiri"/>
          <w:lang w:val="zh-CN" w:eastAsia="zh-CN" w:bidi="ar-SA"/>
          <w:color w:val="000000"/>
          <w:rtl w:val="0"/>
        </w:rPr>
        <w:t xml:space="preserve">（他对信士们满怀怜爱、至为慈悯） </w:t>
      </w:r>
      <w:r>
        <w:rPr>
          <w:rFonts w:ascii="Amiri" w:hAnsi="Amiri" w:eastAsia="Amiri" w:cs="Amiri"/>
          <w:lang w:val="zh-CN" w:eastAsia="zh-CN" w:bidi="ar-SA"/>
          <w:rtl w:val="1"/>
          <w:cs w:val="1"/>
          <w:color w:val="000000"/>
          <w:sz w:val="24"/>
          <w:szCs w:val="24"/>
        </w:rPr>
        <w:t>٭ ﻗُﻞْ ﺍِﻥْ ﻛُﻨْﺘُﻢْ ﺗُﺤِﺒُّﻮﻥَ ﺍﻟﻠّٰﻪَ ﻓَﺎﺗَّﺒِﻌُﻮﻧ۪ﻰ ﻳُﺤْﺒِﺒْﻜُﻢُ ﺍﻟﻠّٰﻪُ</w:t>
      </w:r>
      <w:r>
        <w:rPr>
          <w:rFonts w:ascii="Times New Roman" w:hAnsi="Times New Roman" w:eastAsia="Noto Serif SC" w:cs="Amiri"/>
          <w:lang w:val="zh-CN" w:eastAsia="zh-CN" w:bidi="ar-SA"/>
          <w:color w:val="000000"/>
          <w:rtl w:val="0"/>
        </w:rPr>
        <w:t>（你说：“如果你们爱Allah，就跟随我，Allah便会爱你们”）这两节经文中的两项极为重要的真理。</w:t>
      </w:r>
    </w:p>
    <w:p>
      <w:r>
        <w:rPr>
          <w:rFonts w:ascii="Times New Roman" w:hAnsi="Times New Roman" w:eastAsia="Noto Serif SC" w:cs="Amiri"/>
          <w:lang w:val="zh-CN" w:eastAsia="zh-CN" w:bidi="ar-SA"/>
          <w:color w:val="000000"/>
          <w:rtl w:val="0"/>
        </w:rPr>
        <w:t>第一项精义：阐明这段尊贵圣训的奥义：</w:t>
      </w:r>
      <w:r>
        <w:rPr>
          <w:rFonts w:ascii="Amiri" w:hAnsi="Amiri" w:eastAsia="Amiri" w:cs="Amiri"/>
          <w:lang w:val="zh-CN" w:eastAsia="zh-CN" w:bidi="ar-SA"/>
          <w:rtl w:val="1"/>
          <w:cs w:val="1"/>
          <w:color w:val="000000"/>
          <w:sz w:val="24"/>
          <w:szCs w:val="24"/>
        </w:rPr>
        <w:t>ﻣَﻦْ ﺗَﻤَﺴَّﻚَ ﺑِﺴُﻨَّﺘ۪ﻰ ﻋِﻨْﺪَ ﻓَﺴَﺎﺩِ ﺍُﻣَّﺘ۪ﻰ ﻓَﻠَﻪُ ﺍَﺟْﺮُ ﻣِﺎَﺓِ ﺷَﻬ۪ﻴﺪٍ</w:t>
      </w:r>
      <w:r>
        <w:rPr>
          <w:rFonts w:ascii="Times New Roman" w:hAnsi="Times New Roman" w:eastAsia="Noto Serif SC" w:cs="Amiri"/>
          <w:lang w:val="zh-CN" w:eastAsia="zh-CN" w:bidi="ar-SA"/>
          <w:color w:val="000000"/>
          <w:rtl w:val="0"/>
        </w:rPr>
        <w:t>（在我的共同体腐败之时，凡坚定持守我的圣行者，必得一百名殉道者的回赐）。</w:t>
      </w:r>
    </w:p>
    <w:p>
      <w:r>
        <w:rPr>
          <w:rFonts w:ascii="Times New Roman" w:hAnsi="Times New Roman" w:eastAsia="Noto Serif SC" w:cs="Amiri"/>
          <w:lang w:val="zh-CN" w:eastAsia="zh-CN" w:bidi="ar-SA"/>
          <w:color w:val="000000"/>
          <w:rtl w:val="0"/>
        </w:rPr>
        <w:t>第二项精义：关于拉巴尼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（愿Allah喜悦他）所说的话：“追随尊贵圣行，是最庄严、最精妙、最安全的内在修持之路。”</w:t>
      </w:r>
    </w:p>
    <w:p>
      <w:r>
        <w:rPr>
          <w:rFonts w:ascii="Times New Roman" w:hAnsi="Times New Roman" w:eastAsia="Noto Serif SC" w:cs="Amiri"/>
          <w:lang w:val="zh-CN" w:eastAsia="zh-CN" w:bidi="ar-SA"/>
          <w:color w:val="000000"/>
          <w:rtl w:val="0"/>
        </w:rPr>
        <w:t>第三项精义：说明他证实了拉巴尼关于尊贵圣行重要性的论断。</w:t>
      </w:r>
    </w:p>
    <w:p>
      <w:r>
        <w:rPr>
          <w:rFonts w:ascii="Times New Roman" w:hAnsi="Times New Roman" w:eastAsia="Noto Serif SC" w:cs="Amiri"/>
          <w:lang w:val="zh-CN" w:eastAsia="zh-CN" w:bidi="ar-SA"/>
          <w:color w:val="000000"/>
          <w:rtl w:val="0"/>
        </w:rPr>
        <w:t>第四项精义：通过</w:t>
      </w:r>
      <w:r>
        <w:rPr>
          <w:rFonts w:ascii="Amiri" w:hAnsi="Amiri" w:eastAsia="Amiri" w:cs="Amiri"/>
          <w:lang w:val="zh-CN" w:eastAsia="zh-CN" w:bidi="ar-SA"/>
          <w:rtl w:val="1"/>
          <w:cs w:val="1"/>
          <w:color w:val="000000"/>
          <w:sz w:val="24"/>
          <w:szCs w:val="24"/>
        </w:rPr>
        <w:t>ﺍَﻟْﻤَﻮْﺕُ ﺣَﻖٌّ</w:t>
      </w:r>
      <w:r>
        <w:rPr>
          <w:rFonts w:ascii="Times New Roman" w:hAnsi="Times New Roman" w:eastAsia="Noto Serif SC" w:cs="Amiri"/>
          <w:lang w:val="zh-CN" w:eastAsia="zh-CN" w:bidi="ar-SA"/>
          <w:color w:val="000000"/>
          <w:rtl w:val="0"/>
        </w:rPr>
        <w:t>（死亡是真实无疑的）这一真理之门，阐述一次通往极为奇异的精神世界的灵魂旅行。</w:t>
      </w:r>
    </w:p>
    <w:p>
      <w:r>
        <w:rPr>
          <w:rFonts w:ascii="Times New Roman" w:hAnsi="Times New Roman" w:eastAsia="Noto Serif SC" w:cs="Amiri"/>
          <w:lang w:val="zh-CN" w:eastAsia="zh-CN" w:bidi="ar-SA"/>
          <w:color w:val="000000"/>
          <w:rtl w:val="0"/>
        </w:rPr>
        <w:t>第五项精义：依据</w:t>
      </w:r>
      <w:r>
        <w:rPr>
          <w:rFonts w:ascii="Amiri" w:hAnsi="Amiri" w:eastAsia="Amiri" w:cs="Amiri"/>
          <w:lang w:val="zh-CN" w:eastAsia="zh-CN" w:bidi="ar-SA"/>
          <w:rtl w:val="1"/>
          <w:cs w:val="1"/>
          <w:color w:val="000000"/>
          <w:sz w:val="24"/>
          <w:szCs w:val="24"/>
        </w:rPr>
        <w:t>ﻗُﻞْ ﺍِﻥْ ﻛُﻨْﺘُﻢْ ﺗُﺤِﺒُّﻮﻥَ ﺍﻟﻠّٰﻪَ ﻓَﺎﺗَّﺒِﻌُﻮﻧ۪ﻰ ﻳُﺤْﺒِﺒْﻜُﻢُ ﺍﻟﻠّٰﻪُ</w:t>
      </w:r>
      <w:r>
        <w:rPr>
          <w:rFonts w:ascii="Times New Roman" w:hAnsi="Times New Roman" w:eastAsia="Noto Serif SC" w:cs="Amiri"/>
          <w:lang w:val="zh-CN" w:eastAsia="zh-CN" w:bidi="ar-SA"/>
          <w:color w:val="000000"/>
          <w:rtl w:val="0"/>
        </w:rPr>
        <w:t>（你说：“如果你们爱Allah，就跟随我，Allah便会爱你们”）这节经文的明文，论述对Allah的爱，如何以一个确定的逻辑推论，必然产生对尊贵圣行的追随。</w:t>
      </w:r>
    </w:p>
    <w:p>
      <w:r>
        <w:rPr>
          <w:rFonts w:ascii="Times New Roman" w:hAnsi="Times New Roman" w:eastAsia="Noto Serif SC" w:cs="Amiri"/>
          <w:lang w:val="zh-CN" w:eastAsia="zh-CN" w:bidi="ar-SA"/>
          <w:color w:val="000000"/>
          <w:rtl w:val="0"/>
        </w:rPr>
        <w:t>第六项精义：诠释</w:t>
      </w:r>
      <w:r>
        <w:rPr>
          <w:rFonts w:ascii="Amiri" w:hAnsi="Amiri" w:eastAsia="Amiri" w:cs="Amiri"/>
          <w:lang w:val="zh-CN" w:eastAsia="zh-CN" w:bidi="ar-SA"/>
          <w:rtl w:val="1"/>
          <w:cs w:val="1"/>
          <w:color w:val="000000"/>
          <w:sz w:val="24"/>
          <w:szCs w:val="24"/>
        </w:rPr>
        <w:t>ﻛُﻞُّ ﺑِﺪْﻋَﺔٍ ضَلَالَةٌ</w:t>
      </w:r>
      <w:r>
        <w:rPr>
          <w:rFonts w:ascii="Times New Roman" w:hAnsi="Times New Roman" w:eastAsia="Noto Serif SC" w:cs="Amiri"/>
          <w:lang w:val="zh-CN" w:eastAsia="zh-CN" w:bidi="ar-SA"/>
          <w:color w:val="000000"/>
          <w:rtl w:val="0"/>
        </w:rPr>
        <w:t xml:space="preserve">（一切异端都是迷误） </w:t>
      </w:r>
      <w:r>
        <w:rPr>
          <w:rFonts w:ascii="Amiri" w:hAnsi="Amiri" w:eastAsia="Amiri" w:cs="Amiri"/>
          <w:lang w:val="zh-CN" w:eastAsia="zh-CN" w:bidi="ar-SA"/>
          <w:rtl w:val="1"/>
          <w:cs w:val="1"/>
          <w:color w:val="000000"/>
          <w:sz w:val="24"/>
          <w:szCs w:val="24"/>
        </w:rPr>
        <w:t>ﻭَﻛُﻞُّ ضَلَالَةٍ ﻓِﻰ ﺍﻟﻨَّﺎﺭِ</w:t>
      </w:r>
      <w:r>
        <w:rPr>
          <w:rFonts w:ascii="Times New Roman" w:hAnsi="Times New Roman" w:eastAsia="Noto Serif SC" w:cs="Amiri"/>
          <w:lang w:val="zh-CN" w:eastAsia="zh-CN" w:bidi="ar-SA"/>
          <w:color w:val="000000"/>
          <w:rtl w:val="0"/>
        </w:rPr>
        <w:t>（一切迷误都归于火狱）这段圣训的一项重要奥义，以及</w:t>
      </w:r>
      <w:r>
        <w:rPr>
          <w:rFonts w:ascii="Amiri" w:hAnsi="Amiri" w:eastAsia="Amiri" w:cs="Amiri"/>
          <w:lang w:val="zh-CN" w:eastAsia="zh-CN" w:bidi="ar-SA"/>
          <w:rtl w:val="1"/>
          <w:cs w:val="1"/>
          <w:color w:val="000000"/>
          <w:sz w:val="24"/>
          <w:szCs w:val="24"/>
        </w:rPr>
        <w:t>ﺍَﻟْﻴَﻮْﻡَ ﺍَﻛْﻤَﻠْﺖُ ﻟَﻜُﻢْ ﺩ۪ﻳﻨَﻜُﻢْ</w:t>
      </w:r>
      <w:r>
        <w:rPr>
          <w:rFonts w:ascii="Times New Roman" w:hAnsi="Times New Roman" w:eastAsia="Noto Serif SC" w:cs="Amiri"/>
          <w:lang w:val="zh-CN" w:eastAsia="zh-CN" w:bidi="ar-SA"/>
          <w:color w:val="000000"/>
          <w:rtl w:val="0"/>
        </w:rPr>
        <w:t>（今天，我为你们完善了你们的宗教）这节经文的一项真理。</w:t>
      </w:r>
    </w:p>
    <w:p>
      <w:r>
        <w:rPr>
          <w:rFonts w:ascii="Times New Roman" w:hAnsi="Times New Roman" w:eastAsia="Noto Serif SC" w:cs="Amiri"/>
          <w:lang w:val="zh-CN" w:eastAsia="zh-CN" w:bidi="ar-SA"/>
          <w:color w:val="000000"/>
          <w:rtl w:val="0"/>
        </w:rPr>
        <w:t>第七项精义：阐明尊贵圣行的每一项事务之下，都蕴含着一种礼节；对于“面对全知幽隐者Allah，礼节与敬畏的谦逊如何可能，又意味着什么”这一问题，给出了优美的回答。</w:t>
      </w:r>
    </w:p>
    <w:p>
      <w:r>
        <w:rPr>
          <w:rFonts w:ascii="Times New Roman" w:hAnsi="Times New Roman" w:eastAsia="Noto Serif SC" w:cs="Amiri"/>
          <w:lang w:val="zh-CN" w:eastAsia="zh-CN" w:bidi="ar-SA"/>
          <w:color w:val="000000"/>
          <w:rtl w:val="0"/>
        </w:rPr>
        <w:t>第八项精义：尊贵圣行的一部分，是艾哈迈德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（愿Allah赐他尊荣、恩福与平安）的怜爱所流溢的成果；同样，它也显示艾哈迈德那位尊者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（愿Allah赐他尊荣、恩福与平安）是何等丰富的一座怜爱宝藏。</w:t>
      </w:r>
    </w:p>
    <w:p>
      <w:r>
        <w:rPr>
          <w:rFonts w:ascii="Times New Roman" w:hAnsi="Times New Roman" w:eastAsia="Noto Serif SC" w:cs="Amiri"/>
          <w:lang w:val="zh-CN" w:eastAsia="zh-CN" w:bidi="ar-SA"/>
          <w:color w:val="000000"/>
          <w:rtl w:val="0"/>
        </w:rPr>
        <w:t>第九项精义：尽管完全以实际行动追随尊贵圣行的每一个种类，是精英中的精英所专有的境界；但每个人只要以意愿、志向，并怀着支持、承担和赞赏之心渴求这种追随，便能从那完全的追随中获得充分的份额。它又阐明：内在修持之路上的人们的记念词、诵持功课与修持倾向，只要不违背圣行的基本原则，就不属于异端；即使有所谓异端，也只会是善的新创。</w:t>
      </w:r>
    </w:p>
    <w:p>
      <w:r>
        <w:rPr>
          <w:rFonts w:ascii="Times New Roman" w:hAnsi="Times New Roman" w:eastAsia="Noto Serif SC" w:cs="Amiri"/>
          <w:lang w:val="zh-CN" w:eastAsia="zh-CN" w:bidi="ar-SA"/>
          <w:color w:val="000000"/>
          <w:rtl w:val="0"/>
        </w:rPr>
        <w:t>第十项精义：关于对Allah的爱，以及作为这种爱之结果的、对尊贵圣行的追随，</w:t>
      </w:r>
      <w:r>
        <w:rPr>
          <w:rFonts w:ascii="Amiri" w:hAnsi="Amiri" w:eastAsia="Amiri" w:cs="Amiri"/>
          <w:lang w:val="zh-CN" w:eastAsia="zh-CN" w:bidi="ar-SA"/>
          <w:rtl w:val="1"/>
          <w:cs w:val="1"/>
          <w:color w:val="000000"/>
          <w:sz w:val="24"/>
          <w:szCs w:val="24"/>
        </w:rPr>
        <w:t>ﻗُﻞْ ﺍِﻥْ ﻛُﻨْﺘُﻢْ ﺗُﺤِﺒُّﻮﻥَ ﺍﻟﻠّٰﻪَ ﻓَﺎﺗَّﺒِﻌُﻮﻧ۪ﻰ ﻳُﺤْﺒِﺒْﻜُﻢُ ﺍﻟﻠّٰﻪُ</w:t>
      </w:r>
      <w:r>
        <w:rPr>
          <w:rFonts w:ascii="Times New Roman" w:hAnsi="Times New Roman" w:eastAsia="Noto Serif SC" w:cs="Amiri"/>
          <w:lang w:val="zh-CN" w:eastAsia="zh-CN" w:bidi="ar-SA"/>
          <w:color w:val="000000"/>
          <w:rtl w:val="0"/>
        </w:rPr>
        <w:t>（你说：“如果你们爱Allah，就跟随我，Allah便会爱你们”）以三个要点作了极为引人入胜、重要而优美的阐述。甚至，它还借吻合，在本书的纹饰中，向人们显示这第十项精义的一束非凡恩迹之光。</w:t>
      </w:r>
    </w:p>
    <w:p>
      <w:r>
        <w:rPr>
          <w:rFonts w:ascii="Times New Roman" w:hAnsi="Times New Roman" w:eastAsia="Noto Serif SC" w:cs="Amiri"/>
          <w:lang w:val="zh-CN" w:eastAsia="zh-CN" w:bidi="ar-SA"/>
          <w:color w:val="000000"/>
          <w:rtl w:val="0"/>
        </w:rPr>
        <w:t>第十一项精义：证明艾哈迈德那位尊者的尊贵圣行，其源泉既是他的言语，也是他的状态与行为；其中每一项又分为主命、副功与日常习惯三类。并借《古兰经》中</w:t>
      </w:r>
      <w:r>
        <w:rPr>
          <w:rFonts w:ascii="Amiri" w:hAnsi="Amiri" w:eastAsia="Amiri" w:cs="Amiri"/>
          <w:lang w:val="zh-CN" w:eastAsia="zh-CN" w:bidi="ar-SA"/>
          <w:rtl w:val="1"/>
          <w:cs w:val="1"/>
          <w:color w:val="000000"/>
          <w:sz w:val="24"/>
          <w:szCs w:val="24"/>
        </w:rPr>
        <w:t>ﻭَﺍِﻧَّﻚَ ﻟَﻌَﻠٰﻰ ﺧُﻠُﻖٍ ﻋَﻈ۪ﻴﻢٍ</w:t>
      </w:r>
      <w:r>
        <w:rPr>
          <w:rFonts w:ascii="Times New Roman" w:hAnsi="Times New Roman" w:eastAsia="Noto Serif SC" w:cs="Amiri"/>
          <w:lang w:val="zh-CN" w:eastAsia="zh-CN" w:bidi="ar-SA"/>
          <w:color w:val="000000"/>
          <w:rtl w:val="0"/>
        </w:rPr>
        <w:t>（你确具有崇高的品德，你的品性与行为达到宏伟完善的境界）的奥义证明：至尊使者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（愿Allah赐他尊荣、恩福与平安）是独一无二者；他在人类之中，精神与灵魂如此，身体性情方面亦然，处在最为适中的位置，处在身体与自我诸能力平衡的中点及其完善之处。</w:t>
      </w:r>
    </w:p>
    <w:p>
      <w:r>
        <w:rPr>
          <w:rFonts w:ascii="Times New Roman" w:hAnsi="Times New Roman" w:eastAsia="Noto Serif SC" w:cs="Amiri"/>
          <w:lang w:val="zh-CN" w:eastAsia="zh-CN" w:bidi="ar-SA"/>
          <w:color w:val="000000"/>
          <w:rtl w:val="0"/>
        </w:rPr>
        <w:t>正如开头所说，这篇论著也是一剂最有益的解毒良药，是一枚至大的灵丹。第十二闪光：</w:t>
      </w:r>
    </w:p>
    <w:p>
      <w:r>
        <w:rPr>
          <w:rFonts w:ascii="Amiri" w:hAnsi="Amiri" w:eastAsia="Amiri" w:cs="Amiri"/>
          <w:lang w:val="zh-CN" w:eastAsia="zh-CN" w:bidi="ar-SA"/>
          <w:rtl w:val="1"/>
          <w:cs w:val="1"/>
          <w:color w:val="000000"/>
          <w:sz w:val="24"/>
          <w:szCs w:val="24"/>
        </w:rPr>
        <w:t>ﺍِﻥَّ ﺍﻟﻠّٰﻪَ ﻫُﻮَ ﺍﻟﺮَّﺯَّﺍﻕُ ﺫُﻭ ﺍﻟْﻘُﻮَّﺓِ ﺍﻟْﻤَﺘ۪ﻴﻦُ</w:t>
      </w:r>
      <w:r>
        <w:rPr>
          <w:rFonts w:ascii="Times New Roman" w:hAnsi="Times New Roman" w:eastAsia="Noto Serif SC" w:cs="Amiri"/>
          <w:lang w:val="zh-CN" w:eastAsia="zh-CN" w:bidi="ar-SA"/>
          <w:color w:val="000000"/>
          <w:rtl w:val="0"/>
        </w:rPr>
        <w:t xml:space="preserve">（Allah，唯祂才是赐予万物给养者，是拥有坚定力量的强者） </w:t>
      </w:r>
      <w:r>
        <w:rPr>
          <w:rFonts w:ascii="Amiri" w:hAnsi="Amiri" w:eastAsia="Amiri" w:cs="Amiri"/>
          <w:lang w:val="zh-CN" w:eastAsia="zh-CN" w:bidi="ar-SA"/>
          <w:rtl w:val="1"/>
          <w:cs w:val="1"/>
          <w:color w:val="000000"/>
          <w:sz w:val="24"/>
          <w:szCs w:val="24"/>
        </w:rPr>
        <w:t>٭ ﺍَﻟﻠّٰﻪُ ﺍﻟَّﺬ۪ﻯ ﺧَﻠَﻖَ ﺳَﺒْﻊَ ﺳَﻤٰﻮَﺍﺕٍ ﻭَﻣِﻦَ الْاَرْضِ ﻣِﺜْﻠَﻬُﻦَّ</w:t>
      </w:r>
      <w:r>
        <w:rPr>
          <w:rFonts w:ascii="Times New Roman" w:hAnsi="Times New Roman" w:eastAsia="Noto Serif SC" w:cs="Amiri"/>
          <w:lang w:val="zh-CN" w:eastAsia="zh-CN" w:bidi="ar-SA"/>
          <w:color w:val="000000"/>
          <w:rtl w:val="0"/>
        </w:rPr>
        <w:t xml:space="preserve">（Allah是创造七层天，又从大地创造与其相似层数者） </w:t>
      </w:r>
      <w:r>
        <w:rPr>
          <w:rFonts w:ascii="Amiri" w:hAnsi="Amiri" w:eastAsia="Amiri" w:cs="Amiri"/>
          <w:lang w:val="zh-CN" w:eastAsia="zh-CN" w:bidi="ar-SA"/>
          <w:rtl w:val="1"/>
          <w:cs w:val="1"/>
          <w:color w:val="000000"/>
          <w:sz w:val="24"/>
          <w:szCs w:val="24"/>
        </w:rPr>
        <w:t>ﻳَﺘَﻨَﺰَّﻝُ الْاَمْرُ ﺑَﻴْﻨَﻬُﻦَّ</w:t>
      </w:r>
      <w:r>
        <w:rPr>
          <w:rFonts w:ascii="Times New Roman" w:hAnsi="Times New Roman" w:eastAsia="Noto Serif SC" w:cs="Amiri"/>
          <w:lang w:val="zh-CN" w:eastAsia="zh-CN" w:bidi="ar-SA"/>
          <w:color w:val="000000"/>
          <w:rtl w:val="0"/>
        </w:rPr>
        <w:t xml:space="preserve">（祂的命令在它们之间降行） </w:t>
      </w:r>
      <w:r>
        <w:rPr>
          <w:rFonts w:ascii="Amiri" w:hAnsi="Amiri" w:eastAsia="Amiri" w:cs="Amiri"/>
          <w:lang w:val="zh-CN" w:eastAsia="zh-CN" w:bidi="ar-SA"/>
          <w:rtl w:val="1"/>
          <w:cs w:val="1"/>
          <w:color w:val="000000"/>
          <w:sz w:val="24"/>
          <w:szCs w:val="24"/>
        </w:rPr>
        <w:t>ﻟِﺘَﻌْﻠَﻤُﻮﺍ ﺍَﻥَّ ﺍﻟﻠّٰﻪَ ﻋَﻠٰﻰ ﻛُﻞِّ ﺷَﻰْﺀٍ ﻗَﺪ۪ﻳﺮٌ</w:t>
      </w:r>
      <w:r>
        <w:rPr>
          <w:rFonts w:ascii="Times New Roman" w:hAnsi="Times New Roman" w:eastAsia="Noto Serif SC" w:cs="Amiri"/>
          <w:lang w:val="zh-CN" w:eastAsia="zh-CN" w:bidi="ar-SA"/>
          <w:color w:val="000000"/>
          <w:rtl w:val="0"/>
        </w:rPr>
        <w:t xml:space="preserve">（为使你们知道，Allah对万物确是全权全能的） </w:t>
      </w:r>
      <w:r>
        <w:rPr>
          <w:rFonts w:ascii="Amiri" w:hAnsi="Amiri" w:eastAsia="Amiri" w:cs="Amiri"/>
          <w:lang w:val="zh-CN" w:eastAsia="zh-CN" w:bidi="ar-SA"/>
          <w:rtl w:val="1"/>
          <w:cs w:val="1"/>
          <w:color w:val="000000"/>
          <w:sz w:val="24"/>
          <w:szCs w:val="24"/>
        </w:rPr>
        <w:t>ﻭَ ﺍَﻥَّ ﺍﻟﻠّٰﻪَ ﻗَﺪْ ﺍَﺣَﺎﻁَ ﺑِﻜُﻞِّ ﺷَﻰْﺀٍ ﻋِﻠْﻤًﺎ</w:t>
      </w:r>
      <w:r>
        <w:rPr>
          <w:rFonts w:ascii="Times New Roman" w:hAnsi="Times New Roman" w:eastAsia="Noto Serif SC" w:cs="Amiri"/>
          <w:lang w:val="zh-CN" w:eastAsia="zh-CN" w:bidi="ar-SA"/>
          <w:color w:val="000000"/>
          <w:rtl w:val="0"/>
        </w:rPr>
        <w:t>（并知道Allah的知识确已周遍万物，无一能超出祂的知悉）这些经文中的两项真理，曾被精通科学者以及当代地理学家和宇宙志学家当作批评的对象；论著以两项精义加以诠释。</w:t>
      </w:r>
    </w:p>
    <w:p>
      <w:r>
        <w:rPr>
          <w:rFonts w:ascii="Times New Roman" w:hAnsi="Times New Roman" w:eastAsia="Noto Serif SC" w:cs="Amiri"/>
          <w:lang w:val="zh-CN" w:eastAsia="zh-CN" w:bidi="ar-SA"/>
          <w:color w:val="000000"/>
          <w:rtl w:val="0"/>
        </w:rPr>
        <w:t>第一项精义：阐明一切给养都直接掌握在具威严的全能者Allah手中，都出自祂的慈悯宝库；并证明人不会因缺乏给养而死亡。</w:t>
      </w:r>
    </w:p>
    <w:p>
      <w:r>
        <w:rPr>
          <w:rFonts w:ascii="Times New Roman" w:hAnsi="Times New Roman" w:eastAsia="Noto Serif SC" w:cs="Amiri"/>
          <w:lang w:val="zh-CN" w:eastAsia="zh-CN" w:bidi="ar-SA"/>
          <w:color w:val="000000"/>
          <w:rtl w:val="0"/>
        </w:rPr>
        <w:t>第二项精义：证明地球不顾持否认立场的地理学哲学家反对，从七个方面看具有七个层次；诸天也不顾宇宙志哲学家反对，从七个方面看具有七个层次。这篇论著，正是给那些多嘴的背弃正信者戴上的一副嚼子，也就是辔头。第十三闪光：</w:t>
      </w:r>
    </w:p>
    <w:p>
      <w:r>
        <w:rPr>
          <w:rFonts w:ascii="Times New Roman" w:hAnsi="Times New Roman" w:eastAsia="Noto Serif SC" w:cs="Amiri"/>
          <w:lang w:val="zh-CN" w:eastAsia="zh-CN" w:bidi="ar-SA"/>
          <w:color w:val="000000"/>
          <w:rtl w:val="0"/>
        </w:rPr>
        <w:t>这是一篇名为《求护佑的智慧》的论著，极为珍贵、有力而真实。它以十三项指示，诠释</w:t>
      </w:r>
      <w:r>
        <w:rPr>
          <w:rFonts w:ascii="Amiri" w:hAnsi="Amiri" w:eastAsia="Amiri" w:cs="Amiri"/>
          <w:lang w:val="zh-CN" w:eastAsia="zh-CN" w:bidi="ar-SA"/>
          <w:rtl w:val="1"/>
          <w:cs w:val="1"/>
          <w:color w:val="000000"/>
          <w:sz w:val="24"/>
          <w:szCs w:val="24"/>
        </w:rPr>
        <w:t>ﻗُﻞْ ﺍَﻋُﻮﺫُ ﺑِﺮَﺏِّ ﺍﻟﻨَّﺎﺱِ</w:t>
      </w:r>
      <w:r>
        <w:rPr>
          <w:rFonts w:ascii="Times New Roman" w:hAnsi="Times New Roman" w:eastAsia="Noto Serif SC" w:cs="Amiri"/>
          <w:lang w:val="zh-CN" w:eastAsia="zh-CN" w:bidi="ar-SA"/>
          <w:color w:val="000000"/>
          <w:rtl w:val="0"/>
        </w:rPr>
        <w:t xml:space="preserve">（你说：“我求人类的养育并主宰者护佑”） </w:t>
      </w:r>
      <w:r>
        <w:rPr>
          <w:rFonts w:ascii="Amiri" w:hAnsi="Amiri" w:eastAsia="Amiri" w:cs="Amiri"/>
          <w:lang w:val="zh-CN" w:eastAsia="zh-CN" w:bidi="ar-SA"/>
          <w:rtl w:val="1"/>
          <w:cs w:val="1"/>
          <w:color w:val="000000"/>
          <w:sz w:val="24"/>
          <w:szCs w:val="24"/>
        </w:rPr>
        <w:t>٭ ﻣَﻠِﻚِ ﺍﻟﻨَّﺎﺱِ</w:t>
      </w:r>
      <w:r>
        <w:rPr>
          <w:rFonts w:ascii="Times New Roman" w:hAnsi="Times New Roman" w:eastAsia="Noto Serif SC" w:cs="Amiri"/>
          <w:lang w:val="zh-CN" w:eastAsia="zh-CN" w:bidi="ar-SA"/>
          <w:color w:val="000000"/>
          <w:rtl w:val="0"/>
        </w:rPr>
        <w:t xml:space="preserve">（祂是人类的君王，拥有真实而绝对的主权） </w:t>
      </w:r>
      <w:r>
        <w:rPr>
          <w:rFonts w:ascii="Amiri" w:hAnsi="Amiri" w:eastAsia="Amiri" w:cs="Amiri"/>
          <w:lang w:val="zh-CN" w:eastAsia="zh-CN" w:bidi="ar-SA"/>
          <w:rtl w:val="1"/>
          <w:cs w:val="1"/>
          <w:color w:val="000000"/>
          <w:sz w:val="24"/>
          <w:szCs w:val="24"/>
        </w:rPr>
        <w:t>٭ ﺍِﻟٰﻪِ ﺍﻟﻨَّﺎﺱِ</w:t>
      </w:r>
      <w:r>
        <w:rPr>
          <w:rFonts w:ascii="Times New Roman" w:hAnsi="Times New Roman" w:eastAsia="Noto Serif SC" w:cs="Amiri"/>
          <w:lang w:val="zh-CN" w:eastAsia="zh-CN" w:bidi="ar-SA"/>
          <w:color w:val="000000"/>
          <w:rtl w:val="0"/>
        </w:rPr>
        <w:t xml:space="preserve">（祂是人类唯一应受崇拜者） </w:t>
      </w:r>
      <w:r>
        <w:rPr>
          <w:rFonts w:ascii="Amiri" w:hAnsi="Amiri" w:eastAsia="Amiri" w:cs="Amiri"/>
          <w:lang w:val="zh-CN" w:eastAsia="zh-CN" w:bidi="ar-SA"/>
          <w:rtl w:val="1"/>
          <w:cs w:val="1"/>
          <w:color w:val="000000"/>
          <w:sz w:val="24"/>
          <w:szCs w:val="24"/>
        </w:rPr>
        <w:t>٭ ﻣِﻦْ ﺷَﺮِّ ﺍﻟْﻮَﺳْﻮَﺍﺱِ ﺍﻟْﺨَﻨَّﺎﺱِ</w:t>
      </w:r>
      <w:r>
        <w:rPr>
          <w:rFonts w:ascii="Times New Roman" w:hAnsi="Times New Roman" w:eastAsia="Noto Serif SC" w:cs="Amiri"/>
          <w:lang w:val="zh-CN" w:eastAsia="zh-CN" w:bidi="ar-SA"/>
          <w:color w:val="000000"/>
          <w:rtl w:val="0"/>
        </w:rPr>
        <w:t xml:space="preserve">（免受那潜退的耳语者之害；它一遇记念Allah便退缩，却伺机播下疑惑） </w:t>
      </w:r>
      <w:r>
        <w:rPr>
          <w:rFonts w:ascii="Amiri" w:hAnsi="Amiri" w:eastAsia="Amiri" w:cs="Amiri"/>
          <w:lang w:val="zh-CN" w:eastAsia="zh-CN" w:bidi="ar-SA"/>
          <w:rtl w:val="1"/>
          <w:cs w:val="1"/>
          <w:color w:val="000000"/>
          <w:sz w:val="24"/>
          <w:szCs w:val="24"/>
        </w:rPr>
        <w:t>٭ ﺍﻟَّﺬ۪ﻯ ﻳُﻮَﺳْﻮِﺱُ ﻓ۪ﻰ ﺻُﺪُﻭﺭِ ﺍﻟﻨَّﺎﺱِ</w:t>
      </w:r>
      <w:r>
        <w:rPr>
          <w:rFonts w:ascii="Times New Roman" w:hAnsi="Times New Roman" w:eastAsia="Noto Serif SC" w:cs="Amiri"/>
          <w:lang w:val="zh-CN" w:eastAsia="zh-CN" w:bidi="ar-SA"/>
          <w:color w:val="000000"/>
          <w:rtl w:val="0"/>
        </w:rPr>
        <w:t xml:space="preserve">（它在人们的胸中进行耳语） </w:t>
      </w:r>
      <w:r>
        <w:rPr>
          <w:rFonts w:ascii="Amiri" w:hAnsi="Amiri" w:eastAsia="Amiri" w:cs="Amiri"/>
          <w:lang w:val="zh-CN" w:eastAsia="zh-CN" w:bidi="ar-SA"/>
          <w:rtl w:val="1"/>
          <w:cs w:val="1"/>
          <w:color w:val="000000"/>
          <w:sz w:val="24"/>
          <w:szCs w:val="24"/>
        </w:rPr>
        <w:t>٭ ﻣِﻦَ ﺍﻟْﺠِﻨَّﺔِ ﻭَ ﺍﻟﻨَّﺎﺱِ</w:t>
      </w:r>
      <w:r>
        <w:rPr>
          <w:rFonts w:ascii="Times New Roman" w:hAnsi="Times New Roman" w:eastAsia="Noto Serif SC" w:cs="Amiri"/>
          <w:lang w:val="zh-CN" w:eastAsia="zh-CN" w:bidi="ar-SA"/>
          <w:color w:val="000000"/>
          <w:rtl w:val="0"/>
        </w:rPr>
        <w:t>（这耳语与伤害，或来自精灵，或来自人类）这一章最重要的一项真理，诠释</w:t>
      </w:r>
      <w:r>
        <w:rPr>
          <w:rFonts w:ascii="Amiri" w:hAnsi="Amiri" w:eastAsia="Amiri" w:cs="Amiri"/>
          <w:lang w:val="zh-CN" w:eastAsia="zh-CN" w:bidi="ar-SA"/>
          <w:rtl w:val="1"/>
          <w:cs w:val="1"/>
          <w:color w:val="000000"/>
          <w:sz w:val="24"/>
          <w:szCs w:val="24"/>
        </w:rPr>
        <w:t>ﻭَﻗُﻞْ ﺭَﺏِّ ﺍَﻋُﻮﺫُ ﺑِﻚَ ﻣِﻦْ ﻫَﻤَﺰَﺍﺕِ ﺍﻟﺸَّﻴَﺎﻃ۪ﻴﻦِ</w:t>
      </w:r>
      <w:r>
        <w:rPr>
          <w:rFonts w:ascii="Times New Roman" w:hAnsi="Times New Roman" w:eastAsia="Noto Serif SC" w:cs="Amiri"/>
          <w:lang w:val="zh-CN" w:eastAsia="zh-CN" w:bidi="ar-SA"/>
          <w:color w:val="000000"/>
          <w:rtl w:val="0"/>
        </w:rPr>
        <w:t xml:space="preserve">（你说：“我的养育并主宰者啊，我求你护佑，免受众恶魔的挑唆与驱使”） </w:t>
      </w:r>
      <w:r>
        <w:rPr>
          <w:rFonts w:ascii="Amiri" w:hAnsi="Amiri" w:eastAsia="Amiri" w:cs="Amiri"/>
          <w:lang w:val="zh-CN" w:eastAsia="zh-CN" w:bidi="ar-SA"/>
          <w:rtl w:val="1"/>
          <w:cs w:val="1"/>
          <w:color w:val="000000"/>
          <w:sz w:val="24"/>
          <w:szCs w:val="24"/>
        </w:rPr>
        <w:t>٭ ﻭَﺍَﻋُﻮﺫُ ﺑِﻚَ ﺭَﺏِّ ﺍَﻥْ ﻳَﺤْﻀُﺮُﻭﻥِ</w:t>
      </w:r>
      <w:r>
        <w:rPr>
          <w:rFonts w:ascii="Times New Roman" w:hAnsi="Times New Roman" w:eastAsia="Noto Serif SC" w:cs="Amiri"/>
          <w:lang w:val="zh-CN" w:eastAsia="zh-CN" w:bidi="ar-SA"/>
          <w:color w:val="000000"/>
          <w:rtl w:val="0"/>
        </w:rPr>
        <w:t>（“我的养育并主宰者啊，我求你护佑，免它们来到我身边”）这节经文的一项重要智慧，以及</w:t>
      </w:r>
      <w:r>
        <w:rPr>
          <w:rFonts w:ascii="Amiri" w:hAnsi="Amiri" w:eastAsia="Amiri" w:cs="Amiri"/>
          <w:lang w:val="zh-CN" w:eastAsia="zh-CN" w:bidi="ar-SA"/>
          <w:rtl w:val="1"/>
          <w:cs w:val="1"/>
          <w:color w:val="000000"/>
          <w:sz w:val="24"/>
          <w:szCs w:val="24"/>
        </w:rPr>
        <w:t>ﺍَﻋُﻮﺫُ ﺑِﺎﻟﻠّٰﻪِ ﻣِﻦَ ﺍﻟﺸَّﻴْﻄَﺎﻥِ ﺍﻟﺮَّﺟ۪ﻴﻢِ</w:t>
      </w:r>
      <w:r>
        <w:rPr>
          <w:rFonts w:ascii="Times New Roman" w:hAnsi="Times New Roman" w:eastAsia="Noto Serif SC" w:cs="Amiri"/>
          <w:lang w:val="zh-CN" w:eastAsia="zh-CN" w:bidi="ar-SA"/>
          <w:color w:val="000000"/>
          <w:rtl w:val="0"/>
        </w:rPr>
        <w:t>（我求Allah护佑，免受被驱逐的恶魔之害）最重要的一项奥义；又以十三把钥匙，为进入</w:t>
      </w:r>
      <w:r>
        <w:rPr>
          <w:rFonts w:ascii="Amiri" w:hAnsi="Amiri" w:eastAsia="Amiri" w:cs="Amiri"/>
          <w:lang w:val="zh-CN" w:eastAsia="zh-CN" w:bidi="ar-SA"/>
          <w:rtl w:val="1"/>
          <w:cs w:val="1"/>
          <w:color w:val="000000"/>
          <w:sz w:val="24"/>
          <w:szCs w:val="24"/>
        </w:rPr>
        <w:t>ﻗُﻞْ ﺍَﻋُﻮﺫُ ﺑِﺮَﺏِّ ﺍﻟﻨَّﺎﺱِ</w:t>
      </w:r>
      <w:r>
        <w:rPr>
          <w:rFonts w:ascii="Times New Roman" w:hAnsi="Times New Roman" w:eastAsia="Noto Serif SC" w:cs="Amiri"/>
          <w:lang w:val="zh-CN" w:eastAsia="zh-CN" w:bidi="ar-SA"/>
          <w:color w:val="000000"/>
          <w:rtl w:val="0"/>
        </w:rPr>
        <w:t>（你说：“我求人类的养育并主宰者护佑”）的坚固堡垒打开门，并指出其中的庇护之所。</w:t>
      </w:r>
    </w:p>
    <w:p>
      <w:r>
        <w:rPr>
          <w:rFonts w:ascii="Times New Roman" w:hAnsi="Times New Roman" w:eastAsia="Noto Serif SC" w:cs="Amiri"/>
          <w:lang w:val="zh-CN" w:eastAsia="zh-CN" w:bidi="ar-SA"/>
          <w:color w:val="000000"/>
          <w:rtl w:val="0"/>
        </w:rPr>
        <w:t>第一项指示：对于这样一个问题，给出了极为确定而明晰的回答：“恶魔对宇宙的创造毫无参与；迷误那些令人厌弃的丑陋，会使迷误者心生反感；至高无上的真实主宰Allah以慈悯与眷顾支持真理之人，真理与真实那些引人入胜的美善，也一直在激励并鼓舞真理之人。既然如此，恶魔党羽为何还屡次胜过Allah的党众？其中的智慧是什么？”</w:t>
      </w:r>
    </w:p>
    <w:p>
      <w:r>
        <w:rPr>
          <w:rFonts w:ascii="Times New Roman" w:hAnsi="Times New Roman" w:eastAsia="Noto Serif SC" w:cs="Amiri"/>
          <w:lang w:val="zh-CN" w:eastAsia="zh-CN" w:bidi="ar-SA"/>
          <w:color w:val="000000"/>
          <w:rtl w:val="0"/>
        </w:rPr>
        <w:t>第二项指示：对于这一问题，给出了极为有力而令人信服的回答：“纯粹为恶的恶魔被创造出来，被赋予支配有信仰者的力量，又因它们而使许多人陷入不信、进入火狱；绝对美善者Allah、绝对至慈者Allah、真正慈悯普及万物者Allah的慈悯与美善，怎能容许这无穷无尽的丑陋、这可怕的灾难发生？为何又允许它存在？”</w:t>
      </w:r>
    </w:p>
    <w:p>
      <w:r>
        <w:rPr>
          <w:rFonts w:ascii="Times New Roman" w:hAnsi="Times New Roman" w:eastAsia="Noto Serif SC" w:cs="Amiri"/>
          <w:lang w:val="zh-CN" w:eastAsia="zh-CN" w:bidi="ar-SA"/>
          <w:color w:val="000000"/>
          <w:rtl w:val="0"/>
        </w:rPr>
        <w:t>第三项指示：对于这一问题，给出了极为确定而重要的回答：“在至睿《古兰经》中，针对迷误者，有宏大的控诉、频繁的集结与极为严厉的警告。依理智的表面判断，这似乎不符合它公正而相称的雄辩，也不符合它文风中的平衡与端正。它仿佛向一个无力之人集结大军，又仿佛把一个破产、无产而无力的人置于强大对手的地位，再对他发出种种控诉。其中的奥义与智慧是什么？”</w:t>
      </w:r>
    </w:p>
    <w:p>
      <w:r>
        <w:rPr>
          <w:rFonts w:ascii="Times New Roman" w:hAnsi="Times New Roman" w:eastAsia="Noto Serif SC" w:cs="Amiri"/>
          <w:lang w:val="zh-CN" w:eastAsia="zh-CN" w:bidi="ar-SA"/>
          <w:color w:val="000000"/>
          <w:rtl w:val="0"/>
        </w:rPr>
        <w:t>第四项指示：阐明无有是纯恶，存在是纯善；因此，种种美善与完善依托存在，种种恶与灾难则依托无有，并由无有产生。</w:t>
      </w:r>
    </w:p>
    <w:p>
      <w:r>
        <w:rPr>
          <w:rFonts w:ascii="Times New Roman" w:hAnsi="Times New Roman" w:eastAsia="Noto Serif SC" w:cs="Amiri"/>
          <w:lang w:val="zh-CN" w:eastAsia="zh-CN" w:bidi="ar-SA"/>
          <w:color w:val="000000"/>
          <w:rtl w:val="0"/>
        </w:rPr>
        <w:t>第五项指示：对于这一可怕的问题，给出了令人信服的回答：“至高无上的真实主宰Allah在诸部天启经典中，向人类展示了乐园这样宏大的奖赏与火狱这样可怕的惩罚，又作了大量引导、反复警诫、多次提醒，以及种种警告与鼓励；既然如此，有信仰者为何仍会败在恶魔党羽那些丑陋、没有奖赏而又软弱的诡计之下？其中的奥义是什么？”</w:t>
      </w:r>
    </w:p>
    <w:p>
      <w:r>
        <w:rPr>
          <w:rFonts w:ascii="Times New Roman" w:hAnsi="Times New Roman" w:eastAsia="Noto Serif SC" w:cs="Amiri"/>
          <w:lang w:val="zh-CN" w:eastAsia="zh-CN" w:bidi="ar-SA"/>
          <w:color w:val="000000"/>
          <w:rtl w:val="0"/>
        </w:rPr>
        <w:t>第六项指示：针对恶魔最危险而又最常见的一种诡计，给出了合乎学问、逻辑与真实的回答。那诡计就是把“不信的想象”伪装成“对不信的确信”，把“迷误的想象”伪装成“对迷误的确信”，从而把敏感而心灵纯洁的人推入种种危险。</w:t>
      </w:r>
    </w:p>
    <w:p>
      <w:r>
        <w:rPr>
          <w:rFonts w:ascii="Times New Roman" w:hAnsi="Times New Roman" w:eastAsia="Noto Serif SC" w:cs="Amiri"/>
          <w:lang w:val="zh-CN" w:eastAsia="zh-CN" w:bidi="ar-SA"/>
          <w:color w:val="000000"/>
          <w:rtl w:val="0"/>
        </w:rPr>
        <w:t>第七项指示：穆尔太齐赖学派的领头学者把恶的创造本身也视为恶，因而不把不信与迷误的创造归于Allah，自以为借此使Allah超绝一切缺欠。对于穆尔太齐赖学派的这一重要主张，以及拜火教徒把恶的创造者另立一说的看法，给出了极为有力、合乎逻辑而使人缄口的回答。同时，对于主张“犯重大罪行者便不能仍是信士”的穆尔太齐赖学派和一部分哈里齐学派，也给出了极为可取而令人信服的回答。</w:t>
      </w:r>
    </w:p>
    <w:p>
      <w:r>
        <w:rPr>
          <w:rFonts w:ascii="Times New Roman" w:hAnsi="Times New Roman" w:eastAsia="Noto Serif SC" w:cs="Amiri"/>
          <w:lang w:val="zh-CN" w:eastAsia="zh-CN" w:bidi="ar-SA"/>
          <w:color w:val="000000"/>
          <w:rtl w:val="0"/>
        </w:rPr>
        <w:t>第八项指示：对于这一问题，给出了极为引人入胜、合乎逻辑而确定的回答：“某些论著已用确凿证据证明，不信与迷误之路充满艰难与困苦，任何人都不应进入，而且根本无法通行；信仰与正道之路却极其显明而容易，人人都本应走上它。可是，在《求护佑的智慧》中，你又说迷误之路容易，因为它具有破坏性与侵袭性，所以许多人走上这条路。两者似乎相互矛盾，应如何调和？”同时，对于另一个问题，它借一个极美的比喻，给出了令人完全信服的回答：“迷误中有那样可怕的痛苦与恐惧，不信者非但不能从生命中获得乐趣，甚至似乎根本不应活着；那么，他为何竟显得比有信仰者更以生活在世为幸福？其中的奥义是什么？”</w:t>
      </w:r>
    </w:p>
    <w:p>
      <w:r>
        <w:rPr>
          <w:rFonts w:ascii="Times New Roman" w:hAnsi="Times New Roman" w:eastAsia="Noto Serif SC" w:cs="Amiri"/>
          <w:lang w:val="zh-CN" w:eastAsia="zh-CN" w:bidi="ar-SA"/>
          <w:color w:val="000000"/>
          <w:rtl w:val="0"/>
        </w:rPr>
        <w:t>第九项指示：对于这一问题，给出了与人人相关、优美而有力的回答：“属于Allah党众的正道之人，包括众先知，尤其是众先知之首、宇宙的荣耀</w:t>
      </w:r>
      <w:r>
        <w:rPr>
          <w:rFonts w:ascii="Amiri" w:hAnsi="Amiri" w:eastAsia="Amiri" w:cs="Amiri"/>
          <w:lang w:val="zh-CN" w:eastAsia="zh-CN" w:bidi="ar-SA"/>
          <w:rtl w:val="1"/>
          <w:cs w:val="1"/>
          <w:color w:val="000000"/>
          <w:sz w:val="24"/>
          <w:szCs w:val="24"/>
        </w:rPr>
        <w:t>صَلَّى اللَّهُ تَعَالَى عَلَيْهِ وَسَلَّمَ</w:t>
      </w:r>
      <w:r>
        <w:rPr>
          <w:rFonts w:ascii="Times New Roman" w:hAnsi="Times New Roman" w:eastAsia="Noto Serif SC" w:cs="Amiri"/>
          <w:lang w:val="zh-CN" w:eastAsia="zh-CN" w:bidi="ar-SA"/>
          <w:color w:val="000000"/>
          <w:rtl w:val="0"/>
        </w:rPr>
        <w:t>（愿至高Allah赐他尊荣、恩福与平安），他们如此蒙受Allah的眷顾与超绝一切缺欠主宰的援助，为何有时仍会败给恶魔党羽？众先知的封印，其先知身份与使者使命如太阳般明亮；麦地那的伪信者就生活在这一光辉的近旁，为何仍坚持迷误、不进入正道？这是出于何种原因，又有何智慧？”</w:t>
      </w:r>
    </w:p>
    <w:p>
      <w:r>
        <w:rPr>
          <w:rFonts w:ascii="Times New Roman" w:hAnsi="Times New Roman" w:eastAsia="Noto Serif SC" w:cs="Amiri"/>
          <w:lang w:val="zh-CN" w:eastAsia="zh-CN" w:bidi="ar-SA"/>
          <w:color w:val="000000"/>
          <w:rtl w:val="0"/>
        </w:rPr>
        <w:t>第十项指示：撕开易卜劣厮那种让追随自己的人否认其存在的诡计面具，显露它污秽而肮脏的面目，从而证明它的存在。</w:t>
      </w:r>
    </w:p>
    <w:p>
      <w:r>
        <w:rPr>
          <w:rFonts w:ascii="Times New Roman" w:hAnsi="Times New Roman" w:eastAsia="Noto Serif SC" w:cs="Amiri"/>
          <w:lang w:val="zh-CN" w:eastAsia="zh-CN" w:bidi="ar-SA"/>
          <w:color w:val="000000"/>
          <w:rtl w:val="0"/>
        </w:rPr>
        <w:t>第十一项指示：这是一项引人入胜的阐述，说明至睿《古兰经》如何以奇迹般的表达，述说宇宙因迷误者的恶而震怒，普遍元素因而愤激，一切万有也在精神上为之沸腾。</w:t>
      </w:r>
    </w:p>
    <w:p>
      <w:r>
        <w:rPr>
          <w:rFonts w:ascii="Times New Roman" w:hAnsi="Times New Roman" w:eastAsia="Noto Serif SC" w:cs="Amiri"/>
          <w:lang w:val="zh-CN" w:eastAsia="zh-CN" w:bidi="ar-SA"/>
          <w:color w:val="000000"/>
          <w:rtl w:val="0"/>
        </w:rPr>
        <w:t>第十二项指示：由四个问题与回答组成。“以有限生命中有限的罪行，换来无限的惩罚与没有终尽的火狱，如何称得上是公正？”</w:t>
      </w:r>
    </w:p>
    <w:p>
      <w:r>
        <w:rPr>
          <w:rFonts w:ascii="Times New Roman" w:hAnsi="Times New Roman" w:eastAsia="Noto Serif SC" w:cs="Amiri"/>
          <w:lang w:val="zh-CN" w:eastAsia="zh-CN" w:bidi="ar-SA"/>
          <w:color w:val="000000"/>
          <w:rtl w:val="0"/>
        </w:rPr>
        <w:t>又有：“神圣律法中说：火狱是行为的惩罚，乐园却凭Allah的恩泽而得。其中的智慧是什么？”</w:t>
      </w:r>
    </w:p>
    <w:p>
      <w:r>
        <w:rPr>
          <w:rFonts w:ascii="Times New Roman" w:hAnsi="Times New Roman" w:eastAsia="Noto Serif SC" w:cs="Amiri"/>
          <w:lang w:val="zh-CN" w:eastAsia="zh-CN" w:bidi="ar-SA"/>
          <w:color w:val="000000"/>
          <w:rtl w:val="0"/>
        </w:rPr>
        <w:t>又有：“既然恶行会扩散并侵袭他者，一项恶行本应记作一千项，一项善行只记作一项；那么，恶行记一、善行却记十，其中的奥义是什么？”</w:t>
      </w:r>
    </w:p>
    <w:p>
      <w:r>
        <w:rPr>
          <w:rFonts w:ascii="Times New Roman" w:hAnsi="Times New Roman" w:eastAsia="Noto Serif SC" w:cs="Amiri"/>
          <w:lang w:val="zh-CN" w:eastAsia="zh-CN" w:bidi="ar-SA"/>
          <w:color w:val="000000"/>
          <w:rtl w:val="0"/>
        </w:rPr>
        <w:t>又有：“迷误者获得的成功与展现的力量，是否说明正道之人软弱而没有真理？”对于这四个问题，给出了极为简短而有力的四个回答。</w:t>
      </w:r>
    </w:p>
    <w:p>
      <w:r>
        <w:rPr>
          <w:rFonts w:ascii="Times New Roman" w:hAnsi="Times New Roman" w:eastAsia="Noto Serif SC" w:cs="Amiri"/>
          <w:lang w:val="zh-CN" w:eastAsia="zh-CN" w:bidi="ar-SA"/>
          <w:color w:val="000000"/>
          <w:rtl w:val="0"/>
        </w:rPr>
        <w:t>第十三项指示：由三个要点组成。</w:t>
      </w:r>
    </w:p>
    <w:p>
      <w:r>
        <w:rPr>
          <w:rFonts w:ascii="Times New Roman" w:hAnsi="Times New Roman" w:eastAsia="Noto Serif SC" w:cs="Amiri"/>
          <w:lang w:val="zh-CN" w:eastAsia="zh-CN" w:bidi="ar-SA"/>
          <w:color w:val="000000"/>
          <w:rtl w:val="0"/>
        </w:rPr>
        <w:t>其一：恶魔最大的一种诡计，是借信仰诸真理的宏伟，欺骗心胸狭窄、理智短浅、思悟薄弱的人。针对这一诡计，给出了能使精灵与人类的恶魔全都缄口的回答。</w:t>
      </w:r>
    </w:p>
    <w:p>
      <w:r>
        <w:rPr>
          <w:rFonts w:ascii="Times New Roman" w:hAnsi="Times New Roman" w:eastAsia="Noto Serif SC" w:cs="Amiri"/>
          <w:lang w:val="zh-CN" w:eastAsia="zh-CN" w:bidi="ar-SA"/>
          <w:color w:val="000000"/>
          <w:rtl w:val="0"/>
        </w:rPr>
        <w:t>第二个要点：恶魔使有过错的人不肯承认过错，从而堵住他求饶恕与求护佑的道路；又激起他的自我主张，让他像律师一样替自己的自我辩护，仿佛要使自我免于一切过失、成为无可指摘者。针对这一点，给出了能说服每个人的回答，并阐明：看不见自己的过错，是比那过错更大的过错；看见自己的过错，就能使过错不再成其为过错。</w:t>
      </w:r>
    </w:p>
    <w:p>
      <w:r>
        <w:rPr>
          <w:rFonts w:ascii="Times New Roman" w:hAnsi="Times New Roman" w:eastAsia="Noto Serif SC" w:cs="Amiri"/>
          <w:lang w:val="zh-CN" w:eastAsia="zh-CN" w:bidi="ar-SA"/>
          <w:color w:val="000000"/>
          <w:rtl w:val="0"/>
        </w:rPr>
        <w:t>第三个要点：破坏人类社会生活的一种最重要的恶魔诡计，就是“因信士的一项恶行而抹盖他的种种善行”，从而使人们对那位信士心怀敌意。针对这一诡计，依据绝对神圣的公正在至大天秤上的彰显所体现的原则，给出了一个人人需要、珍贵、公正而有力的回答，尤其对性情急躁、难以取悦的人更是如此。</w:t>
      </w:r>
    </w:p>
    <w:p>
      <w:r>
        <w:rPr>
          <w:rFonts w:ascii="Times New Roman" w:hAnsi="Times New Roman" w:eastAsia="Noto Serif SC" w:cs="Amiri"/>
          <w:lang w:val="zh-CN" w:eastAsia="zh-CN" w:bidi="ar-SA"/>
          <w:color w:val="000000"/>
          <w:rtl w:val="0"/>
        </w:rPr>
        <w:t>这篇论著以十三项指示，封闭了人类与精灵的恶魔十三条进攻路径；同样，它也是十三把钥匙，为有信仰者打开十三道门，使他们得以进入</w:t>
      </w:r>
      <w:r>
        <w:rPr>
          <w:rFonts w:ascii="Amiri" w:hAnsi="Amiri" w:eastAsia="Amiri" w:cs="Amiri"/>
          <w:lang w:val="zh-CN" w:eastAsia="zh-CN" w:bidi="ar-SA"/>
          <w:rtl w:val="1"/>
          <w:cs w:val="1"/>
          <w:color w:val="000000"/>
          <w:sz w:val="24"/>
          <w:szCs w:val="24"/>
        </w:rPr>
        <w:t>ﻗُﻞْ ﺍَﻋُﻮﺫُ ﺑِﺮَﺏِّ ﺍﻟﻨَّﺎﺱِ</w:t>
      </w:r>
      <w:r>
        <w:rPr>
          <w:rFonts w:ascii="Times New Roman" w:hAnsi="Times New Roman" w:eastAsia="Noto Serif SC" w:cs="Amiri"/>
          <w:lang w:val="zh-CN" w:eastAsia="zh-CN" w:bidi="ar-SA"/>
          <w:color w:val="000000"/>
          <w:rtl w:val="0"/>
        </w:rPr>
        <w:t>（你说：“我求人类的养育并主宰者护佑”）这一章的坚固堡垒中寻求庇护。</w:t>
      </w:r>
    </w:p>
    <w:p>
      <w:r>
        <w:rPr>
          <w:rFonts w:ascii="Times New Roman" w:hAnsi="Times New Roman" w:eastAsia="Noto Serif SC" w:cs="Amiri"/>
          <w:lang w:val="zh-CN" w:eastAsia="zh-CN" w:bidi="ar-SA"/>
          <w:color w:val="000000"/>
          <w:rtl w:val="0"/>
        </w:rPr>
        <w:t>《求护佑的智慧论著》有两个重要的姊妹篇。其一是《第二十九封书信》的第六篇论著《六次攻击》，是一座重要的堡垒；其第二个姊妹篇，是《第二十六封书信》中名为《古兰经对恶魔及其党羽的确证》的论著，也是一座坚固的城堡。这三篇论著彼此相关。我提醒：它们对这个时代的信仰者极为必要。</w:t>
      </w:r>
    </w:p>
    <w:p>
      <w:r>
        <w:rPr>
          <w:rFonts w:ascii="Times New Roman" w:hAnsi="Times New Roman" w:eastAsia="Noto Serif SC" w:cs="Amiri"/>
          <w:lang w:val="zh-CN" w:eastAsia="zh-CN" w:bidi="ar-SA"/>
          <w:color w:val="000000"/>
          <w:rtl w:val="0"/>
        </w:rPr>
        <w:t>不过，这些论著只能交给完全忠于《古兰经》的人。不应交给支持异端与迷误、或沉溺于政客权术的人。尤其是《六次攻击》，其中杂有旧时赛义德激烈的言辞，所以只属于我最精选、最忠诚的兄弟们。我建议，暂时不要拿给那些尚无资质聆听并接受真理的人看。《七项指示》也同《六次攻击》一样，暂时只属于特选者。第十四闪光：</w:t>
      </w:r>
    </w:p>
    <w:p>
      <w:r>
        <w:rPr>
          <w:rFonts w:ascii="Times New Roman" w:hAnsi="Times New Roman" w:eastAsia="Noto Serif SC" w:cs="Amiri"/>
          <w:lang w:val="zh-CN" w:eastAsia="zh-CN" w:bidi="ar-SA"/>
          <w:color w:val="000000"/>
          <w:rtl w:val="0"/>
        </w:rPr>
        <w:t>共两篇。</w:t>
      </w:r>
    </w:p>
    <w:p>
      <w:r>
        <w:rPr>
          <w:rFonts w:ascii="Times New Roman" w:hAnsi="Times New Roman" w:eastAsia="Noto Serif SC" w:cs="Amiri"/>
          <w:lang w:val="zh-CN" w:eastAsia="zh-CN" w:bidi="ar-SA"/>
          <w:color w:val="000000"/>
          <w:rtl w:val="0"/>
        </w:rPr>
        <w:t>第一篇：有人问至尊使者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（愿Allah赐他尊荣、恩福与平安）：“大地立在什么上面？”至尊使者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（愿Allah赐他尊荣、恩福与平安）回答说：</w:t>
      </w:r>
      <w:r>
        <w:rPr>
          <w:rFonts w:ascii="Amiri" w:hAnsi="Amiri" w:eastAsia="Amiri" w:cs="Amiri"/>
          <w:lang w:val="zh-CN" w:eastAsia="zh-CN" w:bidi="ar-SA"/>
          <w:rtl w:val="1"/>
          <w:cs w:val="1"/>
          <w:color w:val="000000"/>
          <w:sz w:val="24"/>
          <w:szCs w:val="24"/>
        </w:rPr>
        <w:t>ﻋَﻠَﻰ ﺍﻟﺜَّﻮْﺭِ ﻭَﺍﻟْﺤُﻮﺕِ</w:t>
      </w:r>
      <w:r>
        <w:rPr>
          <w:rFonts w:ascii="Times New Roman" w:hAnsi="Times New Roman" w:eastAsia="Noto Serif SC" w:cs="Amiri"/>
          <w:lang w:val="zh-CN" w:eastAsia="zh-CN" w:bidi="ar-SA"/>
          <w:color w:val="000000"/>
          <w:rtl w:val="0"/>
        </w:rPr>
        <w:t>（在公牛与鱼之上）。也就是说：“大地立在公牛和鱼之上。”关于这段圣训，有许多争论。地理学家们竟否认这段圣训，绝不应当如此。</w:t>
      </w:r>
    </w:p>
    <w:p>
      <w:r>
        <w:rPr>
          <w:rFonts w:ascii="Times New Roman" w:hAnsi="Times New Roman" w:eastAsia="Noto Serif SC" w:cs="Amiri"/>
          <w:lang w:val="zh-CN" w:eastAsia="zh-CN" w:bidi="ar-SA"/>
          <w:color w:val="000000"/>
          <w:rtl w:val="0"/>
        </w:rPr>
        <w:t>这篇论著的第一篇，从三个方面阐明这段圣训的真实含义，其方式使否认者只要还有丝毫公正，地理学家只要对真理还有丝毫顺从，便会把这段圣训视为艾哈迈德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（愿Allah赐他尊荣、恩福与平安）的一项昭著奇迹。因为，那三个回答既真实而确定，又意味深长。</w:t>
      </w:r>
    </w:p>
    <w:p>
      <w:pPr>
        <w:pStyle w:val="Heading2"/>
      </w:pPr>
      <w:r>
        <w:rPr>
          <w:rFonts w:ascii="Times New Roman" w:hAnsi="Times New Roman" w:eastAsia="Noto Serif SC" w:cs="Amiri"/>
          <w:lang w:val="zh-CN" w:eastAsia="zh-CN" w:bidi="ar-SA"/>
          <w:color w:val="000000"/>
          <w:rtl w:val="0"/>
        </w:rPr>
        <w:t>第二篇：</w:t>
      </w:r>
    </w:p>
    <w:p>
      <w:r>
        <w:rPr>
          <w:rFonts w:ascii="Times New Roman" w:hAnsi="Times New Roman" w:eastAsia="Noto Serif SC" w:cs="Amiri"/>
          <w:lang w:val="zh-CN" w:eastAsia="zh-CN" w:bidi="ar-SA"/>
          <w:color w:val="000000"/>
          <w:rtl w:val="0"/>
        </w:rPr>
        <w:t>诠释</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（奉慈悯普及万物、至慈至悯的Allah之名，依凭祂而行）最重要的五六项奥义。并说明</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慈悯普及万物、至慈至悯的Allah之名，依凭祂而行）是《古兰经》的一篇摘要、一份索引和一把钥匙；它是一条从至高宝座延伸至尘世大地的神圣光明线，是开启永恒幸福之门的钥匙，也是为一切吉祥事物赐予流溢恩泽与丰饶的光明源泉。</w:t>
      </w:r>
    </w:p>
    <w:p>
      <w:r>
        <w:rPr>
          <w:rFonts w:ascii="Times New Roman" w:hAnsi="Times New Roman" w:eastAsia="Noto Serif SC" w:cs="Amiri"/>
          <w:lang w:val="zh-CN" w:eastAsia="zh-CN" w:bidi="ar-SA"/>
          <w:color w:val="000000"/>
          <w:rtl w:val="0"/>
        </w:rPr>
        <w:t>这第二篇，回望着作为第一篇论著的《第一言》。仿佛《光明论》的各个组成部分构成一个圆，它的终点借</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（奉慈悯普及万物、至慈至悯的Allah之名，依凭祂而行）这条吉祥的光明线，与它的起点合而为一。</w:t>
      </w:r>
    </w:p>
    <w:p>
      <w:r>
        <w:rPr>
          <w:rFonts w:ascii="Times New Roman" w:hAnsi="Times New Roman" w:eastAsia="Noto Serif SC" w:cs="Amiri"/>
          <w:lang w:val="zh-CN" w:eastAsia="zh-CN" w:bidi="ar-SA"/>
          <w:color w:val="000000"/>
          <w:rtl w:val="0"/>
        </w:rPr>
        <w:t>在这一篇中，本应写下三十项奥义，而不止六项；暂时只留下了六项。它虽简短，却包含极为宏大的真理。细心阅读的人，自会明白</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（奉慈悯普及万物、至慈至悯的Allah之名，依凭祂而行）是何等珍贵的一座神圣宝库。第十五闪光：</w:t>
      </w:r>
    </w:p>
    <w:p>
      <w:r>
        <w:rPr>
          <w:rFonts w:ascii="Times New Roman" w:hAnsi="Times New Roman" w:eastAsia="Noto Serif SC" w:cs="Amiri"/>
          <w:lang w:val="zh-CN" w:eastAsia="zh-CN" w:bidi="ar-SA"/>
          <w:color w:val="000000"/>
          <w:rtl w:val="0"/>
        </w:rPr>
        <w:t>这是《光明论集》中《诸言》《书信集》以及截至《第十四闪光》各部分的索引。由于每一部分各有索引，也就是《诸言》部分的索引已收于《诸言》文集，《书信集》和《闪光集》各自的索引也已附在相应文集的末尾，所以这里没有写出。第十六闪光：</w:t>
      </w:r>
    </w:p>
    <w:p>
      <w:r>
        <w:rPr>
          <w:rFonts w:ascii="Times New Roman" w:hAnsi="Times New Roman" w:eastAsia="Noto Serif SC" w:cs="Amiri"/>
          <w:lang w:val="zh-CN" w:eastAsia="zh-CN" w:bidi="ar-SA"/>
          <w:color w:val="000000"/>
          <w:rtl w:val="0"/>
        </w:rPr>
        <w:t>本篇包含对一些重要问题所作的回答。首先，是对四个引人入胜的问题的回答。</w:t>
      </w:r>
    </w:p>
    <w:p>
      <w:r>
        <w:rPr>
          <w:rFonts w:ascii="Times New Roman" w:hAnsi="Times New Roman" w:eastAsia="Noto Serif SC" w:cs="Amiri"/>
          <w:lang w:val="zh-CN" w:eastAsia="zh-CN" w:bidi="ar-SA"/>
          <w:color w:val="000000"/>
          <w:rtl w:val="0"/>
        </w:rPr>
        <w:t>其一：有人问：“具有内在揭见者曾预言，遵循圣行与大众正道者将获得疏解与开展，这些消息为何没有实现？”对此给出了极为优美的回答。</w:t>
      </w:r>
    </w:p>
    <w:p>
      <w:r>
        <w:rPr>
          <w:rFonts w:ascii="Times New Roman" w:hAnsi="Times New Roman" w:eastAsia="Noto Serif SC" w:cs="Amiri"/>
          <w:lang w:val="zh-CN" w:eastAsia="zh-CN" w:bidi="ar-SA"/>
          <w:color w:val="000000"/>
          <w:rtl w:val="0"/>
        </w:rPr>
        <w:t>其二：对于“《光明论》的作者受到逐世者的严厉压迫，本应反对他们，为何却不从物质上干涉他们”这一问题，给出了极为精妙的回答。</w:t>
      </w:r>
    </w:p>
    <w:p>
      <w:r>
        <w:rPr>
          <w:rFonts w:ascii="Times New Roman" w:hAnsi="Times New Roman" w:eastAsia="Noto Serif SC" w:cs="Amiri"/>
          <w:lang w:val="zh-CN" w:eastAsia="zh-CN" w:bidi="ar-SA"/>
          <w:color w:val="000000"/>
          <w:rtl w:val="0"/>
        </w:rPr>
        <w:t>其三：有人实际问道：“英国、意大利等政府想同这个政府交战，你们为何如此强烈地反对战争？这类事件会激发伊斯兰热忱，而伊斯兰热忱正是民族精神力量的源泉，因而会在一定程度上促成伊斯兰礼仪标识的复兴与异端的消除。”对此给出了极为优雅的回答。</w:t>
      </w:r>
    </w:p>
    <w:p>
      <w:r>
        <w:rPr>
          <w:rFonts w:ascii="Times New Roman" w:hAnsi="Times New Roman" w:eastAsia="Noto Serif SC" w:cs="Amiri"/>
          <w:lang w:val="zh-CN" w:eastAsia="zh-CN" w:bidi="ar-SA"/>
          <w:color w:val="000000"/>
          <w:rtl w:val="0"/>
        </w:rPr>
        <w:t>其四：对于“你们为何建议同伴们谨慎，不把手中的光明论著拿给每个人看？为何让众人得不到这些光明的恩泽”这一问题，给出了极为悦人、极为优美的回答。</w:t>
      </w:r>
    </w:p>
    <w:p>
      <w:r>
        <w:rPr>
          <w:rFonts w:ascii="Times New Roman" w:hAnsi="Times New Roman" w:eastAsia="Noto Serif SC" w:cs="Amiri"/>
          <w:lang w:val="zh-CN" w:eastAsia="zh-CN" w:bidi="ar-SA"/>
          <w:color w:val="000000"/>
          <w:rtl w:val="0"/>
        </w:rPr>
        <w:t>在其结语中，对于有关幸福圣须所提出的问题，给出了消除种种疑惑、极为令人信服的回答。</w:t>
      </w:r>
    </w:p>
    <w:p>
      <w:r>
        <w:rPr>
          <w:rFonts w:ascii="Times New Roman" w:hAnsi="Times New Roman" w:eastAsia="Noto Serif SC" w:cs="Amiri"/>
          <w:lang w:val="zh-CN" w:eastAsia="zh-CN" w:bidi="ar-SA"/>
          <w:color w:val="000000"/>
          <w:rtl w:val="0"/>
        </w:rPr>
        <w:t>随后，又针对背弃正信者历来借以发难的三个问题，对所问作出了三个回答。</w:t>
      </w:r>
    </w:p>
    <w:p>
      <w:r>
        <w:rPr>
          <w:rFonts w:ascii="Times New Roman" w:hAnsi="Times New Roman" w:eastAsia="Noto Serif SC" w:cs="Amiri"/>
          <w:lang w:val="zh-CN" w:eastAsia="zh-CN" w:bidi="ar-SA"/>
          <w:color w:val="000000"/>
          <w:rtl w:val="0"/>
        </w:rPr>
        <w:t>第一问：这节尊贵经文</w:t>
      </w:r>
      <w:r>
        <w:rPr>
          <w:rFonts w:ascii="Amiri" w:hAnsi="Amiri" w:eastAsia="Amiri" w:cs="Amiri"/>
          <w:lang w:val="zh-CN" w:eastAsia="zh-CN" w:bidi="ar-SA"/>
          <w:rtl w:val="1"/>
          <w:cs w:val="1"/>
          <w:color w:val="000000"/>
          <w:sz w:val="24"/>
          <w:szCs w:val="24"/>
        </w:rPr>
        <w:t>ﺣَﺘّٰٓﻰ ﺍِﺫَﺍ ﺑَﻠَﻎَ ﻣَﻐْﺮِﺏَ ﺍﻟﺸَّﻤْﺲِ</w:t>
      </w:r>
      <w:r>
        <w:rPr>
          <w:rFonts w:ascii="Times New Roman" w:hAnsi="Times New Roman" w:eastAsia="Noto Serif SC" w:cs="Amiri"/>
          <w:lang w:val="zh-CN" w:eastAsia="zh-CN" w:bidi="ar-SA"/>
          <w:color w:val="000000"/>
          <w:rtl w:val="0"/>
        </w:rPr>
        <w:t xml:space="preserve">（直到他抵达太阳西沉之处） </w:t>
      </w:r>
      <w:r>
        <w:rPr>
          <w:rFonts w:ascii="Amiri" w:hAnsi="Amiri" w:eastAsia="Amiri" w:cs="Amiri"/>
          <w:lang w:val="zh-CN" w:eastAsia="zh-CN" w:bidi="ar-SA"/>
          <w:rtl w:val="1"/>
          <w:cs w:val="1"/>
          <w:color w:val="000000"/>
          <w:sz w:val="24"/>
          <w:szCs w:val="24"/>
        </w:rPr>
        <w:t>ﻭَﺟَﺪَﻫَﺎ ﺗَﻐْﺮُﺏُ ﻓ۪ﻰ ﻋَﻴْﻦٍ ﺣَﻤِﺌَﺔٍ</w:t>
      </w:r>
      <w:r>
        <w:rPr>
          <w:rFonts w:ascii="Times New Roman" w:hAnsi="Times New Roman" w:eastAsia="Noto Serif SC" w:cs="Amiri"/>
          <w:lang w:val="zh-CN" w:eastAsia="zh-CN" w:bidi="ar-SA"/>
          <w:color w:val="000000"/>
          <w:rtl w:val="0"/>
        </w:rPr>
        <w:t>（他发现太阳沉入一眼泥泉）的含义是：“双角王看见太阳沉入一汪灼热而泥泞的泉水？”</w:t>
      </w:r>
    </w:p>
    <w:p>
      <w:r>
        <w:rPr>
          <w:rFonts w:ascii="Times New Roman" w:hAnsi="Times New Roman" w:eastAsia="Noto Serif SC" w:cs="Amiri"/>
          <w:lang w:val="zh-CN" w:eastAsia="zh-CN" w:bidi="ar-SA"/>
          <w:color w:val="000000"/>
          <w:rtl w:val="0"/>
        </w:rPr>
        <w:t>第二问：双角王的屏障在哪里？雅朱者与马朱者是谁？</w:t>
      </w:r>
    </w:p>
    <w:p>
      <w:r>
        <w:rPr>
          <w:rFonts w:ascii="Times New Roman" w:hAnsi="Times New Roman" w:eastAsia="Noto Serif SC" w:cs="Amiri"/>
          <w:lang w:val="zh-CN" w:eastAsia="zh-CN" w:bidi="ar-SA"/>
          <w:color w:val="000000"/>
          <w:rtl w:val="0"/>
        </w:rPr>
        <w:t>第三问：关于尊贵的尔萨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（愿Allah赐他平安）将在末世到来并杀死达贾勒的问题，所作的回答极其崇高，既坚定有信仰者的信仰，又以其雄辩使文士缄口，还以无可推拒的论证使背弃正信者折服并受到责打。</w:t>
      </w:r>
    </w:p>
    <w:p>
      <w:r>
        <w:rPr>
          <w:rFonts w:ascii="Times New Roman" w:hAnsi="Times New Roman" w:eastAsia="Noto Serif SC" w:cs="Amiri"/>
          <w:lang w:val="zh-CN" w:eastAsia="zh-CN" w:bidi="ar-SA"/>
          <w:color w:val="000000"/>
          <w:rtl w:val="0"/>
        </w:rPr>
        <w:t>最后，对于五项幽隐之事中仅就其中两项提出的重要问题，给出了重要的回答。</w:t>
      </w:r>
    </w:p>
    <w:p>
      <w:pPr>
        <w:pStyle w:val="Heading2"/>
      </w:pPr>
      <w:r>
        <w:rPr>
          <w:rFonts w:ascii="Times New Roman" w:hAnsi="Times New Roman" w:eastAsia="Noto Serif SC" w:cs="Amiri"/>
          <w:lang w:val="zh-CN" w:eastAsia="zh-CN" w:bidi="ar-SA"/>
          <w:color w:val="000000"/>
          <w:rtl w:val="0"/>
        </w:rPr>
        <w:t>鲁什迪</w:t>
      </w:r>
    </w:p>
    <w:p>
      <w:pPr>
        <w:pStyle w:val="Heading1"/>
        <w:pageBreakBefore/>
      </w:pPr>
      <w:r>
        <w:rPr>
          <w:rFonts w:ascii="Times New Roman" w:hAnsi="Times New Roman" w:eastAsia="Noto Serif SC" w:cs="Amiri"/>
          <w:lang w:val="zh-CN" w:eastAsia="zh-CN" w:bidi="ar-SA"/>
          <w:color w:val="000000"/>
          <w:rtl w:val="0"/>
        </w:rPr>
        <w:t>第十七篇闪光：</w:t>
      </w:r>
    </w:p>
    <w:p>
      <w:r>
        <w:rPr>
          <w:rFonts w:ascii="Times New Roman" w:hAnsi="Times New Roman" w:eastAsia="Noto Serif SC" w:cs="Amiri"/>
          <w:lang w:val="zh-CN" w:eastAsia="zh-CN" w:bidi="ar-SA"/>
          <w:color w:val="000000"/>
          <w:rtl w:val="0"/>
        </w:rPr>
        <w:t>由来自祖赫雷的十五则注记组成。</w:t>
      </w:r>
    </w:p>
    <w:p>
      <w:r>
        <w:rPr>
          <w:rFonts w:ascii="Times New Roman" w:hAnsi="Times New Roman" w:eastAsia="Noto Serif SC" w:cs="Amiri"/>
          <w:lang w:val="zh-CN" w:eastAsia="zh-CN" w:bidi="ar-SA"/>
          <w:color w:val="000000"/>
          <w:rtl w:val="0"/>
        </w:rPr>
        <w:t>第一注：它揭示人类自我所染上的那些虚妄而无益的事物，在世间种种情状中的真实本相，斩断心灵的牵挂，使其面容转向永存与后世。</w:t>
      </w:r>
    </w:p>
    <w:p>
      <w:r>
        <w:rPr>
          <w:rFonts w:ascii="Times New Roman" w:hAnsi="Times New Roman" w:eastAsia="Noto Serif SC" w:cs="Amiri"/>
          <w:lang w:val="zh-CN" w:eastAsia="zh-CN" w:bidi="ar-SA"/>
          <w:color w:val="000000"/>
          <w:rtl w:val="0"/>
        </w:rPr>
        <w:t>第二注：它命人谦逊，禁止骄傲；这是一条《古兰经》的准则。</w:t>
      </w:r>
    </w:p>
    <w:p>
      <w:r>
        <w:rPr>
          <w:rFonts w:ascii="Times New Roman" w:hAnsi="Times New Roman" w:eastAsia="Noto Serif SC" w:cs="Amiri"/>
          <w:lang w:val="zh-CN" w:eastAsia="zh-CN" w:bidi="ar-SA"/>
          <w:color w:val="000000"/>
          <w:rtl w:val="0"/>
        </w:rPr>
        <w:t>第三注：它凭借</w:t>
      </w:r>
      <w:r>
        <w:rPr>
          <w:rFonts w:ascii="Amiri" w:hAnsi="Amiri" w:eastAsia="Amiri" w:cs="Amiri"/>
          <w:lang w:val="zh-CN" w:eastAsia="zh-CN" w:bidi="ar-SA"/>
          <w:rtl w:val="1"/>
          <w:cs w:val="1"/>
          <w:color w:val="000000"/>
          <w:sz w:val="24"/>
          <w:szCs w:val="24"/>
        </w:rPr>
        <w:t>ﻛُﻞُّ ﺍٰﺕٍ ﻗَﺮ۪ﻳﺐٌ</w:t>
      </w:r>
      <w:r>
        <w:rPr>
          <w:rFonts w:ascii="Times New Roman" w:hAnsi="Times New Roman" w:eastAsia="Noto Serif SC" w:cs="Amiri"/>
          <w:lang w:val="zh-CN" w:eastAsia="zh-CN" w:bidi="ar-SA"/>
          <w:color w:val="000000"/>
          <w:rtl w:val="0"/>
        </w:rPr>
        <w:t>（一切终将到来之事，其实都已临近）的奥义，以一个美好而恰合真理的譬喻揭示死亡的真相，斩断悠长的奢望与痛苦；又使人把一切事务交付给永生而活、维持万有、永存而恒常、一切善皆在祂手中的Allah。</w:t>
      </w:r>
    </w:p>
    <w:p>
      <w:r>
        <w:rPr>
          <w:rFonts w:ascii="Times New Roman" w:hAnsi="Times New Roman" w:eastAsia="Noto Serif SC" w:cs="Amiri"/>
          <w:lang w:val="zh-CN" w:eastAsia="zh-CN" w:bidi="ar-SA"/>
          <w:color w:val="000000"/>
          <w:rtl w:val="0"/>
        </w:rPr>
        <w:t>第四注：季节与世纪不断更替，这是Allah常道中持续不变的法则；其中大多数事物都原样复归并焕然一新。借此，它确证：作为宇宙之树最完善果实的人，在至大复起的季节里，也必定会被原样复起。</w:t>
      </w:r>
    </w:p>
    <w:p>
      <w:r>
        <w:rPr>
          <w:rFonts w:ascii="Times New Roman" w:hAnsi="Times New Roman" w:eastAsia="Noto Serif SC" w:cs="Amiri"/>
          <w:lang w:val="zh-CN" w:eastAsia="zh-CN" w:bidi="ar-SA"/>
          <w:color w:val="000000"/>
          <w:rtl w:val="0"/>
        </w:rPr>
        <w:t>第五注：这个灾难与毁灭的时代，其最大的祸患，是那导向无宗教的病态文明。本篇借《古兰经》的引导加以衡量对照，揭示并展示这种文明的内在真相、脸上的帷幕及其如同火狱缩影的本质。它使信仰者强烈厌恶倾向这种文明，如同诊断出一场传染性瘟疫，又从《古兰经》的药房中给他们饮下解毒的渗渗清泉。</w:t>
      </w:r>
    </w:p>
    <w:p>
      <w:r>
        <w:rPr>
          <w:rFonts w:ascii="Times New Roman" w:hAnsi="Times New Roman" w:eastAsia="Noto Serif SC" w:cs="Amiri"/>
          <w:lang w:val="zh-CN" w:eastAsia="zh-CN" w:bidi="ar-SA"/>
          <w:color w:val="000000"/>
          <w:rtl w:val="0"/>
        </w:rPr>
        <w:t>第六注：自我与恶魔最大的诡计之一，是把不信者人数众多、以及他们在否认某些信仰真理上的一致，以疑念的形式显示出来。本篇是一剂经过验证的光明灵药：它以一个恰合真理与事实的譬喻，从根源上斩断种种怀疑和对宗教的冷漠，并培育那棵如同乐园图巴树的信仰之树。</w:t>
      </w:r>
    </w:p>
    <w:p>
      <w:r>
        <w:rPr>
          <w:rFonts w:ascii="Times New Roman" w:hAnsi="Times New Roman" w:eastAsia="Noto Serif SC" w:cs="Amiri"/>
          <w:lang w:val="zh-CN" w:eastAsia="zh-CN" w:bidi="ar-SA"/>
          <w:color w:val="000000"/>
          <w:rtl w:val="0"/>
        </w:rPr>
        <w:t>第七注：那些出卖伪善爱国心的骗子，把充满暴虐与黑暗的尘世贪欲灌输给信仰者；这种贪欲是伊斯兰社会生活的有害微生物，而外族的进步又被误认作幸福。本篇以《古兰经》的钻石利剑杀死这些骗子，又把那些趋向叛教或堕入悖逆品级的信仰者，接入至睿《古兰经》的医院加以治疗。</w:t>
      </w:r>
    </w:p>
    <w:p>
      <w:r>
        <w:rPr>
          <w:rFonts w:ascii="Times New Roman" w:hAnsi="Times New Roman" w:eastAsia="Noto Serif SC" w:cs="Amiri"/>
          <w:lang w:val="zh-CN" w:eastAsia="zh-CN" w:bidi="ar-SA"/>
          <w:color w:val="000000"/>
          <w:rtl w:val="0"/>
        </w:rPr>
        <w:t>第八注：它阐释</w:t>
      </w:r>
      <w:r>
        <w:rPr>
          <w:rFonts w:ascii="Amiri" w:hAnsi="Amiri" w:eastAsia="Amiri" w:cs="Amiri"/>
          <w:lang w:val="zh-CN" w:eastAsia="zh-CN" w:bidi="ar-SA"/>
          <w:rtl w:val="1"/>
          <w:cs w:val="1"/>
          <w:color w:val="000000"/>
          <w:sz w:val="24"/>
          <w:szCs w:val="24"/>
        </w:rPr>
        <w:t>ﻭَﺳِﻌَﺖْ ﺭَﺣْﻤَﺘُﻪُ ﻛُﻞَّ ﺷَﻰْﺀٍ</w:t>
      </w:r>
      <w:r>
        <w:rPr>
          <w:rFonts w:ascii="Times New Roman" w:hAnsi="Times New Roman" w:eastAsia="Noto Serif SC" w:cs="Amiri"/>
          <w:lang w:val="zh-CN" w:eastAsia="zh-CN" w:bidi="ar-SA"/>
          <w:color w:val="000000"/>
          <w:rtl w:val="0"/>
        </w:rPr>
        <w:t>（祂的慈悯包容一切事物，没有任何一物处于其外）的一项奥义，</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（没有任何一物不在赞美祂的同时，不断地赞颂祂超绝一切缺欠）的一项真理，</w:t>
      </w:r>
      <w:r>
        <w:rPr>
          <w:rFonts w:ascii="Amiri" w:hAnsi="Amiri" w:eastAsia="Amiri" w:cs="Amiri"/>
          <w:lang w:val="zh-CN" w:eastAsia="zh-CN" w:bidi="ar-SA"/>
          <w:rtl w:val="1"/>
          <w:cs w:val="1"/>
          <w:color w:val="000000"/>
          <w:sz w:val="24"/>
          <w:szCs w:val="24"/>
        </w:rPr>
        <w:t>ﺍِﻧَّﻤَٓﺎ ﺍَﻣْﺮُﻩُٓ ﺍِﺫَٓﺍ ﺍَﺭَﺍﺩَ ﺷَﻴْﺌًﺎ ﺍَﻥْ ﻳَﻘُﻮﻝَ ﻟَﻪُ ﻛُﻦْ ﻓَﻴَﻜُﻮﻥُ</w:t>
      </w:r>
      <w:r>
        <w:rPr>
          <w:rFonts w:ascii="Times New Roman" w:hAnsi="Times New Roman" w:eastAsia="Noto Serif SC" w:cs="Amiri"/>
          <w:lang w:val="zh-CN" w:eastAsia="zh-CN" w:bidi="ar-SA"/>
          <w:color w:val="000000"/>
          <w:rtl w:val="0"/>
        </w:rPr>
        <w:t>（祂意欲一物存在时，祂的号令只是对它说：“存在吧！”它便依命而存在）的一项准则，以及</w:t>
      </w:r>
      <w:r>
        <w:rPr>
          <w:rFonts w:ascii="Amiri" w:hAnsi="Amiri" w:eastAsia="Amiri" w:cs="Amiri"/>
          <w:lang w:val="zh-CN" w:eastAsia="zh-CN" w:bidi="ar-SA"/>
          <w:rtl w:val="1"/>
          <w:cs w:val="1"/>
          <w:color w:val="000000"/>
          <w:sz w:val="24"/>
          <w:szCs w:val="24"/>
        </w:rPr>
        <w:t>ﻓَﺴُﺒْﺤَﺎﻥَ ﺍﻟَّﺬ۪ﻯ ﺑِﻴَﺪِﻩ۪ ﻣَﻠَﻜُﻮﺕُ ﻛُﻞِّ ﺷَﻰْﺀٍ ﻭَﺍِﻟَﻴْﻪِ ﺗُﺮْﺟَﻌُﻮﻥَ</w:t>
      </w:r>
      <w:r>
        <w:rPr>
          <w:rFonts w:ascii="Times New Roman" w:hAnsi="Times New Roman" w:eastAsia="Noto Serif SC" w:cs="Amiri"/>
          <w:lang w:val="zh-CN" w:eastAsia="zh-CN" w:bidi="ar-SA"/>
          <w:color w:val="000000"/>
          <w:rtl w:val="0"/>
        </w:rPr>
        <w:t>（赞颂那位超绝一切缺欠者：万物的统治与王权尽在祂手中，你们最终也都将被带回祂那里）的一项精义。它证明并阐明：宇宙中从微粒到太阳，每一事物都担负一项职责，其一切努力与运动都依预知与裁定的法则运行；至高无上的真实主宰Allah出于完满的慷慨，又在职责之中置入一种乐趣，作为对服务的奖赏。它同时警告：人是最完善的受造物、有生命者的领袖和大地的继任者；倘若懒惰而陷入疏忽，他就会比无生物更僵滞，比苍蝇和蝗虫更缺乏生气。它由此警醒并劝诫人们履行天赋职责，证明绝对的、应受崇拜的神圣性。</w:t>
      </w:r>
    </w:p>
    <w:p>
      <w:r>
        <w:rPr>
          <w:rFonts w:ascii="Times New Roman" w:hAnsi="Times New Roman" w:eastAsia="Noto Serif SC" w:cs="Amiri"/>
          <w:lang w:val="zh-CN" w:eastAsia="zh-CN" w:bidi="ar-SA"/>
          <w:color w:val="000000"/>
          <w:rtl w:val="0"/>
        </w:rPr>
        <w:t>第九注：至高无上的真实主宰Allah以完满的慷慨，把最大的事物容纳在最小的事物之中；同样，祂把宇宙中的善与诸般完善，显示在众先知身上。众先知是宇宙之树的果实与核心，承载着人类这一族类的真实本质。归属众先知的人，将抵达善与完善、光明与喜乐。另一方面，人从全然奴仆意识来看，虽是一个如微粒般渺小的受造物，却凭其包容万象的概要和这种归属，口中发出的</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（Allah至大，超越一切）之声，便如同整个地球发出的一声宏大的</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（Allah至大，超越一切）。本篇以使人亲见真理般的确切陈述，明白展示真理的幸福与信仰的优美完善，并确证：迷误、邪恶与损失，都在宗教的对立面。</w:t>
      </w:r>
    </w:p>
    <w:p>
      <w:r>
        <w:rPr>
          <w:rFonts w:ascii="Times New Roman" w:hAnsi="Times New Roman" w:eastAsia="Noto Serif SC" w:cs="Amiri"/>
          <w:lang w:val="zh-CN" w:eastAsia="zh-CN" w:bidi="ar-SA"/>
          <w:color w:val="000000"/>
          <w:rtl w:val="0"/>
        </w:rPr>
        <w:t>第十注：达到并观照至高无上的真实主宰Allah的真知之光，在种种迹象与见证者的镜中，看见各项确证与证据的标记，共有三种情形：一种如水，第二种如空气，第三种如光。本篇由此阐明亲近的定义与疏远的种种险境。</w:t>
      </w:r>
    </w:p>
    <w:p>
      <w:r>
        <w:rPr>
          <w:rFonts w:ascii="Times New Roman" w:hAnsi="Times New Roman" w:eastAsia="Noto Serif SC" w:cs="Amiri"/>
          <w:lang w:val="zh-CN" w:eastAsia="zh-CN" w:bidi="ar-SA"/>
          <w:color w:val="000000"/>
          <w:rtl w:val="0"/>
        </w:rPr>
        <w:t>第十一注：它既展示显示奇迹、言辞明晰的《古兰经》其表达中怜爱与慈悯的智慧，也展示《古兰经》文体在雄健与流畅中所具有的自然天性。</w:t>
      </w:r>
    </w:p>
    <w:p>
      <w:r>
        <w:rPr>
          <w:rFonts w:ascii="Times New Roman" w:hAnsi="Times New Roman" w:eastAsia="Noto Serif SC" w:cs="Amiri"/>
          <w:lang w:val="zh-CN" w:eastAsia="zh-CN" w:bidi="ar-SA"/>
          <w:color w:val="000000"/>
          <w:rtl w:val="0"/>
        </w:rPr>
        <w:t>第十二注：它遵循</w:t>
      </w:r>
      <w:r>
        <w:rPr>
          <w:rFonts w:ascii="Amiri" w:hAnsi="Amiri" w:eastAsia="Amiri" w:cs="Amiri"/>
          <w:lang w:val="zh-CN" w:eastAsia="zh-CN" w:bidi="ar-SA"/>
          <w:rtl w:val="1"/>
          <w:cs w:val="1"/>
          <w:color w:val="000000"/>
          <w:sz w:val="24"/>
          <w:szCs w:val="24"/>
        </w:rPr>
        <w:t>ﻣُﻮﺗُﻮﺍ ﻗَﺒْﻞَ ﺍَﻥْ ﺗَﻤُﻮﺗُﻮﺍ</w:t>
      </w:r>
      <w:r>
        <w:rPr>
          <w:rFonts w:ascii="Times New Roman" w:hAnsi="Times New Roman" w:eastAsia="Noto Serif SC" w:cs="Amiri"/>
          <w:lang w:val="zh-CN" w:eastAsia="zh-CN" w:bidi="ar-SA"/>
          <w:color w:val="000000"/>
          <w:rtl w:val="0"/>
        </w:rPr>
        <w:t>（在你们死去之前，先死去；在肉身死亡来临之前，先让违命的自我向Allah顺服）这一尊贵训言，凭借</w:t>
      </w:r>
      <w:r>
        <w:rPr>
          <w:rFonts w:ascii="Amiri" w:hAnsi="Amiri" w:eastAsia="Amiri" w:cs="Amiri"/>
          <w:lang w:val="zh-CN" w:eastAsia="zh-CN" w:bidi="ar-SA"/>
          <w:rtl w:val="1"/>
          <w:cs w:val="1"/>
          <w:color w:val="000000"/>
          <w:sz w:val="24"/>
          <w:szCs w:val="24"/>
        </w:rPr>
        <w:t>ﻛُﻞُّ ﺍٰﺕٍ ﻗَﺮ۪ﻳﺐٌ</w:t>
      </w:r>
      <w:r>
        <w:rPr>
          <w:rFonts w:ascii="Times New Roman" w:hAnsi="Times New Roman" w:eastAsia="Noto Serif SC" w:cs="Amiri"/>
          <w:lang w:val="zh-CN" w:eastAsia="zh-CN" w:bidi="ar-SA"/>
          <w:color w:val="000000"/>
          <w:rtl w:val="0"/>
        </w:rPr>
        <w:t>（一切终将到来之事，其实都已临近）的奥义，揭示死亡与坟墓的本质，勒住桀骜不驯、惯于命恶的自我的缰绳。它阐明：在这个奇异的时代，短暂的一生与暂时的生命中，最适合永恒幸福的行为、最受悦纳的服务、最持久的回赐，就是“以《光明论集》学生巩固信仰的方式，研习信仰诸学问”。它是一项真理准则，也是对学者与文人的警醒。</w:t>
      </w:r>
    </w:p>
    <w:p>
      <w:r>
        <w:rPr>
          <w:rFonts w:ascii="Times New Roman" w:hAnsi="Times New Roman" w:eastAsia="Noto Serif SC" w:cs="Amiri"/>
          <w:lang w:val="zh-CN" w:eastAsia="zh-CN" w:bidi="ar-SA"/>
          <w:color w:val="000000"/>
          <w:rtl w:val="0"/>
        </w:rPr>
        <w:t>第十三注：它论述五个曾被混淆的问题。</w:t>
      </w:r>
    </w:p>
    <w:p>
      <w:r>
        <w:rPr>
          <w:rFonts w:ascii="Times New Roman" w:hAnsi="Times New Roman" w:eastAsia="Noto Serif SC" w:cs="Amiri"/>
          <w:lang w:val="zh-CN" w:eastAsia="zh-CN" w:bidi="ar-SA"/>
          <w:color w:val="000000"/>
          <w:rtl w:val="0"/>
        </w:rPr>
        <w:t>第一：凭借</w:t>
      </w:r>
      <w:r>
        <w:rPr>
          <w:rFonts w:ascii="Amiri" w:hAnsi="Amiri" w:eastAsia="Amiri" w:cs="Amiri"/>
          <w:lang w:val="zh-CN" w:eastAsia="zh-CN" w:bidi="ar-SA"/>
          <w:rtl w:val="1"/>
          <w:cs w:val="1"/>
          <w:color w:val="000000"/>
          <w:sz w:val="24"/>
          <w:szCs w:val="24"/>
        </w:rPr>
        <w:t>ﺍِﻧَّﻚَ لَا ﺗَﻬْﺪ۪ﻯ ﻣَﻦْ ﺍَﺣْﺒَﺒْﺖَ ﻭَﻟٰﻜِﻦَّ ﺍﻟﻠّٰﻪَ ﻳَﻬْﺪ۪ﻯ ﻣَﻦْ ﻳَﺸَٓﺎﺀُ</w:t>
      </w:r>
      <w:r>
        <w:rPr>
          <w:rFonts w:ascii="Times New Roman" w:hAnsi="Times New Roman" w:eastAsia="Noto Serif SC" w:cs="Amiri"/>
          <w:lang w:val="zh-CN" w:eastAsia="zh-CN" w:bidi="ar-SA"/>
          <w:color w:val="000000"/>
          <w:rtl w:val="0"/>
        </w:rPr>
        <w:t>（你确实不能凭自己的意愿引导你所爱的人走上正道；引导之权不全在你，唯有Allah引导祂所意欲的人）的奥义，它说明：在真理之路上工作并奋斗的人，只应考虑自己的职责，不应干预至高无上的真实主宰Allah的职责。它又把全然奴仆意识与受委派的职责，同发号施令和应受崇拜的神圣性区分开来，针对那些因强烈贪婪而混淆二者的人；向越出本分的人指明其位置。这是人人都需要的一个问题。</w:t>
      </w:r>
    </w:p>
    <w:p>
      <w:r>
        <w:rPr>
          <w:rFonts w:ascii="Times New Roman" w:hAnsi="Times New Roman" w:eastAsia="Noto Serif SC" w:cs="Amiri"/>
          <w:lang w:val="zh-CN" w:eastAsia="zh-CN" w:bidi="ar-SA"/>
          <w:color w:val="000000"/>
          <w:rtl w:val="0"/>
        </w:rPr>
        <w:t>第二个问题：它阐明全然奴仆意识的根源是Allah的命令，其结果是Allah的悦纳，其果实与益处属于后世；倘若把尘世的益处、果实和利益当作全然奴仆意识、日常诵念与记念的动机，或动机的一部分，便会在一定程度上使全然奴仆意识失效。它借此讲授全然奴仆意识之奥义的智慧，是一个极其重要而又必要的问题。</w:t>
      </w:r>
    </w:p>
    <w:p>
      <w:r>
        <w:rPr>
          <w:rFonts w:ascii="Times New Roman" w:hAnsi="Times New Roman" w:eastAsia="Noto Serif SC" w:cs="Amiri"/>
          <w:lang w:val="zh-CN" w:eastAsia="zh-CN" w:bidi="ar-SA"/>
          <w:color w:val="000000"/>
          <w:rtl w:val="0"/>
        </w:rPr>
        <w:t>第三：它以一个美好的譬喻，阐释</w:t>
      </w:r>
      <w:r>
        <w:rPr>
          <w:rFonts w:ascii="Amiri" w:hAnsi="Amiri" w:eastAsia="Amiri" w:cs="Amiri"/>
          <w:lang w:val="zh-CN" w:eastAsia="zh-CN" w:bidi="ar-SA"/>
          <w:rtl w:val="1"/>
          <w:cs w:val="1"/>
          <w:color w:val="000000"/>
          <w:sz w:val="24"/>
          <w:szCs w:val="24"/>
        </w:rPr>
        <w:t>ﻃُﻮﺑٰﻰ ﻟِﻤَﻦْ ﻋَﺮَﻑَ ﺣَﺪَّﻩُ ﻭَﻟَﻢْ ﻳَﺘَﺠَﺎﻭَﺯْ ﻃَﻮْﺭَﻩُ</w:t>
      </w:r>
      <w:r>
        <w:rPr>
          <w:rFonts w:ascii="Times New Roman" w:hAnsi="Times New Roman" w:eastAsia="Noto Serif SC" w:cs="Amiri"/>
          <w:lang w:val="zh-CN" w:eastAsia="zh-CN" w:bidi="ar-SA"/>
          <w:color w:val="000000"/>
          <w:rtl w:val="0"/>
        </w:rPr>
        <w:t>（有福者，是认识自己本分界限、不逾越自身品级的人）这则以Allah之言形式传来的神圣圣训所含的神圣准则。它说明：人应当认识自身的无力、匮乏、过失与缺欠——这些是全然奴仆意识的根基——并以恳求叩响Allah神圣门槛的慈悯之门。每一项行为都有真诚的一面；因此，人在行动中应当想着Allah的悦纳，不干预Allah的职责，如此便能升至至高之境。这是一个为人指明道路的重要问题。</w:t>
      </w:r>
    </w:p>
    <w:p>
      <w:r>
        <w:rPr>
          <w:rFonts w:ascii="Times New Roman" w:hAnsi="Times New Roman" w:eastAsia="Noto Serif SC" w:cs="Amiri"/>
          <w:lang w:val="zh-CN" w:eastAsia="zh-CN" w:bidi="ar-SA"/>
          <w:color w:val="000000"/>
          <w:rtl w:val="0"/>
        </w:rPr>
        <w:t>第四个问题：它依据</w:t>
      </w:r>
      <w:r>
        <w:rPr>
          <w:rFonts w:ascii="Amiri" w:hAnsi="Amiri" w:eastAsia="Amiri" w:cs="Amiri"/>
          <w:lang w:val="zh-CN" w:eastAsia="zh-CN" w:bidi="ar-SA"/>
          <w:rtl w:val="1"/>
          <w:cs w:val="1"/>
          <w:color w:val="000000"/>
          <w:sz w:val="24"/>
          <w:szCs w:val="24"/>
        </w:rPr>
        <w:t>وَلَا ﺗَﺎْﻛُﻠُﻮﺍ ﻣِﻤَّﺎ ﻟَﻢْ ﻳُﺬْﻛَﺮِ ﺍﺳْﻢُ ﺍﻟﻠّٰﻪِ ﻋَﻠَﻴْﻪِ</w:t>
      </w:r>
      <w:r>
        <w:rPr>
          <w:rFonts w:ascii="Times New Roman" w:hAnsi="Times New Roman" w:eastAsia="Noto Serif SC" w:cs="Amiri"/>
          <w:lang w:val="zh-CN" w:eastAsia="zh-CN" w:bidi="ar-SA"/>
          <w:color w:val="000000"/>
          <w:rtl w:val="0"/>
        </w:rPr>
        <w:t>（你们不可食用那些未奉Allah之名而宰的东西）这节经文的指示性意义，说明：不得食用和领受不能使人想起真正施恩者、也不是奉祂之名给予的恩赐。人若有需要，应当在各种表面原因的顶上，看见真正施恩者的慈悯之手，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然后再领受。它又以优美而不可反驳的阐释，揭露那些崇拜表面原因者的误解：他们把两件事情同时发生或同时存在的相伴关系，误当成因果关系。由此，它使人的脸转向真正施恩者。</w:t>
      </w:r>
    </w:p>
    <w:p>
      <w:r>
        <w:rPr>
          <w:rFonts w:ascii="Times New Roman" w:hAnsi="Times New Roman" w:eastAsia="Noto Serif SC" w:cs="Amiri"/>
          <w:lang w:val="zh-CN" w:eastAsia="zh-CN" w:bidi="ar-SA"/>
          <w:color w:val="000000"/>
          <w:rtl w:val="0"/>
        </w:rPr>
        <w:t>第五个问题：把一个群体共同努力所取得的成果或荣誉归于其领袖或导师，既是对群体的亏负，也是对那位导师或领袖的亏负。同样，导师只是至高无上的真实主宰Allah其光明与恩泽的映现之所、媒介与途径，不应把他视为源泉、全能者或本源。本篇以一个美好的譬喻证明这一点，并打开一扇窗，让人看见事情的真相。</w:t>
      </w:r>
    </w:p>
    <w:p>
      <w:r>
        <w:rPr>
          <w:rFonts w:ascii="Times New Roman" w:hAnsi="Times New Roman" w:eastAsia="Noto Serif SC" w:cs="Amiri"/>
          <w:lang w:val="zh-CN" w:eastAsia="zh-CN" w:bidi="ar-SA"/>
          <w:color w:val="000000"/>
          <w:rtl w:val="0"/>
        </w:rPr>
        <w:t>第十四注：它包含关于认信Allah独一的四则简短隐示。</w:t>
      </w:r>
    </w:p>
    <w:p>
      <w:r>
        <w:rPr>
          <w:rFonts w:ascii="Times New Roman" w:hAnsi="Times New Roman" w:eastAsia="Noto Serif SC" w:cs="Amiri"/>
          <w:lang w:val="zh-CN" w:eastAsia="zh-CN" w:bidi="ar-SA"/>
          <w:color w:val="000000"/>
          <w:rtl w:val="0"/>
        </w:rPr>
        <w:t>第一则隐示：它使目光狭窄、思想短浅、缺乏审慎而崇拜各种原因的人，把目光转向Allah独一至尊的各项证据；又借一个美好的譬喻宣说</w:t>
      </w:r>
      <w:r>
        <w:rPr>
          <w:rFonts w:ascii="Amiri" w:hAnsi="Amiri" w:eastAsia="Amiri" w:cs="Amiri"/>
          <w:lang w:val="zh-CN" w:eastAsia="zh-CN" w:bidi="ar-SA"/>
          <w:rtl w:val="1"/>
          <w:cs w:val="1"/>
          <w:color w:val="000000"/>
          <w:sz w:val="24"/>
          <w:szCs w:val="24"/>
        </w:rPr>
        <w:t>لَا إِلَهَ إِلَّا اللَّهُ وَحْدَهُ لَا شَرِيكَ لَهُ</w:t>
      </w:r>
      <w:r>
        <w:rPr>
          <w:rFonts w:ascii="Times New Roman" w:hAnsi="Times New Roman" w:eastAsia="Noto Serif SC" w:cs="Amiri"/>
          <w:lang w:val="zh-CN" w:eastAsia="zh-CN" w:bidi="ar-SA"/>
          <w:color w:val="000000"/>
          <w:rtl w:val="0"/>
        </w:rPr>
        <w:t>（除Allah外，绝无应受崇拜者；祂独一无二，没有任何同伴与祂共享神圣性），证明认信Allah独一。</w:t>
      </w:r>
    </w:p>
    <w:p>
      <w:r>
        <w:rPr>
          <w:rFonts w:ascii="Times New Roman" w:hAnsi="Times New Roman" w:eastAsia="Noto Serif SC" w:cs="Amiri"/>
          <w:lang w:val="zh-CN" w:eastAsia="zh-CN" w:bidi="ar-SA"/>
          <w:color w:val="000000"/>
          <w:rtl w:val="0"/>
        </w:rPr>
        <w:t>第二则隐示：它阐释</w:t>
      </w:r>
      <w:r>
        <w:rPr>
          <w:rFonts w:ascii="Amiri" w:hAnsi="Amiri" w:eastAsia="Amiri" w:cs="Amiri"/>
          <w:lang w:val="zh-CN" w:eastAsia="zh-CN" w:bidi="ar-SA"/>
          <w:rtl w:val="1"/>
          <w:cs w:val="1"/>
          <w:color w:val="000000"/>
          <w:sz w:val="24"/>
          <w:szCs w:val="24"/>
        </w:rPr>
        <w:t>ﻳَﺎ ﺑَﺎﻗ۪ﻰ ﺍَﻧْﺖَ ﺍﻟْﺒَﺎﻗ۪ﻰ</w:t>
      </w:r>
      <w:r>
        <w:rPr>
          <w:rFonts w:ascii="Times New Roman" w:hAnsi="Times New Roman" w:eastAsia="Noto Serif SC" w:cs="Amiri"/>
          <w:lang w:val="zh-CN" w:eastAsia="zh-CN" w:bidi="ar-SA"/>
          <w:color w:val="000000"/>
          <w:rtl w:val="0"/>
        </w:rPr>
        <w:t>（永存者啊，唯有您才是永存者；一切易逝者都不是真正的永存）的一项奥义，向沉溺于非真实爱恋的人，指明真实爱恋与真正应受崇拜者Allah。</w:t>
      </w:r>
    </w:p>
    <w:p>
      <w:r>
        <w:rPr>
          <w:rFonts w:ascii="Times New Roman" w:hAnsi="Times New Roman" w:eastAsia="Noto Serif SC" w:cs="Amiri"/>
          <w:lang w:val="zh-CN" w:eastAsia="zh-CN" w:bidi="ar-SA"/>
          <w:color w:val="000000"/>
          <w:rtl w:val="0"/>
        </w:rPr>
        <w:t>第三则隐示：人的种种禀赋与精微内在官能，本是为永存的生命和永恒的景象而造，居于崇高的位置；然而，它们有时却沦为自我欲望的俘虏，而那欲望比微不足道还要微不足道。本篇以警醒和告诫促人觉醒，是这一伟大真理的一小端。</w:t>
      </w:r>
    </w:p>
    <w:p>
      <w:r>
        <w:rPr>
          <w:rFonts w:ascii="Times New Roman" w:hAnsi="Times New Roman" w:eastAsia="Noto Serif SC" w:cs="Amiri"/>
          <w:lang w:val="zh-CN" w:eastAsia="zh-CN" w:bidi="ar-SA"/>
          <w:color w:val="000000"/>
          <w:rtl w:val="0"/>
        </w:rPr>
        <w:t>第四则隐示：它以一个美好的譬喻，把灵魂与心灵从悠长的奢望、过去与未来的痛苦中解救出来，交付给</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（除Allah外，绝无应受崇拜者；唯有祂配得一切敬拜）这一神圣言辞那医治并赐下慈悯的宝库。</w:t>
      </w:r>
    </w:p>
    <w:p>
      <w:r>
        <w:rPr>
          <w:rFonts w:ascii="Times New Roman" w:hAnsi="Times New Roman" w:eastAsia="Noto Serif SC" w:cs="Amiri"/>
          <w:lang w:val="zh-CN" w:eastAsia="zh-CN" w:bidi="ar-SA"/>
          <w:color w:val="000000"/>
          <w:rtl w:val="0"/>
        </w:rPr>
        <w:t>第十五注：它包含三个问题。</w:t>
      </w:r>
    </w:p>
    <w:p>
      <w:r>
        <w:rPr>
          <w:rFonts w:ascii="Times New Roman" w:hAnsi="Times New Roman" w:eastAsia="Noto Serif SC" w:cs="Amiri"/>
          <w:lang w:val="zh-CN" w:eastAsia="zh-CN" w:bidi="ar-SA"/>
          <w:color w:val="000000"/>
          <w:rtl w:val="0"/>
        </w:rPr>
        <w:t>第一：它借</w:t>
      </w:r>
      <w:r>
        <w:rPr>
          <w:rFonts w:ascii="Amiri" w:hAnsi="Amiri" w:eastAsia="Amiri" w:cs="Amiri"/>
          <w:lang w:val="zh-CN" w:eastAsia="zh-CN" w:bidi="ar-SA"/>
          <w:rtl w:val="1"/>
          <w:cs w:val="1"/>
          <w:color w:val="000000"/>
          <w:sz w:val="24"/>
          <w:szCs w:val="24"/>
        </w:rPr>
        <w:t>ﻓَﻤَﻦْ ﻳَﻌْﻤَﻞْ ﻣِﺜْﻘَﺎﻝَ ﺫَﺭَّﺓٍ ﺧَﻴْﺮًﺍ ﻳَﺮَﻩُ ﻭَﻣَﻦْ ﻳَﻌْﻤَﻞْ ﻣِﺜْﻘَﺎﻝَ ﺫَﺭَّﺓٍ ﺷَﺮًّﺍ ﻳَﺮَﻩُ</w:t>
      </w:r>
      <w:r>
        <w:rPr>
          <w:rFonts w:ascii="Times New Roman" w:hAnsi="Times New Roman" w:eastAsia="Noto Serif SC" w:cs="Amiri"/>
          <w:lang w:val="zh-CN" w:eastAsia="zh-CN" w:bidi="ar-SA"/>
          <w:color w:val="000000"/>
          <w:rtl w:val="0"/>
        </w:rPr>
        <w:t>（谁做过一粒微尘重量的善事，他必将看见它的结果；谁做过一粒微尘重量的恶事，他也必将看见它的结果）这节经文，指示“全护者”这一尊名最完满的彰显。它确证：具威严的全护者Allah以无始的知识，在地球这块田地中创造并播下种子；这些种子虽在厚重的土壤里、面对严寒而毫无抵抗，极其柔弱微小，祂仍将它们保全，使它们在复起的春天，如同来自另一个世界一般，遵从创造的命令而来。同样，那些肩负至大信托、身为大地继任者和宇宙果实的人，其行为、作为、言语、善行与恶行，也都被保全，并将在复起的清晨带到清算之地。它向那些因某些原因而认为复起遥不可及的人，展示亲眼可见的例证。</w:t>
      </w:r>
    </w:p>
    <w:p>
      <w:pPr>
        <w:pStyle w:val="Heading2"/>
      </w:pPr>
      <w:r>
        <w:rPr>
          <w:rFonts w:ascii="Times New Roman" w:hAnsi="Times New Roman" w:eastAsia="Noto Serif SC" w:cs="Amiri"/>
          <w:lang w:val="zh-CN" w:eastAsia="zh-CN" w:bidi="ar-SA"/>
          <w:color w:val="000000"/>
          <w:rtl w:val="0"/>
        </w:rPr>
        <w:t>背诵全本《古兰经》的阿里</w:t>
      </w:r>
    </w:p>
    <w:p>
      <w:pPr>
        <w:pStyle w:val="Heading1"/>
        <w:pageBreakBefore/>
      </w:pPr>
      <w:r>
        <w:rPr>
          <w:rFonts w:ascii="Times New Roman" w:hAnsi="Times New Roman" w:eastAsia="Noto Serif SC" w:cs="Amiri"/>
          <w:lang w:val="zh-CN" w:eastAsia="zh-CN" w:bidi="ar-SA"/>
          <w:color w:val="000000"/>
          <w:rtl w:val="0"/>
        </w:rPr>
        <w:t>第十八篇闪光：</w:t>
      </w:r>
    </w:p>
    <w:p>
      <w:r>
        <w:rPr>
          <w:rFonts w:ascii="Times New Roman" w:hAnsi="Times New Roman" w:eastAsia="Noto Serif SC" w:cs="Amiri"/>
          <w:lang w:val="zh-CN" w:eastAsia="zh-CN" w:bidi="ar-SA"/>
          <w:color w:val="000000"/>
          <w:rtl w:val="0"/>
        </w:rPr>
        <w:t>因已在另一部文集中刊出，此处未予收录。</w:t>
      </w:r>
    </w:p>
    <w:p>
      <w:pPr>
        <w:pStyle w:val="Heading1"/>
        <w:pageBreakBefore/>
      </w:pPr>
      <w:r>
        <w:rPr>
          <w:rFonts w:ascii="Times New Roman" w:hAnsi="Times New Roman" w:eastAsia="Noto Serif SC" w:cs="Amiri"/>
          <w:lang w:val="zh-CN" w:eastAsia="zh-CN" w:bidi="ar-SA"/>
          <w:color w:val="000000"/>
          <w:rtl w:val="0"/>
        </w:rPr>
        <w:t>第十九篇闪光：</w:t>
      </w:r>
    </w:p>
    <w:p>
      <w:r>
        <w:rPr>
          <w:rFonts w:ascii="Times New Roman" w:hAnsi="Times New Roman" w:eastAsia="Noto Serif SC" w:cs="Amiri"/>
          <w:lang w:val="zh-CN" w:eastAsia="zh-CN" w:bidi="ar-SA"/>
          <w:color w:val="000000"/>
          <w:rtl w:val="0"/>
        </w:rPr>
        <w:t>这是一部珍贵而极富福泽的论著：它以七项精义阐释</w:t>
      </w:r>
      <w:r>
        <w:rPr>
          <w:rFonts w:ascii="Amiri" w:hAnsi="Amiri" w:eastAsia="Amiri" w:cs="Amiri"/>
          <w:lang w:val="zh-CN" w:eastAsia="zh-CN" w:bidi="ar-SA"/>
          <w:rtl w:val="1"/>
          <w:cs w:val="1"/>
          <w:color w:val="000000"/>
          <w:sz w:val="24"/>
          <w:szCs w:val="24"/>
        </w:rPr>
        <w:t>ﻛُﻠُﻮﺍ ﻭَ ﺍﺷْﺮَﺑُﻮﺍ ﻭَ لَا ﺗُﺴْﺮِﻓُﻮﺍ</w:t>
      </w:r>
      <w:r>
        <w:rPr>
          <w:rFonts w:ascii="Times New Roman" w:hAnsi="Times New Roman" w:eastAsia="Noto Serif SC" w:cs="Amiri"/>
          <w:lang w:val="zh-CN" w:eastAsia="zh-CN" w:bidi="ar-SA"/>
          <w:color w:val="000000"/>
          <w:rtl w:val="0"/>
        </w:rPr>
        <w:t>（你们吃吧，喝吧，却不可过度浪费；饮食是恩赐，享用时不可越出节度）这节尊贵经文，命人节俭，禁止浪费与挥霍，尤其向这个时代的人类讲授一堂极为重要的智慧课。</w:t>
      </w:r>
    </w:p>
    <w:p>
      <w:r>
        <w:rPr>
          <w:rFonts w:ascii="Times New Roman" w:hAnsi="Times New Roman" w:eastAsia="Noto Serif SC" w:cs="Amiri"/>
          <w:lang w:val="zh-CN" w:eastAsia="zh-CN" w:bidi="ar-SA"/>
          <w:color w:val="000000"/>
          <w:rtl w:val="0"/>
        </w:rPr>
        <w:t>第一项精义：它阐明，至高无上的真实主宰Allah将种种恩赐赐给人类，作为这一切的回应对价，祂只向人类要求一份“感恩”。节俭既是对恩赐的尊重，也是对至高无上的真实主宰Allah发自内心的感恩，又是恩赐增益的途径……浪费则是对真正施恩者其恩赐的不敬与轻慢，并会带来严重的后果。</w:t>
      </w:r>
    </w:p>
    <w:p>
      <w:r>
        <w:rPr>
          <w:rFonts w:ascii="Times New Roman" w:hAnsi="Times New Roman" w:eastAsia="Noto Serif SC" w:cs="Amiri"/>
          <w:lang w:val="zh-CN" w:eastAsia="zh-CN" w:bidi="ar-SA"/>
          <w:color w:val="000000"/>
          <w:rtl w:val="0"/>
        </w:rPr>
        <w:t>第二项精义：它展示，人体是一座宫殿，胃是主人，口中的味觉官能是门房，各种食物带来的乐趣则是一份份赏钱。借此说明：身体的治理要靠节俭来保障，浪费则会滋生失衡与疾病。</w:t>
      </w:r>
    </w:p>
    <w:p>
      <w:r>
        <w:rPr>
          <w:rFonts w:ascii="Times New Roman" w:hAnsi="Times New Roman" w:eastAsia="Noto Serif SC" w:cs="Amiri"/>
          <w:lang w:val="zh-CN" w:eastAsia="zh-CN" w:bidi="ar-SA"/>
          <w:color w:val="000000"/>
          <w:rtl w:val="0"/>
        </w:rPr>
        <w:t>第三项精义：味觉官能与其说仅限于物质身体，不如说它更关涉理智、灵魂与心灵。因此，只要不浪费、不堕入卑贱与贫困，并把这味觉官能所在的舌头用于感恩，就可以选择并追求美味的食物。本篇又借盖拉尼大师</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（愿Allah使他的内在奥秘圣洁）尊贵的尊者那使亡者复活的至大非凡恩迹，阐释这一真理；说明只有在灵魂支配身体、心灵支配自我、理智支配胃之后，才有可能达到感恩的最高层次。</w:t>
      </w:r>
    </w:p>
    <w:p>
      <w:r>
        <w:rPr>
          <w:rFonts w:ascii="Times New Roman" w:hAnsi="Times New Roman" w:eastAsia="Noto Serif SC" w:cs="Amiri"/>
          <w:lang w:val="zh-CN" w:eastAsia="zh-CN" w:bidi="ar-SA"/>
          <w:color w:val="000000"/>
          <w:rtl w:val="0"/>
        </w:rPr>
        <w:t>第四项精义：节俭是增益的缘由，因此节俭者一生都过得有尊严；浪费者却总是陷入贫困，甚至沦为乞丐，甚至牺牲自己的体面与名誉，甚至连宗教上的神圣事物也一并舍弃。本篇论述节俭的巨大益处与浪费的可怕损害，又在叙述慷慨之美时，提到一位砍柴老人自足不求的品格，从而把节俭的价值与尊严提升到慷慨之上。</w:t>
      </w:r>
    </w:p>
    <w:p>
      <w:r>
        <w:rPr>
          <w:rFonts w:ascii="Times New Roman" w:hAnsi="Times New Roman" w:eastAsia="Noto Serif SC" w:cs="Amiri"/>
          <w:lang w:val="zh-CN" w:eastAsia="zh-CN" w:bidi="ar-SA"/>
          <w:color w:val="000000"/>
          <w:rtl w:val="0"/>
        </w:rPr>
        <w:t>第五项精义：它借一桩极引人深思的蜂蜜事件，以极其真实的方式，阐释节俭中的尊严与增益、浪费中的贫困与匮乏所包含的一项奥秘。</w:t>
      </w:r>
    </w:p>
    <w:p>
      <w:r>
        <w:rPr>
          <w:rFonts w:ascii="Times New Roman" w:hAnsi="Times New Roman" w:eastAsia="Noto Serif SC" w:cs="Amiri"/>
          <w:lang w:val="zh-CN" w:eastAsia="zh-CN" w:bidi="ar-SA"/>
          <w:color w:val="000000"/>
          <w:rtl w:val="0"/>
        </w:rPr>
        <w:t>第六项精义：它借尊贵的欧麦尔之子、尊贵的阿卜杜拉</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w:t>
      </w:r>
    </w:p>
    <w:p>
      <w:r>
        <w:rPr>
          <w:rFonts w:ascii="Times New Roman" w:hAnsi="Times New Roman" w:eastAsia="Noto Serif SC" w:cs="Amiri"/>
          <w:lang w:val="zh-CN" w:eastAsia="zh-CN" w:bidi="ar-SA"/>
          <w:color w:val="000000"/>
          <w:rtl w:val="0"/>
        </w:rPr>
        <w:t>的一桩事迹，把节俭这种不同于吝啬、也与吝啬相分离的可贵品性，阐释得如此透彻，以致显示出节俭并非吝啬，以及与浪费有别的慷慨所达到的完善境界。</w:t>
      </w:r>
    </w:p>
    <w:p>
      <w:r>
        <w:rPr>
          <w:rFonts w:ascii="Times New Roman" w:hAnsi="Times New Roman" w:eastAsia="Noto Serif SC" w:cs="Amiri"/>
          <w:lang w:val="zh-CN" w:eastAsia="zh-CN" w:bidi="ar-SA"/>
          <w:color w:val="000000"/>
          <w:rtl w:val="0"/>
        </w:rPr>
        <w:t>第七项精义：浪费产生贪婪，贪婪产生不知足，不知足则产生三项重要结果：失望与损失；丧失真诚；损害后世的功修。本篇以种种譬喻阐明，一些以才智著称的文人甚至自甘沦为乞丐，一些学者也因贪婪而陷入生计窘迫；其阐释之优美，使人无法想象还能有更高明的陈述与说明。</w:t>
      </w:r>
    </w:p>
    <w:p>
      <w:pPr>
        <w:pStyle w:val="Heading2"/>
      </w:pPr>
      <w:r>
        <w:rPr>
          <w:rFonts w:ascii="Times New Roman" w:hAnsi="Times New Roman" w:eastAsia="Noto Serif SC" w:cs="Amiri"/>
          <w:lang w:val="zh-CN" w:eastAsia="zh-CN" w:bidi="ar-SA"/>
          <w:color w:val="000000"/>
          <w:rtl w:val="0"/>
        </w:rPr>
        <w:t>胡斯雷夫</w:t>
      </w:r>
    </w:p>
    <w:p>
      <w:pPr>
        <w:pStyle w:val="Heading1"/>
        <w:pageBreakBefore/>
      </w:pPr>
      <w:r>
        <w:rPr>
          <w:rFonts w:ascii="Times New Roman" w:hAnsi="Times New Roman" w:eastAsia="Noto Serif SC" w:cs="Amiri"/>
          <w:lang w:val="zh-CN" w:eastAsia="zh-CN" w:bidi="ar-SA"/>
          <w:color w:val="000000"/>
          <w:rtl w:val="0"/>
        </w:rPr>
        <w:t>第二十篇闪光：</w:t>
      </w:r>
    </w:p>
    <w:p>
      <w:r>
        <w:rPr>
          <w:rFonts w:ascii="Times New Roman" w:hAnsi="Times New Roman" w:eastAsia="Noto Serif SC" w:cs="Amiri"/>
          <w:lang w:val="zh-CN" w:eastAsia="zh-CN" w:bidi="ar-SA"/>
          <w:color w:val="000000"/>
          <w:rtl w:val="0"/>
        </w:rPr>
        <w:t>它依据</w:t>
      </w:r>
      <w:r>
        <w:rPr>
          <w:rFonts w:ascii="Amiri" w:hAnsi="Amiri" w:eastAsia="Amiri" w:cs="Amiri"/>
          <w:lang w:val="zh-CN" w:eastAsia="zh-CN" w:bidi="ar-SA"/>
          <w:rtl w:val="1"/>
          <w:cs w:val="1"/>
          <w:color w:val="000000"/>
          <w:sz w:val="24"/>
          <w:szCs w:val="24"/>
        </w:rPr>
        <w:t>ﺍِﻧَّٓﺎ ﺍَﻧْﺰَﻟْﻨَﺎ ﺍِﻟَﻴْﻚَ ﺍﻟْﻜِﺘَﺎﺏَ ﺑِﺎﻟْﺤَﻖِّ ﺍِﻟٰﻰ ﺍٰﺧِﺮِ</w:t>
      </w:r>
      <w:r>
        <w:rPr>
          <w:rFonts w:ascii="Times New Roman" w:hAnsi="Times New Roman" w:eastAsia="Noto Serif SC" w:cs="Amiri"/>
          <w:lang w:val="zh-CN" w:eastAsia="zh-CN" w:bidi="ar-SA"/>
          <w:color w:val="000000"/>
          <w:rtl w:val="0"/>
        </w:rPr>
        <w:t>（我确已依真理把这部经典降示给你，直至……）这节尊贵经文，以及</w:t>
      </w:r>
      <w:r>
        <w:rPr>
          <w:rFonts w:ascii="Amiri" w:hAnsi="Amiri" w:eastAsia="Amiri" w:cs="Amiri"/>
          <w:lang w:val="zh-CN" w:eastAsia="zh-CN" w:bidi="ar-SA"/>
          <w:rtl w:val="1"/>
          <w:cs w:val="1"/>
          <w:color w:val="000000"/>
          <w:sz w:val="24"/>
          <w:szCs w:val="24"/>
        </w:rPr>
        <w:t>ﻫَﻠَﻚَ ﺍﻟﻨَّﺎﺱُ اِلَّا ﺍﻟْﻌَﺎﻟِﻤُﻮﻥَ ﻭَﻫَﻠَﻚَ ﺍﻟْﻌَﺎﻟِﻤُﻮﻥَ اِلَّا ﺍﻟْﻌَﺎﻣِﻠُﻮﻥَ ﻭَﻫَﻠَﻚَ ﺍﻟْﻌَﺎﻣِﻠُﻮﻥَ اِلَّا ﺍﻟْﻤُﺨْﻠِﺼُﻮﻥَ ﻭَﺍﻟْﻤُﺨْﻠِﺼُﻮﻥَ ﻋَﻠٰﻰ ﺧَﻄَﺮٍ ﻋَﻈ۪ﻴﻢٍ</w:t>
      </w:r>
      <w:r>
        <w:rPr>
          <w:rFonts w:ascii="Times New Roman" w:hAnsi="Times New Roman" w:eastAsia="Noto Serif SC" w:cs="Amiri"/>
          <w:lang w:val="zh-CN" w:eastAsia="zh-CN" w:bidi="ar-SA"/>
          <w:color w:val="000000"/>
          <w:rtl w:val="0"/>
        </w:rPr>
        <w:t>（人们走向毁灭，唯有学者除外；学者走向毁灭，唯有践行所学的人除外；践行者走向毁灭，唯有真诚者除外；而真诚者仍处在巨大的危险之中）这段尊贵圣训的要求，从无数精义中提出五点，阐释并说明：真诚是伊斯兰中最重要的一项根基，其中蕴含着这一奥义。</w:t>
      </w:r>
    </w:p>
    <w:p>
      <w:r>
        <w:rPr>
          <w:rFonts w:ascii="Times New Roman" w:hAnsi="Times New Roman" w:eastAsia="Noto Serif SC" w:cs="Amiri"/>
          <w:lang w:val="zh-CN" w:eastAsia="zh-CN" w:bidi="ar-SA"/>
          <w:color w:val="000000"/>
          <w:rtl w:val="0"/>
        </w:rPr>
        <w:t>第一点：“逐世者、疏忽者、迷误者与伪信者尚且能够毫无竞争地联合起来，为什么真理者与得正道者却在竞争中彼此分歧？”这个实际提出、极其重要又极其可怕、令真理者与真正热忱者痛彻泣血的问题，已从众多原因中以七项原因作出回答。如下：</w:t>
      </w:r>
    </w:p>
    <w:p>
      <w:r>
        <w:rPr>
          <w:rFonts w:ascii="Times New Roman" w:hAnsi="Times New Roman" w:eastAsia="Noto Serif SC" w:cs="Amiri"/>
          <w:lang w:val="zh-CN" w:eastAsia="zh-CN" w:bidi="ar-SA"/>
          <w:color w:val="000000"/>
          <w:rtl w:val="0"/>
        </w:rPr>
        <w:t>它阐明：真理者与得正道者的分歧，并非因为他们缺乏真理、卑微屈辱，也并非因为他们志气低落、卑下、不计结局而目光短浅，更不是因为他们嫉妒并贪恋尘世；同样，疏忽者与迷误者强有力的联合，也不是因为他们拥有真理、考虑结局、目光高远。它的文体如此崇高，表达如此真实，以至使人不禁说：“</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那么，赞颂Allah超绝一切缺欠），这崇高的伊斯兰，无论何时都有三亿五千万甘愿自我牺牲的追随者；由于种种缘由不为我所知，它怎么竟会落入三四个欧洲政府之手，沦为俘虏？那些政府的人口总数不过一亿五千万，而且极度畏惧死亡。</w:t>
      </w:r>
    </w:p>
    <w:p>
      <w:r>
        <w:rPr>
          <w:rFonts w:ascii="Times New Roman" w:hAnsi="Times New Roman" w:eastAsia="Noto Serif SC" w:cs="Amiri"/>
          <w:lang w:val="zh-CN" w:eastAsia="zh-CN" w:bidi="ar-SA"/>
          <w:color w:val="000000"/>
          <w:rtl w:val="0"/>
        </w:rPr>
        <w:t>而且，他们竟被判处这样一种奴役——Allah啊！Allah啊！——人们一有机会，便干出如此可怕的恶行：足以使宗教裁判所的暴虐都显得值得怜悯的酷刑，被施加在无助的穆斯林身上；他们血管中不断被放出的鲜血，代替了眼泪；本应只受棍棒处罚的热忱者，却被残忍暴虐者亲手斩下头颅、抛掷；那些可怜的、热忱的穆斯林，一部分被送上绞架，生命被终结，在世界的各处天边被无情地示众。他们的尘世生命被撕得粉碎，后世生命也受到损害；有些人的两种生命与幸福，更被一并毁灭……这是为什么呢？”对这一实际问题的回答，可以从这部价值堪比钻石宝库的论著第一点所作阐释的结果中得到理解。</w:t>
      </w:r>
    </w:p>
    <w:p>
      <w:r>
        <w:rPr>
          <w:rFonts w:ascii="Times New Roman" w:hAnsi="Times New Roman" w:eastAsia="Noto Serif SC" w:cs="Amiri"/>
          <w:lang w:val="zh-CN" w:eastAsia="zh-CN" w:bidi="ar-SA"/>
          <w:color w:val="000000"/>
          <w:rtl w:val="0"/>
        </w:rPr>
        <w:t>这些可怜的穆斯林走在真理与真实的道路上，却因陷入错误与偏差，真诚受到损伤，竞争侵入他们之间，分裂与分歧取代了彼此间的联合与统一。结果，这些状况未获治疗，这些病症不断蔓延。迷误者见此情形，便把穆斯林的分歧与分裂视作可乘之机，以各种诡计进攻伊斯兰世界，使可怜的穆斯林陷入极其可怕的奴役，并竭力要毁灭他们。</w:t>
      </w:r>
    </w:p>
    <w:p>
      <w:r>
        <w:rPr>
          <w:rFonts w:ascii="Times New Roman" w:hAnsi="Times New Roman" w:eastAsia="Noto Serif SC" w:cs="Amiri"/>
          <w:lang w:val="zh-CN" w:eastAsia="zh-CN" w:bidi="ar-SA"/>
          <w:color w:val="000000"/>
          <w:rtl w:val="0"/>
        </w:rPr>
        <w:t>若干世纪以来，三亿五千万穆斯林被锁链束缚，每日、每时、每刻都痛苦呻吟；造成这些状况的原因，已由本论著第一点极其真实地阐明。然而，可惜！时间与条件并不容许，五点之中只写成了这一点，其余各点都被推迟，未能写出。</w:t>
      </w:r>
    </w:p>
    <w:p>
      <w:pPr>
        <w:pStyle w:val="Heading2"/>
      </w:pPr>
      <w:r>
        <w:rPr>
          <w:rFonts w:ascii="Times New Roman" w:hAnsi="Times New Roman" w:eastAsia="Noto Serif SC" w:cs="Amiri"/>
          <w:lang w:val="zh-CN" w:eastAsia="zh-CN" w:bidi="ar-SA"/>
          <w:color w:val="000000"/>
          <w:rtl w:val="0"/>
        </w:rPr>
        <w:t>胡斯雷夫</w:t>
      </w:r>
    </w:p>
    <w:p>
      <w:r>
        <w:rPr>
          <w:rFonts w:ascii="Times New Roman" w:hAnsi="Times New Roman" w:eastAsia="Noto Serif SC" w:cs="Amiri"/>
          <w:lang w:val="zh-CN" w:eastAsia="zh-CN" w:bidi="ar-SA"/>
          <w:color w:val="000000"/>
          <w:rtl w:val="0"/>
        </w:rPr>
        <w:t>第二十一篇闪光：它阐释以下经文：</w:t>
      </w:r>
      <w:r>
        <w:rPr>
          <w:rFonts w:ascii="Amiri" w:hAnsi="Amiri" w:eastAsia="Amiri" w:cs="Amiri"/>
          <w:lang w:val="zh-CN" w:eastAsia="zh-CN" w:bidi="ar-SA"/>
          <w:rtl w:val="1"/>
          <w:cs w:val="1"/>
          <w:color w:val="000000"/>
          <w:sz w:val="24"/>
          <w:szCs w:val="24"/>
        </w:rPr>
        <w:t>وَلَا ﺗَﻨَﺎﺯَﻋُﻮﺍ ﻓَﺘَﻔْﺸَﻠُﻮﺍ ﻭَﺗَﺬْﻫَﺐَ ﺭ۪ﻳﺤُﻜُﻢْ</w:t>
      </w:r>
      <w:r>
        <w:rPr>
          <w:rFonts w:ascii="Times New Roman" w:hAnsi="Times New Roman" w:eastAsia="Noto Serif SC" w:cs="Amiri"/>
          <w:lang w:val="zh-CN" w:eastAsia="zh-CN" w:bidi="ar-SA"/>
          <w:color w:val="000000"/>
          <w:rtl w:val="0"/>
        </w:rPr>
        <w:t xml:space="preserve">（你们不要互相争执，否则你们必将软弱气馁，你们的力量与威势也必将消逝） </w:t>
      </w:r>
      <w:r>
        <w:rPr>
          <w:rFonts w:ascii="Amiri" w:hAnsi="Amiri" w:eastAsia="Amiri" w:cs="Amiri"/>
          <w:lang w:val="zh-CN" w:eastAsia="zh-CN" w:bidi="ar-SA"/>
          <w:rtl w:val="1"/>
          <w:cs w:val="1"/>
          <w:color w:val="000000"/>
          <w:sz w:val="24"/>
          <w:szCs w:val="24"/>
        </w:rPr>
        <w:t>٭ ﻭَ ﻗُﻮﻣُﻮﺍ ﻟِﻠّٰﻪِ ﻗَﺎﻧِﺘ۪ﻴﻦَ</w:t>
      </w:r>
      <w:r>
        <w:rPr>
          <w:rFonts w:ascii="Times New Roman" w:hAnsi="Times New Roman" w:eastAsia="Noto Serif SC" w:cs="Amiri"/>
          <w:lang w:val="zh-CN" w:eastAsia="zh-CN" w:bidi="ar-SA"/>
          <w:color w:val="000000"/>
          <w:rtl w:val="0"/>
        </w:rPr>
        <w:t xml:space="preserve">（你们当为Allah而立，怀着顺服与持续的敬拜，忠诚地履行对祂的职责） </w:t>
      </w:r>
      <w:r>
        <w:rPr>
          <w:rFonts w:ascii="Amiri" w:hAnsi="Amiri" w:eastAsia="Amiri" w:cs="Amiri"/>
          <w:lang w:val="zh-CN" w:eastAsia="zh-CN" w:bidi="ar-SA"/>
          <w:rtl w:val="1"/>
          <w:cs w:val="1"/>
          <w:color w:val="000000"/>
          <w:sz w:val="24"/>
          <w:szCs w:val="24"/>
        </w:rPr>
        <w:t>٭ ﻗَﺪْ ﺍَﻓْﻠَﺢَ ﻣَﻦْ ﺯَﻛّٰﻴﻬَﺎ ﻭَ ﻗَﺪْ ﺧَﺎﺏَ ﻣَﻦْ ﺩَﺳّٰﻴﻬَﺎ</w:t>
      </w:r>
      <w:r>
        <w:rPr>
          <w:rFonts w:ascii="Times New Roman" w:hAnsi="Times New Roman" w:eastAsia="Noto Serif SC" w:cs="Amiri"/>
          <w:lang w:val="zh-CN" w:eastAsia="zh-CN" w:bidi="ar-SA"/>
          <w:color w:val="000000"/>
          <w:rtl w:val="0"/>
        </w:rPr>
        <w:t xml:space="preserve">（净化自我、使其摆脱罪恶而成长的人，确已获得成功；使自我沉溺于罪恶、将其埋没的人，确已失败） </w:t>
      </w:r>
      <w:r>
        <w:rPr>
          <w:rFonts w:ascii="Amiri" w:hAnsi="Amiri" w:eastAsia="Amiri" w:cs="Amiri"/>
          <w:lang w:val="zh-CN" w:eastAsia="zh-CN" w:bidi="ar-SA"/>
          <w:rtl w:val="1"/>
          <w:cs w:val="1"/>
          <w:color w:val="000000"/>
          <w:sz w:val="24"/>
          <w:szCs w:val="24"/>
        </w:rPr>
        <w:t>٭ وَلَا ﺗَﺸْﺘَﺮُﻭﺍ ﺑِﺎٰﻳَﺎﺗ۪ﻰ ﺛَﻤَﻨًﺎ قَل۪يلًا</w:t>
      </w:r>
      <w:r>
        <w:rPr>
          <w:rFonts w:ascii="Times New Roman" w:hAnsi="Times New Roman" w:eastAsia="Noto Serif SC" w:cs="Amiri"/>
          <w:lang w:val="zh-CN" w:eastAsia="zh-CN" w:bidi="ar-SA"/>
          <w:color w:val="000000"/>
          <w:rtl w:val="0"/>
        </w:rPr>
        <w:t>（你们不要以微薄的代价出卖我的迹象；不可拿Allah的启示换取短暂的尘世利益）。这是一部极其珍贵的论著，说明真诚是每一项善举、尤其是后世服务中最重要的根基。这部论著首先对这个可怕时代里《古兰经》的服务者们说：</w:t>
      </w:r>
    </w:p>
    <w:p>
      <w:r>
        <w:rPr>
          <w:rFonts w:ascii="Times New Roman" w:hAnsi="Times New Roman" w:eastAsia="Noto Serif SC" w:cs="Amiri"/>
          <w:lang w:val="zh-CN" w:eastAsia="zh-CN" w:bidi="ar-SA"/>
          <w:color w:val="000000"/>
          <w:rtl w:val="0"/>
        </w:rPr>
        <w:t>“面对可怕的敌人，处在沉重的压迫之下，身陷严重的迷误与猛烈侵袭的异端之中，你们尽管人数极少，极其软弱、匮乏而无力，一项极其沉重、极其重大、普遍而神圣的信仰职责与《古兰经》服务，却纯粹作为Allah的一项恩惠，由至高无上的真实主宰Allah放在了你们的肩上。因此，你们必须知道：你们比任何人都更有义务、更有责任获得真诚，并把它的奥义深植于自身；你们也必须极力躲避那些毁坏真诚的原因。”它这样说，并阐明获得真诚的四项准则。</w:t>
      </w:r>
    </w:p>
    <w:p>
      <w:r>
        <w:rPr>
          <w:rFonts w:ascii="Times New Roman" w:hAnsi="Times New Roman" w:eastAsia="Noto Serif SC" w:cs="Amiri"/>
          <w:lang w:val="zh-CN" w:eastAsia="zh-CN" w:bidi="ar-SA"/>
          <w:color w:val="000000"/>
          <w:rtl w:val="0"/>
        </w:rPr>
        <w:t>第一项准则：它说，你们应当径直以Allah的悦纳为目标。</w:t>
      </w:r>
    </w:p>
    <w:p>
      <w:r>
        <w:rPr>
          <w:rFonts w:ascii="Times New Roman" w:hAnsi="Times New Roman" w:eastAsia="Noto Serif SC" w:cs="Amiri"/>
          <w:lang w:val="zh-CN" w:eastAsia="zh-CN" w:bidi="ar-SA"/>
          <w:color w:val="000000"/>
          <w:rtl w:val="0"/>
        </w:rPr>
        <w:t>第二项准则：它说，你们应当像一座工厂里运转的齿轮：没有竞争，没有支配，没有嫉妒，没有怠惰，以真正的团结协作，把各自的活动导向共同目标。你们是在一艘神圣之船上受召服务；这艘船带来永恒幸福，使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（愿Allah赐他尊荣、恩福与平安）的共同体在尘世与后世抵达安宁之岸。因此，它命你们诚心持守真诚、联合与团结协作。</w:t>
      </w:r>
    </w:p>
    <w:p>
      <w:r>
        <w:rPr>
          <w:rFonts w:ascii="Times New Roman" w:hAnsi="Times New Roman" w:eastAsia="Noto Serif SC" w:cs="Amiri"/>
          <w:lang w:val="zh-CN" w:eastAsia="zh-CN" w:bidi="ar-SA"/>
          <w:color w:val="000000"/>
          <w:rtl w:val="0"/>
        </w:rPr>
        <w:t>第三项准则：它既以数个例子阐释真诚的一项重要奥义，也说明先导者阿里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（愿Allah喜悦他）与盖拉尼大师</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（愿Allah喜悦他）这样神圣而具有超常力量的英雄，如何始终作为《光明论集》学生前方的导师与后方的援助者，时刻与他们同在。</w:t>
      </w:r>
    </w:p>
    <w:p>
      <w:r>
        <w:rPr>
          <w:rFonts w:ascii="Times New Roman" w:hAnsi="Times New Roman" w:eastAsia="Noto Serif SC" w:cs="Amiri"/>
          <w:lang w:val="zh-CN" w:eastAsia="zh-CN" w:bidi="ar-SA"/>
          <w:color w:val="000000"/>
          <w:rtl w:val="0"/>
        </w:rPr>
        <w:t>第四项准则：它在兄弟之间确立“相互消融”的奥义，也就是“兄弟消融于兄弟之中”的原则。</w:t>
      </w:r>
    </w:p>
    <w:p>
      <w:r>
        <w:rPr>
          <w:rFonts w:ascii="Times New Roman" w:hAnsi="Times New Roman" w:eastAsia="Noto Serif SC" w:cs="Amiri"/>
          <w:lang w:val="zh-CN" w:eastAsia="zh-CN" w:bidi="ar-SA"/>
          <w:color w:val="000000"/>
          <w:rtl w:val="0"/>
        </w:rPr>
        <w:t>它说明，增强真诚的一种途径是“念及死亡”，而损害真诚的原因，则是“沽名钓誉与悠长奢望”等被摒弃的品性。</w:t>
      </w:r>
    </w:p>
    <w:p>
      <w:r>
        <w:rPr>
          <w:rFonts w:ascii="Times New Roman" w:hAnsi="Times New Roman" w:eastAsia="Noto Serif SC" w:cs="Amiri"/>
          <w:lang w:val="zh-CN" w:eastAsia="zh-CN" w:bidi="ar-SA"/>
          <w:color w:val="000000"/>
          <w:rtl w:val="0"/>
        </w:rPr>
        <w:t>获得真诚的第二个原因，是始终念及自己处在Allah的临在之中。它由此既说明摆脱沽名钓誉的方法，也说明已获得的真诚具有许多层次。</w:t>
      </w:r>
    </w:p>
    <w:p>
      <w:r>
        <w:rPr>
          <w:rFonts w:ascii="Times New Roman" w:hAnsi="Times New Roman" w:eastAsia="Noto Serif SC" w:cs="Amiri"/>
          <w:lang w:val="zh-CN" w:eastAsia="zh-CN" w:bidi="ar-SA"/>
          <w:color w:val="000000"/>
          <w:rtl w:val="0"/>
        </w:rPr>
        <w:t>随后，它说明，在破坏真诚的三种障碍中，第一种是“物质利益”；在后世的功修中合作，却有巨大的收益。这种后世收益不同于尘世合伙人的收益，它不会分割或拆分；借Allah的恩泽不断积累的回赐总量，其同等的一份会原封不动地记入每一位参与者的功过簿。它由此劝告：不要因竞争与缺乏真诚而错失这项交易。</w:t>
      </w:r>
    </w:p>
    <w:p>
      <w:r>
        <w:rPr>
          <w:rFonts w:ascii="Times New Roman" w:hAnsi="Times New Roman" w:eastAsia="Noto Serif SC" w:cs="Amiri"/>
          <w:lang w:val="zh-CN" w:eastAsia="zh-CN" w:bidi="ar-SA"/>
          <w:color w:val="000000"/>
          <w:rtl w:val="0"/>
        </w:rPr>
        <w:t>第二种障碍是“众人的瞩目与欢迎”。它郑重命令：必须极力躲避这种障碍，因为它破坏真诚，是最重要的精神疾病之一，并为隐秘的以物配主开辟道路；同时也不可过分看重这类疾病。</w:t>
      </w:r>
    </w:p>
    <w:p>
      <w:r>
        <w:rPr>
          <w:rFonts w:ascii="Times New Roman" w:hAnsi="Times New Roman" w:eastAsia="Noto Serif SC" w:cs="Amiri"/>
          <w:lang w:val="zh-CN" w:eastAsia="zh-CN" w:bidi="ar-SA"/>
          <w:color w:val="000000"/>
          <w:rtl w:val="0"/>
        </w:rPr>
        <w:t>第三种障碍，则谈到恐惧与贪欲所造成的损害会破坏真诚。关于这一点，《六次袭击》已有充分阐释，因此交由那部珍贵的论著说明，并在此作结。这是一部甜美、精微、极其崇高、无与伦比、人人都需要的福泽论著。</w:t>
      </w:r>
    </w:p>
    <w:p>
      <w:pPr>
        <w:pStyle w:val="Heading2"/>
      </w:pPr>
      <w:r>
        <w:rPr>
          <w:rFonts w:ascii="Times New Roman" w:hAnsi="Times New Roman" w:eastAsia="Noto Serif SC" w:cs="Amiri"/>
          <w:lang w:val="zh-CN" w:eastAsia="zh-CN" w:bidi="ar-SA"/>
          <w:color w:val="000000"/>
          <w:rtl w:val="0"/>
        </w:rPr>
        <w:t>胡斯雷夫</w:t>
      </w:r>
    </w:p>
    <w:p>
      <w:pPr>
        <w:pStyle w:val="Heading2"/>
      </w:pPr>
      <w:r>
        <w:rPr>
          <w:rFonts w:ascii="Times New Roman" w:hAnsi="Times New Roman" w:eastAsia="Noto Serif SC" w:cs="Amiri"/>
          <w:lang w:val="zh-CN" w:eastAsia="zh-CN" w:bidi="ar-SA"/>
          <w:color w:val="000000"/>
          <w:rtl w:val="0"/>
        </w:rPr>
        <w:t>写给我一部分兄弟的一封私人书信：</w:t>
      </w:r>
    </w:p>
    <w:p>
      <w:r>
        <w:rPr>
          <w:rFonts w:ascii="Times New Roman" w:hAnsi="Times New Roman" w:eastAsia="Noto Serif SC" w:cs="Amiri"/>
          <w:lang w:val="zh-CN" w:eastAsia="zh-CN" w:bidi="ar-SA"/>
          <w:color w:val="000000"/>
          <w:rtl w:val="0"/>
        </w:rPr>
        <w:t>这是一封珍贵的书信，阐明在异端创新蔓延之时遵循高贵圣行的重要性，并说明写作《光明论》“属于五种崇拜功修”。第二十二篇闪光：</w:t>
      </w:r>
    </w:p>
    <w:p>
      <w:r>
        <w:rPr>
          <w:rFonts w:ascii="Times New Roman" w:hAnsi="Times New Roman" w:eastAsia="Noto Serif SC" w:cs="Amiri"/>
          <w:lang w:val="zh-CN" w:eastAsia="zh-CN" w:bidi="ar-SA"/>
          <w:color w:val="000000"/>
          <w:rtl w:val="0"/>
        </w:rPr>
        <w:t>许多人对《光明论》的作者和《光明论》提出这样一个问题：“你没有介入逐世者的尘世事务，他们为何却一有机会就干涉你的后世？何况，任何政府都不干涉弃绝尘世者与离群索居者。”本篇借</w:t>
      </w:r>
      <w:r>
        <w:rPr>
          <w:rFonts w:ascii="Amiri" w:hAnsi="Amiri" w:eastAsia="Amiri" w:cs="Amiri"/>
          <w:lang w:val="zh-CN" w:eastAsia="zh-CN" w:bidi="ar-SA"/>
          <w:rtl w:val="1"/>
          <w:cs w:val="1"/>
          <w:color w:val="000000"/>
          <w:sz w:val="24"/>
          <w:szCs w:val="24"/>
        </w:rPr>
        <w:t>ﻭَﻣَﻦْ ﻳَﺘَﻮَﻛَّﻞْ ﻋَﻠَﻰ ﺍﻟﻠّٰﻪِ ﻓَﻬُﻮَ ﺣَﺴْﺒُﻪُ</w:t>
      </w:r>
      <w:r>
        <w:rPr>
          <w:rFonts w:ascii="Times New Roman" w:hAnsi="Times New Roman" w:eastAsia="Noto Serif SC" w:cs="Amiri"/>
          <w:lang w:val="zh-CN" w:eastAsia="zh-CN" w:bidi="ar-SA"/>
          <w:color w:val="000000"/>
          <w:rtl w:val="0"/>
        </w:rPr>
        <w:t xml:space="preserve">（谁若全心托靠Allah，Allah便足以成为他的依靠与护佑，满足他真正的需要） </w:t>
      </w:r>
      <w:r>
        <w:rPr>
          <w:rFonts w:ascii="Amiri" w:hAnsi="Amiri" w:eastAsia="Amiri" w:cs="Amiri"/>
          <w:lang w:val="zh-CN" w:eastAsia="zh-CN" w:bidi="ar-SA"/>
          <w:rtl w:val="1"/>
          <w:cs w:val="1"/>
          <w:color w:val="000000"/>
          <w:sz w:val="24"/>
          <w:szCs w:val="24"/>
        </w:rPr>
        <w:t>ﺍِﻥَّ ﺍﻟﻠّٰﻪَ ﺑَﺎﻟِﻎُ ﺍَﻣْﺮِﻩ۪</w:t>
      </w:r>
      <w:r>
        <w:rPr>
          <w:rFonts w:ascii="Times New Roman" w:hAnsi="Times New Roman" w:eastAsia="Noto Serif SC" w:cs="Amiri"/>
          <w:lang w:val="zh-CN" w:eastAsia="zh-CN" w:bidi="ar-SA"/>
          <w:color w:val="000000"/>
          <w:rtl w:val="0"/>
        </w:rPr>
        <w:t xml:space="preserve">（Allah必定成就祂的旨意，使祂所决定的事完全实现，无人能加以阻挠） </w:t>
      </w:r>
      <w:r>
        <w:rPr>
          <w:rFonts w:ascii="Amiri" w:hAnsi="Amiri" w:eastAsia="Amiri" w:cs="Amiri"/>
          <w:lang w:val="zh-CN" w:eastAsia="zh-CN" w:bidi="ar-SA"/>
          <w:rtl w:val="1"/>
          <w:cs w:val="1"/>
          <w:color w:val="000000"/>
          <w:sz w:val="24"/>
          <w:szCs w:val="24"/>
        </w:rPr>
        <w:t>ﻗَﺪْ ﺟَﻌَﻞَ ﺍﻟﻠّٰﻪُ ﻟِﻜُﻞِّ ﺷَﻰْﺀٍ ﻗَﺪْﺭًﺍ</w:t>
      </w:r>
      <w:r>
        <w:rPr>
          <w:rFonts w:ascii="Times New Roman" w:hAnsi="Times New Roman" w:eastAsia="Noto Serif SC" w:cs="Amiri"/>
          <w:lang w:val="zh-CN" w:eastAsia="zh-CN" w:bidi="ar-SA"/>
          <w:color w:val="000000"/>
          <w:rtl w:val="0"/>
        </w:rPr>
        <w:t>（Allah确已为万物规定了各自的度量、界限与命数）等经文，以三项指示作出了极为优美的回答。</w:t>
      </w:r>
    </w:p>
    <w:p>
      <w:r>
        <w:rPr>
          <w:rFonts w:ascii="Times New Roman" w:hAnsi="Times New Roman" w:eastAsia="Noto Serif SC" w:cs="Amiri"/>
          <w:lang w:val="zh-CN" w:eastAsia="zh-CN" w:bidi="ar-SA"/>
          <w:color w:val="000000"/>
          <w:rtl w:val="0"/>
        </w:rPr>
        <w:t>第一项指示：《光明论》的作者与《光明论》，已成为全体信仰者，尤其是伊斯帕尔塔省的人们在精神上进步、信仰得以舒展的重要凭借。因此，他们为了宗教与神圣律法，不得不捍卫自身权利，回应这个问题；这也确凿表明，针对无宗教者履行抗辩之责，是人们，尤其是伊斯帕尔塔省人民应有的权利。</w:t>
      </w:r>
    </w:p>
    <w:p>
      <w:r>
        <w:rPr>
          <w:rFonts w:ascii="Times New Roman" w:hAnsi="Times New Roman" w:eastAsia="Noto Serif SC" w:cs="Amiri"/>
          <w:lang w:val="zh-CN" w:eastAsia="zh-CN" w:bidi="ar-SA"/>
          <w:color w:val="000000"/>
          <w:rtl w:val="0"/>
        </w:rPr>
        <w:t>第二项指示：毫无美德的文明以批评和质问的口吻说：“你为何疏远我们，不求助于我们？我们有自己的原则，有这个时代所要求的专门准则，而你却不肯让自己和信仰者接受其实施。在这些共和政体的时代，本有消除压迫与强横支配的原则；可是你以教学和隐居为幌子引人注意，又违背政府体制行事，你的人生经历已经表明了这一点。你的这种行径是资产阶级的做派。我们则要借普通民众阶层的觉醒，推行社会主义与布尔什维主义的准则，以利于我们的事业。我们难以忍受在与我们原则相左、被称为资产阶级的特权阶层之专制与压迫下接受纯粹的公正。”针对诸如此类的问题，回答是：</w:t>
      </w:r>
    </w:p>
    <w:p>
      <w:pPr>
        <w:pStyle w:val="Heading2"/>
      </w:pPr>
      <w:r>
        <w:rPr>
          <w:rFonts w:ascii="Times New Roman" w:hAnsi="Times New Roman" w:eastAsia="Noto Serif SC" w:cs="Amiri"/>
          <w:lang w:val="zh-CN" w:eastAsia="zh-CN" w:bidi="ar-SA"/>
          <w:color w:val="000000"/>
          <w:rtl w:val="0"/>
        </w:rPr>
        <w:t>怎能以压迫与不义毁灭真理，</w:t>
      </w:r>
    </w:p>
    <w:p>
      <w:r>
        <w:rPr>
          <w:rFonts w:ascii="Times New Roman" w:hAnsi="Times New Roman" w:eastAsia="Noto Serif SC" w:cs="Amiri"/>
          <w:lang w:val="zh-CN" w:eastAsia="zh-CN" w:bidi="ar-SA"/>
          <w:color w:val="000000"/>
          <w:rtl w:val="0"/>
        </w:rPr>
        <w:t>努力吧，若你力所能及，就把心灵从人性中拔除。</w:t>
      </w:r>
    </w:p>
    <w:p>
      <w:r>
        <w:rPr>
          <w:rFonts w:ascii="Times New Roman" w:hAnsi="Times New Roman" w:eastAsia="Noto Serif SC" w:cs="Amiri"/>
          <w:lang w:val="zh-CN" w:eastAsia="zh-CN" w:bidi="ar-SA"/>
          <w:color w:val="000000"/>
          <w:rtl w:val="0"/>
        </w:rPr>
        <w:t>本篇以这一准则，借几个重要实例作出极美的回答：至高无上的真实主宰Allah以祂的宏恩与慷慨，赐给作者理解信仰与《古兰经》诸学问的美德；那些企图除去这一恩赐的人，是披着人形的恶魔。背离正道者与某些伪信者所施加的这种逾越法律的对待，不会获得任何政府或任何人的赞同，共和政府也不允许。若能理解这一点，不仅《光明论》的作者，全人类都会愤慨；这也显示，诸元素正在震怒。</w:t>
      </w:r>
    </w:p>
    <w:p>
      <w:r>
        <w:rPr>
          <w:rFonts w:ascii="Times New Roman" w:hAnsi="Times New Roman" w:eastAsia="Noto Serif SC" w:cs="Amiri"/>
          <w:lang w:val="zh-CN" w:eastAsia="zh-CN" w:bidi="ar-SA"/>
          <w:color w:val="000000"/>
          <w:rtl w:val="0"/>
        </w:rPr>
        <w:t>第三项指示：是对两个问题的回答。</w:t>
      </w:r>
    </w:p>
    <w:p>
      <w:r>
        <w:rPr>
          <w:rFonts w:ascii="Times New Roman" w:hAnsi="Times New Roman" w:eastAsia="Noto Serif SC" w:cs="Amiri"/>
          <w:lang w:val="zh-CN" w:eastAsia="zh-CN" w:bidi="ar-SA"/>
          <w:color w:val="000000"/>
          <w:rtl w:val="0"/>
        </w:rPr>
        <w:t>其一：哲学之人为无神否认张目，说道：“身在我国的一个人，必须服从强制实行的共和法律；可是你没有公职，却想赢得民众的关注。”本篇针对他们的这种说法，作出一个使其缄口的回答，揭露他们的诡计，显明他们究竟是何等人物。</w:t>
      </w:r>
    </w:p>
    <w:p>
      <w:r>
        <w:rPr>
          <w:rFonts w:ascii="Times New Roman" w:hAnsi="Times New Roman" w:eastAsia="Noto Serif SC" w:cs="Amiri"/>
          <w:lang w:val="zh-CN" w:eastAsia="zh-CN" w:bidi="ar-SA"/>
          <w:color w:val="000000"/>
          <w:rtl w:val="0"/>
        </w:rPr>
        <w:t>第二个问题：他们说：“赢得民众的关注与公共地位，是我们公职人员的专有权；你没有公职，所以我们不愿看到你们获得民众的关注与公共地位。”对此的回答是：</w:t>
      </w:r>
    </w:p>
    <w:p>
      <w:r>
        <w:rPr>
          <w:rFonts w:ascii="Times New Roman" w:hAnsi="Times New Roman" w:eastAsia="Noto Serif SC" w:cs="Amiri"/>
          <w:lang w:val="zh-CN" w:eastAsia="zh-CN" w:bidi="ar-SA"/>
          <w:color w:val="000000"/>
          <w:rtl w:val="0"/>
        </w:rPr>
        <w:t>倘若人只是一具躯体，永远不死地留在世上，坟墓之门紧闭，死亡也被消灭，那么，职责便只属于物质层面的军人与行政官员。然而，否认如此精神性的、极其重要而又关乎全人类的职责，就等于否认并驳斥</w:t>
      </w:r>
      <w:r>
        <w:rPr>
          <w:rFonts w:ascii="Amiri" w:hAnsi="Amiri" w:eastAsia="Amiri" w:cs="Amiri"/>
          <w:lang w:val="zh-CN" w:eastAsia="zh-CN" w:bidi="ar-SA"/>
          <w:rtl w:val="1"/>
          <w:cs w:val="1"/>
          <w:color w:val="000000"/>
          <w:sz w:val="24"/>
          <w:szCs w:val="24"/>
        </w:rPr>
        <w:t>الْمَوْتُ حَقٌ</w:t>
      </w:r>
      <w:r>
        <w:rPr>
          <w:rFonts w:ascii="Times New Roman" w:hAnsi="Times New Roman" w:eastAsia="Noto Serif SC" w:cs="Amiri"/>
          <w:lang w:val="zh-CN" w:eastAsia="zh-CN" w:bidi="ar-SA"/>
          <w:color w:val="000000"/>
          <w:rtl w:val="0"/>
        </w:rPr>
        <w:t>（死亡是真实无疑的，是每个人必然面对的事实）这一真理，也就是否认并驳斥每天以葬礼之印签署、确认这一真理的三万位见证者的证言。既然否认与驳斥是不可能的，那么，必然存在许多依托迫切精神需要的精神职责。本篇以两个优美而重要的比喻，阐明并证明了这一点。</w:t>
      </w:r>
    </w:p>
    <w:p>
      <w:r>
        <w:rPr>
          <w:rFonts w:ascii="Times New Roman" w:hAnsi="Times New Roman" w:eastAsia="Noto Serif SC" w:cs="Amiri"/>
          <w:lang w:val="zh-CN" w:eastAsia="zh-CN" w:bidi="ar-SA"/>
          <w:color w:val="000000"/>
          <w:rtl w:val="0"/>
        </w:rPr>
        <w:t>本篇在结语中说：“怀有强烈自我主张的逐世者，在每一件事上都极其敏感；倘若他们有意识，那几乎会达到天才般的处置程度。”借此劝诫信仰者不要被他们的这种敏感与诡计欺骗，并告知：他们的这种状态是一种渐诱。</w:t>
      </w:r>
    </w:p>
    <w:p>
      <w:pPr>
        <w:pStyle w:val="Heading2"/>
      </w:pPr>
      <w:r>
        <w:rPr>
          <w:rFonts w:ascii="Times New Roman" w:hAnsi="Times New Roman" w:eastAsia="Noto Serif SC" w:cs="Amiri"/>
          <w:lang w:val="zh-CN" w:eastAsia="zh-CN" w:bidi="ar-SA"/>
          <w:color w:val="000000"/>
          <w:rtl w:val="0"/>
        </w:rPr>
        <w:t>小阿里</w:t>
      </w:r>
    </w:p>
    <w:p>
      <w:pPr>
        <w:pStyle w:val="Heading1"/>
        <w:pageBreakBefore/>
      </w:pPr>
      <w:r>
        <w:rPr>
          <w:rFonts w:ascii="Times New Roman" w:hAnsi="Times New Roman" w:eastAsia="Noto Serif SC" w:cs="Amiri"/>
          <w:lang w:val="zh-CN" w:eastAsia="zh-CN" w:bidi="ar-SA"/>
          <w:color w:val="000000"/>
          <w:rtl w:val="0"/>
        </w:rPr>
        <w:t>第二十三篇闪光：</w:t>
      </w:r>
    </w:p>
    <w:p>
      <w:r>
        <w:rPr>
          <w:rFonts w:ascii="Times New Roman" w:hAnsi="Times New Roman" w:eastAsia="Noto Serif SC" w:cs="Amiri"/>
          <w:lang w:val="zh-CN" w:eastAsia="zh-CN" w:bidi="ar-SA"/>
          <w:color w:val="000000"/>
          <w:rtl w:val="0"/>
        </w:rPr>
        <w:t>本篇是第三十一封书信中的第二十三篇闪光，即《自然论著》。它以彻底到再无复苏之机的方式，杀灭来自自然的不信思想；将不信的基石彻底掀翻；把极其丑恶、令人憎恶且全不合乎理性的迷误思想，从公正之人的行列中驱除出去。它以极为重要、十分优美而又极富精神趣味的方式，开启通往永恒幸福的真实道路，并以证据与确证加以证明。这是一部崇高而极为珍贵的论著，也使人永远为其作者祈求慈悯。</w:t>
      </w:r>
    </w:p>
    <w:p>
      <w:r>
        <w:rPr>
          <w:rFonts w:ascii="Times New Roman" w:hAnsi="Times New Roman" w:eastAsia="Noto Serif SC" w:cs="Amiri"/>
          <w:lang w:val="zh-CN" w:eastAsia="zh-CN" w:bidi="ar-SA"/>
          <w:color w:val="000000"/>
          <w:rtl w:val="0"/>
        </w:rPr>
        <w:t>这部论著是对</w:t>
      </w:r>
      <w:r>
        <w:rPr>
          <w:rFonts w:ascii="Amiri" w:hAnsi="Amiri" w:eastAsia="Amiri" w:cs="Amiri"/>
          <w:lang w:val="zh-CN" w:eastAsia="zh-CN" w:bidi="ar-SA"/>
          <w:rtl w:val="1"/>
          <w:cs w:val="1"/>
          <w:color w:val="000000"/>
          <w:sz w:val="24"/>
          <w:szCs w:val="24"/>
        </w:rPr>
        <w:t>ﻗَﺎﻟَﺖْ ﺭُﺳُﻠُﻬُﻢْ ﺍَﻓِﻰ ﺍﻟﻠّٰﻪِ ﺷَﻚٌّ ﻓَﺎﻃِﺮِ ﺍﻟﺴَّﻤٰﻮَﺍﺕِ وَالْاَرْضِ</w:t>
      </w:r>
      <w:r>
        <w:rPr>
          <w:rFonts w:ascii="Times New Roman" w:hAnsi="Times New Roman" w:eastAsia="Noto Serif SC" w:cs="Amiri"/>
          <w:lang w:val="zh-CN" w:eastAsia="zh-CN" w:bidi="ar-SA"/>
          <w:color w:val="000000"/>
          <w:rtl w:val="0"/>
        </w:rPr>
        <w:t>（他们的众使者说：“对于Allah，对于那位从无中开创诸天与大地的主宰，难道还会有任何怀疑吗？”）这节尊贵经文的明晰阐释，宣告“对于至高无上的真实主宰Allah，不可能、也不应当存有怀疑”，从而将Allah的存在与独一彰显到自明的程度。</w:t>
      </w:r>
    </w:p>
    <w:p>
      <w:r>
        <w:rPr>
          <w:rFonts w:ascii="Times New Roman" w:hAnsi="Times New Roman" w:eastAsia="Noto Serif SC" w:cs="Amiri"/>
          <w:lang w:val="zh-CN" w:eastAsia="zh-CN" w:bidi="ar-SA"/>
          <w:color w:val="000000"/>
          <w:rtl w:val="0"/>
        </w:rPr>
        <w:t>在阐明这一奥义之前，本篇先作一项提醒：一三三八年，信仰者正因伊斯兰军队战胜希腊而欢欣，一种极其可怕的无神否认思想却即将渗入他们强有力的思想之中。这部论著当时以阿拉伯文在安卡拉出版，目的正是击碎那种无神否认理念的头颅；后来，它又按原文译成了土耳其文。</w:t>
      </w:r>
    </w:p>
    <w:p>
      <w:r>
        <w:rPr>
          <w:rFonts w:ascii="Times New Roman" w:hAnsi="Times New Roman" w:eastAsia="Noto Serif SC" w:cs="Amiri"/>
          <w:lang w:val="zh-CN" w:eastAsia="zh-CN" w:bidi="ar-SA"/>
          <w:color w:val="000000"/>
          <w:rtl w:val="0"/>
        </w:rPr>
        <w:t>导言：本篇说明人们口中说出、暗含无宗教意味，而信仰者也在不知不觉间使用的最重要的三个词句。</w:t>
      </w:r>
    </w:p>
    <w:p>
      <w:r>
        <w:rPr>
          <w:rFonts w:ascii="Times New Roman" w:hAnsi="Times New Roman" w:eastAsia="Noto Serif SC" w:cs="Amiri"/>
          <w:lang w:val="zh-CN" w:eastAsia="zh-CN" w:bidi="ar-SA"/>
          <w:color w:val="000000"/>
          <w:rtl w:val="0"/>
        </w:rPr>
        <w:t>第一句：</w:t>
      </w:r>
      <w:r>
        <w:rPr>
          <w:rFonts w:ascii="Amiri" w:hAnsi="Amiri" w:eastAsia="Amiri" w:cs="Amiri"/>
          <w:lang w:val="zh-CN" w:eastAsia="zh-CN" w:bidi="ar-SA"/>
          <w:rtl w:val="1"/>
          <w:cs w:val="1"/>
          <w:color w:val="000000"/>
          <w:sz w:val="24"/>
          <w:szCs w:val="24"/>
        </w:rPr>
        <w:t>ﺍَﻭْﺟَﺪَﺗْﻪُ الْاَسْبَابُ</w:t>
      </w:r>
      <w:r>
        <w:rPr>
          <w:rFonts w:ascii="Times New Roman" w:hAnsi="Times New Roman" w:eastAsia="Noto Serif SC" w:cs="Amiri"/>
          <w:lang w:val="zh-CN" w:eastAsia="zh-CN" w:bidi="ar-SA"/>
          <w:color w:val="000000"/>
          <w:rtl w:val="0"/>
        </w:rPr>
        <w:t>（诸因把它创造了出来，仿佛存在的原因是诸因自身）。也就是说，世间诸因在创造。</w:t>
      </w:r>
    </w:p>
    <w:p>
      <w:r>
        <w:rPr>
          <w:rFonts w:ascii="Times New Roman" w:hAnsi="Times New Roman" w:eastAsia="Noto Serif SC" w:cs="Amiri"/>
          <w:lang w:val="zh-CN" w:eastAsia="zh-CN" w:bidi="ar-SA"/>
          <w:color w:val="000000"/>
          <w:rtl w:val="0"/>
        </w:rPr>
        <w:t>第二句：</w:t>
      </w:r>
      <w:r>
        <w:rPr>
          <w:rFonts w:ascii="Amiri" w:hAnsi="Amiri" w:eastAsia="Amiri" w:cs="Amiri"/>
          <w:lang w:val="zh-CN" w:eastAsia="zh-CN" w:bidi="ar-SA"/>
          <w:rtl w:val="1"/>
          <w:cs w:val="1"/>
          <w:color w:val="000000"/>
          <w:sz w:val="24"/>
          <w:szCs w:val="24"/>
        </w:rPr>
        <w:t>ﺗَﺸَﻜَّﻞَ ﺑِﻨَﻔْﺴِﻪ۪</w:t>
      </w:r>
      <w:r>
        <w:rPr>
          <w:rFonts w:ascii="Times New Roman" w:hAnsi="Times New Roman" w:eastAsia="Noto Serif SC" w:cs="Amiri"/>
          <w:lang w:val="zh-CN" w:eastAsia="zh-CN" w:bidi="ar-SA"/>
          <w:color w:val="000000"/>
          <w:rtl w:val="0"/>
        </w:rPr>
        <w:t>（它凭自身而成形，仿佛无需任何创造者便自行形成）。也就是说，它自行发生。</w:t>
      </w:r>
    </w:p>
    <w:p>
      <w:r>
        <w:rPr>
          <w:rFonts w:ascii="Times New Roman" w:hAnsi="Times New Roman" w:eastAsia="Noto Serif SC" w:cs="Amiri"/>
          <w:lang w:val="zh-CN" w:eastAsia="zh-CN" w:bidi="ar-SA"/>
          <w:color w:val="000000"/>
          <w:rtl w:val="0"/>
        </w:rPr>
        <w:t>第三句：</w:t>
      </w:r>
      <w:r>
        <w:rPr>
          <w:rFonts w:ascii="Amiri" w:hAnsi="Amiri" w:eastAsia="Amiri" w:cs="Amiri"/>
          <w:lang w:val="zh-CN" w:eastAsia="zh-CN" w:bidi="ar-SA"/>
          <w:rtl w:val="1"/>
          <w:cs w:val="1"/>
          <w:color w:val="000000"/>
          <w:sz w:val="24"/>
          <w:szCs w:val="24"/>
        </w:rPr>
        <w:t>ﺍِﻗْﺘَﻀَﺘْﻪُ ﺍﻟﻄَّﺒ۪ﻴﻌَﺔُ</w:t>
      </w:r>
      <w:r>
        <w:rPr>
          <w:rFonts w:ascii="Times New Roman" w:hAnsi="Times New Roman" w:eastAsia="Noto Serif SC" w:cs="Amiri"/>
          <w:lang w:val="zh-CN" w:eastAsia="zh-CN" w:bidi="ar-SA"/>
          <w:color w:val="000000"/>
          <w:rtl w:val="0"/>
        </w:rPr>
        <w:t>（自然要求并造就了它，仿佛自然是使其存在的主体）。也就是说，自然要求并制造它。</w:t>
      </w:r>
    </w:p>
    <w:p>
      <w:r>
        <w:rPr>
          <w:rFonts w:ascii="Times New Roman" w:hAnsi="Times New Roman" w:eastAsia="Noto Serif SC" w:cs="Amiri"/>
          <w:lang w:val="zh-CN" w:eastAsia="zh-CN" w:bidi="ar-SA"/>
          <w:color w:val="000000"/>
          <w:rtl w:val="0"/>
        </w:rPr>
        <w:t>这三句可怕的话，各自包含至少九十种不可能；本篇以每句三种、共九种不可能，彻底封闭它们所开辟的三条道路，并以真实而精妙的比喻证明：第四条道路，即认信Allah独一之路，才是正路；一切存在物，都凭具威严的全能者Allah的权能而获得存在。</w:t>
      </w:r>
    </w:p>
    <w:p>
      <w:r>
        <w:rPr>
          <w:rFonts w:ascii="Times New Roman" w:hAnsi="Times New Roman" w:eastAsia="Noto Serif SC" w:cs="Amiri"/>
          <w:lang w:val="zh-CN" w:eastAsia="zh-CN" w:bidi="ar-SA"/>
          <w:color w:val="000000"/>
          <w:rtl w:val="0"/>
        </w:rPr>
        <w:t>第一句：</w:t>
      </w:r>
      <w:r>
        <w:rPr>
          <w:rFonts w:ascii="Amiri" w:hAnsi="Amiri" w:eastAsia="Amiri" w:cs="Amiri"/>
          <w:lang w:val="zh-CN" w:eastAsia="zh-CN" w:bidi="ar-SA"/>
          <w:rtl w:val="1"/>
          <w:cs w:val="1"/>
          <w:color w:val="000000"/>
          <w:sz w:val="24"/>
          <w:szCs w:val="24"/>
        </w:rPr>
        <w:t>ﺍَﻭْﺟَﺪَﺗْﻪُ الْاَسْبَابُ</w:t>
      </w:r>
      <w:r>
        <w:rPr>
          <w:rFonts w:ascii="Times New Roman" w:hAnsi="Times New Roman" w:eastAsia="Noto Serif SC" w:cs="Amiri"/>
          <w:lang w:val="zh-CN" w:eastAsia="zh-CN" w:bidi="ar-SA"/>
          <w:color w:val="000000"/>
          <w:rtl w:val="0"/>
        </w:rPr>
        <w:t>（诸因把它创造了出来，仿佛存在的原因是诸因自身）。万物由世间诸因聚合而形成，这一主张有极多不可能之处；本篇列举其中三种。</w:t>
      </w:r>
    </w:p>
    <w:p>
      <w:r>
        <w:rPr>
          <w:rFonts w:ascii="Times New Roman" w:hAnsi="Times New Roman" w:eastAsia="Noto Serif SC" w:cs="Amiri"/>
          <w:lang w:val="zh-CN" w:eastAsia="zh-CN" w:bidi="ar-SA"/>
          <w:color w:val="000000"/>
          <w:rtl w:val="0"/>
        </w:rPr>
        <w:t>其一：若不把任何有生命之物的创造归于独一无二者Allah，而向诸因索取，就好比一间大药房里，罐中诸种物质因一次奇异的偶然，或因风吹倒、碰翻药罐，使其中物质流出并聚到一处。本篇借这个比喻，阐明把万物的存在归于诸因的信念具有无穷无尽的不可能性。</w:t>
      </w:r>
    </w:p>
    <w:p>
      <w:r>
        <w:rPr>
          <w:rFonts w:ascii="Times New Roman" w:hAnsi="Times New Roman" w:eastAsia="Noto Serif SC" w:cs="Amiri"/>
          <w:lang w:val="zh-CN" w:eastAsia="zh-CN" w:bidi="ar-SA"/>
          <w:color w:val="000000"/>
          <w:rtl w:val="0"/>
        </w:rPr>
        <w:t>第二种不可能：若说万有之中一只苍蝇的构造不归于其存在为必然者Allah，而由世间诸因造成，那么，这只与宇宙大部分事物相关联的苍蝇，要把它的每一颗粒子安置到眼睛、耳朵、心脏和躯体中，就必须驱使世界的诸支柱、元素与各种自然本性，如同工匠一般，在这只苍蝇的外部和内部同时工作。这种不可能，甚至会使诡辩者也为自己愚妄的主张感到羞愧。</w:t>
      </w:r>
    </w:p>
    <w:p>
      <w:r>
        <w:rPr>
          <w:rFonts w:ascii="Times New Roman" w:hAnsi="Times New Roman" w:eastAsia="Noto Serif SC" w:cs="Amiri"/>
          <w:lang w:val="zh-CN" w:eastAsia="zh-CN" w:bidi="ar-SA"/>
          <w:color w:val="000000"/>
          <w:rtl w:val="0"/>
        </w:rPr>
        <w:t>第三种不可能：依照“一个事物若具有统一性，它必然出自同一只手”这一原则，一个拥有如此完善秩序、精妙均衡和包容完备之生命的存在，若不被认作独一无二者Allah的受造之作，而被认为是在无生命、无知、盲目、耳聋、无意识、混乱不堪的无数原因那胡乱搅动的双手之间建成；同时又被认为在无穷无尽的可能路径中，获得了极其完善、极度精妙而包容完备的生命与存在，那么，就等于同时承认数百种不可能。这显示出，那种主张已远离理智到连驴都会在自己的愚笨中发笑的程度。</w:t>
      </w:r>
    </w:p>
    <w:p>
      <w:r>
        <w:rPr>
          <w:rFonts w:ascii="Times New Roman" w:hAnsi="Times New Roman" w:eastAsia="Noto Serif SC" w:cs="Amiri"/>
          <w:lang w:val="zh-CN" w:eastAsia="zh-CN" w:bidi="ar-SA"/>
          <w:color w:val="000000"/>
          <w:rtl w:val="0"/>
        </w:rPr>
        <w:t>第二句：</w:t>
      </w:r>
      <w:r>
        <w:rPr>
          <w:rFonts w:ascii="Amiri" w:hAnsi="Amiri" w:eastAsia="Amiri" w:cs="Amiri"/>
          <w:lang w:val="zh-CN" w:eastAsia="zh-CN" w:bidi="ar-SA"/>
          <w:rtl w:val="1"/>
          <w:cs w:val="1"/>
          <w:color w:val="000000"/>
          <w:sz w:val="24"/>
          <w:szCs w:val="24"/>
        </w:rPr>
        <w:t>ﺗَﺸَﻜَّﻞَ ﺑِﻨَﻔْﺴِﻪ۪</w:t>
      </w:r>
      <w:r>
        <w:rPr>
          <w:rFonts w:ascii="Times New Roman" w:hAnsi="Times New Roman" w:eastAsia="Noto Serif SC" w:cs="Amiri"/>
          <w:lang w:val="zh-CN" w:eastAsia="zh-CN" w:bidi="ar-SA"/>
          <w:color w:val="000000"/>
          <w:rtl w:val="0"/>
        </w:rPr>
        <w:t>（它凭自身而成形，仿佛无需任何创造者便自行形成）。也就是说，它自行形成。表明这种不可能的虚妄之处的证据极多，本篇列举其中三种作为示例。</w:t>
      </w:r>
    </w:p>
    <w:p>
      <w:r>
        <w:rPr>
          <w:rFonts w:ascii="Times New Roman" w:hAnsi="Times New Roman" w:eastAsia="Noto Serif SC" w:cs="Amiri"/>
          <w:lang w:val="zh-CN" w:eastAsia="zh-CN" w:bidi="ar-SA"/>
          <w:color w:val="000000"/>
          <w:rtl w:val="0"/>
        </w:rPr>
        <w:t>其一：每一个存在物都不是简单物质，也不是无生命、毫无变化的实体；它是由诸粒子构成的一架奇异机器、一座超乎常规的宫殿，并配备着外在与内在的感受能力，因而与宇宙相互关联。倘若不把每一个存在物归于万物创造者Allah，却说“它自行形成”，那么，就等于要给每一个存在物的每一颗粒子，赋予不是一位柏拉图、而是数千位柏拉图那么多的知识与意识。本篇阐明并证明，这样一来，人便跌入了最大的迷信与疯狂之中。</w:t>
      </w:r>
    </w:p>
    <w:p>
      <w:r>
        <w:rPr>
          <w:rFonts w:ascii="Times New Roman" w:hAnsi="Times New Roman" w:eastAsia="Noto Serif SC" w:cs="Amiri"/>
          <w:lang w:val="zh-CN" w:eastAsia="zh-CN" w:bidi="ar-SA"/>
          <w:color w:val="000000"/>
          <w:rtl w:val="0"/>
        </w:rPr>
        <w:t>其二：每一个存在物，尤其是人这个个体，如同一座数千重穹顶彼此嵌套的宫殿；每一重穹顶，又由数千颗粒子共同聚合而成，是一座纹饰奇异、超乎常规的技艺之作。若说“这些受造之作不是独一造化者Allah的创造之艺的作品，而是自行形成”，那么，便会出现与无数、不受限定的身体粒子数目相等的不可能。本篇以此使持这种理念的人坐在愚昧的尽头，判定他们极端无知。</w:t>
      </w:r>
    </w:p>
    <w:p>
      <w:r>
        <w:rPr>
          <w:rFonts w:ascii="Times New Roman" w:hAnsi="Times New Roman" w:eastAsia="Noto Serif SC" w:cs="Amiri"/>
          <w:lang w:val="zh-CN" w:eastAsia="zh-CN" w:bidi="ar-SA"/>
          <w:color w:val="000000"/>
          <w:rtl w:val="0"/>
        </w:rPr>
        <w:t>第三种不可能：具威严的造化者Allah所创造的每一件受造之作，若不是无始预定之笔写下的一封信，而说“世间诸因在创造”，那么，从那些受造之作身体中的细胞开始，就需要有与数千种复合物数目相等的自然铸模、铁笔和铁字；甚至还需要许多工厂来铸造这些铁字、铁笔和铸模，又需要更多工厂来建造这些工厂。如此递推，将永无止境。本篇说，接受这种导致无穷不可能之思想的人，应当从这一真理给他们的耳光中清醒过来，放弃这种思想。</w:t>
      </w:r>
    </w:p>
    <w:p>
      <w:r>
        <w:rPr>
          <w:rFonts w:ascii="Times New Roman" w:hAnsi="Times New Roman" w:eastAsia="Noto Serif SC" w:cs="Amiri"/>
          <w:lang w:val="zh-CN" w:eastAsia="zh-CN" w:bidi="ar-SA"/>
          <w:color w:val="000000"/>
          <w:rtl w:val="0"/>
        </w:rPr>
        <w:t>第三句：</w:t>
      </w:r>
      <w:r>
        <w:rPr>
          <w:rFonts w:ascii="Amiri" w:hAnsi="Amiri" w:eastAsia="Amiri" w:cs="Amiri"/>
          <w:lang w:val="zh-CN" w:eastAsia="zh-CN" w:bidi="ar-SA"/>
          <w:rtl w:val="1"/>
          <w:cs w:val="1"/>
          <w:color w:val="000000"/>
          <w:sz w:val="24"/>
          <w:szCs w:val="24"/>
        </w:rPr>
        <w:t>ﺍِﻗْﺘَﻀَﺘْﻪُ ﺍﻟﻄَّﺒ۪ﻴﻌَﺔُ</w:t>
      </w:r>
      <w:r>
        <w:rPr>
          <w:rFonts w:ascii="Times New Roman" w:hAnsi="Times New Roman" w:eastAsia="Noto Serif SC" w:cs="Amiri"/>
          <w:lang w:val="zh-CN" w:eastAsia="zh-CN" w:bidi="ar-SA"/>
          <w:color w:val="000000"/>
          <w:rtl w:val="0"/>
        </w:rPr>
        <w:t>（自然要求并造就了它，仿佛自然是使其存在的主体）。也就是说，自然在要求。这种使人迷误、引入歧途的思想有极多不可能之处，其中三种的第一种如下：无始的太阳Allah那预定与权能之笔所运行的创造之艺，充满知识、明察与智慧；若将这技艺不归于那位具威严的本体Allah，而归给一个既盲又聋、既无理智又无思想的自然，那么，自然为了制造这些受造之作，或者必须在每一事物中安置无数精神机器与印刷机构，或者必须在每一事物中纳入足以创造并治理宇宙的权能与智慧。这就意味着，必须承认每一个存在物内部都有一种自然或力量，承载无穷权能与意志、无尽知识与智慧，几乎如同一位神明。本篇表明，这是宇宙间最虚妄的不可能，是迷信最虚假的样式；那些把宇宙创造者Allah诸神圣属性的彰显称为“自然”的人，比牲畜还要低一百等。</w:t>
      </w:r>
    </w:p>
    <w:p>
      <w:r>
        <w:rPr>
          <w:rFonts w:ascii="Times New Roman" w:hAnsi="Times New Roman" w:eastAsia="Noto Serif SC" w:cs="Amiri"/>
          <w:lang w:val="zh-CN" w:eastAsia="zh-CN" w:bidi="ar-SA"/>
          <w:color w:val="000000"/>
          <w:rtl w:val="0"/>
        </w:rPr>
        <w:t>其二：这些秩序井然、均衡精妙而又充满智慧的存在物，若不被说成无限全能而至睿的本体Allah所创造，而被归于自然，那么，自然就必须在一小块土里安置数十亿台各不相同的机器与印刷机构；这块土是植物的源生地与居所，并为植物充当花盆。唯有如此，它才能成为各种植物的源生地与居所，并在定量之内供给其生命所需的一切。本篇看着怀抱这种迷信、导致无数不可能之理念者的愚蠢，唾其颜面，说道：对于这些艰难而奇异的不可能如何转化为轻易的存在这一问题，已经作出了真实而极为合理的回答。</w:t>
      </w:r>
    </w:p>
    <w:p>
      <w:r>
        <w:rPr>
          <w:rFonts w:ascii="Times New Roman" w:hAnsi="Times New Roman" w:eastAsia="Noto Serif SC" w:cs="Amiri"/>
          <w:lang w:val="zh-CN" w:eastAsia="zh-CN" w:bidi="ar-SA"/>
          <w:color w:val="000000"/>
          <w:rtl w:val="0"/>
        </w:rPr>
        <w:t>其三：有两个例子。</w:t>
      </w:r>
    </w:p>
    <w:p>
      <w:r>
        <w:rPr>
          <w:rFonts w:ascii="Times New Roman" w:hAnsi="Times New Roman" w:eastAsia="Noto Serif SC" w:cs="Amiri"/>
          <w:lang w:val="zh-CN" w:eastAsia="zh-CN" w:bidi="ar-SA"/>
          <w:color w:val="000000"/>
          <w:rtl w:val="0"/>
        </w:rPr>
        <w:t>其一：这是借一个走进荒凉原野上一座极其完善、装饰华美之宫殿的野人之例所阐明的真理。那些否认Allah应受崇拜之神圣性的野蛮自然主义者，进入了这座宇宙宫殿；它比那座宫殿更有秩序、更加完善，处处充满智慧的奇迹。他们不去思考所见诸存在物乃是超越或然存在之域、其存在为必然的本体Allah的创造之艺作品；却把或然存在之域中的诸规律误称为“自然”。这些规律的总集，是Allah权能中不断变化、更替的实施法则的记录册，是主宰创造之艺的目录。他们把万物的创造强加于“自然”，就这样走上一条极其愚昧的虚妄道路，在愚昧的尽头，亲手把最大的愚昧徽章佩在胸前。</w:t>
      </w:r>
    </w:p>
    <w:p>
      <w:r>
        <w:rPr>
          <w:rFonts w:ascii="Times New Roman" w:hAnsi="Times New Roman" w:eastAsia="Noto Serif SC" w:cs="Amiri"/>
          <w:lang w:val="zh-CN" w:eastAsia="zh-CN" w:bidi="ar-SA"/>
          <w:color w:val="000000"/>
          <w:rtl w:val="0"/>
        </w:rPr>
        <w:t>第三种不可能的第二个例子：这是借一个走进极其壮丽军营与极其宏伟清真寺的野人，来象征第二项真理。这宇宙，是无始无终的君王Allah那无数军队的壮丽军营与宏伟礼拜之所。怀抱自然观念的否认者进入其中，看见万有都在执行职责。他们背弃具威严的造化者Allah至圣的本体，把具威严的创造者Allah那作为主宰彰显之一的力量，视为独立的全能者；又把祂的精神法则想象成物质实体，将创造交给那些法则之手，称之为“自然”。于是，他们把所见这一切超乎常规的存在物都归于自然，宣告自己是野蛮者中最野蛮的人。</w:t>
      </w:r>
    </w:p>
    <w:p>
      <w:r>
        <w:rPr>
          <w:rFonts w:ascii="Times New Roman" w:hAnsi="Times New Roman" w:eastAsia="Noto Serif SC" w:cs="Amiri"/>
          <w:lang w:val="zh-CN" w:eastAsia="zh-CN" w:bidi="ar-SA"/>
          <w:color w:val="000000"/>
          <w:rtl w:val="0"/>
        </w:rPr>
        <w:t>由此可见，依照逻辑分类，一个存在物要获得存在，除四条道路外别无他途。这四条道路，已由招致无数、不可计算之不可能的九项论证封闭；因此，第四条道路，即独一之路，便自明而必然、确凿无疑地成立。这也表明，每一个存在物的存在，都直接出自其存在为必然的本体Allah的权能之手，诸天与大地也都掌握在祂的权能之中。</w:t>
      </w:r>
    </w:p>
    <w:p>
      <w:r>
        <w:rPr>
          <w:rFonts w:ascii="Times New Roman" w:hAnsi="Times New Roman" w:eastAsia="Noto Serif SC" w:cs="Amiri"/>
          <w:lang w:val="zh-CN" w:eastAsia="zh-CN" w:bidi="ar-SA"/>
          <w:color w:val="000000"/>
          <w:rtl w:val="0"/>
        </w:rPr>
        <w:t>本篇在揭示崇拜诸因者与误入自然歧途者所走却未能看清的道路之真相以后，又以一段阐释详尽、十分优美而精妙的论述，召唤他们归于公正，促使他们放弃自己的道路。随后，对所提两个疑难问题作出极美的回答：第一个问题，依“拒绝干预与禁止参与”两条法则的要求作答；第二个问题，则阐明具威严的创造者Allah绝不会甘愿，也绝不会允许把受造物的崇拜，尤其是人的感恩与全然奴仆意识归于他者。因为，那会把创造的结果与宇宙的果实转为虚妄无意义，与祂完满的智慧彻底相反，并导致对祂养育与主宰之智慧的否认。</w:t>
      </w:r>
    </w:p>
    <w:p>
      <w:r>
        <w:rPr>
          <w:rFonts w:ascii="Times New Roman" w:hAnsi="Times New Roman" w:eastAsia="Noto Serif SC" w:cs="Amiri"/>
          <w:lang w:val="zh-CN" w:eastAsia="zh-CN" w:bidi="ar-SA"/>
          <w:color w:val="000000"/>
          <w:rtl w:val="0"/>
        </w:rPr>
        <w:t>本篇结语中，那位抛弃自然的不信思想、归向信仰的人，提出了三个引人深思的问题：</w:t>
      </w:r>
    </w:p>
    <w:p>
      <w:r>
        <w:rPr>
          <w:rFonts w:ascii="Times New Roman" w:hAnsi="Times New Roman" w:eastAsia="Noto Serif SC" w:cs="Amiri"/>
          <w:lang w:val="zh-CN" w:eastAsia="zh-CN" w:bidi="ar-SA"/>
          <w:color w:val="000000"/>
          <w:rtl w:val="0"/>
        </w:rPr>
        <w:t>第一个：“那些因懒惰而放弃礼拜的人，为何会受到火狱般惩罚的警告？”</w:t>
      </w:r>
    </w:p>
    <w:p>
      <w:r>
        <w:rPr>
          <w:rFonts w:ascii="Times New Roman" w:hAnsi="Times New Roman" w:eastAsia="Noto Serif SC" w:cs="Amiri"/>
          <w:lang w:val="zh-CN" w:eastAsia="zh-CN" w:bidi="ar-SA"/>
          <w:color w:val="000000"/>
          <w:rtl w:val="0"/>
        </w:rPr>
        <w:t>第二个：“肉眼可见的万物创造如此丰足涌流而又秩序井然；独一之路又如此轻而易举；《古兰经》明文中的</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 xml:space="preserve">（Allah创造你们全体与使你们全体复起，对祂而言都只如创造和复起一个生命，毫无繁难之别） </w:t>
      </w:r>
      <w:r>
        <w:rPr>
          <w:rFonts w:ascii="Amiri" w:hAnsi="Amiri" w:eastAsia="Amiri" w:cs="Amiri"/>
          <w:lang w:val="zh-CN" w:eastAsia="zh-CN" w:bidi="ar-SA"/>
          <w:rtl w:val="1"/>
          <w:cs w:val="1"/>
          <w:color w:val="000000"/>
          <w:sz w:val="24"/>
          <w:szCs w:val="24"/>
        </w:rPr>
        <w:t>٭ ﻭَﻣَٓﺎ ﺍَﻣْﺮُ ﺍﻟﺴَّﺎﻋَﺔِ اِلَّا ﻛَﻠَﻤْﺢِ ﺍﻟْﺒَﺼَﺮِ ﺍَﻭْ ﻫُﻮَ ﺍَﻗْﺮَﺏُ</w:t>
      </w:r>
      <w:r>
        <w:rPr>
          <w:rFonts w:ascii="Times New Roman" w:hAnsi="Times New Roman" w:eastAsia="Noto Serif SC" w:cs="Amiri"/>
          <w:lang w:val="zh-CN" w:eastAsia="zh-CN" w:bidi="ar-SA"/>
          <w:color w:val="000000"/>
          <w:rtl w:val="0"/>
        </w:rPr>
        <w:t>（复起时刻的到来，在Allah的权能中只如转瞬一瞥，甚至比那更近、更迅疾）等经文，也极其鲜明地显示了这种轻易。这种轻易的奥义与智慧是什么？”</w:t>
      </w:r>
    </w:p>
    <w:p>
      <w:r>
        <w:rPr>
          <w:rFonts w:ascii="Times New Roman" w:hAnsi="Times New Roman" w:eastAsia="Noto Serif SC" w:cs="Amiri"/>
          <w:lang w:val="zh-CN" w:eastAsia="zh-CN" w:bidi="ar-SA"/>
          <w:color w:val="000000"/>
          <w:rtl w:val="0"/>
        </w:rPr>
        <w:t>第三个：“哲学家们说，宇宙工厂的运转是组合与分解的结果；任何事物不会归于虚无，任何事物也不会从虚无中被创造。他们这话究竟如何？”针对这个问题，本篇展开了极其精微、十分深奥、非常崇高而广阔，又极具说服力、足以使诘难者缄口的理性证据。其中包含极其真实而切中的回答，拯救那些崇拜诸因、溺于自然泥沼的人，也使至今仍坚持那些道路的人感到羞愧。</w:t>
      </w:r>
    </w:p>
    <w:p>
      <w:pPr>
        <w:pStyle w:val="Heading2"/>
      </w:pPr>
      <w:r>
        <w:rPr>
          <w:rFonts w:ascii="Times New Roman" w:hAnsi="Times New Roman" w:eastAsia="Noto Serif SC" w:cs="Amiri"/>
          <w:lang w:val="zh-CN" w:eastAsia="zh-CN" w:bidi="ar-SA"/>
          <w:color w:val="000000"/>
          <w:rtl w:val="0"/>
        </w:rPr>
        <w:t>侯赛因</w:t>
      </w:r>
    </w:p>
    <w:p>
      <w:pPr>
        <w:pStyle w:val="Heading1"/>
        <w:pageBreakBefore/>
      </w:pPr>
      <w:r>
        <w:rPr>
          <w:rFonts w:ascii="Times New Roman" w:hAnsi="Times New Roman" w:eastAsia="Noto Serif SC" w:cs="Amiri"/>
          <w:lang w:val="zh-CN" w:eastAsia="zh-CN" w:bidi="ar-SA"/>
          <w:color w:val="000000"/>
          <w:rtl w:val="0"/>
        </w:rPr>
        <w:t>第二十四篇闪光：</w:t>
      </w:r>
    </w:p>
    <w:p>
      <w:r>
        <w:rPr>
          <w:rFonts w:ascii="Times New Roman" w:hAnsi="Times New Roman" w:eastAsia="Noto Serif SC" w:cs="Amiri"/>
          <w:lang w:val="zh-CN" w:eastAsia="zh-CN" w:bidi="ar-SA"/>
          <w:color w:val="000000"/>
          <w:rtl w:val="0"/>
        </w:rPr>
        <w:t>本篇包含四项智慧。至睿的《古兰经》借</w:t>
      </w:r>
      <w:r>
        <w:rPr>
          <w:rFonts w:ascii="Amiri" w:hAnsi="Amiri" w:eastAsia="Amiri" w:cs="Amiri"/>
          <w:lang w:val="zh-CN" w:eastAsia="zh-CN" w:bidi="ar-SA"/>
          <w:rtl w:val="1"/>
          <w:cs w:val="1"/>
          <w:color w:val="000000"/>
          <w:sz w:val="24"/>
          <w:szCs w:val="24"/>
        </w:rPr>
        <w:t>ﻳَﺎ ﺍَﻳُّﻬَﺎ ﺍﻟﻨَّﺒِﻰُّ ﻗُﻞْ لِاَزْوَاجِكَ ﻭَﺑَﻨَﺎﺗِﻚَ ﻭَﻧِﺴَٓﺎﺀِ ﺍﻟْﻤُﺆْﻣِﻨ۪ﻴﻦَ ﻳُﺪْﻧ۪ﻴﻦَ ﻋَﻠَﻴْﻬِﻦَّ ﻣِﻦْ جَلَاب۪يبِهِنَّ ﺍِﻟٰﻰ ﺍٰﺧِﺮِ</w:t>
      </w:r>
      <w:r>
        <w:rPr>
          <w:rFonts w:ascii="Times New Roman" w:hAnsi="Times New Roman" w:eastAsia="Noto Serif SC" w:cs="Amiri"/>
          <w:lang w:val="zh-CN" w:eastAsia="zh-CN" w:bidi="ar-SA"/>
          <w:color w:val="000000"/>
          <w:rtl w:val="0"/>
        </w:rPr>
        <w:t>（先知啊，你对你的妻室、女儿和众信仰者的妇女说：让她们把外罩长袍拉近，端庄地遮覆在身上）等经文，命令实行遮蔽之礼——即《古兰经》要求妇女端庄遮覆身体的礼法——。放逸而毫无美德的文明却违背《古兰经》的这一命令，认为遮蔽之礼不合乎天性，称之为“一种奴役”，提出无宗教的质疑。对此，本篇阐明并证明：至睿《古兰经》的这一命令恰到好处，绝非奴役，遮蔽之礼才合乎天性；并以大量经验与实例驳倒他们，断然命令实行遮蔽之礼。</w:t>
      </w:r>
    </w:p>
    <w:p>
      <w:r>
        <w:rPr>
          <w:rFonts w:ascii="Times New Roman" w:hAnsi="Times New Roman" w:eastAsia="Noto Serif SC" w:cs="Amiri"/>
          <w:lang w:val="zh-CN" w:eastAsia="zh-CN" w:bidi="ar-SA"/>
          <w:color w:val="000000"/>
          <w:rtl w:val="0"/>
        </w:rPr>
        <w:t>其一：女人的天性要求遮蔽之礼。因为她受造柔弱而纤敏，又天性倾向于保护孩子甚于保护自己的生命，所以，她天性倾向于向保护她的人显现自身的美好，避免引起厌恶，也避免遭受嫌疑……女人中十之六七，或者年老，或者貌丑，因而不愿把自己的丑陋展示给所有人……即使貌美者中，不厌烦展示自己的人也仅占十之一二；其余的人，因厌恶那些卑劣、好色而粗俗之人的目光，不愿展示自己……至睿《古兰经》对遮蔽之礼的命令合乎天性；它又借遮蔽之礼，把这位纤敏柔弱者从外在与内在的屈辱、从精神上的奴役中解救出来，使她能够成为永恒的伴侣。本篇以这一极美的回答，驳倒了残酷的文明。</w:t>
      </w:r>
    </w:p>
    <w:p>
      <w:r>
        <w:rPr>
          <w:rFonts w:ascii="Times New Roman" w:hAnsi="Times New Roman" w:eastAsia="Noto Serif SC" w:cs="Amiri"/>
          <w:lang w:val="zh-CN" w:eastAsia="zh-CN" w:bidi="ar-SA"/>
          <w:color w:val="000000"/>
          <w:rtl w:val="0"/>
        </w:rPr>
        <w:t>第二项智慧：男女之间的深切挚爱，并非只源于尘世生活的需要；相反，为了在永恒生命中成为真正诚挚的伴侣，这份挚爱会延续到生命终结，也应当如此延续。因此，女人为了不至失去其永恒伴侣——丈夫——的永恒相伴，必然而且出于天性地需要遮蔽之礼。本篇驳倒放逸而残酷的文明所谓“这不合乎天性，是奴役”的说法，同时断然命令实行遮蔽之礼。</w:t>
      </w:r>
    </w:p>
    <w:p>
      <w:r>
        <w:rPr>
          <w:rFonts w:ascii="Times New Roman" w:hAnsi="Times New Roman" w:eastAsia="Noto Serif SC" w:cs="Amiri"/>
          <w:lang w:val="zh-CN" w:eastAsia="zh-CN" w:bidi="ar-SA"/>
          <w:color w:val="000000"/>
          <w:rtl w:val="0"/>
        </w:rPr>
        <w:t>第三项智慧：家庭幸福，依靠夫妻之间的相互信赖与诚挚挚爱而延续；不遵遮蔽之礼，会破坏并摧毁这种信赖与挚爱。不端庄遮覆的女人中，十人仅有一人未曾见过比丈夫更好的人，因而也不愿向他人展示自己；二十个男人中，也仅有一人未曾见过比妻子更美的人。因此，不遮覆的行为与禽兽般的目光，会摧毁那份信赖与挚爱。甚至，那种禽兽般的、卑下而污秽的显露，即使在亲属之间，也会破坏那份信赖；裸露双腿的展示，即使在亲属之间，也会破坏那份信赖。本篇极其确凿地证明：这种裸露双腿的展示，会使亲属之间不可狎近的礼法界限也遭到破坏，乃至被视同无此界限。</w:t>
      </w:r>
    </w:p>
    <w:p>
      <w:r>
        <w:rPr>
          <w:rFonts w:ascii="Times New Roman" w:hAnsi="Times New Roman" w:eastAsia="Noto Serif SC" w:cs="Amiri"/>
          <w:lang w:val="zh-CN" w:eastAsia="zh-CN" w:bidi="ar-SA"/>
          <w:color w:val="000000"/>
          <w:rtl w:val="0"/>
        </w:rPr>
        <w:t>第四项智慧：繁衍后代在各方面都是人们所期望的，每个民族与每个政府都支持这一点。以至尊使者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w:t>
      </w:r>
      <w:r>
        <w:rPr>
          <w:rFonts w:ascii="Amiri" w:hAnsi="Amiri" w:eastAsia="Amiri" w:cs="Amiri"/>
          <w:lang w:val="zh-CN" w:eastAsia="zh-CN" w:bidi="ar-SA"/>
          <w:rtl w:val="1"/>
          <w:cs w:val="1"/>
          <w:color w:val="000000"/>
          <w:sz w:val="24"/>
          <w:szCs w:val="24"/>
        </w:rPr>
        <w:t>ﺗَﻨَﺎﻛَﺤُﻮﺍ ﺗَﻜَﺎﺛَﺮُﻭﺍ ﻓَﺎِﻧّ۪ﻰ ﺍُﺑَﺎﻫ۪ﻰ ﺑِﻜُﻢُ الْاُمَمَ</w:t>
      </w:r>
      <w:r>
        <w:rPr>
          <w:rFonts w:ascii="Times New Roman" w:hAnsi="Times New Roman" w:eastAsia="Noto Serif SC" w:cs="Amiri"/>
          <w:lang w:val="zh-CN" w:eastAsia="zh-CN" w:bidi="ar-SA"/>
          <w:color w:val="000000"/>
          <w:rtl w:val="0"/>
        </w:rPr>
        <w:t>（你们应当结婚，繁衍增多；因为我将在诸民族面前，以你们人口的众多而自豪）为证，他曾说：“你们要结婚。我会以你们的众多为荣。”……不遵遮蔽之礼非但不会增加婚姻，反而使其大为减少，因为即使一个放浪的现代青年，也希望自己的妻子极为贞洁守礼……女人是男人子女、财产及一切所有之物的内务守护者，因此女人必须忠贞而可靠……不遵遮蔽之礼、不端庄遮覆和毫无羞耻，会破坏这份忠贞与信赖，使男人备受良心折磨……女人的勇敢与慷慨，也会损害那份忠贞与信赖……我国不能与欧洲相比；若强行相比，就会导致后代衰弱与力量衰落……城市居民也不能与乡村居民相比，因为乡村居民忙于生计劳作，从事工艺技艺的城市居民不能与他们相提并论。本篇还极其确凿地证明了更多智慧理由。</w:t>
      </w:r>
    </w:p>
    <w:p>
      <w:pPr>
        <w:pStyle w:val="Heading2"/>
      </w:pPr>
      <w:r>
        <w:rPr>
          <w:rFonts w:ascii="Times New Roman" w:hAnsi="Times New Roman" w:eastAsia="Noto Serif SC" w:cs="Amiri"/>
          <w:lang w:val="zh-CN" w:eastAsia="zh-CN" w:bidi="ar-SA"/>
          <w:color w:val="000000"/>
          <w:rtl w:val="0"/>
        </w:rPr>
        <w:t>吕什迪</w:t>
      </w:r>
    </w:p>
    <w:p>
      <w:r>
        <w:rPr>
          <w:rFonts w:ascii="Times New Roman" w:hAnsi="Times New Roman" w:eastAsia="Noto Serif SC" w:cs="Amiri"/>
          <w:lang w:val="zh-CN" w:eastAsia="zh-CN" w:bidi="ar-SA"/>
          <w:color w:val="000000"/>
          <w:rtl w:val="0"/>
        </w:rPr>
        <w:t>这是与信仰者、我后世的姐妹们——女性群体——的一番对话：</w:t>
      </w:r>
    </w:p>
    <w:p>
      <w:r>
        <w:rPr>
          <w:rFonts w:ascii="Times New Roman" w:hAnsi="Times New Roman" w:eastAsia="Noto Serif SC" w:cs="Amiri"/>
          <w:lang w:val="zh-CN" w:eastAsia="zh-CN" w:bidi="ar-SA"/>
          <w:color w:val="000000"/>
          <w:rtl w:val="0"/>
        </w:rPr>
        <w:t>这是一封珍贵的信，阐明：由于《光明论集》的一项重要原则是怜爱，而女性群体又是怜爱的英雄，她们天性与《光明论集》有着关联；然而，一些恶浊潮流使这一宝贵品性遭到了误用；无论她们后世的幸福，还是尘世的幸福，唯一的解救之道都在于伊斯兰领域内的宗教教育。第二十五闪光：</w:t>
      </w:r>
    </w:p>
    <w:p>
      <w:r>
        <w:rPr>
          <w:rFonts w:ascii="Times New Roman" w:hAnsi="Times New Roman" w:eastAsia="Noto Serif SC" w:cs="Amiri"/>
          <w:lang w:val="zh-CN" w:eastAsia="zh-CN" w:bidi="ar-SA"/>
          <w:color w:val="000000"/>
          <w:rtl w:val="0"/>
        </w:rPr>
        <w:t>本篇包含二十五剂良药。这部论著以</w:t>
      </w:r>
      <w:r>
        <w:rPr>
          <w:rFonts w:ascii="Amiri" w:hAnsi="Amiri" w:eastAsia="Amiri" w:cs="Amiri"/>
          <w:lang w:val="zh-CN" w:eastAsia="zh-CN" w:bidi="ar-SA"/>
          <w:rtl w:val="1"/>
          <w:cs w:val="1"/>
          <w:color w:val="000000"/>
          <w:sz w:val="24"/>
          <w:szCs w:val="24"/>
        </w:rPr>
        <w:t>ﺍَﻟَّﺬ۪ﻳﻦَ ﺍِﺫَٓﺍ ﺍَﺻَﺎﺑَﺘْﻬُﻢْ ﻣُﺼ۪ﻴﺒَﺔٌ ﻗَﺎﻟُٓﻮﺍ ﺍِﻧَّﺎ ﻟِﻠّٰﻪِ ﻭَﺍِﻧَّٓﺎ ﺍِﻟَﻴْﻪِ ﺭَﺍﺟِﻌُﻮﻥَ</w:t>
      </w:r>
      <w:r>
        <w:rPr>
          <w:rFonts w:ascii="Times New Roman" w:hAnsi="Times New Roman" w:eastAsia="Noto Serif SC" w:cs="Amiri"/>
          <w:lang w:val="zh-CN" w:eastAsia="zh-CN" w:bidi="ar-SA"/>
          <w:color w:val="000000"/>
          <w:rtl w:val="0"/>
        </w:rPr>
        <w:t>（那些人，当灾祸降临他们时，便说：“我们确实只属于Allah，我们的生命与归宿都在祂的掌握中；我们也确实只归回祂”）这样的经文，极富说服力地阐释：信仰者遭遇的灾祸并非真正的灾祸，而是一次来自超绝者的提醒、一份来自慈悯普及万物者的眷顾。对于占那些信仰者十分之一的遭难者，这部论著犹如一剂精神上的解毒良药，又犹如一座极为有益的药房；甚至每一剂良药都各如一座药房，显示出宛如数千种不同药物的功效。这部论著又是</w:t>
      </w:r>
      <w:r>
        <w:rPr>
          <w:rFonts w:ascii="Amiri" w:hAnsi="Amiri" w:eastAsia="Amiri" w:cs="Amiri"/>
          <w:lang w:val="zh-CN" w:eastAsia="zh-CN" w:bidi="ar-SA"/>
          <w:rtl w:val="1"/>
          <w:cs w:val="1"/>
          <w:color w:val="000000"/>
          <w:sz w:val="24"/>
          <w:szCs w:val="24"/>
        </w:rPr>
        <w:t>ﻭَﺍﻟَّﺬ۪ﻯ ﻫُﻮَ ﻳُﻄْﻌِﻤُﻨ۪ﻰ ﻭَﻳَﺴْﻘ۪ﻴﻦِ ﻭَﺍِﺫَﺍ ﻣَﺮِﺿْﺖُ ﻓَﻬُﻮَ ﻳَﺸْﻔ۪ﻴﻦِ</w:t>
      </w:r>
      <w:r>
        <w:rPr>
          <w:rFonts w:ascii="Times New Roman" w:hAnsi="Times New Roman" w:eastAsia="Noto Serif SC" w:cs="Amiri"/>
          <w:lang w:val="zh-CN" w:eastAsia="zh-CN" w:bidi="ar-SA"/>
          <w:color w:val="000000"/>
          <w:rtl w:val="0"/>
        </w:rPr>
        <w:t>（那位主宰，是祂供我吃、供我饮；当我患病时，也只有祂赐我痊愈）等数百节论述疗愈的经文在阐明明示奇迹的《古兰经》这座至大药房中所具效力奥秘的一处蒙受祝福、带来疗愈与良药的映现之所，也犹如一泓《古兰经》潺潺低吟的甘泉。</w:t>
      </w:r>
    </w:p>
    <w:p>
      <w:r>
        <w:rPr>
          <w:rFonts w:ascii="Times New Roman" w:hAnsi="Times New Roman" w:eastAsia="Noto Serif SC" w:cs="Amiri"/>
          <w:lang w:val="zh-CN" w:eastAsia="zh-CN" w:bidi="ar-SA"/>
          <w:color w:val="000000"/>
          <w:rtl w:val="0"/>
        </w:rPr>
        <w:t>第一剂良药：人的疾病表面看来像一种痛苦，其实并非痛苦，反而是一种治疗。生命的资本因健康、安泰和自以为无所需求所产生的疏忽而被浪费；疾病则把这些浪费转化为结出果实的一生。这一剂良药极其美好，正报告着这一真理。</w:t>
      </w:r>
    </w:p>
    <w:p>
      <w:r>
        <w:rPr>
          <w:rFonts w:ascii="Times New Roman" w:hAnsi="Times New Roman" w:eastAsia="Noto Serif SC" w:cs="Amiri"/>
          <w:lang w:val="zh-CN" w:eastAsia="zh-CN" w:bidi="ar-SA"/>
          <w:color w:val="000000"/>
          <w:rtl w:val="0"/>
        </w:rPr>
        <w:t>第二剂良药：功修分为两类。一类是积极性功修，即礼拜与恳求等众所周知的功修；另一类是消极性功修。疾病使人感到自己的无力和软弱，因而成为一种纯洁、毫无沽名之意的心灵功修。对信士而言，只要不为疾病向Allah抱怨，疾病的一分钟便等同于一小时的功修；某些完善者疾病的一分钟，甚至等同于一整天的功修。这一点已由可靠的传述与真实的内在揭见所确证。这一剂良药极其重要，正阐明着这些真理。</w:t>
      </w:r>
    </w:p>
    <w:p>
      <w:r>
        <w:rPr>
          <w:rFonts w:ascii="Times New Roman" w:hAnsi="Times New Roman" w:eastAsia="Noto Serif SC" w:cs="Amiri"/>
          <w:lang w:val="zh-CN" w:eastAsia="zh-CN" w:bidi="ar-SA"/>
          <w:color w:val="000000"/>
          <w:rtl w:val="0"/>
        </w:rPr>
        <w:t>第三剂良药：人来到这个世界，并不是为了享乐和贪图逸乐。不断到来的人又不断离去，年轻人逐渐年老，人也不停地在消逝与离别中翻滚，这些都为此作证。人是有生命者中最完善的，也是器官与官能最丰富的；他会回想已经逝去的乐趣，也会思虑即将到来的灾难，因而过着忧伤而困顿的生活。疾病却不像健康与安泰那样使人疏忽；它不让人觉得世界可爱，反而使人摆脱那些回忆带来的痛苦。因此，疾病如同一位绝不欺哄的宣讲员和引导者。这一剂蒙受祝福的良药，正显示着这一真理。</w:t>
      </w:r>
    </w:p>
    <w:p>
      <w:r>
        <w:rPr>
          <w:rFonts w:ascii="Times New Roman" w:hAnsi="Times New Roman" w:eastAsia="Noto Serif SC" w:cs="Amiri"/>
          <w:lang w:val="zh-CN" w:eastAsia="zh-CN" w:bidi="ar-SA"/>
          <w:color w:val="000000"/>
          <w:rtl w:val="0"/>
        </w:rPr>
        <w:t>第四剂良药：它表明，人不应抱怨疾病，而应对疾病坚忍。人的器官与官能既不是自己造出的，也不是从别处买来的；园主为求得美好收成，会给自己的花园松土、锄地、剪枝，使其经受一些劳苦，而这些劳苦对园子并非伤害，反而促成收成的成熟。同样，人也无权抱怨。这一剂良药告知：人对于疾病所施行的处置，不应抱怨，而必须忍耐；疾病剧烈时，应当念</w:t>
      </w:r>
      <w:r>
        <w:rPr>
          <w:rFonts w:ascii="Amiri" w:hAnsi="Amiri" w:eastAsia="Amiri" w:cs="Amiri"/>
          <w:lang w:val="zh-CN" w:eastAsia="zh-CN" w:bidi="ar-SA"/>
          <w:rtl w:val="1"/>
          <w:cs w:val="1"/>
          <w:color w:val="000000"/>
          <w:sz w:val="24"/>
          <w:szCs w:val="24"/>
        </w:rPr>
        <w:t>يَا صَبُورُ</w:t>
      </w:r>
      <w:r>
        <w:rPr>
          <w:rFonts w:ascii="Times New Roman" w:hAnsi="Times New Roman" w:eastAsia="Noto Serif SC" w:cs="Amiri"/>
          <w:lang w:val="zh-CN" w:eastAsia="zh-CN" w:bidi="ar-SA"/>
          <w:color w:val="000000"/>
          <w:rtl w:val="0"/>
        </w:rPr>
        <w:t>（至坚忍者Allah啊），以坚忍加以抵抗。</w:t>
      </w:r>
    </w:p>
    <w:p>
      <w:r>
        <w:rPr>
          <w:rFonts w:ascii="Times New Roman" w:hAnsi="Times New Roman" w:eastAsia="Noto Serif SC" w:cs="Amiri"/>
          <w:lang w:val="zh-CN" w:eastAsia="zh-CN" w:bidi="ar-SA"/>
          <w:color w:val="000000"/>
          <w:rtl w:val="0"/>
        </w:rPr>
        <w:t>第五剂良药：在这个时代，尤其对于年轻人，疾病阻止他们沉醉于青春的迷醉。因此，对他们而言，那疾病便是一种精神上的健康与安泰。这一剂极其甘美的良药，正报告着这一真理。</w:t>
      </w:r>
    </w:p>
    <w:p>
      <w:r>
        <w:rPr>
          <w:rFonts w:ascii="Times New Roman" w:hAnsi="Times New Roman" w:eastAsia="Noto Serif SC" w:cs="Amiri"/>
          <w:lang w:val="zh-CN" w:eastAsia="zh-CN" w:bidi="ar-SA"/>
          <w:color w:val="000000"/>
          <w:rtl w:val="0"/>
        </w:rPr>
        <w:t>第六剂良药：它显示，灾祸离去之后，会到来一种精神上的乐趣。因为，正如“痛苦的消逝即是乐趣”这句话所说，那些带来痛苦的灾祸一经消逝，便给灵魂留下一份乐趣的遗产。这一剂重要的良药，极美好地报告着这一点。甚至，正因为这剂良药十分重要，在作者的作品中，同一个编号重复了两次，并被照样记录下来，这便证明了它的重要性。</w:t>
      </w:r>
    </w:p>
    <w:p>
      <w:r>
        <w:rPr>
          <w:rFonts w:ascii="Times New Roman" w:hAnsi="Times New Roman" w:eastAsia="Noto Serif SC" w:cs="Amiri"/>
          <w:lang w:val="zh-CN" w:eastAsia="zh-CN" w:bidi="ar-SA"/>
          <w:color w:val="000000"/>
          <w:rtl w:val="0"/>
        </w:rPr>
        <w:t>第七剂良药：疾病并不会夺去有信仰的人从健康这一Allah的恩赐中所得的乐趣，反而让他品尝到这乐趣。因为，一件事物若持续不变，便会失去影响，使人厌倦。通达真理者甚至说过：</w:t>
      </w:r>
      <w:r>
        <w:rPr>
          <w:rFonts w:ascii="Amiri" w:hAnsi="Amiri" w:eastAsia="Amiri" w:cs="Amiri"/>
          <w:lang w:val="zh-CN" w:eastAsia="zh-CN" w:bidi="ar-SA"/>
          <w:rtl w:val="1"/>
          <w:cs w:val="1"/>
          <w:color w:val="000000"/>
          <w:sz w:val="24"/>
          <w:szCs w:val="24"/>
        </w:rPr>
        <w:t>ﺍِﻧَّﻤَﺎ الْاَشْيَاءُ ﺗُﻌْﺮَﻑُ ﺑِﺎَﺿْﺪَﺍﺩِﻫَﺎ</w:t>
      </w:r>
      <w:r>
        <w:rPr>
          <w:rFonts w:ascii="Times New Roman" w:hAnsi="Times New Roman" w:eastAsia="Noto Serif SC" w:cs="Amiri"/>
          <w:lang w:val="zh-CN" w:eastAsia="zh-CN" w:bidi="ar-SA"/>
          <w:color w:val="000000"/>
          <w:rtl w:val="0"/>
        </w:rPr>
        <w:t>（事物只有借其对立面才能被认识；正是相反者使其性质显现）。也就是说：“一切事物都借其对立面而被认识。”“若没有寒冷，就无法理解温热。”这是一剂合乎理智而又甘美的良药。</w:t>
      </w:r>
    </w:p>
    <w:p>
      <w:r>
        <w:rPr>
          <w:rFonts w:ascii="Times New Roman" w:hAnsi="Times New Roman" w:eastAsia="Noto Serif SC" w:cs="Amiri"/>
          <w:lang w:val="zh-CN" w:eastAsia="zh-CN" w:bidi="ar-SA"/>
          <w:color w:val="000000"/>
          <w:rtl w:val="0"/>
        </w:rPr>
        <w:t>第八剂良药：疾病不会使有信仰者的后世停滞，反而使其更加进步。因为，疾病如同肥皂，会擦除、洗净罪过；圣训确证，它是赎净罪过的美好凭借。有信仰者的肉体疾病，还能使他从精神疾病中得救。外在形体因自己的过错而使精神人格患病；外在的疾病则阻止那些过错，并促成内心的求饶忏悔。因此，那肉体疾病是一座极其巨大的宝库。这一剂良药，正阐明着这些真理。</w:t>
      </w:r>
    </w:p>
    <w:p>
      <w:r>
        <w:rPr>
          <w:rFonts w:ascii="Times New Roman" w:hAnsi="Times New Roman" w:eastAsia="Noto Serif SC" w:cs="Amiri"/>
          <w:lang w:val="zh-CN" w:eastAsia="zh-CN" w:bidi="ar-SA"/>
          <w:color w:val="000000"/>
          <w:rtl w:val="0"/>
        </w:rPr>
        <w:t>第九剂良药：对认识至高无上的真实主宰Allah的人而言，无需惧怕那种导致死亡的疾病。死亡，是与人所认识、所知晓的一切信仰者友人相聚。死亡既已注定，有时病人身边的健康者反而去世，病人却活了下来。死亡又是生命职责的一次收工和安歇；而对于迷误者，它则是极其可怕的永恒黑暗。这一剂良药以极其温和美好的方式，阐明着这些真理。</w:t>
      </w:r>
    </w:p>
    <w:p>
      <w:r>
        <w:rPr>
          <w:rFonts w:ascii="Times New Roman" w:hAnsi="Times New Roman" w:eastAsia="Noto Serif SC" w:cs="Amiri"/>
          <w:lang w:val="zh-CN" w:eastAsia="zh-CN" w:bidi="ar-SA"/>
          <w:color w:val="000000"/>
          <w:rtl w:val="0"/>
        </w:rPr>
        <w:t>第十剂良药：人的疾病越忧虑，就会变得越沉重。尤其是多疑的病人，一迪尔汗的表面疾病，会借忧虑变成十迪尔汗；而忧虑本身又另是一种疾病。这一剂重要的良药，正报告着这一点。</w:t>
      </w:r>
    </w:p>
    <w:p>
      <w:r>
        <w:rPr>
          <w:rFonts w:ascii="Times New Roman" w:hAnsi="Times New Roman" w:eastAsia="Noto Serif SC" w:cs="Amiri"/>
          <w:lang w:val="zh-CN" w:eastAsia="zh-CN" w:bidi="ar-SA"/>
          <w:color w:val="000000"/>
          <w:rtl w:val="0"/>
        </w:rPr>
        <w:t>第十一剂良药：疾病给人当下的痛苦。你应当记得，先前患过的疾病过去以后，已没有留下丝毫痛苦，其乐趣反而一直延续到此刻。由此，你应当摆脱当下疾病的眼前痛苦；你并不知道此刻之后的时间将如何到来，因此不应惧怕它。给一个不存在的时刻、不存在的痛苦和不存在的疾病赋予存在的颜色，是毫无意义的。把坚忍的力量分散到过去与未来也毫无益处，必须以全部力量撑住当下。这一剂至为崇高的良药，正报告着这些真理。</w:t>
      </w:r>
    </w:p>
    <w:p>
      <w:r>
        <w:rPr>
          <w:rFonts w:ascii="Times New Roman" w:hAnsi="Times New Roman" w:eastAsia="Noto Serif SC" w:cs="Amiri"/>
          <w:lang w:val="zh-CN" w:eastAsia="zh-CN" w:bidi="ar-SA"/>
          <w:color w:val="000000"/>
          <w:rtl w:val="0"/>
        </w:rPr>
        <w:t>第十二剂良药：人不应为自己因病不能履行功修和日常诵念而悲伤。只要他坚忍、托靠Allah并继续礼拜，圣训确证：他在病中仍会原样得到那些功修与诵念的回赐，而且是以更加纯洁的形式得到。人也借此认识自己的无力和软弱，所有器官与官能都以存在状态和言语向Allah的神圣门槛投奔。疾病又由此阐明</w:t>
      </w:r>
      <w:r>
        <w:rPr>
          <w:rFonts w:ascii="Amiri" w:hAnsi="Amiri" w:eastAsia="Amiri" w:cs="Amiri"/>
          <w:lang w:val="zh-CN" w:eastAsia="zh-CN" w:bidi="ar-SA"/>
          <w:rtl w:val="1"/>
          <w:cs w:val="1"/>
          <w:color w:val="000000"/>
          <w:sz w:val="24"/>
          <w:szCs w:val="24"/>
        </w:rPr>
        <w:t>ﻗُﻞْ ﻣَﺎ ﻳَﻌْﺒَﺆُﺍ ﺑِﻜُﻢْ ﺭَﺑّ۪ﻰ لَوْلَا ﺩُﻋَٓﺎﺅُﻛُﻢْ</w:t>
      </w:r>
      <w:r>
        <w:rPr>
          <w:rFonts w:ascii="Times New Roman" w:hAnsi="Times New Roman" w:eastAsia="Noto Serif SC" w:cs="Amiri"/>
          <w:lang w:val="zh-CN" w:eastAsia="zh-CN" w:bidi="ar-SA"/>
          <w:color w:val="000000"/>
          <w:rtl w:val="0"/>
        </w:rPr>
        <w:t>（你说：“若不是你们向祂祈求，我的养育并主宰者怎会顾念你们？你们与祂的关系，正系于这祈求”）的奥秘。因此，人不应抱怨，而应感恩。</w:t>
      </w:r>
    </w:p>
    <w:p>
      <w:r>
        <w:rPr>
          <w:rFonts w:ascii="Times New Roman" w:hAnsi="Times New Roman" w:eastAsia="Noto Serif SC" w:cs="Amiri"/>
          <w:lang w:val="zh-CN" w:eastAsia="zh-CN" w:bidi="ar-SA"/>
          <w:color w:val="000000"/>
          <w:rtl w:val="0"/>
        </w:rPr>
        <w:t>第十三剂良药：不应抱怨疾病；对某些人来说，疾病是一处宝藏。死期并不确定，所以人应当时刻处在畏惧与希望之间。死亡有可能在人疏忽之时把他抓住，而疾病则促使他思考自己的后世，因而是一位极其美好的劝诫者。这一剂重要的良药，正显示着这些真理。</w:t>
      </w:r>
    </w:p>
    <w:p>
      <w:r>
        <w:rPr>
          <w:rFonts w:ascii="Times New Roman" w:hAnsi="Times New Roman" w:eastAsia="Noto Serif SC" w:cs="Amiri"/>
          <w:lang w:val="zh-CN" w:eastAsia="zh-CN" w:bidi="ar-SA"/>
          <w:color w:val="000000"/>
          <w:rtl w:val="0"/>
        </w:rPr>
        <w:t>第十四剂良药：它阐明，在信仰者眼疾的帷幕之下——也就是在他失明这件事中——有一道极其重要的光明和一只伟大的心灵之眼。与其以一只短暂的眼睛，在几年里以短暂的方式观看尘世那令人伤怀、终将消逝的美，不如在乐园里，以具有四十只眼之力的永恒眼睛，永恒地观看乐园的一幅幅景象，这更为优越</w:t>
      </w:r>
      <w:r>
        <w:rPr>
          <w:rStyle w:val="FootnoteReference"/>
        </w:rPr>
        <w:footnoteReference w:id="68"/>
      </w:r>
      <w:r>
        <w:rPr>
          <w:rFonts w:ascii="Times New Roman" w:hAnsi="Times New Roman" w:eastAsia="Noto Serif SC" w:cs="Amiri"/>
          <w:lang w:val="zh-CN" w:eastAsia="zh-CN" w:bidi="ar-SA"/>
          <w:color w:val="000000"/>
          <w:rtl w:val="0"/>
        </w:rPr>
        <w:t>。第十五剂良药：看着疾病的外表而喊“啊！”是不可以的；若观看它的意义，它反而会流出使人说“真好！”的精神乐趣。因为，倘若没有精神上的回赐之乐，至高无上的真实主宰Allah就不会把疾病赐给祂最喜爱的仆人。这一剂良药以最美好方式报告的，正是圣训</w:t>
      </w:r>
      <w:r>
        <w:rPr>
          <w:rFonts w:ascii="Amiri" w:hAnsi="Amiri" w:eastAsia="Amiri" w:cs="Amiri"/>
          <w:lang w:val="zh-CN" w:eastAsia="zh-CN" w:bidi="ar-SA"/>
          <w:rtl w:val="1"/>
          <w:cs w:val="1"/>
          <w:color w:val="000000"/>
          <w:sz w:val="24"/>
          <w:szCs w:val="24"/>
        </w:rPr>
        <w:t>ﺍَﺷَﺪُّ ﺍﻟﻨَّﺎﺱِ بَلَاءً اَلْاَنْبِيَاءُ ﺛُﻢَّ الْاَوْلِيَاءُ اَلْاَمْثَلُ فَالْاَمْثَلُ</w:t>
      </w:r>
      <w:r>
        <w:rPr>
          <w:rFonts w:ascii="Times New Roman" w:hAnsi="Times New Roman" w:eastAsia="Noto Serif SC" w:cs="Amiri"/>
          <w:lang w:val="zh-CN" w:eastAsia="zh-CN" w:bidi="ar-SA"/>
          <w:color w:val="000000"/>
          <w:rtl w:val="0"/>
        </w:rPr>
        <w:t>（人们中受考验最剧烈的是众先知，其次是亲近Allah者，再其次是品级最优者，然后是次优者，依各自的优越程度相继承受）；</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（或者，他是以与此相近的话说的）所蕴含的奥秘。有些疾病还会使人获得殉道者的品阶；尤其是妇女，若在产褥期的四十天内去世，便会成为殉道者。</w:t>
      </w:r>
    </w:p>
    <w:p>
      <w:r>
        <w:rPr>
          <w:rFonts w:ascii="Times New Roman" w:hAnsi="Times New Roman" w:eastAsia="Noto Serif SC" w:cs="Amiri"/>
          <w:lang w:val="zh-CN" w:eastAsia="zh-CN" w:bidi="ar-SA"/>
          <w:color w:val="000000"/>
          <w:rtl w:val="0"/>
        </w:rPr>
        <w:t>第十六剂良药：疾病向人类社会生活灌输最为重要的敬重与怜悯。健康与安泰使怂恿作恶的自我在各方面都显出无所需求之态；疾病则取代这种无所需求之感，使人感到敬重与怜悯，并借此唤起人对同类的怜爱。这一剂极其美好、至为甘美而充满乐趣的良药，正显示着这一真理。</w:t>
      </w:r>
    </w:p>
    <w:p>
      <w:r>
        <w:rPr>
          <w:rFonts w:ascii="Times New Roman" w:hAnsi="Times New Roman" w:eastAsia="Noto Serif SC" w:cs="Amiri"/>
          <w:lang w:val="zh-CN" w:eastAsia="zh-CN" w:bidi="ar-SA"/>
          <w:color w:val="000000"/>
          <w:rtl w:val="0"/>
        </w:rPr>
        <w:t>第十七剂良药：这一剂良药以极其重要的方式表明，人不应为自己因病不能行善而悲伤。因为，即便在疾病中，也存在着最为重要的善功；甚至照料病人，也会成为最重要的善行与施舍。问候并妥善安慰一位有信仰的病人，尤其若病人是父母，从而赢得他们的祈祷，便是至为崇高的善功与施舍。</w:t>
      </w:r>
    </w:p>
    <w:p>
      <w:r>
        <w:rPr>
          <w:rFonts w:ascii="Times New Roman" w:hAnsi="Times New Roman" w:eastAsia="Noto Serif SC" w:cs="Amiri"/>
          <w:lang w:val="zh-CN" w:eastAsia="zh-CN" w:bidi="ar-SA"/>
          <w:color w:val="000000"/>
          <w:rtl w:val="0"/>
        </w:rPr>
        <w:t>第十八剂良药：人绝无权利舍弃感恩、转向抱怨，也绝无权利因自己某项权益受到损失而诉苦。因为，至高无上的真实主宰Allah赐给你的恩惠极多，你却没有履行那些恩惠所要求的感恩，反而对至高无上的真实主宰Allah有所亏欠。在健康方面，你应当察看那些比你更低下的困苦者；也就是说，若你缺了一根手指、一只手或一只眼，就应当看看那些缺了两根手指、两只手或两只眼的人。你从无有进入存在，没有成为石头、树木或动物，而成为人，又蒙受伊斯兰的恩赐，得见健康与安泰，达到很高的境地。倘若你却因某些变故，因自己错误的选择和错误的使用，抱怨那些从你手中失去或你无力企及的恩惠，并表现出不能坚忍，那便是对恩惠的忘恩负义。这一剂良药，正显示着这些真理。</w:t>
      </w:r>
    </w:p>
    <w:p>
      <w:r>
        <w:rPr>
          <w:rFonts w:ascii="Times New Roman" w:hAnsi="Times New Roman" w:eastAsia="Noto Serif SC" w:cs="Amiri"/>
          <w:lang w:val="zh-CN" w:eastAsia="zh-CN" w:bidi="ar-SA"/>
          <w:color w:val="000000"/>
          <w:rtl w:val="0"/>
        </w:rPr>
        <w:t>第十九剂良药：具威严的至美者Allah的一切尊名，以“诸最美尊名”这一至高的表述而言，都是美的；万有之中最精微、最包容、映照“万物皆依赖祂而祂无所依赖”这一神圣属性的镜子，则是生命。美者的镜子也是美的，镜子因显示美者的美而变得更美；从那美者来到这面镜子的一切，也都是美的。倘若生命始终健康、安泰、单调地延续，它就会成为一面有缺憾的镜子。至睿的创造者Allah使其余肢体以相助之势转向一个患病的肢体，为显示祂的纹饰与职责，暂时遣来那场疾病；待其职责完成，疾病便离去，把位置重新交给安泰。这一剂良药，正证明着这些真理。</w:t>
      </w:r>
    </w:p>
    <w:p>
      <w:r>
        <w:rPr>
          <w:rFonts w:ascii="Times New Roman" w:hAnsi="Times New Roman" w:eastAsia="Noto Serif SC" w:cs="Amiri"/>
          <w:lang w:val="zh-CN" w:eastAsia="zh-CN" w:bidi="ar-SA"/>
          <w:color w:val="000000"/>
          <w:rtl w:val="0"/>
        </w:rPr>
        <w:t>第二十剂良药：疾病分为两类，一类是真实的，一类是臆想性的。对于真实的疾病，具威严的治愈者Allah已在地球这座至大药房中，为每一种疾病储备了一剂良药。良药针对疾病，因此使用它们是宗教所允许的；但必须知道，药效来自至高无上的真实主宰Allah。不应重视臆想性疾病；越重视，它就越加重；不予重视，它便会轻轻过去。这一剂良药以一个美好的比喻证明着这些真理。</w:t>
      </w:r>
    </w:p>
    <w:p>
      <w:r>
        <w:rPr>
          <w:rFonts w:ascii="Times New Roman" w:hAnsi="Times New Roman" w:eastAsia="Noto Serif SC" w:cs="Amiri"/>
          <w:lang w:val="zh-CN" w:eastAsia="zh-CN" w:bidi="ar-SA"/>
          <w:color w:val="000000"/>
          <w:rtl w:val="0"/>
        </w:rPr>
        <w:t>第二十一剂良药：疾病中有肉体上的痛苦，却有一种能消除那痛苦的精神乐趣环绕着它。表面上，父母与亲属的怜爱，也因病痛的吸引力而汇聚在病人周围，以深情看着他。因此，那份痛苦的代价变得很低。病人又有许多物质与精神上的帮助者，所以不应抱怨，而应感恩。这一剂良药，正证明着这些真理。</w:t>
      </w:r>
    </w:p>
    <w:p>
      <w:r>
        <w:rPr>
          <w:rFonts w:ascii="Times New Roman" w:hAnsi="Times New Roman" w:eastAsia="Noto Serif SC" w:cs="Amiri"/>
          <w:lang w:val="zh-CN" w:eastAsia="zh-CN" w:bidi="ar-SA"/>
          <w:color w:val="000000"/>
          <w:rtl w:val="0"/>
        </w:rPr>
        <w:t>第二十二剂良药：中风之类的重病，对信士而言被视为极其蒙受祝福之事，亲近Allah者也曾亲见其为蒙受祝福。人借两项原则得以前往至高无上的真实主宰Allah，而中风之类的疾病则赋予这两项原则的特殊功效。第一项是系念死亡，也就是说，人既知道世界短暂，也明白自己同样短暂，是一名肩负职责的过客。第二项是为摆脱怂恿作恶的自我和盲目欲望的危险：一些信仰者以苦修扼杀那怂恿作恶的自我，借此赢得自己的永恒生命；中风之类的疾病也具有同样的特殊功效。因此，那场疾病对他而言，代价极低。这一剂良药，正证明并显示着这些真理。</w:t>
      </w:r>
    </w:p>
    <w:p>
      <w:r>
        <w:rPr>
          <w:rFonts w:ascii="Times New Roman" w:hAnsi="Times New Roman" w:eastAsia="Noto Serif SC" w:cs="Amiri"/>
          <w:lang w:val="zh-CN" w:eastAsia="zh-CN" w:bidi="ar-SA"/>
          <w:color w:val="000000"/>
          <w:rtl w:val="0"/>
        </w:rPr>
        <w:t>第二十三剂良药：人在异乡与孤苦之中患病时，正因那份孤苦，连最冷硬的心也会对他生出怜惜。在《古兰经》所有章首，以</w:t>
      </w:r>
      <w:r>
        <w:rPr>
          <w:rFonts w:ascii="Amiri" w:hAnsi="Amiri" w:eastAsia="Amiri" w:cs="Amiri"/>
          <w:lang w:val="zh-CN" w:eastAsia="zh-CN" w:bidi="ar-SA"/>
          <w:rtl w:val="1"/>
          <w:cs w:val="1"/>
          <w:color w:val="000000"/>
          <w:sz w:val="24"/>
          <w:szCs w:val="24"/>
        </w:rPr>
        <w:t>الرَّحْمَٰنُ الرَّحِيمُ</w:t>
      </w:r>
      <w:r>
        <w:rPr>
          <w:rFonts w:ascii="Times New Roman" w:hAnsi="Times New Roman" w:eastAsia="Noto Serif SC" w:cs="Amiri"/>
          <w:lang w:val="zh-CN" w:eastAsia="zh-CN" w:bidi="ar-SA"/>
          <w:color w:val="000000"/>
          <w:rtl w:val="0"/>
        </w:rPr>
        <w:t>（慈悯普及万物者、至慈者；祂的慈悯遍及万有，又以深厚的怜悯眷顾众生）这一尊名向我们介绍自己的Allah，凭一道怜爱的闪光，驱使母亲们奔赴所有幼子的援助；每年春天，又凭一种慈悯的显现，把祂的恩赐赐给我们。获得那些恩赐，要凭信仰、归属祂并认识祂。而人在异乡与孤苦中的疾病，则会招来至高无上的真实主宰Allah怜悯的眷顾。这一剂良药，郑重地报告着这些真理。</w:t>
      </w:r>
    </w:p>
    <w:p>
      <w:r>
        <w:rPr>
          <w:rFonts w:ascii="Times New Roman" w:hAnsi="Times New Roman" w:eastAsia="Noto Serif SC" w:cs="Amiri"/>
          <w:lang w:val="zh-CN" w:eastAsia="zh-CN" w:bidi="ar-SA"/>
          <w:color w:val="000000"/>
          <w:rtl w:val="0"/>
        </w:rPr>
        <w:t>第二十四剂良药：对照料并服侍无辜儿童以及如无辜者般的年迈病人的人而言，这是一桩后世的巨大交易。那些柔弱儿童的疾病，是来自养育并主宰者的注射，为使他们日后能够忍受尘世生活的种种纷扰。由这些注射而来的回赐与报酬，会记入照料者、尤其是他们母亲的行为簿。通达真理者也曾亲见这一真理。尤其获得年迈父母以及年迈亲属的祈祷，会成为后世幸福的凭借；照料他们的人，日后也会从自己的儿女那里看到同样的对待。至于不照料他们的人，事实已经证明，而且仍将证明：其结局既有后世的惩罚，在尘世也会遭遇许多灾难。即使老人并非自己的亲属，照料他们仍是伊斯兰的要求。这一剂良药，以极其确凿的方式证明着这些真理。</w:t>
      </w:r>
    </w:p>
    <w:p>
      <w:r>
        <w:rPr>
          <w:rFonts w:ascii="Times New Roman" w:hAnsi="Times New Roman" w:eastAsia="Noto Serif SC" w:cs="Amiri"/>
          <w:lang w:val="zh-CN" w:eastAsia="zh-CN" w:bidi="ar-SA"/>
          <w:color w:val="000000"/>
          <w:rtl w:val="0"/>
        </w:rPr>
        <w:t>第二十五剂良药：一切疾病极为有益的精神良药，以及真正而神圣的解毒良药，就是信仰的展开。人应当借忏悔、求饶、礼拜和全然奴仆意识，使用那神圣的解毒良药——信仰，以及由信仰而来的药物。疏忽者那广阔的精神世界被消逝与离别的打击所伤；其治疗，在于以信仰这神圣的解毒良药带来疗愈，使他们从创伤中得救。信仰之药的效力，则在于履行宗教主命。放荡、自我的私欲和不正当的娱乐，会阻止那解毒良药发挥效力。这一剂良药，把这一切明示给人，并以极其确凿的方式加以阐释和证明。</w:t>
      </w:r>
    </w:p>
    <w:p>
      <w:pPr>
        <w:pStyle w:val="Heading2"/>
      </w:pPr>
      <w:r>
        <w:rPr>
          <w:rFonts w:ascii="Times New Roman" w:hAnsi="Times New Roman" w:eastAsia="Noto Serif SC" w:cs="Amiri"/>
          <w:lang w:val="zh-CN" w:eastAsia="zh-CN" w:bidi="ar-SA"/>
          <w:color w:val="000000"/>
          <w:rtl w:val="0"/>
        </w:rPr>
        <w:t>背诵全本《古兰经》的穆斯塔法</w:t>
      </w:r>
      <w:r>
        <w:rPr>
          <w:rFonts w:ascii="Amiri" w:hAnsi="Amiri" w:eastAsia="Amiri" w:cs="Amiri"/>
          <w:lang w:val="zh-CN" w:eastAsia="zh-CN" w:bidi="ar-SA"/>
          <w:rtl w:val="1"/>
          <w:cs w:val="1"/>
          <w:color w:val="000000"/>
          <w:sz w:val="24"/>
          <w:szCs w:val="24"/>
        </w:rPr>
        <w:t>رَحِمَهُ اللَّهُ</w:t>
      </w:r>
      <w:r>
        <w:rPr>
          <w:rFonts w:ascii="Times New Roman" w:hAnsi="Times New Roman" w:eastAsia="Noto Serif SC" w:cs="Amiri"/>
          <w:lang w:val="zh-CN" w:eastAsia="zh-CN" w:bidi="ar-SA"/>
          <w:color w:val="000000"/>
          <w:rtl w:val="0"/>
        </w:rPr>
        <w:t>（愿Allah慈悯他）</w:t>
      </w:r>
    </w:p>
    <w:p>
      <w:r>
        <w:rPr>
          <w:rFonts w:ascii="Times New Roman" w:hAnsi="Times New Roman" w:eastAsia="Noto Serif SC" w:cs="Amiri"/>
          <w:lang w:val="zh-CN" w:eastAsia="zh-CN" w:bidi="ar-SA"/>
          <w:color w:val="000000"/>
          <w:rtl w:val="0"/>
        </w:rPr>
        <w:t>第二十六闪光：</w:t>
      </w:r>
      <w:r>
        <w:rPr>
          <w:rFonts w:ascii="Amiri" w:hAnsi="Amiri" w:eastAsia="Amiri" w:cs="Amiri"/>
          <w:lang w:val="zh-CN" w:eastAsia="zh-CN" w:bidi="ar-SA"/>
          <w:rtl w:val="1"/>
          <w:cs w:val="1"/>
          <w:color w:val="000000"/>
          <w:sz w:val="24"/>
          <w:szCs w:val="24"/>
        </w:rPr>
        <w:t>ﻛٓﻬٰﻴٰﻌٓﺺٓ</w:t>
      </w:r>
      <w:r>
        <w:rPr>
          <w:rFonts w:ascii="Times New Roman" w:hAnsi="Times New Roman" w:eastAsia="Noto Serif SC" w:cs="Amiri"/>
          <w:lang w:val="zh-CN" w:eastAsia="zh-CN" w:bidi="ar-SA"/>
          <w:color w:val="000000"/>
          <w:rtl w:val="0"/>
        </w:rPr>
        <w:t xml:space="preserve">（卡夫、哈、雅、阿因、萨德；这些字母是《古兰经》开端的神圣符号，其究竟奥义唯Allah尽知） </w:t>
      </w:r>
      <w:r>
        <w:rPr>
          <w:rFonts w:ascii="Amiri" w:hAnsi="Amiri" w:eastAsia="Amiri" w:cs="Amiri"/>
          <w:lang w:val="zh-CN" w:eastAsia="zh-CN" w:bidi="ar-SA"/>
          <w:rtl w:val="1"/>
          <w:cs w:val="1"/>
          <w:color w:val="000000"/>
          <w:sz w:val="24"/>
          <w:szCs w:val="24"/>
        </w:rPr>
        <w:t>٭ ﺫِﻛْﺮُ ﺭَﺣْﻤَﺖِ ﺭَﺑِّﻚَ ﻋَﺒْﺪَﻩُ ﺯَﻛَﺮِﻳَّﺎ</w:t>
      </w:r>
      <w:r>
        <w:rPr>
          <w:rFonts w:ascii="Times New Roman" w:hAnsi="Times New Roman" w:eastAsia="Noto Serif SC" w:cs="Amiri"/>
          <w:lang w:val="zh-CN" w:eastAsia="zh-CN" w:bidi="ar-SA"/>
          <w:color w:val="000000"/>
          <w:rtl w:val="0"/>
        </w:rPr>
        <w:t xml:space="preserve">（这是对你的养育并主宰者赐予祂仆人宰凯里雅的慈悯所作的记念） </w:t>
      </w:r>
      <w:r>
        <w:rPr>
          <w:rFonts w:ascii="Amiri" w:hAnsi="Amiri" w:eastAsia="Amiri" w:cs="Amiri"/>
          <w:lang w:val="zh-CN" w:eastAsia="zh-CN" w:bidi="ar-SA"/>
          <w:rtl w:val="1"/>
          <w:cs w:val="1"/>
          <w:color w:val="000000"/>
          <w:sz w:val="24"/>
          <w:szCs w:val="24"/>
        </w:rPr>
        <w:t>٭ ﺍِﺫْ ﻧَﺎﺩٰﻯ ﺭَﺑَّﻪُ ﻧِﺪَٓﺍﺀً ﺧَﻔِﻴًّﺎ</w:t>
      </w:r>
      <w:r>
        <w:rPr>
          <w:rFonts w:ascii="Times New Roman" w:hAnsi="Times New Roman" w:eastAsia="Noto Serif SC" w:cs="Amiri"/>
          <w:lang w:val="zh-CN" w:eastAsia="zh-CN" w:bidi="ar-SA"/>
          <w:color w:val="000000"/>
          <w:rtl w:val="0"/>
        </w:rPr>
        <w:t xml:space="preserve">（当时，他以低微隐秘的呼声呼唤自己的养育并主宰者，把祈求藏于心底，只向祂倾诉） </w:t>
      </w:r>
      <w:r>
        <w:rPr>
          <w:rFonts w:ascii="Amiri" w:hAnsi="Amiri" w:eastAsia="Amiri" w:cs="Amiri"/>
          <w:lang w:val="zh-CN" w:eastAsia="zh-CN" w:bidi="ar-SA"/>
          <w:rtl w:val="1"/>
          <w:cs w:val="1"/>
          <w:color w:val="000000"/>
          <w:sz w:val="24"/>
          <w:szCs w:val="24"/>
        </w:rPr>
        <w:t>٭ ﻗَﺎﻝَ ﺭَﺏِّ ﺍِﻧّ۪ﻰ ﻭَﻫَﻦَ ﺍﻟْﻌَﻈْﻢُ ﻣِﻨّ۪ﻰ ﻭَﺍﺷْﺘَﻌَﻞَ ﺍﻟﺮَّﺍْﺱُ ﺷَﻴْﺒًﺎ ﻭَﻟَﻢْ ﺍَﻛُﻦْ ﺑِﺪُﻋَٓﺎﺋِﻚَ ﺭَﺏِّ ﺷَﻘِﻴًّﺎ</w:t>
      </w:r>
      <w:r>
        <w:rPr>
          <w:rFonts w:ascii="Times New Roman" w:hAnsi="Times New Roman" w:eastAsia="Noto Serif SC" w:cs="Amiri"/>
          <w:lang w:val="zh-CN" w:eastAsia="zh-CN" w:bidi="ar-SA"/>
          <w:color w:val="000000"/>
          <w:rtl w:val="0"/>
        </w:rPr>
        <w:t>（他说：“我的养育并主宰者啊！我的骨骼已经衰弱，头上的白发已如火焰般燃亮；然而，我的养育并主宰者啊，我向您祈求，从未成为一个失望不幸的人”）。第二十六闪光由二十六项希望组成。</w:t>
      </w:r>
    </w:p>
    <w:p>
      <w:r>
        <w:rPr>
          <w:rFonts w:ascii="Times New Roman" w:hAnsi="Times New Roman" w:eastAsia="Noto Serif SC" w:cs="Amiri"/>
          <w:lang w:val="zh-CN" w:eastAsia="zh-CN" w:bidi="ar-SA"/>
          <w:color w:val="000000"/>
          <w:rtl w:val="0"/>
        </w:rPr>
        <w:t>第一项希望：万物的根源、光明、光辉、源泉、矿藏和活泉都是信仰。因此，在一切之先，必须努力获得那神圣、超绝而崇高的光明。这是一项珍贵而精妙简洁的希望，正阐明着这一真理。</w:t>
      </w:r>
    </w:p>
    <w:p>
      <w:r>
        <w:rPr>
          <w:rFonts w:ascii="Times New Roman" w:hAnsi="Times New Roman" w:eastAsia="Noto Serif SC" w:cs="Amiri"/>
          <w:lang w:val="zh-CN" w:eastAsia="zh-CN" w:bidi="ar-SA"/>
          <w:color w:val="000000"/>
          <w:rtl w:val="0"/>
        </w:rPr>
        <w:t>第二项希望：实际上如同婴儿的老人，在老年中借信仰、归属并顺从至慈的创造者Allah，将如婴儿一般，成为</w:t>
      </w:r>
      <w:r>
        <w:rPr>
          <w:rFonts w:ascii="Amiri" w:hAnsi="Amiri" w:eastAsia="Amiri" w:cs="Amiri"/>
          <w:lang w:val="zh-CN" w:eastAsia="zh-CN" w:bidi="ar-SA"/>
          <w:rtl w:val="1"/>
          <w:cs w:val="1"/>
          <w:color w:val="000000"/>
          <w:sz w:val="24"/>
          <w:szCs w:val="24"/>
        </w:rPr>
        <w:t>الرَّحْمَٰنُ الرَّحِيمُ</w:t>
      </w:r>
      <w:r>
        <w:rPr>
          <w:rFonts w:ascii="Times New Roman" w:hAnsi="Times New Roman" w:eastAsia="Noto Serif SC" w:cs="Amiri"/>
          <w:lang w:val="zh-CN" w:eastAsia="zh-CN" w:bidi="ar-SA"/>
          <w:color w:val="000000"/>
          <w:rtl w:val="0"/>
        </w:rPr>
        <w:t>（慈悯普及万物者、至慈者；祂的慈悯遍及万有，又以深厚的怜悯眷顾众生）这两个尊名的彰显之所。这是一项光播四散的真理，正以此报喜。</w:t>
      </w:r>
    </w:p>
    <w:p>
      <w:r>
        <w:rPr>
          <w:rFonts w:ascii="Times New Roman" w:hAnsi="Times New Roman" w:eastAsia="Noto Serif SC" w:cs="Amiri"/>
          <w:lang w:val="zh-CN" w:eastAsia="zh-CN" w:bidi="ar-SA"/>
          <w:color w:val="000000"/>
          <w:rtl w:val="0"/>
        </w:rPr>
        <w:t>第三项希望：人类不可避免地要经历被遣往中间世界的历程与后世的种种转变。在这过程中，只有遵循我们尊贵的先知——两个世界的领袖、众先知的主领、Allah慈悯与怜悯的体现、Allah的所爱者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（愿Allah赐他尊荣、恩福与平安）——的崇高圣行，才能获得安宁与拯救。这一项希望，正阐明着这一真理。</w:t>
      </w:r>
    </w:p>
    <w:p>
      <w:r>
        <w:rPr>
          <w:rFonts w:ascii="Times New Roman" w:hAnsi="Times New Roman" w:eastAsia="Noto Serif SC" w:cs="Amiri"/>
          <w:lang w:val="zh-CN" w:eastAsia="zh-CN" w:bidi="ar-SA"/>
          <w:color w:val="000000"/>
          <w:rtl w:val="0"/>
        </w:rPr>
        <w:t>第四项希望：年迈的男人和女人开始逐渐断绝与尘世的联系，并思考自己正在临近的坟墓之门。阐明明示奇迹的《古兰经》以自己的光明照亮并启迪那表面看来黑暗的世界；人的一个字母可为他赢得十项回赐与善行，有时是百项，有时是千项；它又是慈悯宝库的钥匙。那些以信仰之光聆听《古兰经》、服从其命令并远离其禁令的人，将在永恒的世界里欢喜舒畅。这一项希望以此报喜，显示了一扇极其坚固的希望之门。</w:t>
      </w:r>
    </w:p>
    <w:p>
      <w:r>
        <w:rPr>
          <w:rFonts w:ascii="Times New Roman" w:hAnsi="Times New Roman" w:eastAsia="Noto Serif SC" w:cs="Amiri"/>
          <w:lang w:val="zh-CN" w:eastAsia="zh-CN" w:bidi="ar-SA"/>
          <w:color w:val="000000"/>
          <w:rtl w:val="0"/>
        </w:rPr>
        <w:t>第五项希望：信仰后世所带来的安慰，在每一个人、每一个个体身上都显示出个别而普遍的影响；它给予老人的希望与安慰更加巨大、更加有力。因此，人应当把老年认识为养育并主宰者Allah所赐的一艘安全航船，喜爱老年、对老年感到满意，并向至高无上的真实主宰Allah感恩和赞美。这一项希望，正提出这样的劝勉。</w:t>
      </w:r>
    </w:p>
    <w:p>
      <w:r>
        <w:rPr>
          <w:rFonts w:ascii="Times New Roman" w:hAnsi="Times New Roman" w:eastAsia="Noto Serif SC" w:cs="Amiri"/>
          <w:lang w:val="zh-CN" w:eastAsia="zh-CN" w:bidi="ar-SA"/>
          <w:color w:val="000000"/>
          <w:rtl w:val="0"/>
        </w:rPr>
        <w:t>第六项希望：借信仰之光，宇宙的诸层次以及大地上的万有和受造物，都如同亲切的伙伴，见证至慈的创造者Allah，并消除陌生、孤独与黑暗。同样，当老年到来、伴随其生命的一切行将离别时，他将借无力与衰弱这副望远镜，以老年的眼睛看见：证人多如这部世界之书的字母；慈悯的证据，多如有灵者那些成为怜爱、慈悯与眷顾凭借的官能、食物与恩赐；而无力与衰弱，又是最蒙悦纳的代求者。因此，人不应厌弃老年，而应喜爱老年。这一项希望，正借此显示希望之路。</w:t>
      </w:r>
    </w:p>
    <w:p>
      <w:r>
        <w:rPr>
          <w:rFonts w:ascii="Times New Roman" w:hAnsi="Times New Roman" w:eastAsia="Noto Serif SC" w:cs="Amiri"/>
          <w:lang w:val="zh-CN" w:eastAsia="zh-CN" w:bidi="ar-SA"/>
          <w:color w:val="000000"/>
          <w:rtl w:val="0"/>
        </w:rPr>
        <w:t>第七项希望：有人愚妄地把短暂的世界装饰成永恒，又有一座矗立在王权京都中的臆想大厦。这一项希望从六个方向拆毁那座大厦，以《古兰经》之光和信仰的奥秘驱散迷误带来的可怕黑暗，把困苦遭难的老人从臆想与疑念的山谷中救出，带到安宁的彼岸与慈悯普及万物者Allah的慈悯之中。这是一项奋勇抗争的希望。</w:t>
      </w:r>
    </w:p>
    <w:p>
      <w:r>
        <w:rPr>
          <w:rFonts w:ascii="Times New Roman" w:hAnsi="Times New Roman" w:eastAsia="Noto Serif SC" w:cs="Amiri"/>
          <w:lang w:val="zh-CN" w:eastAsia="zh-CN" w:bidi="ar-SA"/>
          <w:color w:val="000000"/>
          <w:rtl w:val="0"/>
        </w:rPr>
        <w:t>第八项希望：至高无上的真实主宰Allah以完满的慷慨、无尽的温仁与怜爱，为永恒和永恒的生命创造了人类。为使人类摆脱彻底的遗忘，祂在尊贵庄严的《古兰经》中，以</w:t>
      </w:r>
      <w:r>
        <w:rPr>
          <w:rFonts w:ascii="Amiri" w:hAnsi="Amiri" w:eastAsia="Amiri" w:cs="Amiri"/>
          <w:lang w:val="zh-CN" w:eastAsia="zh-CN" w:bidi="ar-SA"/>
          <w:rtl w:val="1"/>
          <w:cs w:val="1"/>
          <w:color w:val="000000"/>
          <w:sz w:val="24"/>
          <w:szCs w:val="24"/>
        </w:rPr>
        <w:t>ﻛُﻞُّ ﻧَﻔْﺲٍ ﺫَٓﺍﺋِﻘَﺔُ ﺍﻟْﻤَﻮْﺕِ</w:t>
      </w:r>
      <w:r>
        <w:rPr>
          <w:rFonts w:ascii="Times New Roman" w:hAnsi="Times New Roman" w:eastAsia="Noto Serif SC" w:cs="Amiri"/>
          <w:lang w:val="zh-CN" w:eastAsia="zh-CN" w:bidi="ar-SA"/>
          <w:color w:val="000000"/>
          <w:rtl w:val="0"/>
        </w:rPr>
        <w:t>（每一个有灵者都必将尝到死亡；无一能逃脱这命定的经历）这道神圣命令，宣告每一个有灵者都会死亡。同样，人的头发变白，既是死亡的一个征兆和报喜者，又是人恒常的同伴与教师。人已经预备垂首，始终倾向于疏忽，又受短暂之物的缠累；这一项希望便以信仰的奥秘和《古兰经》之光，把他从疏忽的沉睡中唤醒，并将一条坚固的希望准则交到他手中。</w:t>
      </w:r>
    </w:p>
    <w:p>
      <w:r>
        <w:rPr>
          <w:rFonts w:ascii="Times New Roman" w:hAnsi="Times New Roman" w:eastAsia="Noto Serif SC" w:cs="Amiri"/>
          <w:lang w:val="zh-CN" w:eastAsia="zh-CN" w:bidi="ar-SA"/>
          <w:color w:val="000000"/>
          <w:rtl w:val="0"/>
        </w:rPr>
        <w:t>第九项希望：老年实际品尝着无力与衰弱，在情感方面也变得如同儿童和幼子；正如它会招来Allah的慈悯与眷顾，《古兰经》的命令和先知的指示</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使年幼者如同听命的士兵，怀着敬重、怜悯和怜爱聚集在老人周围。这样，老年既蒙慷慨的创造者Allah眷顾，又成为人们服侍和援助的凭借。人应当满足于老年；这一项希望，正借此打开希望之门。</w:t>
      </w:r>
    </w:p>
    <w:p>
      <w:r>
        <w:rPr>
          <w:rFonts w:ascii="Times New Roman" w:hAnsi="Times New Roman" w:eastAsia="Noto Serif SC" w:cs="Amiri"/>
          <w:lang w:val="zh-CN" w:eastAsia="zh-CN" w:bidi="ar-SA"/>
          <w:color w:val="000000"/>
          <w:rtl w:val="0"/>
        </w:rPr>
        <w:t>第十项希望：以至睿《古兰经》的光明看来，死亡是真理，也是正在发生的事实；人宁取死亡并喜爱它，胜过生命。同样，以有信仰的老年的眼睛可以确信地观见：中间世界的亡者，比那些暂居尘世、日后也将前往那里的人，更值得亲近与熟稔。因此，有信仰的老年是Allah的一项伟大恩赐。人有时还能借内在修持的旅程，达到亲近Allah者诸品阶那样的崇高境界。这一项坚固的希望，正以此报喜、传佳音并赐予欢喜。</w:t>
      </w:r>
    </w:p>
    <w:p>
      <w:r>
        <w:rPr>
          <w:rFonts w:ascii="Times New Roman" w:hAnsi="Times New Roman" w:eastAsia="Noto Serif SC" w:cs="Amiri"/>
          <w:lang w:val="zh-CN" w:eastAsia="zh-CN" w:bidi="ar-SA"/>
          <w:color w:val="000000"/>
          <w:rtl w:val="0"/>
        </w:rPr>
        <w:t>第十一项希望：白发是老年不知疲倦的宣告者。借白发的提醒，人会看见：那被臆想为永存的躯体，其实已成为另一个世界的候选者，并是短暂的；某些被误认为忠诚者的背信打击，又使人看清，并非所有相关者都真心关怀。于是，人在寻求一处庇护所和依靠之处时，至睿《古兰经》所言的</w:t>
      </w:r>
      <w:r>
        <w:rPr>
          <w:rFonts w:ascii="Amiri" w:hAnsi="Amiri" w:eastAsia="Amiri" w:cs="Amiri"/>
          <w:lang w:val="zh-CN" w:eastAsia="zh-CN" w:bidi="ar-SA"/>
          <w:rtl w:val="1"/>
          <w:cs w:val="1"/>
          <w:color w:val="000000"/>
          <w:sz w:val="24"/>
          <w:szCs w:val="24"/>
        </w:rPr>
        <w:t>لَا إِلَٰهَ إِلَّا هُوَ</w:t>
      </w:r>
      <w:r>
        <w:rPr>
          <w:rFonts w:ascii="Times New Roman" w:hAnsi="Times New Roman" w:eastAsia="Noto Serif SC" w:cs="Amiri"/>
          <w:lang w:val="zh-CN" w:eastAsia="zh-CN" w:bidi="ar-SA"/>
          <w:color w:val="000000"/>
          <w:rtl w:val="0"/>
        </w:rPr>
        <w:t>（除祂以外，再无应受崇拜者；唯独祂具有应受崇拜的神圣性）这道神圣命令便前来援助，以作为真理本身的一两个比喻，证明宇宙中种种原因并无实在效力，这个世纪引人迷途的自然主义泥沼也是虚无，是没有根基的否认性臆想。它又证明：从微粒到太阳，从天体到天使，从苍蝇到游鱼，从想象到生命，一切都在一位无始全能者Allah的掌握与知识的遍覆之中，祂的存在是必然的。这一项希望，正赐予一扇坚固的希望之门，成为信仰之光的凭借。</w:t>
      </w:r>
    </w:p>
    <w:p>
      <w:r>
        <w:rPr>
          <w:rFonts w:ascii="Times New Roman" w:hAnsi="Times New Roman" w:eastAsia="Noto Serif SC" w:cs="Amiri"/>
          <w:lang w:val="zh-CN" w:eastAsia="zh-CN" w:bidi="ar-SA"/>
          <w:color w:val="000000"/>
          <w:rtl w:val="0"/>
        </w:rPr>
        <w:t>第十二项希望：在</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（愿Allah的慈悯降临他）阿卜杜拉赫曼去世之际，借</w:t>
      </w:r>
      <w:r>
        <w:rPr>
          <w:rFonts w:ascii="Amiri" w:hAnsi="Amiri" w:eastAsia="Amiri" w:cs="Amiri"/>
          <w:lang w:val="zh-CN" w:eastAsia="zh-CN" w:bidi="ar-SA"/>
          <w:rtl w:val="1"/>
          <w:cs w:val="1"/>
          <w:color w:val="000000"/>
          <w:sz w:val="24"/>
          <w:szCs w:val="24"/>
        </w:rPr>
        <w:t>ﻛُﻞُّ ﺷَﻰْﺀٍ ﻫَﺎﻟِﻚٌ اِلَّا ﻭَﺟْﻬَﻪُ ﻟَﻪُ ﺍﻟْﺤُﻜْﻢُ ﻭَﺍِﻟَﻴْﻪِ ﺗُﺮْﺟَﻌُﻮﻥَ</w:t>
      </w:r>
      <w:r>
        <w:rPr>
          <w:rFonts w:ascii="Times New Roman" w:hAnsi="Times New Roman" w:eastAsia="Noto Serif SC" w:cs="Amiri"/>
          <w:lang w:val="zh-CN" w:eastAsia="zh-CN" w:bidi="ar-SA"/>
          <w:color w:val="000000"/>
          <w:rtl w:val="0"/>
        </w:rPr>
        <w:t>（万物都要毁灭，唯有祂的本体与永恒尊荣长存；裁决唯独属于祂，你们也唯独被带回祂那里）这节神圣经文的奥秘，借</w:t>
      </w:r>
      <w:r>
        <w:rPr>
          <w:rFonts w:ascii="Amiri" w:hAnsi="Amiri" w:eastAsia="Amiri" w:cs="Amiri"/>
          <w:lang w:val="zh-CN" w:eastAsia="zh-CN" w:bidi="ar-SA"/>
          <w:rtl w:val="1"/>
          <w:cs w:val="1"/>
          <w:color w:val="000000"/>
          <w:sz w:val="24"/>
          <w:szCs w:val="24"/>
        </w:rPr>
        <w:t>ﻳَﺎ ﺑَﺎﻗ۪ﻰ ﺍَﻧْﺖَ ﺍﻟْﺒَﺎﻗ۪ﻰ ﻳَﺎ ﺑَﺎﻗ۪ﻰ ﺍَﻧْﺖَ ﺍﻟْﺒَﺎﻗ۪ﻰ</w:t>
      </w:r>
      <w:r>
        <w:rPr>
          <w:rFonts w:ascii="Times New Roman" w:hAnsi="Times New Roman" w:eastAsia="Noto Serif SC" w:cs="Amiri"/>
          <w:lang w:val="zh-CN" w:eastAsia="zh-CN" w:bidi="ar-SA"/>
          <w:color w:val="000000"/>
          <w:rtl w:val="0"/>
        </w:rPr>
        <w:t>（永存者啊！唯有您是永存者；永存者啊！唯有您是永存者）这一真理，再借</w:t>
      </w:r>
      <w:r>
        <w:rPr>
          <w:rFonts w:ascii="Amiri" w:hAnsi="Amiri" w:eastAsia="Amiri" w:cs="Amiri"/>
          <w:lang w:val="zh-CN" w:eastAsia="zh-CN" w:bidi="ar-SA"/>
          <w:rtl w:val="1"/>
          <w:cs w:val="1"/>
          <w:color w:val="000000"/>
          <w:sz w:val="24"/>
          <w:szCs w:val="24"/>
        </w:rPr>
        <w:t>ﻓَﺎِﻥْ ﺗَﻮَﻟَّﻮْﺍ ﻓَﻘُﻞْ ﺣَﺴْﺒِﻰَ ﺍﻟﻠّٰﻪُ لَٓا ﺍِﻟٰﻪَ اِلَّا ﻫُﻮَ ﻋَﻠَﻴْﻪِ ﺗَﻮَﻛَّﻠْﺖُ ﻭَﻫُﻮَ ﺭَﺏُّ ﺍﻟْﻌَﺮْﺵِ ﺍﻟْﻌَﻈ۪ﻴﻢِ</w:t>
      </w:r>
      <w:r>
        <w:rPr>
          <w:rFonts w:ascii="Times New Roman" w:hAnsi="Times New Roman" w:eastAsia="Noto Serif SC" w:cs="Amiri"/>
          <w:lang w:val="zh-CN" w:eastAsia="zh-CN" w:bidi="ar-SA"/>
          <w:color w:val="000000"/>
          <w:rtl w:val="0"/>
        </w:rPr>
        <w:t>（倘若他们背弃你，你就说：“Allah已足够我，祂是我的依靠与保全者；除祂以外，再无应受崇拜者。我唯独托靠祂，祂是至高宝座的养育并主宰者，祂拥有宏大的主权”）这节经文的安慰：具威严的永存者、具完善的无始无终者、具美善的至慈者Allah，祂的一丝眷顾的显现便足以代替整个世界，祂的一丝光明的显现便能驱散一切黑暗；只要祂长存的眷顾在，便已足够。离去的人，是前往祂那长存的国度；祂已经并仍将把同样的人送到他们的位置上。这一项希望以真实发生的事实显示这一真理，使大多遭受离别与思念之苦的老人，把脸转向具威严的永存者Allah。它把黑暗化为光明，把信仰之光赐给心灵，是一项如同电一般的希望。</w:t>
      </w:r>
    </w:p>
    <w:p>
      <w:r>
        <w:rPr>
          <w:rFonts w:ascii="Times New Roman" w:hAnsi="Times New Roman" w:eastAsia="Noto Serif SC" w:cs="Amiri"/>
          <w:lang w:val="zh-CN" w:eastAsia="zh-CN" w:bidi="ar-SA"/>
          <w:color w:val="000000"/>
          <w:rtl w:val="0"/>
        </w:rPr>
        <w:t>第十三项希望：世界大战中，俄国人占领并焚烧凡城，使凡城成为一片废墟，其大多数居民因殉道或迁徙而消失；霍尔霍尔经学院也遭毁坏。在这一切消亡之中，这个国家所有关闭、消亡的经学院，仿佛都以矗立在霍尔霍尔上方、由整块巨石构成的凡城城堡为墓碑。那时，我在凡城城堡上，处在极度的绝望与哀痛之中。阐明明示奇迹的《古兰经》中，</w:t>
      </w:r>
      <w:r>
        <w:rPr>
          <w:rFonts w:ascii="Amiri" w:hAnsi="Amiri" w:eastAsia="Amiri" w:cs="Amiri"/>
          <w:lang w:val="zh-CN" w:eastAsia="zh-CN" w:bidi="ar-SA"/>
          <w:rtl w:val="1"/>
          <w:cs w:val="1"/>
          <w:color w:val="000000"/>
          <w:sz w:val="24"/>
          <w:szCs w:val="24"/>
        </w:rPr>
        <w:t>ﺳَﺒَّﺢَ ﻟِﻠّٰﻪِ ﻣَﺎ ﻓِﻰ ﺍﻟﺴَّﻤٰﻮَﺍﺕِ وَالْاَرْضِ ﻭَﻫُﻮَ ﺍﻟْﻌَﺰ۪ﻳﺰُ ﺍﻟْﺤَﻜ۪ﻴﻢُ</w:t>
      </w:r>
      <w:r>
        <w:rPr>
          <w:rFonts w:ascii="Times New Roman" w:hAnsi="Times New Roman" w:eastAsia="Noto Serif SC" w:cs="Amiri"/>
          <w:lang w:val="zh-CN" w:eastAsia="zh-CN" w:bidi="ar-SA"/>
          <w:color w:val="000000"/>
          <w:rtl w:val="0"/>
        </w:rPr>
        <w:t xml:space="preserve">（诸天与大地中的一切，都不断地赞颂Allah超绝一切缺欠，并以赞美归属于祂；祂是至强者，无可抗拒，也是至睿者，一切作为皆具智慧） </w:t>
      </w:r>
      <w:r>
        <w:rPr>
          <w:rFonts w:ascii="Amiri" w:hAnsi="Amiri" w:eastAsia="Amiri" w:cs="Amiri"/>
          <w:lang w:val="zh-CN" w:eastAsia="zh-CN" w:bidi="ar-SA"/>
          <w:rtl w:val="1"/>
          <w:cs w:val="1"/>
          <w:color w:val="000000"/>
          <w:sz w:val="24"/>
          <w:szCs w:val="24"/>
        </w:rPr>
        <w:t>٭ ﻟَﻪُ ﻣُﻠْﻚُ ﺍﻟﺴَّﻤٰﻮَﺍﺕِ ﻭَ الْاَرْضِ ﻳُﺤْﻴ۪ﻰ ﻭَ ﻳُﻤ۪ﻴﺖُ ﻭَ ﻫُﻮَ ﻋَﻠٰﻰ ﻛُﻞِّ ﺷَﻰْﺀٍ ﻗَﺪ۪ﻳﺮٌ</w:t>
      </w:r>
      <w:r>
        <w:rPr>
          <w:rFonts w:ascii="Times New Roman" w:hAnsi="Times New Roman" w:eastAsia="Noto Serif SC" w:cs="Amiri"/>
          <w:lang w:val="zh-CN" w:eastAsia="zh-CN" w:bidi="ar-SA"/>
          <w:color w:val="000000"/>
          <w:rtl w:val="0"/>
        </w:rPr>
        <w:t>（诸天与大地的王权唯独属于祂；祂赐生命，也使死亡降临；祂对万物确是全能的，创造、生与死都在祂的权能之中）这节经文的真理彰显出来，把我从那种令人怜惜、令人战栗而可怕的境况中救出，使我的目光转向辽远的天地，观看宇宙的种种迹象。我所见的，不再是一封由暂居尘世的人手写、终被抹去的人造书信，而是无始的纹饰者Allah赠予并教我诵读的宏伟宇宙之书；这部书的每一个字母中都写着一部书，永不磨灭，也永不褪色。那痛苦便由此消除。后来，祂又以伊斯帕尔塔代替霍尔霍尔经学院，使之成为经学院，并以更多的学生和朋友代替那些离别的学生和朋友。这样，至慈的养育并主宰者Allah显示了自己智慧的奥秘、慈悯和怜爱。有信仰的老人亲近祂的神圣门槛，并在那门槛前成为蒙悦纳的仆人；这一项珍贵的希望劝告他们：不要因尘世种种令人惊恐的境况而忧伤绝望；对于赐下那神圣信仰和使人得享安宁之伊斯兰的慷慨施善者Allah，应当以无尽的赞美和感恩获得口舌的愉悦，并以全然奴仆意识和顺从激发灵魂的热忱。</w:t>
      </w:r>
    </w:p>
    <w:p>
      <w:pPr>
        <w:pStyle w:val="Heading2"/>
      </w:pPr>
      <w:r>
        <w:rPr>
          <w:rFonts w:ascii="Times New Roman" w:hAnsi="Times New Roman" w:eastAsia="Noto Serif SC" w:cs="Amiri"/>
          <w:lang w:val="zh-CN" w:eastAsia="zh-CN" w:bidi="ar-SA"/>
          <w:color w:val="000000"/>
          <w:rtl w:val="0"/>
        </w:rPr>
        <w:t>背诵全本《古兰经》的穆斯塔法</w:t>
      </w:r>
    </w:p>
    <w:p>
      <w:pPr>
        <w:pStyle w:val="Heading3"/>
      </w:pPr>
      <w:r>
        <w:rPr>
          <w:rFonts w:ascii="Amiri" w:hAnsi="Amiri" w:eastAsia="Amiri" w:cs="Amiri"/>
          <w:lang w:val="zh-CN" w:eastAsia="zh-CN" w:bidi="ar-SA"/>
          <w:rtl w:val="1"/>
          <w:cs w:val="1"/>
          <w:color w:val="000000"/>
          <w:sz w:val="24"/>
          <w:szCs w:val="24"/>
        </w:rPr>
        <w:t>رَحْمَةُ اللَّهِ عَلَيْهِ رَحْمَةً وَاسِعَةً</w:t>
      </w:r>
      <w:r>
        <w:rPr>
          <w:rFonts w:ascii="Times New Roman" w:hAnsi="Times New Roman" w:eastAsia="Noto Serif SC" w:cs="Amiri"/>
          <w:lang w:val="zh-CN" w:eastAsia="zh-CN" w:bidi="ar-SA"/>
          <w:color w:val="000000"/>
          <w:rtl w:val="0"/>
        </w:rPr>
        <w:t>（愿Allah的慈悯降于他，并以宽广无边的慈悯覆荫他）</w:t>
      </w:r>
    </w:p>
    <w:p>
      <w:r>
        <w:rPr>
          <w:rFonts w:ascii="Times New Roman" w:hAnsi="Times New Roman" w:eastAsia="Noto Serif SC" w:cs="Amiri"/>
          <w:lang w:val="zh-CN" w:eastAsia="zh-CN" w:bidi="ar-SA"/>
          <w:color w:val="000000"/>
          <w:rtl w:val="0"/>
        </w:rPr>
        <w:t>第十四项恳求：逐世者将我们的导师与一切隔绝，使他身陷五种异乡孤寂之时，他看见自己心中支配着对永存的极强烈热爱、对存在的深切挚爱、对生命的巨大渴望，以及无边的无力与无尽的匮乏；就在他绝望地垂下头时，</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于我们已足，祂是我们的依靠；祂是何等美好的护佑主事者）这节“自足经文”前来援助，对他说：“你要专心诵读我。”于是，他每天诵读五百遍；随着诵读，这节经文极珍贵的光明中，有九个“自足层次”不仅以知识层面的确信，更以亲眼见证般的确信向他展开……</w:t>
      </w:r>
    </w:p>
    <w:p>
      <w:r>
        <w:rPr>
          <w:rFonts w:ascii="Times New Roman" w:hAnsi="Times New Roman" w:eastAsia="Noto Serif SC" w:cs="Amiri"/>
          <w:lang w:val="zh-CN" w:eastAsia="zh-CN" w:bidi="ar-SA"/>
          <w:color w:val="000000"/>
          <w:rtl w:val="0"/>
        </w:rPr>
        <w:t>“自足经文”的第一层光明：他心中对永存的热爱，一旦依附于拥有绝对完善、具威严与美善的本体Allah某一尊名、某一彰显之本质中的一道投影，</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于我们已足，祂是我们的依靠；祂是何等美好的护佑主事者）这节经文便到来，揭开帷幕。他感到，自己心中的永存之乐与幸福，以更完善的方式存在于具完善的永存者Allah的永存之中，存在于对祂的确认与信仰之中；他说，自己以真实无妄的确信体味到了这一点。</w:t>
      </w:r>
    </w:p>
    <w:p>
      <w:r>
        <w:rPr>
          <w:rFonts w:ascii="Times New Roman" w:hAnsi="Times New Roman" w:eastAsia="Noto Serif SC" w:cs="Amiri"/>
          <w:lang w:val="zh-CN" w:eastAsia="zh-CN" w:bidi="ar-SA"/>
          <w:color w:val="000000"/>
          <w:rtl w:val="0"/>
        </w:rPr>
        <w:t>“自足经文”的第二层光明：我们的导师身处衰老、异乡、孤苦无援与隔绝之中，逐世者又以阴谋和密探向他进攻。这时，他对自己的心灵说：“一个双手被缚、衰弱多病的孤独之人，竟有军队向他进攻。难道我没有一个可倚靠的支点吗？”于是他求助于</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于我们已足，祂是我们的依靠；祂是何等美好的护佑主事者）这节经文。经文给予他这样的内在教导：“凭信仰归属的凭证，你会归属于绝对全能的这样一位君王Allah：由四十万种植物和动物组成的军队，都在祂的命令之下；你可以倚靠这位拥有无边权能与力量、万物尽在祂支配掌握之中的主宰。”他说，借这一教导，他感到一种信仰的力量，不仅足以向眼前的敌人，甚至足以向全世界挑战；于是，他以整个灵魂一同念道：</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（Allah于我们已足，祂是我们的依靠；祂是何等美好的护佑主事者）。</w:t>
      </w:r>
    </w:p>
    <w:p>
      <w:r>
        <w:rPr>
          <w:rFonts w:ascii="Times New Roman" w:hAnsi="Times New Roman" w:eastAsia="Noto Serif SC" w:cs="Amiri"/>
          <w:lang w:val="zh-CN" w:eastAsia="zh-CN" w:bidi="ar-SA"/>
          <w:color w:val="000000"/>
          <w:rtl w:val="0"/>
        </w:rPr>
        <w:t>“自足经文”的第三层光明：他想到，自己已被选定在永恒的世界、永存的国度里获得持久的幸福；然而，这个心灵的理想之目的、灵魂的目标与天性的结果，唯有借绝对全能者Allah的无边权能才能实现——祂知晓并记录受造物的一切活动和所有境况。他希望得到一种能使心灵安宁的解释，于是再次求助于那节经文。经文命他注意</w:t>
      </w:r>
      <w:r>
        <w:rPr>
          <w:rFonts w:ascii="Amiri" w:hAnsi="Amiri" w:eastAsia="Amiri" w:cs="Amiri"/>
          <w:lang w:val="zh-CN" w:eastAsia="zh-CN" w:bidi="ar-SA"/>
          <w:rtl w:val="1"/>
          <w:cs w:val="1"/>
          <w:color w:val="000000"/>
          <w:sz w:val="24"/>
          <w:szCs w:val="24"/>
        </w:rPr>
        <w:t>ﺣَﺴْﺒُﻨَﺎ</w:t>
      </w:r>
      <w:r>
        <w:rPr>
          <w:rFonts w:ascii="Times New Roman" w:hAnsi="Times New Roman" w:eastAsia="Noto Serif SC" w:cs="Amiri"/>
          <w:lang w:val="zh-CN" w:eastAsia="zh-CN" w:bidi="ar-SA"/>
          <w:color w:val="000000"/>
          <w:rtl w:val="0"/>
        </w:rPr>
        <w:t>（Allah于我们已足）中的</w:t>
      </w:r>
      <w:r>
        <w:rPr>
          <w:rFonts w:ascii="Amiri" w:hAnsi="Amiri" w:eastAsia="Amiri" w:cs="Amiri"/>
          <w:lang w:val="zh-CN" w:eastAsia="zh-CN" w:bidi="ar-SA"/>
          <w:rtl w:val="1"/>
          <w:cs w:val="1"/>
          <w:color w:val="000000"/>
          <w:sz w:val="24"/>
          <w:szCs w:val="24"/>
        </w:rPr>
        <w:t>ﻧَﺎ</w:t>
      </w:r>
      <w:r>
        <w:rPr>
          <w:rFonts w:ascii="Times New Roman" w:hAnsi="Times New Roman" w:eastAsia="Noto Serif SC" w:cs="Amiri"/>
          <w:lang w:val="zh-CN" w:eastAsia="zh-CN" w:bidi="ar-SA"/>
          <w:color w:val="000000"/>
          <w:rtl w:val="0"/>
        </w:rPr>
        <w:t>（“我们”这一复数代词，表明这声呼求并非独自一人），并问道：“你要看看，以自身的存在状态和以语言同你一起说</w:t>
      </w:r>
      <w:r>
        <w:rPr>
          <w:rFonts w:ascii="Amiri" w:hAnsi="Amiri" w:eastAsia="Amiri" w:cs="Amiri"/>
          <w:lang w:val="zh-CN" w:eastAsia="zh-CN" w:bidi="ar-SA"/>
          <w:rtl w:val="1"/>
          <w:cs w:val="1"/>
          <w:color w:val="000000"/>
          <w:sz w:val="24"/>
          <w:szCs w:val="24"/>
        </w:rPr>
        <w:t>ﺣَﺴْﺒُﻨَﺎ</w:t>
      </w:r>
      <w:r>
        <w:rPr>
          <w:rFonts w:ascii="Times New Roman" w:hAnsi="Times New Roman" w:eastAsia="Noto Serif SC" w:cs="Amiri"/>
          <w:lang w:val="zh-CN" w:eastAsia="zh-CN" w:bidi="ar-SA"/>
          <w:color w:val="000000"/>
          <w:rtl w:val="0"/>
        </w:rPr>
        <w:t>（Allah于我们已足）的，究竟是谁？”于是，他看见一切植物和动物都在以自身的存在状态，记念</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（Allah于我们已足，祂是我们的依靠；祂是何等美好的护佑主事者）的含义。他说，他就这样在万有之中观览了权能的宏大与威严。</w:t>
      </w:r>
    </w:p>
    <w:p>
      <w:r>
        <w:rPr>
          <w:rFonts w:ascii="Times New Roman" w:hAnsi="Times New Roman" w:eastAsia="Noto Serif SC" w:cs="Amiri"/>
          <w:lang w:val="zh-CN" w:eastAsia="zh-CN" w:bidi="ar-SA"/>
          <w:color w:val="000000"/>
          <w:rtl w:val="0"/>
        </w:rPr>
        <w:t>“自足经文”的第四层光明：他正因自己的存在，乃至一切受造物的存在都将归于无有而陷入痛苦的忧虑，便再次求助于这节“自足经文”；当他以信仰的望远镜观看时，他阐明：死亡不是分离，而是相会；是迁居，是永恒果实的抽穗。</w:t>
      </w:r>
    </w:p>
    <w:p>
      <w:r>
        <w:rPr>
          <w:rFonts w:ascii="Times New Roman" w:hAnsi="Times New Roman" w:eastAsia="Noto Serif SC" w:cs="Amiri"/>
          <w:lang w:val="zh-CN" w:eastAsia="zh-CN" w:bidi="ar-SA"/>
          <w:color w:val="000000"/>
          <w:rtl w:val="0"/>
        </w:rPr>
        <w:t>“自足经文”的第五层光明：面对生命迅速熄灭所带来的痛苦，他借从这节“自足经文”获得的援助说：生命只要面向那位永生、自存并维系万有者Allah，信仰只要成为生命的生命与灵魂，生命便会获得永存，并结出永恒的果实；因此，寿命的长短不足为论。</w:t>
      </w:r>
    </w:p>
    <w:p>
      <w:r>
        <w:rPr>
          <w:rFonts w:ascii="Times New Roman" w:hAnsi="Times New Roman" w:eastAsia="Noto Serif SC" w:cs="Amiri"/>
          <w:lang w:val="zh-CN" w:eastAsia="zh-CN" w:bidi="ar-SA"/>
          <w:color w:val="000000"/>
          <w:rtl w:val="0"/>
        </w:rPr>
        <w:t>尚未死去的人，或想要活过来的人，以及渴望理解生命本质与真实的人，请看《第四光辉》中这一层次的四项论题，并得以复生。</w:t>
      </w:r>
    </w:p>
    <w:p>
      <w:r>
        <w:rPr>
          <w:rFonts w:ascii="Times New Roman" w:hAnsi="Times New Roman" w:eastAsia="Noto Serif SC" w:cs="Amiri"/>
          <w:lang w:val="zh-CN" w:eastAsia="zh-CN" w:bidi="ar-SA"/>
          <w:color w:val="000000"/>
          <w:rtl w:val="0"/>
        </w:rPr>
        <w:t>“自足经文”的第六层光明：不断破坏的消逝与消亡，不停分离的死亡与无有，以可怕的方式摧残这个美丽的世界和这些美丽的受造物，将它们撕成碎片，破坏它们的美丽。他看见这种情形，天性中的非真实爱恋——即寄托于表象、而非终极真实的爱恋——对此强烈沸腾、愤起反抗。就在此时，他为寻找慰藉而求助于这节“自足经文”；经文对他说：“诵读我，专心观看我的含义！”于是，他进入《光明章》中</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（Allah是诸天与大地的光明，是照亮并引导其中万有的神圣之光）这节经文的观测台，以信仰的望远镜眺望这节“自足经文”最深远的层次。他如此陈述，并叙说他借望远镜所见的种种奥义。</w:t>
      </w:r>
    </w:p>
    <w:p>
      <w:r>
        <w:rPr>
          <w:rFonts w:ascii="Times New Roman" w:hAnsi="Times New Roman" w:eastAsia="Noto Serif SC" w:cs="Amiri"/>
          <w:lang w:val="zh-CN" w:eastAsia="zh-CN" w:bidi="ar-SA"/>
          <w:color w:val="000000"/>
          <w:rtl w:val="0"/>
        </w:rPr>
        <w:t>这些美丽的受造之作、这些可爱的受造物、这些美善的万有，都在为具威严的至美者Allah的神圣美善作镜映，为祂无限优美的至美诸尊名那无始无终的美丽作镜映；《光明论集》各部分已以极有力的证据阐明了这些真理。</w:t>
      </w:r>
    </w:p>
    <w:p>
      <w:r>
        <w:rPr>
          <w:rFonts w:ascii="Times New Roman" w:hAnsi="Times New Roman" w:eastAsia="Noto Serif SC" w:cs="Amiri"/>
          <w:lang w:val="zh-CN" w:eastAsia="zh-CN" w:bidi="ar-SA"/>
          <w:color w:val="000000"/>
          <w:rtl w:val="0"/>
        </w:rPr>
        <w:t>第十五项恳求：这项恳求述说，代尼兹利监禁之后，光明论著以复制方式印行并传播；不能忍受光明之开拓的隐秘敌人、伪信者，借种种阴谋与诬蔑使政府反对他，查禁并没收光明论著，加以审查。结果，审查者非但没有批评或表示敌意，反而连负责审查的官员之心也被征服，以赞赏代替了批评；这一事件又促成了光明讲堂的扩展。过了一段时间，隐秘的宗教敌人以极其卑劣的借口，在严寒最酷烈的日子里使我们的导师被捕，把他关进一间宽大、冰冷而没有火炉的囚室。在这次监禁中，借Allah的眷顾，一项真理向他展开：由于光明在监狱内外的传播与开拓，他感恩了数千次。随后，他的灵魂受到这样的提醒：“因他们的压迫，你既获得回赐，又使短暂的时刻化为永存；既获得精神上的乐趣，又学会以纯诚履行学术与宗教职责。”于是，他以全部力量祈祷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（一切赞美与称颂全归Allah；祂本自具足，唯独祂配受无始无终、遍及万有的赞美）。他以极优美的方式阐明了这一切。</w:t>
      </w:r>
    </w:p>
    <w:p>
      <w:r>
        <w:rPr>
          <w:rFonts w:ascii="Times New Roman" w:hAnsi="Times New Roman" w:eastAsia="Noto Serif SC" w:cs="Amiri"/>
          <w:lang w:val="zh-CN" w:eastAsia="zh-CN" w:bidi="ar-SA"/>
          <w:color w:val="000000"/>
          <w:rtl w:val="0"/>
        </w:rPr>
        <w:t>在这项恳求的末尾，他阐明：《光明论》的学生凭经穷究求证的信仰之力，在这个祖国的各地制止了无政府主义动乱，维护了公共安全与治安。二十年来，全国各地的光明学生中，没有一人发生过破坏治安的事件。甚至一些公正的治安官员也承认：“光明学生是一支精神上的治安力量；他们协助我们维持治安，借经穷究求证的信仰阅读《光明论》，便在每个人的头脑中留下一位禁戒者，努力保障公共安全。”面对那些企图以种种指控和诬蔑阻挡《古兰经》与信仰之光的人，我们的导师说：“对于一亿颗头颅曾为之献身的神圣真理，愿我们的头颅也为之奉献。即使你们使世界变成火焰落在我们头上，为《古兰经》真理而献身的头颅，也绝不会向无神否认缴械投降，绝不会放弃神圣职责，</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（若Allah意欲，事必如此；这一切全仰赖祂的意欲）！”</w:t>
      </w:r>
    </w:p>
    <w:p>
      <w:r>
        <w:rPr>
          <w:rFonts w:ascii="Times New Roman" w:hAnsi="Times New Roman" w:eastAsia="Noto Serif SC" w:cs="Amiri"/>
          <w:lang w:val="zh-CN" w:eastAsia="zh-CN" w:bidi="ar-SA"/>
          <w:color w:val="000000"/>
          <w:rtl w:val="0"/>
        </w:rPr>
        <w:t>第十六项恳求：一些机密而重要的文集，尤其是关于苏富扬和《光明论》非凡恩迹的论著，本为留待时机成熟再发表而收藏；然而在一次搜查中，这些论著从收藏处被搜出，我们的导师也在病中被捕并带往监狱。导师痛苦，也为光明论著遭受的损害而忧伤。忽然，Allah的眷顾前来援助：阅读这些机密论著的官方机关，仿佛变成了一所光明讲堂，以赞赏接纳了这些论著。同样在代尼兹利监禁期间，他正因衰老、疾病和无辜同伴遭受的困苦而痛苦忧伤，养育主宰者的眷顾又忽然降临，把监狱变成一所光明讲堂，证明它已成为一所优素福式学堂</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于是，扎赫拉学府的英雄们以钻石般的笔开始传播光明论著。后来，隐秘敌人毒害我们导师的方式被揭露；已故、背诵全本《古兰经》的阿里代替他殉道，前往死后复起前的中间世界。众人无不痛苦忧伤，Allah的眷顾又突然前来援助：导师脱离了中毒的危险；已故殉道者在墓中忙于光明论著，以光明论著回答审问的天使；代尼兹利的英雄哈桑·费伊齐</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降于他）及其同伴代替他投入服务；囚犯们也借光明论著得到改正。他以许多诸如此类的迹象表明养育主宰者的眷顾已经到来，随后阐明：他年轻时本愿在洞穴中度过晚年，作为回应，这些洞穴变成了监狱、幽居处、磨炼之所和绝对隔离的囚室；这些地方成为优素福式学堂，使他为《古兰经》与信仰的真理奋勇服务。这项重要的恳求还说明，那些艰苦的监禁包含三项智慧，并为光明服务带来三项重要益处。第二十七闪光：</w:t>
      </w:r>
    </w:p>
    <w:p>
      <w:r>
        <w:rPr>
          <w:rFonts w:ascii="Times New Roman" w:hAnsi="Times New Roman" w:eastAsia="Noto Serif SC" w:cs="Amiri"/>
          <w:lang w:val="zh-CN" w:eastAsia="zh-CN" w:bidi="ar-SA"/>
          <w:color w:val="000000"/>
          <w:rtl w:val="0"/>
        </w:rPr>
        <w:t>因已在另一部文集中发表，故未收录于此。第二十八闪光：</w:t>
      </w:r>
    </w:p>
    <w:p>
      <w:r>
        <w:rPr>
          <w:rFonts w:ascii="Times New Roman" w:hAnsi="Times New Roman" w:eastAsia="Noto Serif SC" w:cs="Amiri"/>
          <w:lang w:val="zh-CN" w:eastAsia="zh-CN" w:bidi="ar-SA"/>
          <w:color w:val="000000"/>
          <w:rtl w:val="0"/>
        </w:rPr>
        <w:t>共有二十八项精义，其中一部分收入这部文集，其余因已在另一部文集中发表，故未收录于此。</w:t>
      </w:r>
    </w:p>
    <w:p>
      <w:r>
        <w:rPr>
          <w:rFonts w:ascii="Times New Roman" w:hAnsi="Times New Roman" w:eastAsia="Noto Serif SC" w:cs="Amiri"/>
          <w:lang w:val="zh-CN" w:eastAsia="zh-CN" w:bidi="ar-SA"/>
          <w:color w:val="000000"/>
          <w:rtl w:val="0"/>
        </w:rPr>
        <w:t>第二十二项精义的第二部分：他概略阐明了下面这节尊贵经文极其优美而崇高的含义中的三个方面：</w:t>
      </w:r>
      <w:r>
        <w:rPr>
          <w:rFonts w:ascii="Amiri" w:hAnsi="Amiri" w:eastAsia="Amiri" w:cs="Amiri"/>
          <w:lang w:val="zh-CN" w:eastAsia="zh-CN" w:bidi="ar-SA"/>
          <w:rtl w:val="1"/>
          <w:cs w:val="1"/>
          <w:color w:val="000000"/>
          <w:sz w:val="24"/>
          <w:szCs w:val="24"/>
        </w:rPr>
        <w:t>ﻭَﻣَﺎ ﺧَﻠَﻘْﺖُ ﺍﻟْﺠِﻦَّ وَالْاِنْسَ اِلَّا ﻟِﻴَﻌْﺒُﺪُﻭﻥِ</w:t>
      </w:r>
      <w:r>
        <w:rPr>
          <w:rFonts w:ascii="Times New Roman" w:hAnsi="Times New Roman" w:eastAsia="Noto Serif SC" w:cs="Amiri"/>
          <w:lang w:val="zh-CN" w:eastAsia="zh-CN" w:bidi="ar-SA"/>
          <w:color w:val="000000"/>
          <w:rtl w:val="0"/>
        </w:rPr>
        <w:t xml:space="preserve">（我创造精灵与人类，只为让他们崇拜我；他们存在的终极目的，就是认识并履行对我的崇拜） </w:t>
      </w:r>
      <w:r>
        <w:rPr>
          <w:rFonts w:ascii="Amiri" w:hAnsi="Amiri" w:eastAsia="Amiri" w:cs="Amiri"/>
          <w:lang w:val="zh-CN" w:eastAsia="zh-CN" w:bidi="ar-SA"/>
          <w:rtl w:val="1"/>
          <w:cs w:val="1"/>
          <w:color w:val="000000"/>
          <w:sz w:val="24"/>
          <w:szCs w:val="24"/>
        </w:rPr>
        <w:t>٭ ﻣَٓﺎ ﺍُﺭ۪ﻳﺪُ ﻣِﻨْﻬُﻢْ ﻣِﻦْ ﺭِﺯْﻕٍ ﻭَﻣَٓﺎ ﺍُﺭ۪ﻳﺪُ ﺍَﻥْ ﻳُﻄْﻌِﻤُﻮﻥِ</w:t>
      </w:r>
      <w:r>
        <w:rPr>
          <w:rFonts w:ascii="Times New Roman" w:hAnsi="Times New Roman" w:eastAsia="Noto Serif SC" w:cs="Amiri"/>
          <w:lang w:val="zh-CN" w:eastAsia="zh-CN" w:bidi="ar-SA"/>
          <w:color w:val="000000"/>
          <w:rtl w:val="0"/>
        </w:rPr>
        <w:t xml:space="preserve">（我不向他们索取任何给养，也不要求他们供养我；他们的给养并不由我向他们求取） </w:t>
      </w:r>
      <w:r>
        <w:rPr>
          <w:rFonts w:ascii="Amiri" w:hAnsi="Amiri" w:eastAsia="Amiri" w:cs="Amiri"/>
          <w:lang w:val="zh-CN" w:eastAsia="zh-CN" w:bidi="ar-SA"/>
          <w:rtl w:val="1"/>
          <w:cs w:val="1"/>
          <w:color w:val="000000"/>
          <w:sz w:val="24"/>
          <w:szCs w:val="24"/>
        </w:rPr>
        <w:t>٭ ﺍِﻥَّ ﺍﻟﻠّٰﻪَ ﻫُﻮَ ﺍﻟﺮَّﺯَّﺍﻕُ ﺫُﻭ ﺍﻟْﻘُﻮَّﺓِ ﺍﻟْﻤَﺘ۪ﻴﻦُ</w:t>
      </w:r>
      <w:r>
        <w:rPr>
          <w:rFonts w:ascii="Times New Roman" w:hAnsi="Times New Roman" w:eastAsia="Noto Serif SC" w:cs="Amiri"/>
          <w:lang w:val="zh-CN" w:eastAsia="zh-CN" w:bidi="ar-SA"/>
          <w:color w:val="000000"/>
          <w:rtl w:val="0"/>
        </w:rPr>
        <w:t>（Allah确是赐予万物给养者，是拥有坚固而巨大力量者；一切给养都在祂的掌握与权能之中）。</w:t>
      </w:r>
    </w:p>
    <w:p>
      <w:r>
        <w:rPr>
          <w:rFonts w:ascii="Times New Roman" w:hAnsi="Times New Roman" w:eastAsia="Noto Serif SC" w:cs="Amiri"/>
          <w:lang w:val="zh-CN" w:eastAsia="zh-CN" w:bidi="ar-SA"/>
          <w:color w:val="000000"/>
          <w:rtl w:val="0"/>
        </w:rPr>
        <w:t>第一方面：经文中的“供养”与“赐给养”这两项事，归于至尊使者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第二方面：有人把为给养而努力当作借口，误以为这会妨碍全然奴仆意识，想借此为自己开脱；经文对此给出了极优美的回答。由这节经文含蓄表达的意思是：“你们被创造，并不是为了给我那些归我所有、给养已由我担保的受造物送补给养；你们真正的职责，是全然奴仆意识。依照我的命令为给养而努力，也是一种崇拜功修。”</w:t>
      </w:r>
    </w:p>
    <w:p>
      <w:r>
        <w:rPr>
          <w:rFonts w:ascii="Times New Roman" w:hAnsi="Times New Roman" w:eastAsia="Noto Serif SC" w:cs="Amiri"/>
          <w:lang w:val="zh-CN" w:eastAsia="zh-CN" w:bidi="ar-SA"/>
          <w:color w:val="000000"/>
          <w:rtl w:val="0"/>
        </w:rPr>
        <w:t>第三方面：他以《忠诚章》中</w:t>
      </w:r>
      <w:r>
        <w:rPr>
          <w:rFonts w:ascii="Amiri" w:hAnsi="Amiri" w:eastAsia="Amiri" w:cs="Amiri"/>
          <w:lang w:val="zh-CN" w:eastAsia="zh-CN" w:bidi="ar-SA"/>
          <w:rtl w:val="1"/>
          <w:cs w:val="1"/>
          <w:color w:val="000000"/>
          <w:sz w:val="24"/>
          <w:szCs w:val="24"/>
        </w:rPr>
        <w:t>ﻟَﻢْ ﻳَﻠِﺪْ ﻭَ ﻟَﻢْ ﻳُﻮﻟَﺪْ</w:t>
      </w:r>
      <w:r>
        <w:rPr>
          <w:rFonts w:ascii="Times New Roman" w:hAnsi="Times New Roman" w:eastAsia="Noto Serif SC" w:cs="Amiri"/>
          <w:lang w:val="zh-CN" w:eastAsia="zh-CN" w:bidi="ar-SA"/>
          <w:color w:val="000000"/>
          <w:rtl w:val="0"/>
        </w:rPr>
        <w:t>（祂从未生育，也从未被生；祂既不产生后裔，也不由任何他者所生）这节尊贵经文为例，阐明这样的意思：“具有赐给养和供养能力的事物，不能成为神明和受崇拜者，也不配受崇拜。”</w:t>
      </w:r>
    </w:p>
    <w:p>
      <w:r>
        <w:rPr>
          <w:rFonts w:ascii="Times New Roman" w:hAnsi="Times New Roman" w:eastAsia="Noto Serif SC" w:cs="Amiri"/>
          <w:lang w:val="zh-CN" w:eastAsia="zh-CN" w:bidi="ar-SA"/>
          <w:color w:val="000000"/>
          <w:rtl w:val="0"/>
        </w:rPr>
        <w:t>一封重要的书信，阐明睡眠的种类、时段，以及违背或符合先知圣行的睡眠时间：</w:t>
      </w:r>
    </w:p>
    <w:p>
      <w:r>
        <w:rPr>
          <w:rFonts w:ascii="Times New Roman" w:hAnsi="Times New Roman" w:eastAsia="Noto Serif SC" w:cs="Amiri"/>
          <w:lang w:val="zh-CN" w:eastAsia="zh-CN" w:bidi="ar-SA"/>
          <w:color w:val="000000"/>
          <w:rtl w:val="0"/>
        </w:rPr>
        <w:t>宵礼拜后的赞颂之后，当他诵读</w:t>
      </w:r>
      <w:r>
        <w:rPr>
          <w:rFonts w:ascii="Amiri" w:hAnsi="Amiri" w:eastAsia="Amiri" w:cs="Amiri"/>
          <w:lang w:val="zh-CN" w:eastAsia="zh-CN" w:bidi="ar-SA"/>
          <w:rtl w:val="1"/>
          <w:cs w:val="1"/>
          <w:color w:val="000000"/>
          <w:sz w:val="24"/>
          <w:szCs w:val="24"/>
        </w:rPr>
        <w:t>ﺍَﻟْﻒُ ﺍَﻟْﻒِ صَلَاةٍ ﻭَ ﺍَﻟْﻒُ ﺍَﻟْﻒِ سَلَامٍ ﻋَﻠَﻴْﻚَ ﻳَﺎ ﺭَﺳُﻮﻝَ ﺍﻟﻠّٰﻪِ</w:t>
      </w:r>
      <w:r>
        <w:rPr>
          <w:rFonts w:ascii="Times New Roman" w:hAnsi="Times New Roman" w:eastAsia="Noto Serif SC" w:cs="Amiri"/>
          <w:lang w:val="zh-CN" w:eastAsia="zh-CN" w:bidi="ar-SA"/>
          <w:color w:val="000000"/>
          <w:rtl w:val="0"/>
        </w:rPr>
        <w:t>（千千遍的尊荣与恩福、千千遍的平安归于你，Allah的使者啊）这句话时，他看见穆罕默德的精神人格如何使这尘世之家充满欢乐、亲切与光明；他述说，全体精灵与人类都应当以无数的尊荣、恩福与平安祝福他，作为对他带来的光明和礼物的感恩回应。这是一封极优美的书信：</w:t>
      </w:r>
    </w:p>
    <w:p>
      <w:r>
        <w:rPr>
          <w:rFonts w:ascii="Times New Roman" w:hAnsi="Times New Roman" w:eastAsia="Noto Serif SC" w:cs="Amiri"/>
          <w:lang w:val="zh-CN" w:eastAsia="zh-CN" w:bidi="ar-SA"/>
          <w:color w:val="000000"/>
          <w:rtl w:val="0"/>
        </w:rPr>
        <w:t>一封极为重要的书信，阐明向现今的人们灌输穆希丁的存在单一论修持取向会有三项严重危害：</w:t>
      </w:r>
    </w:p>
    <w:p>
      <w:r>
        <w:rPr>
          <w:rFonts w:ascii="Times New Roman" w:hAnsi="Times New Roman" w:eastAsia="Noto Serif SC" w:cs="Amiri"/>
          <w:lang w:val="zh-CN" w:eastAsia="zh-CN" w:bidi="ar-SA"/>
          <w:color w:val="000000"/>
          <w:rtl w:val="0"/>
        </w:rPr>
        <w:t>又是一篇学术性的概要回答，回应一个关于穆希丁·阿拉比与存在单一论、一直引起争论的问题：</w:t>
      </w:r>
    </w:p>
    <w:p>
      <w:r>
        <w:rPr>
          <w:rFonts w:ascii="Times New Roman" w:hAnsi="Times New Roman" w:eastAsia="Noto Serif SC" w:cs="Amiri"/>
          <w:lang w:val="zh-CN" w:eastAsia="zh-CN" w:bidi="ar-SA"/>
          <w:color w:val="000000"/>
          <w:rtl w:val="0"/>
        </w:rPr>
        <w:t>一幅极优美的鉴戒图景，述说他如何看见五十个在节日里于不合教法的范围内嬉笑取乐的可怜人五十年后的境况：</w:t>
      </w:r>
    </w:p>
    <w:p>
      <w:r>
        <w:rPr>
          <w:rFonts w:ascii="Times New Roman" w:hAnsi="Times New Roman" w:eastAsia="Noto Serif SC" w:cs="Amiri"/>
          <w:lang w:val="zh-CN" w:eastAsia="zh-CN" w:bidi="ar-SA"/>
          <w:color w:val="000000"/>
          <w:rtl w:val="0"/>
        </w:rPr>
        <w:t>一篇有力的文字，列举顺从不断唆使作恶之自我的种种危害，犹如给自我的一记猛烈耳光：</w:t>
      </w:r>
    </w:p>
    <w:p>
      <w:r>
        <w:rPr>
          <w:rFonts w:ascii="Times New Roman" w:hAnsi="Times New Roman" w:eastAsia="Noto Serif SC" w:cs="Amiri"/>
          <w:lang w:val="zh-CN" w:eastAsia="zh-CN" w:bidi="ar-SA"/>
          <w:color w:val="000000"/>
          <w:rtl w:val="0"/>
        </w:rPr>
        <w:t>一个令人信服的回答，阐明短暂时期内的不信为何会换来无尽的火狱刑罚，而这正是真正的公正：</w:t>
      </w:r>
    </w:p>
    <w:p>
      <w:pPr>
        <w:pStyle w:val="Heading2"/>
      </w:pPr>
      <w:r>
        <w:rPr>
          <w:rFonts w:ascii="Times New Roman" w:hAnsi="Times New Roman" w:eastAsia="Noto Serif SC" w:cs="Amiri"/>
          <w:lang w:val="zh-CN" w:eastAsia="zh-CN" w:bidi="ar-SA"/>
          <w:color w:val="000000"/>
          <w:rtl w:val="0"/>
        </w:rPr>
        <w:t>一项意味深长的优美吻合：</w:t>
      </w:r>
    </w:p>
    <w:p>
      <w:r>
        <w:rPr>
          <w:rFonts w:ascii="Times New Roman" w:hAnsi="Times New Roman" w:eastAsia="Noto Serif SC" w:cs="Amiri"/>
          <w:lang w:val="zh-CN" w:eastAsia="zh-CN" w:bidi="ar-SA"/>
          <w:color w:val="000000"/>
          <w:rtl w:val="0"/>
        </w:rPr>
        <w:t>一些关于《光明论》蒙悦纳并蒙受Allah眷顾的寓意深长之吻合。</w:t>
      </w:r>
    </w:p>
    <w:p>
      <w:r>
        <w:rPr>
          <w:rFonts w:ascii="Times New Roman" w:hAnsi="Times New Roman" w:eastAsia="Noto Serif SC" w:cs="Amiri"/>
          <w:lang w:val="zh-CN" w:eastAsia="zh-CN" w:bidi="ar-SA"/>
          <w:color w:val="000000"/>
          <w:rtl w:val="0"/>
        </w:rPr>
        <w:t>一封真挚而充满光明的书信，讲述光明如何映照在纯洁的心灵上：</w:t>
      </w:r>
    </w:p>
    <w:p>
      <w:pPr>
        <w:pStyle w:val="Heading2"/>
      </w:pPr>
      <w:r>
        <w:rPr>
          <w:rFonts w:ascii="Times New Roman" w:hAnsi="Times New Roman" w:eastAsia="Noto Serif SC" w:cs="Amiri"/>
          <w:lang w:val="zh-CN" w:eastAsia="zh-CN" w:bidi="ar-SA"/>
          <w:color w:val="000000"/>
          <w:rtl w:val="0"/>
        </w:rPr>
        <w:t>泽卡伊的梦：</w:t>
      </w:r>
    </w:p>
    <w:p>
      <w:r>
        <w:rPr>
          <w:rFonts w:ascii="Times New Roman" w:hAnsi="Times New Roman" w:eastAsia="Noto Serif SC" w:cs="Amiri"/>
          <w:lang w:val="zh-CN" w:eastAsia="zh-CN" w:bidi="ar-SA"/>
          <w:color w:val="000000"/>
          <w:rtl w:val="0"/>
        </w:rPr>
        <w:t>这是一个带来喜讯、寓意深长的吉祥之梦。</w:t>
      </w:r>
    </w:p>
    <w:p>
      <w:r>
        <w:rPr>
          <w:rFonts w:ascii="Times New Roman" w:hAnsi="Times New Roman" w:eastAsia="Noto Serif SC" w:cs="Amiri"/>
          <w:lang w:val="zh-CN" w:eastAsia="zh-CN" w:bidi="ar-SA"/>
          <w:color w:val="000000"/>
          <w:rtl w:val="0"/>
        </w:rPr>
        <w:t>这是对那些出于偏袒、并以与《光明论》相抗衡的立场说出的话所作的回应：</w:t>
      </w:r>
    </w:p>
    <w:p>
      <w:r>
        <w:rPr>
          <w:rFonts w:ascii="Times New Roman" w:hAnsi="Times New Roman" w:eastAsia="Noto Serif SC" w:cs="Amiri"/>
          <w:lang w:val="zh-CN" w:eastAsia="zh-CN" w:bidi="ar-SA"/>
          <w:color w:val="000000"/>
          <w:rtl w:val="0"/>
        </w:rPr>
        <w:t>一首韵体颂诗，表达《光明论》的崇高与蒙悦纳。</w:t>
      </w:r>
    </w:p>
    <w:p>
      <w:r>
        <w:rPr>
          <w:rFonts w:ascii="Times New Roman" w:hAnsi="Times New Roman" w:eastAsia="Noto Serif SC" w:cs="Amiri"/>
          <w:lang w:val="zh-CN" w:eastAsia="zh-CN" w:bidi="ar-SA"/>
          <w:color w:val="000000"/>
          <w:rtl w:val="0"/>
        </w:rPr>
        <w:t>第二十八闪光的第二十八项精义：正如从这节尊贵经文所理解的，</w:t>
      </w:r>
      <w:r>
        <w:rPr>
          <w:rFonts w:ascii="Amiri" w:hAnsi="Amiri" w:eastAsia="Amiri" w:cs="Amiri"/>
          <w:lang w:val="zh-CN" w:eastAsia="zh-CN" w:bidi="ar-SA"/>
          <w:rtl w:val="1"/>
          <w:cs w:val="1"/>
          <w:color w:val="000000"/>
          <w:sz w:val="24"/>
          <w:szCs w:val="24"/>
        </w:rPr>
        <w:t>لَا ﻳَﺴَّﻤَّﻌُﻮﻥَ ﺍِﻟَﻰ الْمَلَاِ الْاَعْلٰى ﻭَﻳُﻘْﺬَﻓُﻮﻥَ ﻣِﻦْ ﻛُﻞِّ ﺟَﺎﻧِﺐٍ</w:t>
      </w:r>
      <w:r>
        <w:rPr>
          <w:rFonts w:ascii="Times New Roman" w:hAnsi="Times New Roman" w:eastAsia="Noto Serif SC" w:cs="Amiri"/>
          <w:lang w:val="zh-CN" w:eastAsia="zh-CN" w:bidi="ar-SA"/>
          <w:color w:val="000000"/>
          <w:rtl w:val="0"/>
        </w:rPr>
        <w:t xml:space="preserve">（他们不得贴近窃听至高天使集会，并且从四面八方被投掷驱逐） </w:t>
      </w:r>
      <w:r>
        <w:rPr>
          <w:rFonts w:ascii="Amiri" w:hAnsi="Amiri" w:eastAsia="Amiri" w:cs="Amiri"/>
          <w:lang w:val="zh-CN" w:eastAsia="zh-CN" w:bidi="ar-SA"/>
          <w:rtl w:val="1"/>
          <w:cs w:val="1"/>
          <w:color w:val="000000"/>
          <w:sz w:val="24"/>
          <w:szCs w:val="24"/>
        </w:rPr>
        <w:t>٭ ﺩُﺣُﻮﺭًﺍ ﻭَﻟَﻬُﻢْ ﻋَﺬَﺍﺏٌ ﻭَﺍﺻِﺐٌ</w:t>
      </w:r>
      <w:r>
        <w:rPr>
          <w:rFonts w:ascii="Times New Roman" w:hAnsi="Times New Roman" w:eastAsia="Noto Serif SC" w:cs="Amiri"/>
          <w:lang w:val="zh-CN" w:eastAsia="zh-CN" w:bidi="ar-SA"/>
          <w:color w:val="000000"/>
          <w:rtl w:val="0"/>
        </w:rPr>
        <w:t xml:space="preserve">（他们被远远赶逐；他们还将受持续不断、不会中止的惩罚） </w:t>
      </w:r>
      <w:r>
        <w:rPr>
          <w:rFonts w:ascii="Amiri" w:hAnsi="Amiri" w:eastAsia="Amiri" w:cs="Amiri"/>
          <w:lang w:val="zh-CN" w:eastAsia="zh-CN" w:bidi="ar-SA"/>
          <w:rtl w:val="1"/>
          <w:cs w:val="1"/>
          <w:color w:val="000000"/>
          <w:sz w:val="24"/>
          <w:szCs w:val="24"/>
        </w:rPr>
        <w:t>٭ اِلَّا ﻣَﻦْ ﺧَﻄِﻒَ ﺍﻟْﺨَﻄْﻔَﺔَ ﻓَﺎَﺗْﺒَﻌَﻪُ ﺷِﻬَﺎﺏٌ ﺛَﺎﻗِﺐٌ</w:t>
      </w:r>
      <w:r>
        <w:rPr>
          <w:rFonts w:ascii="Times New Roman" w:hAnsi="Times New Roman" w:eastAsia="Noto Serif SC" w:cs="Amiri"/>
          <w:lang w:val="zh-CN" w:eastAsia="zh-CN" w:bidi="ar-SA"/>
          <w:color w:val="000000"/>
          <w:rtl w:val="0"/>
        </w:rPr>
        <w:t xml:space="preserve">（唯有猛然窃得只言片语者，随即有一颗明亮而穿透的流星追赶他） </w:t>
      </w:r>
      <w:r>
        <w:rPr>
          <w:rFonts w:ascii="Amiri" w:hAnsi="Amiri" w:eastAsia="Amiri" w:cs="Amiri"/>
          <w:lang w:val="zh-CN" w:eastAsia="zh-CN" w:bidi="ar-SA"/>
          <w:rtl w:val="1"/>
          <w:cs w:val="1"/>
          <w:color w:val="000000"/>
          <w:sz w:val="24"/>
          <w:szCs w:val="24"/>
        </w:rPr>
        <w:t>٭ ﻭَﻟَﻘَﺪْ ﺯَﻳَّﻨَّﺎ ﺍﻟﺴَّﻤَٓﺎﺀَ ﺍﻟﺪُّﻧْﻴَﺎ ﺑِﻤَﺼَﺎﺑ۪ﻴﺢَ ﻭَﺟَﻌَﻠْﻨَﺎﻫَﺎ ﺭُﺟُﻮﻣًﺎ ﻟِﻠﺸَّﻴَﺎﻃ۪ﻴﻦِ</w:t>
      </w:r>
      <w:r>
        <w:rPr>
          <w:rFonts w:ascii="Times New Roman" w:hAnsi="Times New Roman" w:eastAsia="Noto Serif SC" w:cs="Amiri"/>
          <w:lang w:val="zh-CN" w:eastAsia="zh-CN" w:bidi="ar-SA"/>
          <w:color w:val="000000"/>
          <w:rtl w:val="0"/>
        </w:rPr>
        <w:t>（我确已用盏盏明灯装饰最近的天，并使那些灯成为驱逐、射击众恶魔的投石）：为了探知个别、有时属于某个人的幽隐事件，充当密探的恶魔竟潜入遥远至极的诸天领域；而且仿佛那个别事件正在那极辽阔领域的每一处被谈论，无论哪个恶魔，无论潜入哪里，都能断断续续地听见并带回那消息——这在理智和智慧上怎能接受？</w:t>
      </w:r>
    </w:p>
    <w:p>
      <w:r>
        <w:rPr>
          <w:rFonts w:ascii="Times New Roman" w:hAnsi="Times New Roman" w:eastAsia="Noto Serif SC" w:cs="Amiri"/>
          <w:lang w:val="zh-CN" w:eastAsia="zh-CN" w:bidi="ar-SA"/>
          <w:color w:val="000000"/>
          <w:rtl w:val="0"/>
        </w:rPr>
        <w:t>再者，依这节尊贵经文，一些先知和亲近Allah者仿佛从近处摘取位于诸天之上的乐园果实，有时还从近处观览乐园。极其遥远之物竟然极其临近，这怎能纳入这个时代的理智？</w:t>
      </w:r>
    </w:p>
    <w:p>
      <w:r>
        <w:rPr>
          <w:rFonts w:ascii="Times New Roman" w:hAnsi="Times New Roman" w:eastAsia="Noto Serif SC" w:cs="Amiri"/>
          <w:lang w:val="zh-CN" w:eastAsia="zh-CN" w:bidi="ar-SA"/>
          <w:color w:val="000000"/>
          <w:rtl w:val="0"/>
        </w:rPr>
        <w:t>再者，一个个别人的个别境况，竟在普遍而辽阔的诸天领域中的至高天使集会成为议题，这怎能符合宇宙治理中至为睿智的智慧？这篇文字包含对上述三层疑难所作的极具学术性、理性而令人信服的回答。</w:t>
      </w:r>
    </w:p>
    <w:p>
      <w:pPr>
        <w:pStyle w:val="Heading2"/>
      </w:pPr>
      <w:r>
        <w:rPr>
          <w:rFonts w:ascii="Times New Roman" w:hAnsi="Times New Roman" w:eastAsia="Noto Serif SC" w:cs="Amiri"/>
          <w:lang w:val="zh-CN" w:eastAsia="zh-CN" w:bidi="ar-SA"/>
          <w:color w:val="000000"/>
          <w:rtl w:val="0"/>
        </w:rPr>
        <w:t>第二十九阿拉伯文闪光：</w:t>
      </w:r>
    </w:p>
    <w:p>
      <w:r>
        <w:rPr>
          <w:rFonts w:ascii="Times New Roman" w:hAnsi="Times New Roman" w:eastAsia="Noto Serif SC" w:cs="Amiri"/>
          <w:lang w:val="zh-CN" w:eastAsia="zh-CN" w:bidi="ar-SA"/>
          <w:color w:val="000000"/>
          <w:rtl w:val="0"/>
        </w:rPr>
        <w:t>这部闪光在《光明论集》中，以乐园的语言、穆罕默德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（愿Allah赐他尊荣、恩福与平安）的文风和《古兰经》赐予慈悯的风格显现，并得名为《思悟集》；其中一部分作为样例收入这部文集，全文则已发表于以《古兰经》书法写成的《闪光文集》。第三十闪光：</w:t>
      </w:r>
    </w:p>
    <w:p>
      <w:r>
        <w:rPr>
          <w:rFonts w:ascii="Times New Roman" w:hAnsi="Times New Roman" w:eastAsia="Noto Serif SC" w:cs="Amiri"/>
          <w:lang w:val="zh-CN" w:eastAsia="zh-CN" w:bidi="ar-SA"/>
          <w:color w:val="000000"/>
          <w:rtl w:val="0"/>
        </w:rPr>
        <w:t>这部闪光极其珍贵，是《光明论集》的杰作之一；它以“安宁”这一崇高名号著称，内容属于至美诸尊名中的“独一而无偶者、永生者、自存并维系万有者、至睿裁决者、绝对公正者、至圣无染者”这些尊贵尊名——其中每一个都是至大尊名，或者说六个合起来构成至大尊名。它以崇高的表达和极精微的真理写成，既以恢弘的广度阐明了关于Allah独一性的极深问题，又极精彩地解释了那明显指向Allah存在的惊人活动与养育主宰者的筹度治理。唉，且不说能抵达这部论著真理的深处，哪怕至少能看见它的表面，该有多好！可望而不可及啊！</w:t>
      </w:r>
    </w:p>
    <w:p>
      <w:r>
        <w:rPr>
          <w:rFonts w:ascii="Times New Roman" w:hAnsi="Times New Roman" w:eastAsia="Noto Serif SC" w:cs="Amiri"/>
          <w:lang w:val="zh-CN" w:eastAsia="zh-CN" w:bidi="ar-SA"/>
          <w:color w:val="000000"/>
          <w:rtl w:val="0"/>
        </w:rPr>
        <w:t>这部论著曾寄给我，请我无须顾及我理解力的短浅，因为分得它的一位兄弟正处于奔波旅途之中。我既无足够资格，又处境困顿，无法把这样的杰作概括到足以纳入目录的程度，因此只能怀着惭愧服从吩咐。</w:t>
      </w:r>
    </w:p>
    <w:p>
      <w:r>
        <w:rPr>
          <w:rFonts w:ascii="Times New Roman" w:hAnsi="Times New Roman" w:eastAsia="Noto Serif SC" w:cs="Amiri"/>
          <w:lang w:val="zh-CN" w:eastAsia="zh-CN" w:bidi="ar-SA"/>
          <w:color w:val="000000"/>
          <w:rtl w:val="0"/>
        </w:rPr>
        <w:t>这部珍贵的闪光分为六项重要的精义。</w:t>
      </w:r>
    </w:p>
    <w:p>
      <w:pPr>
        <w:pStyle w:val="Heading2"/>
      </w:pPr>
      <w:r>
        <w:rPr>
          <w:rFonts w:ascii="Times New Roman" w:hAnsi="Times New Roman" w:eastAsia="Noto Serif SC" w:cs="Amiri"/>
          <w:lang w:val="zh-CN" w:eastAsia="zh-CN" w:bidi="ar-SA"/>
          <w:color w:val="000000"/>
          <w:rtl w:val="0"/>
        </w:rPr>
        <w:t>第一项精义：</w:t>
      </w:r>
    </w:p>
    <w:p>
      <w:r>
        <w:rPr>
          <w:rFonts w:ascii="Amiri" w:hAnsi="Amiri" w:eastAsia="Amiri" w:cs="Amiri"/>
          <w:lang w:val="zh-CN" w:eastAsia="zh-CN" w:bidi="ar-SA"/>
          <w:rtl w:val="1"/>
          <w:cs w:val="1"/>
          <w:color w:val="000000"/>
          <w:sz w:val="24"/>
          <w:szCs w:val="24"/>
        </w:rPr>
        <w:t>وَالْاَرْضَ ﻓَﺮَﺷْﻨَﺎﻫَﺎ ﻓَﻨِﻌْﻢَ ﺍﻟْﻤَﺎﻫِﺪُﻭﻥَ</w:t>
      </w:r>
      <w:r>
        <w:rPr>
          <w:rFonts w:ascii="Times New Roman" w:hAnsi="Times New Roman" w:eastAsia="Noto Serif SC" w:cs="Amiri"/>
          <w:lang w:val="zh-CN" w:eastAsia="zh-CN" w:bidi="ar-SA"/>
          <w:color w:val="000000"/>
          <w:rtl w:val="0"/>
        </w:rPr>
        <w:t>（我把大地铺开并整治得适于安居；我是何等高明的铺设与整治者）这节经文的一项精义，是“至圣无染者”这一至大尊名的一种彰显；它既使Allah的存在最充分地显现，又使Allah的独一性最清晰地表明。</w:t>
      </w:r>
    </w:p>
    <w:p>
      <w:r>
        <w:rPr>
          <w:rFonts w:ascii="Times New Roman" w:hAnsi="Times New Roman" w:eastAsia="Noto Serif SC" w:cs="Amiri"/>
          <w:lang w:val="zh-CN" w:eastAsia="zh-CN" w:bidi="ar-SA"/>
          <w:color w:val="000000"/>
          <w:rtl w:val="0"/>
        </w:rPr>
        <w:t>是的，这井然有序的宇宙，这座宏伟而巨大的工厂，以其全部万有持续不停地热切运作。同时，从巨大的行星直到微粒，每一个存在都成为极其活跃、超乎常规的转化机器，随时准备并服从来自至大至圣无染者Allah的命令；祂使宇宙每一处都保持洁净，不让任何污秽不洁、毫无必要的东西留在任何地方。于是，这宏伟的宇宙及其一切元素，从头到尾以乐园般的美丽，把自己呈现在世人的目光之前。这座宇宙宫殿中受造之作外表上那摄人心魄的美丽与极受赞赏的洁净，吸引一切目光以赞赏投向它们，并使人以赞美与称美颂扬它们的创造者。</w:t>
      </w:r>
    </w:p>
    <w:p>
      <w:r>
        <w:rPr>
          <w:rFonts w:ascii="Times New Roman" w:hAnsi="Times New Roman" w:eastAsia="Noto Serif SC" w:cs="Amiri"/>
          <w:lang w:val="zh-CN" w:eastAsia="zh-CN" w:bidi="ar-SA"/>
          <w:color w:val="000000"/>
          <w:rtl w:val="0"/>
        </w:rPr>
        <w:t>请看春天，它从这冬季寒冷而粗厉的面貌之下走出，灿烂地显示了“至大至圣无染者”这一尊贵尊名至大彰显中的一种小小彰显：所有的树如何开花，穿上如乐园佳丽衣裳般的服饰，变得美丽而洁净；大地表面如何变得如祖母绿般青翠。它们都以整个姿态，把自己呈现在一切目光之前。僵死而无意识的物质，在短时间内经历转化，从大地升起，以生命之光装饰自己，又以如乐园锦缎般的美善，把自己呈献给创造者的观览。</w:t>
      </w:r>
    </w:p>
    <w:p>
      <w:r>
        <w:rPr>
          <w:rFonts w:ascii="Times New Roman" w:hAnsi="Times New Roman" w:eastAsia="Noto Serif SC" w:cs="Amiri"/>
          <w:lang w:val="zh-CN" w:eastAsia="zh-CN" w:bidi="ar-SA"/>
          <w:color w:val="000000"/>
          <w:rtl w:val="0"/>
        </w:rPr>
        <w:t>面对这种景象，不仅人类和精灵，连纯净灵体与天使也惊叹不已。他们说：“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（愿Allah赐下丰盛福分，使这美善增长并长存）！这是何等惊人的美丽与洁净！”于是，他们赞颂具威严的创造者Allah超绝无染，赞美并颂扬祂，向祂鞠躬、叩头。</w:t>
      </w:r>
    </w:p>
    <w:p>
      <w:r>
        <w:rPr>
          <w:rFonts w:ascii="Times New Roman" w:hAnsi="Times New Roman" w:eastAsia="Noto Serif SC" w:cs="Amiri"/>
          <w:lang w:val="zh-CN" w:eastAsia="zh-CN" w:bidi="ar-SA"/>
          <w:color w:val="000000"/>
          <w:rtl w:val="0"/>
        </w:rPr>
        <w:t>这项洁净行为，正如Allah的其他行为一样，以不言而喻的程度证明并显示Allah的独一性与存在。</w:t>
      </w:r>
    </w:p>
    <w:p>
      <w:pPr>
        <w:pStyle w:val="Heading2"/>
      </w:pPr>
      <w:r>
        <w:rPr>
          <w:rFonts w:ascii="Times New Roman" w:hAnsi="Times New Roman" w:eastAsia="Noto Serif SC" w:cs="Amiri"/>
          <w:lang w:val="zh-CN" w:eastAsia="zh-CN" w:bidi="ar-SA"/>
          <w:color w:val="000000"/>
          <w:rtl w:val="0"/>
        </w:rPr>
        <w:t>第二项精义：</w:t>
      </w:r>
    </w:p>
    <w:p>
      <w:r>
        <w:rPr>
          <w:rFonts w:ascii="Amiri" w:hAnsi="Amiri" w:eastAsia="Amiri" w:cs="Amiri"/>
          <w:lang w:val="zh-CN" w:eastAsia="zh-CN" w:bidi="ar-SA"/>
          <w:rtl w:val="1"/>
          <w:cs w:val="1"/>
          <w:color w:val="000000"/>
          <w:sz w:val="24"/>
          <w:szCs w:val="24"/>
        </w:rPr>
        <w:t>ﻭَ ﺍِﻥْ ﻣِﻦْ ﺷَﻰْﺀٍ اِلَّا ﻋِﻨْﺪَﻧَﺎ ﺧَﺰَٓﺍﺋِﻨُﻪُ ﻭَﻣَﺎ ﻧُﻨَﺰِّﻟُﻪُٓ اِلَّا ﺑِﻘَﺪَﺭٍ ﻣَﻌْﻠُﻮﻡٍ</w:t>
      </w:r>
      <w:r>
        <w:rPr>
          <w:rFonts w:ascii="Times New Roman" w:hAnsi="Times New Roman" w:eastAsia="Noto Serif SC" w:cs="Amiri"/>
          <w:lang w:val="zh-CN" w:eastAsia="zh-CN" w:bidi="ar-SA"/>
          <w:color w:val="000000"/>
          <w:rtl w:val="0"/>
        </w:rPr>
        <w:t>（没有任何一物，其宝库不在我这里；我也只依既定而明确的分量降下它，一切皆有精确的尺度）这节经文的一项精义，是“绝对公正者”这一至大尊名的一种彰显。具体如下：</w:t>
      </w:r>
    </w:p>
    <w:p>
      <w:r>
        <w:rPr>
          <w:rFonts w:ascii="Times New Roman" w:hAnsi="Times New Roman" w:eastAsia="Noto Serif SC" w:cs="Amiri"/>
          <w:lang w:val="zh-CN" w:eastAsia="zh-CN" w:bidi="ar-SA"/>
          <w:color w:val="000000"/>
          <w:rtl w:val="0"/>
        </w:rPr>
        <w:t>这宇宙不断在破坏与修复中翻腾，时时在战争与迁徙中沸腾，永远在死亡与生命中流转。这些惊人的更迭与变化，包括巨大物体井然有序的运动，地球表面四十万种植物和动物这些有生命者规律地获得饮食与养育，如洪流般奔涌、混合并侵夺的元素所执行的极有序职责，乃至光明与黑暗、炎热与寒冷、生命与死亡的相互争斗——万物都在这样一种公正的天秤中，从未来而来，经过现在，流向过去。</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（于是，当赞颂Allah超绝一切缺欠；这一切秩序只能出于祂的完美作为）！每一个以公正而专注的目光观看这座世界宫殿的人，必定会说：</w:t>
      </w:r>
    </w:p>
    <w:p>
      <w:r>
        <w:rPr>
          <w:rFonts w:ascii="Times New Roman" w:hAnsi="Times New Roman" w:eastAsia="Noto Serif SC" w:cs="Amiri"/>
          <w:lang w:val="zh-CN" w:eastAsia="zh-CN" w:bidi="ar-SA"/>
          <w:color w:val="000000"/>
          <w:rtl w:val="0"/>
        </w:rPr>
        <w:t>“这座世界宫殿的创造者Allah，使这座宫殿成为‘绝对公正者’尊名至大彰显的承受者；祂既独一，又依如此公正的天秤行事，即使在那些被认为最无关紧要、最微小而无价值的事物中，也不给以他物与祂共享神性的悖逆留下余地，绝不容许这种悖逆有丝毫渗入这公正的天秤。在这极其完善、超乎常规的秩序中，如此精密的公正天秤，当然除了这宇宙具威严的创造者Allah之外，谁也不能干预。”他还会明白，一切原因都只是那位具威严的创造者Allah权能之手的帷幕；并会在惊叹之中，像确信太阳存在一样，确信那位具美善的创造者Allah既独一又真实存在。</w:t>
      </w:r>
    </w:p>
    <w:p>
      <w:pPr>
        <w:pStyle w:val="Heading2"/>
      </w:pPr>
      <w:r>
        <w:rPr>
          <w:rFonts w:ascii="Times New Roman" w:hAnsi="Times New Roman" w:eastAsia="Noto Serif SC" w:cs="Amiri"/>
          <w:lang w:val="zh-CN" w:eastAsia="zh-CN" w:bidi="ar-SA"/>
          <w:color w:val="000000"/>
          <w:rtl w:val="0"/>
        </w:rPr>
        <w:t>第三项精义：</w:t>
      </w:r>
    </w:p>
    <w:p>
      <w:r>
        <w:rPr>
          <w:rFonts w:ascii="Amiri" w:hAnsi="Amiri" w:eastAsia="Amiri" w:cs="Amiri"/>
          <w:lang w:val="zh-CN" w:eastAsia="zh-CN" w:bidi="ar-SA"/>
          <w:rtl w:val="1"/>
          <w:cs w:val="1"/>
          <w:color w:val="000000"/>
          <w:sz w:val="24"/>
          <w:szCs w:val="24"/>
        </w:rPr>
        <w:t>ﺍُﺩْﻉُ ﺍِﻟٰﻰ ﺳَﺒ۪ﻴﻞِ ﺭَﺑِّﻚَ ﺑِﺎﻟْﺤِﻜْﻤَﺔِ</w:t>
      </w:r>
      <w:r>
        <w:rPr>
          <w:rFonts w:ascii="Times New Roman" w:hAnsi="Times New Roman" w:eastAsia="Noto Serif SC" w:cs="Amiri"/>
          <w:lang w:val="zh-CN" w:eastAsia="zh-CN" w:bidi="ar-SA"/>
          <w:color w:val="000000"/>
          <w:rtl w:val="0"/>
        </w:rPr>
        <w:t>（你当凭智慧，以合乎真理与处境的方式，召唤众人走向你养育并主宰者的正道）这节经文的一项精义，是“至睿裁决者”这一至大尊名的一种彰显，已以五点加以阐明。</w:t>
      </w:r>
    </w:p>
    <w:p>
      <w:r>
        <w:rPr>
          <w:rFonts w:ascii="Times New Roman" w:hAnsi="Times New Roman" w:eastAsia="Noto Serif SC" w:cs="Amiri"/>
          <w:lang w:val="zh-CN" w:eastAsia="zh-CN" w:bidi="ar-SA"/>
          <w:color w:val="000000"/>
          <w:rtl w:val="0"/>
        </w:rPr>
        <w:t>第一点：“至睿裁决者”尊名的至大彰显，使这宇宙成为一部巨书；祂把这部巨书的大地表面创造为一页，把每座装饰华美的花园创造为一行，把每朵绚丽的花和每棵枝叶繁茂的树创造为一个词。因此，整个宇宙从头到尾，都因具威严的至睿者Allah的作品而绚丽多彩。</w:t>
      </w:r>
    </w:p>
    <w:p>
      <w:r>
        <w:rPr>
          <w:rFonts w:ascii="Times New Roman" w:hAnsi="Times New Roman" w:eastAsia="Noto Serif SC" w:cs="Amiri"/>
          <w:lang w:val="zh-CN" w:eastAsia="zh-CN" w:bidi="ar-SA"/>
          <w:color w:val="000000"/>
          <w:rtl w:val="0"/>
        </w:rPr>
        <w:t>祂既亲自观览自己的技艺，又使万物借无数眼睛彼此观看；万物在自身之中，以许多证据和方面为纹饰者的存在作证；祂使万物始终在尺度与秩序中更新，把一棵大树收进每粒小小的种子，又把整个宇宙的目录安置在每棵树中；祂以镶宝的徽章和饰有花纹的礼物装点每一页春天，使它们在祂面前列队经过；祂又时刻借这些受造之作的语言，使它们吟唱对祂的赞美与颂扬。面对这宏伟而充满智慧的权能，什么偶然竟敢伸手干预？</w:t>
      </w:r>
    </w:p>
    <w:p>
      <w:r>
        <w:rPr>
          <w:rFonts w:ascii="Times New Roman" w:hAnsi="Times New Roman" w:eastAsia="Noto Serif SC" w:cs="Amiri"/>
          <w:lang w:val="zh-CN" w:eastAsia="zh-CN" w:bidi="ar-SA"/>
          <w:color w:val="000000"/>
          <w:rtl w:val="0"/>
        </w:rPr>
        <w:t>第二点：包括两项论题。</w:t>
      </w:r>
    </w:p>
    <w:p>
      <w:r>
        <w:rPr>
          <w:rFonts w:ascii="Times New Roman" w:hAnsi="Times New Roman" w:eastAsia="Noto Serif SC" w:cs="Amiri"/>
          <w:lang w:val="zh-CN" w:eastAsia="zh-CN" w:bidi="ar-SA"/>
          <w:color w:val="000000"/>
          <w:rtl w:val="0"/>
        </w:rPr>
        <w:t>第一项论题：达到极境的完善之中有美善，达到极境的美善之中有完善；这完善与美善愿意观看并显示自身，愿意使人认识并爱慕自己。作为回应，它教导人以信仰认识祂，以全然奴仆意识使自己为祂所悦爱。</w:t>
      </w:r>
    </w:p>
    <w:p>
      <w:r>
        <w:rPr>
          <w:rFonts w:ascii="Times New Roman" w:hAnsi="Times New Roman" w:eastAsia="Noto Serif SC" w:cs="Amiri"/>
          <w:lang w:val="zh-CN" w:eastAsia="zh-CN" w:bidi="ar-SA"/>
          <w:color w:val="000000"/>
          <w:rtl w:val="0"/>
        </w:rPr>
        <w:t>第二项论题：这充满智慧的完善秩序，以全部力量拒绝以物配主，绝不容纳它；它既要求Allah的独一，也要求祂独立自主、独一无偶。这一点已得到阐明。同时，它也使人知道：把整个宇宙及其一切境况和状态都维持在公正天秤与智慧秩序之中的绝对全能者Allah，若以配主与不信把无力归于祂，是何等巨大的错误；而认信Allah独一并信仰祂，又是何等正确、正当而符合真理的回应。</w:t>
      </w:r>
    </w:p>
    <w:p>
      <w:r>
        <w:rPr>
          <w:rFonts w:ascii="Times New Roman" w:hAnsi="Times New Roman" w:eastAsia="Noto Serif SC" w:cs="Amiri"/>
          <w:lang w:val="zh-CN" w:eastAsia="zh-CN" w:bidi="ar-SA"/>
          <w:color w:val="000000"/>
          <w:rtl w:val="0"/>
        </w:rPr>
        <w:t>第三点：全能的创造者Allah，以“至睿裁决者”和“至睿者”尊名，把人类造成一个中心、一个枢纽，使人在宇宙中成为最多智慧的依据与彰显之所；又在人的领域中，将给养置于中心的地位。它阐明：借人的意识与给养带来的乐趣，“至睿裁决者”尊名的彰显清晰可见；数以百计的学科，每一门都从一个方面描述这一彰显。例如，医学、化学、农学、商业等等——每一门学科的确证都表明，这无数秩序与智慧显示了选择、意志、意图与神圣意欲。那位至睿的创造者Allah，既把它们赋予整个宇宙，又把它们纳入最微小的有生命者和最微小的种子之中，从而表明祂至圣无染的本体是具有自由选择、依己意行事者，一切事物都凭祂的命令而存在；不认识祂、不知道祂，又是何等奇怪的愚昧与疯狂。</w:t>
      </w:r>
    </w:p>
    <w:p>
      <w:r>
        <w:rPr>
          <w:rFonts w:ascii="Times New Roman" w:hAnsi="Times New Roman" w:eastAsia="Noto Serif SC" w:cs="Amiri"/>
          <w:lang w:val="zh-CN" w:eastAsia="zh-CN" w:bidi="ar-SA"/>
          <w:color w:val="000000"/>
          <w:rtl w:val="0"/>
        </w:rPr>
        <w:t>第四点：至睿的创造者Allah，在祂每一个存在身上安置了数以百计的智慧，以极高的精密度赋予它们数以百计的职责，并极其细致地追踪其中众多的益处与目的。它阐明：祂绝不会以任何方式容许没有复起，因为这与祂慈悯之美、公正之完善和达到极境的智慧相反，会使人否认祂的慈悯与公正。</w:t>
      </w:r>
    </w:p>
    <w:p>
      <w:r>
        <w:rPr>
          <w:rFonts w:ascii="Times New Roman" w:hAnsi="Times New Roman" w:eastAsia="Noto Serif SC" w:cs="Amiri"/>
          <w:lang w:val="zh-CN" w:eastAsia="zh-CN" w:bidi="ar-SA"/>
          <w:color w:val="000000"/>
          <w:rtl w:val="0"/>
        </w:rPr>
        <w:t>第五点：包括两项论题。</w:t>
      </w:r>
    </w:p>
    <w:p>
      <w:r>
        <w:rPr>
          <w:rFonts w:ascii="Times New Roman" w:hAnsi="Times New Roman" w:eastAsia="Noto Serif SC" w:cs="Amiri"/>
          <w:lang w:val="zh-CN" w:eastAsia="zh-CN" w:bidi="ar-SA"/>
          <w:color w:val="000000"/>
          <w:rtl w:val="0"/>
        </w:rPr>
        <w:t>第一项论题：受造秩序与天性中没有浪费、无意义和无益之事，因此，这节尊贵经文警告那些不事节俭的人：</w:t>
      </w:r>
      <w:r>
        <w:rPr>
          <w:rFonts w:ascii="Amiri" w:hAnsi="Amiri" w:eastAsia="Amiri" w:cs="Amiri"/>
          <w:lang w:val="zh-CN" w:eastAsia="zh-CN" w:bidi="ar-SA"/>
          <w:rtl w:val="1"/>
          <w:cs w:val="1"/>
          <w:color w:val="000000"/>
          <w:sz w:val="24"/>
          <w:szCs w:val="24"/>
        </w:rPr>
        <w:t>ﻛُﻠُﻮﺍ ﻭَ ﺍﺷْﺮَﺑُﻮﺍ ﻭَ لَا ﺗُﺴْﺮِﻓُﻮﺍ</w:t>
      </w:r>
      <w:r>
        <w:rPr>
          <w:rFonts w:ascii="Times New Roman" w:hAnsi="Times New Roman" w:eastAsia="Noto Serif SC" w:cs="Amiri"/>
          <w:lang w:val="zh-CN" w:eastAsia="zh-CN" w:bidi="ar-SA"/>
          <w:color w:val="000000"/>
          <w:rtl w:val="0"/>
        </w:rPr>
        <w:t>（你们尽管吃，尽管喝，却不可挥霍浪费；享用恩赐时不可逾越分寸）。</w:t>
      </w:r>
    </w:p>
    <w:p>
      <w:r>
        <w:rPr>
          <w:rFonts w:ascii="Times New Roman" w:hAnsi="Times New Roman" w:eastAsia="Noto Serif SC" w:cs="Amiri"/>
          <w:lang w:val="zh-CN" w:eastAsia="zh-CN" w:bidi="ar-SA"/>
          <w:color w:val="000000"/>
          <w:rtl w:val="0"/>
        </w:rPr>
        <w:t>第二项论题：它极鲜明地阐明，至高无上的真实主宰Allah的“至睿裁决者”与“至睿者”尊名，从一个方面指示并必然要求至尊使者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（愿Allah赐他尊荣、恩福与平安）的使者使命；至美诸尊名中的许多尊名，也各自从一个方面，以至大的彰显，在至大的程度和确然无疑的层次上，必然要求艾哈迈德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本节关于</w:t>
      </w:r>
      <w:r>
        <w:rPr>
          <w:rFonts w:ascii="Amiri" w:hAnsi="Amiri" w:eastAsia="Amiri" w:cs="Amiri"/>
          <w:lang w:val="zh-CN" w:eastAsia="zh-CN" w:bidi="ar-SA"/>
          <w:rtl w:val="1"/>
          <w:cs w:val="1"/>
          <w:color w:val="000000"/>
          <w:sz w:val="24"/>
          <w:szCs w:val="24"/>
        </w:rPr>
        <w:t>ﻗُﻞْ ﻫُﻮَ ﺍﻟﻠّٰﻪُ ﺍَﺣَﺪٌ</w:t>
      </w:r>
      <w:r>
        <w:rPr>
          <w:rFonts w:ascii="Times New Roman" w:hAnsi="Times New Roman" w:eastAsia="Noto Serif SC" w:cs="Amiri"/>
          <w:lang w:val="zh-CN" w:eastAsia="zh-CN" w:bidi="ar-SA"/>
          <w:color w:val="000000"/>
          <w:rtl w:val="0"/>
        </w:rPr>
        <w:t>（你说：祂是Allah，是独一无二者；祂的存在与神圣本性绝无匹偶，也不容分割）这节经文的一项精义，由七项指示构成，阐明真实的认信Allah独一；这认信关系到包含“唯一者”与“独一无二者”两个尊名的“独一卓然者”这一至大尊名的至大彰显。</w:t>
      </w:r>
    </w:p>
    <w:p>
      <w:r>
        <w:rPr>
          <w:rFonts w:ascii="Times New Roman" w:hAnsi="Times New Roman" w:eastAsia="Noto Serif SC" w:cs="Amiri"/>
          <w:lang w:val="zh-CN" w:eastAsia="zh-CN" w:bidi="ar-SA"/>
          <w:color w:val="000000"/>
          <w:rtl w:val="0"/>
        </w:rPr>
        <w:t>第一项指示：指出“独一卓然者”尊名在宇宙整体形态上盖下的无穷印玺中的三枚印记。</w:t>
      </w:r>
    </w:p>
    <w:p>
      <w:r>
        <w:rPr>
          <w:rFonts w:ascii="Times New Roman" w:hAnsi="Times New Roman" w:eastAsia="Noto Serif SC" w:cs="Amiri"/>
          <w:lang w:val="zh-CN" w:eastAsia="zh-CN" w:bidi="ar-SA"/>
          <w:color w:val="000000"/>
          <w:rtl w:val="0"/>
        </w:rPr>
        <w:t>第一枚印记：这是在宇宙万有及其各个种类中显现的“相互援助、彼此支撑、相互回应、彼此拥抱”的印记，是一枚独一性的宏大印记。</w:t>
      </w:r>
    </w:p>
    <w:p>
      <w:r>
        <w:rPr>
          <w:rFonts w:ascii="Times New Roman" w:hAnsi="Times New Roman" w:eastAsia="Noto Serif SC" w:cs="Amiri"/>
          <w:lang w:val="zh-CN" w:eastAsia="zh-CN" w:bidi="ar-SA"/>
          <w:color w:val="000000"/>
          <w:rtl w:val="0"/>
        </w:rPr>
        <w:t>第二枚印记：这是唯一性的印玺；每年春季，都可以在大地表面上看到，四十万种植物与动物如经线一般交织，织成了这枚印玺。</w:t>
      </w:r>
    </w:p>
    <w:p>
      <w:r>
        <w:rPr>
          <w:rFonts w:ascii="Times New Roman" w:hAnsi="Times New Roman" w:eastAsia="Noto Serif SC" w:cs="Amiri"/>
          <w:lang w:val="zh-CN" w:eastAsia="zh-CN" w:bidi="ar-SA"/>
          <w:color w:val="000000"/>
          <w:rtl w:val="0"/>
        </w:rPr>
        <w:t>第三枚印记：这是唯一性的印记，见于从尊贵的阿丹直到复起之日、所有已经来到和将要来到之人的面容；他们的基本器官相同，面容上的印记也由此显明唯一性。</w:t>
      </w:r>
    </w:p>
    <w:p>
      <w:r>
        <w:rPr>
          <w:rFonts w:ascii="Times New Roman" w:hAnsi="Times New Roman" w:eastAsia="Noto Serif SC" w:cs="Amiri"/>
          <w:lang w:val="zh-CN" w:eastAsia="zh-CN" w:bidi="ar-SA"/>
          <w:color w:val="000000"/>
          <w:rtl w:val="0"/>
        </w:rPr>
        <w:t>第二项指示：表明“独一卓然者”尊名的独一彰显，把宇宙的一切种类和一切元素如此交织在一起，使它们彼此包含；整个宇宙因而成为一个不可分割的整体，并借重重统一宣告祂的唯一性。</w:t>
      </w:r>
    </w:p>
    <w:p>
      <w:r>
        <w:rPr>
          <w:rFonts w:ascii="Times New Roman" w:hAnsi="Times New Roman" w:eastAsia="Noto Serif SC" w:cs="Amiri"/>
          <w:lang w:val="zh-CN" w:eastAsia="zh-CN" w:bidi="ar-SA"/>
          <w:color w:val="000000"/>
          <w:rtl w:val="0"/>
        </w:rPr>
        <w:t>第三项指示：同样表明，“独一卓然者”尊名的至大彰显，使宇宙成为无数封彼此交叠、来自万物皆依赖祂而祂无所依赖者的书信；每一封书信上都盖有无数唯一性的印玺，每一封书信又都带着独一性的印章，印章多如其中的词语，处处使人认识书写者。</w:t>
      </w:r>
    </w:p>
    <w:p>
      <w:r>
        <w:rPr>
          <w:rFonts w:ascii="Times New Roman" w:hAnsi="Times New Roman" w:eastAsia="Noto Serif SC" w:cs="Amiri"/>
          <w:lang w:val="zh-CN" w:eastAsia="zh-CN" w:bidi="ar-SA"/>
          <w:color w:val="000000"/>
          <w:rtl w:val="0"/>
        </w:rPr>
        <w:t>第四项指示：阐明三项确证；这些确证使人以极其合理、无比容易的方式，接受“独一卓然者”尊名那如太阳般明显的至大彰显，并表明以伙伴配Allah绝无可能，而且远离理智到了极点。</w:t>
      </w:r>
    </w:p>
    <w:p>
      <w:r>
        <w:rPr>
          <w:rFonts w:ascii="Times New Roman" w:hAnsi="Times New Roman" w:eastAsia="Noto Serif SC" w:cs="Amiri"/>
          <w:lang w:val="zh-CN" w:eastAsia="zh-CN" w:bidi="ar-SA"/>
          <w:color w:val="000000"/>
          <w:rtl w:val="0"/>
        </w:rPr>
        <w:t>其一：相对于独一卓然的主宰Allah无穷的权能，创造最大的事物，也如创造最小的事物一样容易而简便；祂创造一个春天，如同创造一朵花，创造一棵树，如同创造一枚果实，都从容无碍，并加以治理。如果以伙伴配祂的解释把这种创造情状归于众多原因，那么，由于从独一落入繁多，创造最小的事物也会像创造最大的事物一样，耗费极多、困难极多、劳苦极多。本节借种种比喻证明这一点。</w:t>
      </w:r>
    </w:p>
    <w:p>
      <w:r>
        <w:rPr>
          <w:rFonts w:ascii="Times New Roman" w:hAnsi="Times New Roman" w:eastAsia="Noto Serif SC" w:cs="Amiri"/>
          <w:lang w:val="zh-CN" w:eastAsia="zh-CN" w:bidi="ar-SA"/>
          <w:color w:val="000000"/>
          <w:rtl w:val="0"/>
        </w:rPr>
        <w:t>其二：万有的创造，或者以从无中创生、崭新的方式，从空无与无有中实现；或者以构造、组合的方式，从诸元素和事物中聚集而成。在这两种情形下，如果不把万物的创造归于唯一而独一卓然的主宰Allah，反而向原因索求，那就会无比困难、无比艰涩、极不合理，甚至产生许多绝不可能的后果。如果把它归于独一卓然性的彰显和独一性的奥义，那么，凭祂那无边的权能——其宏伟可由祂的作为认识，犹如火柴一划便见火光——无论从空无与无有中创生，还是从诸元素和事物中聚集组合，万物都借祂知识之镜中确定而属知识领域的范型，以无比的容易与简便被创造出来；事实正是如此可见。</w:t>
      </w:r>
    </w:p>
    <w:p>
      <w:r>
        <w:rPr>
          <w:rFonts w:ascii="Times New Roman" w:hAnsi="Times New Roman" w:eastAsia="Noto Serif SC" w:cs="Amiri"/>
          <w:lang w:val="zh-CN" w:eastAsia="zh-CN" w:bidi="ar-SA"/>
          <w:color w:val="000000"/>
          <w:rtl w:val="0"/>
        </w:rPr>
        <w:t>其三：如果把一切事物的创造归于唯一而独一卓然的主宰Allah，创造万有便如创造一件事物那样容易；如果把创造交付给种种所谓原因和自然，那么，仅仅一件事物的存在，也会像全部事物一样困难重重。本节用三个优美动人的比喻阐明这一点。</w:t>
      </w:r>
    </w:p>
    <w:p>
      <w:r>
        <w:rPr>
          <w:rFonts w:ascii="Times New Roman" w:hAnsi="Times New Roman" w:eastAsia="Noto Serif SC" w:cs="Amiri"/>
          <w:lang w:val="zh-CN" w:eastAsia="zh-CN" w:bidi="ar-SA"/>
          <w:color w:val="000000"/>
          <w:rtl w:val="0"/>
        </w:rPr>
        <w:t>第一个比喻：若把一千名士兵的编制与管理交给统率这一千人的一名军官，而把一名士兵交给十名军官管理，那么，管理一千人何等容易，管理一个人又何等困难……</w:t>
      </w:r>
    </w:p>
    <w:p>
      <w:r>
        <w:rPr>
          <w:rFonts w:ascii="Times New Roman" w:hAnsi="Times New Roman" w:eastAsia="Noto Serif SC" w:cs="Amiri"/>
          <w:lang w:val="zh-CN" w:eastAsia="zh-CN" w:bidi="ar-SA"/>
          <w:color w:val="000000"/>
          <w:rtl w:val="0"/>
        </w:rPr>
        <w:t>第二个比喻：在圣索菲亚那样带穹顶的清真寺里，若要求穹顶的石块自己悬在空中并形成那种结构，会困难到极点；若要求一位工匠造成那种结构，却容易到极点……</w:t>
      </w:r>
    </w:p>
    <w:p>
      <w:r>
        <w:rPr>
          <w:rFonts w:ascii="Times New Roman" w:hAnsi="Times New Roman" w:eastAsia="Noto Serif SC" w:cs="Amiri"/>
          <w:lang w:val="zh-CN" w:eastAsia="zh-CN" w:bidi="ar-SA"/>
          <w:color w:val="000000"/>
          <w:rtl w:val="0"/>
        </w:rPr>
        <w:t>第三个比喻：地球若作为唯一而独一卓然的主宰Allah的一名受命者而运行，由这运行产生的宏伟而庄严的种种结果便极为简便地实现；这正显示了独一之中的容易。而在以伙伴配Allah和否认祂的道路上，要取得同样的结果，就必须接受一种最为可怕、充满艰难困苦的设想：把无数无法计量、比地球大数百万倍的天体，在无边无际的距离上绕着地球运行；既像地球绕周日轴自转那样，每二十四小时绕行一次，又像地球绕周年轴运行那样，每年绕行一次。本节又阐明：把创造归于所谓原因和自然的人，借“书本、钟表、工厂和宫殿”的比喻，犯下了最罕见的愚昧。</w:t>
      </w:r>
    </w:p>
    <w:p>
      <w:r>
        <w:rPr>
          <w:rFonts w:ascii="Times New Roman" w:hAnsi="Times New Roman" w:eastAsia="Noto Serif SC" w:cs="Amiri"/>
          <w:lang w:val="zh-CN" w:eastAsia="zh-CN" w:bidi="ar-SA"/>
          <w:color w:val="000000"/>
          <w:rtl w:val="0"/>
        </w:rPr>
        <w:t>第五项指示：Allah的神圣统治强烈拒绝他者干预。凭</w:t>
      </w:r>
      <w:r>
        <w:rPr>
          <w:rFonts w:ascii="Amiri" w:hAnsi="Amiri" w:eastAsia="Amiri" w:cs="Amiri"/>
          <w:lang w:val="zh-CN" w:eastAsia="zh-CN" w:bidi="ar-SA"/>
          <w:rtl w:val="1"/>
          <w:cs w:val="1"/>
          <w:color w:val="000000"/>
          <w:sz w:val="24"/>
          <w:szCs w:val="24"/>
        </w:rPr>
        <w:t>ﻟَﻮْ ﻛَﺎﻥَ ﻓ۪ﻴﻬِﻤَٓﺎ ﺍٰﻟِﻬَﺔٌ اِلَّا ﺍﻟﻠّٰﻪُ ﻟَﻔَﺴَﺪَﺗَﺎ</w:t>
      </w:r>
      <w:r>
        <w:rPr>
          <w:rFonts w:ascii="Times New Roman" w:hAnsi="Times New Roman" w:eastAsia="Noto Serif SC" w:cs="Amiri"/>
          <w:lang w:val="zh-CN" w:eastAsia="zh-CN" w:bidi="ar-SA"/>
          <w:color w:val="000000"/>
          <w:rtl w:val="0"/>
        </w:rPr>
        <w:t>（假若诸天与大地之中除Allah外另有受崇拜的主宰，二者必因权分冲突而陷于败坏；诸天与大地井然有序，正证明祂独一）这节经文的奥义，并凭</w:t>
      </w:r>
      <w:r>
        <w:rPr>
          <w:rFonts w:ascii="Amiri" w:hAnsi="Amiri" w:eastAsia="Amiri" w:cs="Amiri"/>
          <w:lang w:val="zh-CN" w:eastAsia="zh-CN" w:bidi="ar-SA"/>
          <w:rtl w:val="1"/>
          <w:cs w:val="1"/>
          <w:color w:val="000000"/>
          <w:sz w:val="24"/>
          <w:szCs w:val="24"/>
        </w:rPr>
        <w:t>ﻓَﺎﺭْﺟِﻊِ ﺍﻟْﺒَﺼَﺮَ ﻫَﻞْ ﺗَﺮٰﻯ ﻣِﻦْ ﻓُﻄُﻮﺭٍ</w:t>
      </w:r>
      <w:r>
        <w:rPr>
          <w:rFonts w:ascii="Times New Roman" w:hAnsi="Times New Roman" w:eastAsia="Noto Serif SC" w:cs="Amiri"/>
          <w:lang w:val="zh-CN" w:eastAsia="zh-CN" w:bidi="ar-SA"/>
          <w:color w:val="000000"/>
          <w:rtl w:val="0"/>
        </w:rPr>
        <w:t>（你再举目细看，能否发现任何裂缝或失调；这审视显明创造的完整无疵）这节经文的指示，从微尘到行星，从尘世大地到至高宝座，无论哪个方面都看不见缺陷、裂缝、不足和混乱的痕迹；这便彰显独一卓然性的至大彰显，并为独一作证。</w:t>
      </w:r>
    </w:p>
    <w:p>
      <w:r>
        <w:rPr>
          <w:rFonts w:ascii="Times New Roman" w:hAnsi="Times New Roman" w:eastAsia="Noto Serif SC" w:cs="Amiri"/>
          <w:lang w:val="zh-CN" w:eastAsia="zh-CN" w:bidi="ar-SA"/>
          <w:color w:val="000000"/>
          <w:rtl w:val="0"/>
        </w:rPr>
        <w:t>第六项指示：一切完善的核心与根基，宇宙创造中种种智慧与宗旨的源泉与宝藏，以及有意识、有理智者——尤其是人——种种要求与愿望得以实现的源头和唯一途径，正是Allah养育与主宰的独一卓然性和神圣独一性。</w:t>
      </w:r>
    </w:p>
    <w:p>
      <w:r>
        <w:rPr>
          <w:rFonts w:ascii="Times New Roman" w:hAnsi="Times New Roman" w:eastAsia="Noto Serif SC" w:cs="Amiri"/>
          <w:lang w:val="zh-CN" w:eastAsia="zh-CN" w:bidi="ar-SA"/>
          <w:color w:val="000000"/>
          <w:rtl w:val="0"/>
        </w:rPr>
        <w:t>第七项指示：穆罕默德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以最完备的方式，在一切层次上传授、证明并宣告真实的认信Allah独一；本节说明，这一使命的确立，正达到那种认信Allah独一之确凿性的程度。同时，本节列举众多证据中的三项，见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（愿Allah赐他尊荣、恩福与平安）精神人格的重要与崇高达到何种程度。</w:t>
      </w:r>
    </w:p>
    <w:p>
      <w:r>
        <w:rPr>
          <w:rFonts w:ascii="Times New Roman" w:hAnsi="Times New Roman" w:eastAsia="Noto Serif SC" w:cs="Amiri"/>
          <w:lang w:val="zh-CN" w:eastAsia="zh-CN" w:bidi="ar-SA"/>
          <w:color w:val="000000"/>
          <w:rtl w:val="0"/>
        </w:rPr>
        <w:t>其一：凭</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的奥义，他整个共同体在各时代所行的善功，其同等回赐都记入他的善功册；尤其因为全体共同体每天为他所作的尊荣、恩福与平安之祈祷必定蒙Allah应允，这些无穷祈祷所要求的品阶与地位，使人深思，从而明白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（愿Allah赐他尊荣、恩福与平安）的精神人格在宇宙中是何等一轮太阳……</w:t>
      </w:r>
    </w:p>
    <w:p>
      <w:r>
        <w:rPr>
          <w:rFonts w:ascii="Times New Roman" w:hAnsi="Times New Roman" w:eastAsia="Noto Serif SC" w:cs="Amiri"/>
          <w:lang w:val="zh-CN" w:eastAsia="zh-CN" w:bidi="ar-SA"/>
          <w:color w:val="000000"/>
          <w:rtl w:val="0"/>
        </w:rPr>
        <w:t>其二：穆罕默德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本质，是伊斯兰世界那棵至大之树的根源、种子、生命和枢轴。凭他超越限度的禀赋与内在官能，他最先以全部意义感受并践行构成伊斯兰世界精神内涵的神圣言辞、赞颂和崇拜功修，由此获得灵魂上的种种进展；本节使人深思这些进展，并说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（愿Allah赐他尊荣、恩福与平安）那达到受深爱之境的全然奴仆意识所具有的亲近Allah之位，比其他一切亲近Allah之位高出多少。本节也使人认识，那位尊者在无边无际的完善层次上前进到了何种程度。</w:t>
      </w:r>
    </w:p>
    <w:p>
      <w:r>
        <w:rPr>
          <w:rFonts w:ascii="Times New Roman" w:hAnsi="Times New Roman" w:eastAsia="Noto Serif SC" w:cs="Amiri"/>
          <w:lang w:val="zh-CN" w:eastAsia="zh-CN" w:bidi="ar-SA"/>
          <w:color w:val="000000"/>
          <w:rtl w:val="0"/>
        </w:rPr>
        <w:t>其三：具美善的独一卓然主宰Allah，把穆罕默德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（愿Allah赐他尊荣、恩福与平安）这位尊者作为祂自己的对话者，代表全人类，乃至代表整个宇宙；祂必定使这位尊者在无穷的完善中领受祂无穷的恩泽。本节教导：穆罕默德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（愿Allah赐他尊荣、恩福与平安）的精神人格，是宇宙的一轮精神太阳，是这部称为宇宙的宏大《古兰经》的至大迹象，也是那至大的辨别真伪经典、至大尊名以及“独一卓然者”尊名至大彰显的一面镜子。</w:t>
      </w:r>
    </w:p>
    <w:p>
      <w:pPr>
        <w:pStyle w:val="Heading2"/>
      </w:pPr>
      <w:r>
        <w:rPr>
          <w:rFonts w:ascii="Times New Roman" w:hAnsi="Times New Roman" w:eastAsia="Noto Serif SC" w:cs="Amiri"/>
          <w:lang w:val="zh-CN" w:eastAsia="zh-CN" w:bidi="ar-SA"/>
          <w:color w:val="000000"/>
          <w:rtl w:val="0"/>
        </w:rPr>
        <w:t>第五项精义：</w:t>
      </w:r>
    </w:p>
    <w:p>
      <w:r>
        <w:rPr>
          <w:rFonts w:ascii="Times New Roman" w:hAnsi="Times New Roman" w:eastAsia="Noto Serif SC" w:cs="Amiri"/>
          <w:lang w:val="zh-CN" w:eastAsia="zh-CN" w:bidi="ar-SA"/>
          <w:color w:val="000000"/>
          <w:rtl w:val="0"/>
        </w:rPr>
        <w:t>本节凭</w:t>
      </w:r>
      <w:r>
        <w:rPr>
          <w:rFonts w:ascii="Amiri" w:hAnsi="Amiri" w:eastAsia="Amiri" w:cs="Amiri"/>
          <w:lang w:val="zh-CN" w:eastAsia="zh-CN" w:bidi="ar-SA"/>
          <w:rtl w:val="1"/>
          <w:cs w:val="1"/>
          <w:color w:val="000000"/>
          <w:sz w:val="24"/>
          <w:szCs w:val="24"/>
        </w:rPr>
        <w:t>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（你且观看Allah慈悯的踪迹：祂如何在土地死去之后使它复活；那位如此复活大地的主宰，必定也使亡者复生，因为祂对万事确是大能的，生命与复起都在祂的权能之中）这节庄严经文，并凭</w:t>
      </w:r>
      <w:r>
        <w:rPr>
          <w:rFonts w:ascii="Amiri" w:hAnsi="Amiri" w:eastAsia="Amiri" w:cs="Amiri"/>
          <w:lang w:val="zh-CN" w:eastAsia="zh-CN" w:bidi="ar-SA"/>
          <w:rtl w:val="1"/>
          <w:cs w:val="1"/>
          <w:color w:val="000000"/>
          <w:sz w:val="24"/>
          <w:szCs w:val="24"/>
        </w:rPr>
        <w:t>ﺍَﻟﻠّٰﻪُ لَٓا ﺍِﻟٰﻪَ اِلَّا ﻫُﻮَ ﺍﻟْﺤَﻰُّ ﺍﻟْﻘَﻴُّﻮﻡُ لَا ﺗَﺎْﺧُﺬُﻩُ ﺳِﻨَﺔٌ وَلَا ﻧَﻮْﻡٌ</w:t>
      </w:r>
      <w:r>
        <w:rPr>
          <w:rFonts w:ascii="Times New Roman" w:hAnsi="Times New Roman" w:eastAsia="Noto Serif SC" w:cs="Amiri"/>
          <w:lang w:val="zh-CN" w:eastAsia="zh-CN" w:bidi="ar-SA"/>
          <w:color w:val="000000"/>
          <w:rtl w:val="0"/>
        </w:rPr>
        <w:t>（Allah，除祂外绝无真正应受崇拜者；祂是永生者，是自立并使万有持立者；困倦不能侵袭祂，睡眠也不能侵袭祂；祂的知觉与治理毫无间断）这节庄严经文，阐明一项精义，以及“永生者”这一至大尊名的一种彰显；全篇以五个隐示简要呈现。</w:t>
      </w:r>
    </w:p>
    <w:p>
      <w:r>
        <w:rPr>
          <w:rFonts w:ascii="Times New Roman" w:hAnsi="Times New Roman" w:eastAsia="Noto Serif SC" w:cs="Amiri"/>
          <w:lang w:val="zh-CN" w:eastAsia="zh-CN" w:bidi="ar-SA"/>
          <w:color w:val="000000"/>
          <w:rtl w:val="0"/>
        </w:rPr>
        <w:t>第一个隐示：面对“生命是什么？它的本质与职责是什么？”这一问题，原文借“永生者”与“赐生命者”两个尊名的至大彰显，以索引方式，在二十九个层次中、两页之内，作出极其优美的回答与界定。这是何等奇异的阐释，何等清晰雄健的表达方式，何等非凡的措辞，实在未见其匹。人陶醉于这些真理的优美，惊叹得咬住手指，再也无法想象更高明的描述，只能在赞赏与称许之中沉入思悟。</w:t>
      </w:r>
    </w:p>
    <w:p>
      <w:r>
        <w:rPr>
          <w:rFonts w:ascii="Times New Roman" w:hAnsi="Times New Roman" w:eastAsia="Noto Serif SC" w:cs="Amiri"/>
          <w:lang w:val="zh-CN" w:eastAsia="zh-CN" w:bidi="ar-SA"/>
          <w:color w:val="000000"/>
          <w:rtl w:val="0"/>
        </w:rPr>
        <w:t>第二个隐示：在生命的二十九项特性中，第二十三项特性阐明了这样一种奥义：生命的两个面都清澈而光明；对于生命中Allah养育与主宰之权能的种种作为，表面可见的原因并不构成遮蔽的帷幕。</w:t>
      </w:r>
    </w:p>
    <w:p>
      <w:r>
        <w:rPr>
          <w:rFonts w:ascii="Times New Roman" w:hAnsi="Times New Roman" w:eastAsia="Noto Serif SC" w:cs="Amiri"/>
          <w:lang w:val="zh-CN" w:eastAsia="zh-CN" w:bidi="ar-SA"/>
          <w:color w:val="000000"/>
          <w:rtl w:val="0"/>
        </w:rPr>
        <w:t>第三个隐示：宇宙的果实是生命；同样，生命的果实——感恩与崇拜——也是宇宙被创造的缘由和所期望的果实。因此，宇宙的创造者、永生而自立立他的Allah，以无穷恩赐使有生命者认识祂、爱戴祂；作为回应，祂要求有生命者感谢祂，要求他们以爱回报祂的爱，并要求他们赞美称颂祂珍贵的创造之艺。本节还阐明：每一个有生命者的生命，都直接而无中介地掌握在永生而自立立他的主宰Allah的权能之手中。</w:t>
      </w:r>
    </w:p>
    <w:p>
      <w:r>
        <w:rPr>
          <w:rFonts w:ascii="Times New Roman" w:hAnsi="Times New Roman" w:eastAsia="Noto Serif SC" w:cs="Amiri"/>
          <w:lang w:val="zh-CN" w:eastAsia="zh-CN" w:bidi="ar-SA"/>
          <w:color w:val="000000"/>
          <w:rtl w:val="0"/>
        </w:rPr>
        <w:t>第四个隐示：生命观看信仰的六项原则，并证明它们；这六项原则就是</w:t>
      </w:r>
      <w:r>
        <w:rPr>
          <w:rFonts w:ascii="Amiri" w:hAnsi="Amiri" w:eastAsia="Amiri" w:cs="Amiri"/>
          <w:lang w:val="zh-CN" w:eastAsia="zh-CN" w:bidi="ar-SA"/>
          <w:rtl w:val="1"/>
          <w:cs w:val="1"/>
          <w:color w:val="000000"/>
          <w:sz w:val="24"/>
          <w:szCs w:val="24"/>
        </w:rPr>
        <w:t>ﺍٰﻣَﻨْﺖُ ﺑِﺎﻟﻠّٰﻪِ ﻭَ ﻣَﻠٰﺌِﻜَﺘِﻪ۪ ﻭَ ﻛُﺘُﺒِﻪ۪ ﻭَ ﺭُﺳُﻠِﻪ۪ ﻭَ ﺑِﺎﻟْﻴَﻮْﻡِ الْاٰخِرِ ﻭَ ﺑِﺎﻟْﻘَﺪَﺭِ</w:t>
      </w:r>
      <w:r>
        <w:rPr>
          <w:rFonts w:ascii="Times New Roman" w:hAnsi="Times New Roman" w:eastAsia="Noto Serif SC" w:cs="Amiri"/>
          <w:lang w:val="zh-CN" w:eastAsia="zh-CN" w:bidi="ar-SA"/>
          <w:color w:val="000000"/>
          <w:rtl w:val="0"/>
        </w:rPr>
        <w:t>（我确信Allah，确信祂的天使、祂的经典、祂的众使者、后世之日，也确信一切预知与裁定皆出于祂）所宣告的各项原则。本节以极其精妙的方式讲解、阐释这一点；那种表达的雄辩，令人赞叹不已。</w:t>
      </w:r>
    </w:p>
    <w:p>
      <w:r>
        <w:rPr>
          <w:rFonts w:ascii="Times New Roman" w:hAnsi="Times New Roman" w:eastAsia="Noto Serif SC" w:cs="Amiri"/>
          <w:lang w:val="zh-CN" w:eastAsia="zh-CN" w:bidi="ar-SA"/>
          <w:color w:val="000000"/>
          <w:rtl w:val="0"/>
        </w:rPr>
        <w:t>第五个隐示：第一个隐示的第十六项特性曾说，生命一进入某物，就使那具躯体成为一个世界；若它是部分，便赋予它整体般的包容性，若它是个别的，便赋予它普遍般的包容性。本节以诸多优美之处、极其动人的方式阐明这一点。此外，在结语中，它还说明：至大尊名对某些亲近Allah者而言，可以各不相同。</w:t>
      </w:r>
    </w:p>
    <w:p>
      <w:pPr>
        <w:pStyle w:val="Heading2"/>
      </w:pPr>
      <w:r>
        <w:rPr>
          <w:rFonts w:ascii="Times New Roman" w:hAnsi="Times New Roman" w:eastAsia="Noto Serif SC" w:cs="Amiri"/>
          <w:lang w:val="zh-CN" w:eastAsia="zh-CN" w:bidi="ar-SA"/>
          <w:color w:val="000000"/>
          <w:rtl w:val="0"/>
        </w:rPr>
        <w:t>第六项精义：</w:t>
      </w:r>
    </w:p>
    <w:p>
      <w:r>
        <w:rPr>
          <w:rFonts w:ascii="Times New Roman" w:hAnsi="Times New Roman" w:eastAsia="Noto Serif SC" w:cs="Amiri"/>
          <w:lang w:val="zh-CN" w:eastAsia="zh-CN" w:bidi="ar-SA"/>
          <w:color w:val="000000"/>
          <w:rtl w:val="0"/>
        </w:rPr>
        <w:t>本节以五道光芒，简要指向关于Allah自立立他之神圣属性的经文的一项精义，以及“自立立他者”这一至大尊名的一种至大彰显。</w:t>
      </w:r>
    </w:p>
    <w:p>
      <w:r>
        <w:rPr>
          <w:rFonts w:ascii="Times New Roman" w:hAnsi="Times New Roman" w:eastAsia="Noto Serif SC" w:cs="Amiri"/>
          <w:lang w:val="zh-CN" w:eastAsia="zh-CN" w:bidi="ar-SA"/>
          <w:color w:val="000000"/>
          <w:rtl w:val="0"/>
        </w:rPr>
        <w:t>第一道光芒：宇宙的创造者、具威严的主宰Allah，就祂自身而言，是自立立他者，是恒常者，是永存者。万物都凭祂的自立立他之属性而成立、延续、存留并获得长存。这种与自立立他者的关系哪怕中断一瞬，万物也必同时毁灭。祂没有伙伴，也没有匹敌。祂超脱物质，超绝空间，不可分割、不可剖分，绝不变化、绝不改变；需求与无力不可能触及祂。一些迷误者，在微尘有秩序的变化中感受到Allah那令人惊叹的创造性与祂养育与主宰之权能的至大彰显，却不知道这彰显从何而来；他们也不明白，由万物皆依赖祂而祂无所依赖者Allah的权能所彰显的普遍力量，究竟由谁治理。于是，他们臆想物质与力量无始，开辟出否认Allah应受崇拜之神圣性的道路。本节展示这些道路的内在真相，并借自立立他之奥义的至大彰显，阐明真理与真实之道那精妙的一面，使它的全部美善展露无遗。这是一段极其精微、极为深邃、非常广阔的表述，以崇高的宣言废除自然主义者与唯物主义者的道路，揭露他们的无知，使他们羞惭；它所陈述的，正是那位至圣主宰Allah的若干彰显。</w:t>
      </w:r>
    </w:p>
    <w:p>
      <w:r>
        <w:rPr>
          <w:rFonts w:ascii="Times New Roman" w:hAnsi="Times New Roman" w:eastAsia="Noto Serif SC" w:cs="Amiri"/>
          <w:lang w:val="zh-CN" w:eastAsia="zh-CN" w:bidi="ar-SA"/>
          <w:color w:val="000000"/>
          <w:rtl w:val="0"/>
        </w:rPr>
        <w:t>第二道光芒：包含两个论题。</w:t>
      </w:r>
    </w:p>
    <w:p>
      <w:r>
        <w:rPr>
          <w:rFonts w:ascii="Times New Roman" w:hAnsi="Times New Roman" w:eastAsia="Noto Serif SC" w:cs="Amiri"/>
          <w:lang w:val="zh-CN" w:eastAsia="zh-CN" w:bidi="ar-SA"/>
          <w:color w:val="000000"/>
          <w:rtl w:val="0"/>
        </w:rPr>
        <w:t>其一：无法计量的天体，凭自立立他之奥义，在无穷的秩序与均衡中成立、长存并延续；它们又完完全全地顺服来自</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诸般命令。这一切，是衡量“自立立他者”尊名至大彰显的尺度。同样，构成每个有生命者躯体的微尘，按照躯体各器官的需要聚集在各处；又如洪流奔涌、在风暴中翻腾的元素，并不离散，而是有秩序地停留在那躯体中，顺服Allah的这项命令。这一切都是宣告自立立他之奥义的无数语言。</w:t>
      </w:r>
    </w:p>
    <w:p>
      <w:r>
        <w:rPr>
          <w:rFonts w:ascii="Times New Roman" w:hAnsi="Times New Roman" w:eastAsia="Noto Serif SC" w:cs="Amiri"/>
          <w:lang w:val="zh-CN" w:eastAsia="zh-CN" w:bidi="ar-SA"/>
          <w:color w:val="000000"/>
          <w:rtl w:val="0"/>
        </w:rPr>
        <w:t>第二个论题：指出万物与自立立他之奥义相关的种种益处和智慧中的三类。</w:t>
      </w:r>
    </w:p>
    <w:p>
      <w:r>
        <w:rPr>
          <w:rFonts w:ascii="Times New Roman" w:hAnsi="Times New Roman" w:eastAsia="Noto Serif SC" w:cs="Amiri"/>
          <w:lang w:val="zh-CN" w:eastAsia="zh-CN" w:bidi="ar-SA"/>
          <w:color w:val="000000"/>
          <w:rtl w:val="0"/>
        </w:rPr>
        <w:t>第一类：关乎事物自身、人类以及人类的种种利益。</w:t>
      </w:r>
    </w:p>
    <w:p>
      <w:r>
        <w:rPr>
          <w:rFonts w:ascii="Times New Roman" w:hAnsi="Times New Roman" w:eastAsia="Noto Serif SC" w:cs="Amiri"/>
          <w:lang w:val="zh-CN" w:eastAsia="zh-CN" w:bidi="ar-SA"/>
          <w:color w:val="000000"/>
          <w:rtl w:val="0"/>
        </w:rPr>
        <w:t>第二类：既关乎一切有意识者的观察与阅读，也关乎万物向无数读者表明，自己是宣告其开创者诸尊名的一处处迹象和一首首诗篇。</w:t>
      </w:r>
    </w:p>
    <w:p>
      <w:r>
        <w:rPr>
          <w:rFonts w:ascii="Times New Roman" w:hAnsi="Times New Roman" w:eastAsia="Noto Serif SC" w:cs="Amiri"/>
          <w:lang w:val="zh-CN" w:eastAsia="zh-CN" w:bidi="ar-SA"/>
          <w:color w:val="000000"/>
          <w:rtl w:val="0"/>
        </w:rPr>
        <w:t>第三类：直接关乎具威严的创造者Allah。在这第三类中，即便只活一秒钟也已足够。凭</w:t>
      </w:r>
      <w:r>
        <w:rPr>
          <w:rFonts w:ascii="Amiri" w:hAnsi="Amiri" w:eastAsia="Amiri" w:cs="Amiri"/>
          <w:lang w:val="zh-CN" w:eastAsia="zh-CN" w:bidi="ar-SA"/>
          <w:rtl w:val="1"/>
          <w:cs w:val="1"/>
          <w:color w:val="000000"/>
          <w:sz w:val="24"/>
          <w:szCs w:val="24"/>
        </w:rPr>
        <w:t>ﺍَﻟﻠّٰﻪُ ﺍﻟَّﺬ۪ﻯ ﺭَﻓَﻊَ ﺍﻟﺴَّﻤٰﻮَﺍﺕِ ﺑِﻐَﻴْﺮِ ﻋَﻤَﺪٍ ﺗَﺮَﻭْﻧَﻬَﺎ</w:t>
      </w:r>
      <w:r>
        <w:rPr>
          <w:rFonts w:ascii="Times New Roman" w:hAnsi="Times New Roman" w:eastAsia="Noto Serif SC" w:cs="Amiri"/>
          <w:lang w:val="zh-CN" w:eastAsia="zh-CN" w:bidi="ar-SA"/>
          <w:color w:val="000000"/>
          <w:rtl w:val="0"/>
        </w:rPr>
        <w:t>（Allah不用你们所能看见的支柱便升起诸天；祂以自身权能使诸天成立，你们所见的一切正指向祂）这节经文的指示，本节暗示：Allah的自立立他之属性，是无数天体与无尽微尘的依靠支点；又凭</w:t>
      </w:r>
      <w:r>
        <w:rPr>
          <w:rFonts w:ascii="Amiri" w:hAnsi="Amiri" w:eastAsia="Amiri" w:cs="Amiri"/>
          <w:lang w:val="zh-CN" w:eastAsia="zh-CN" w:bidi="ar-SA"/>
          <w:rtl w:val="1"/>
          <w:cs w:val="1"/>
          <w:color w:val="000000"/>
          <w:sz w:val="24"/>
          <w:szCs w:val="24"/>
        </w:rPr>
        <w:t>ﻭَ ﺍِﻟَﻴْﻪِ ﻳُﺮْﺟَﻊُ الْاَمْرُ ﻛُﻠُّﻪُ</w:t>
      </w:r>
      <w:r>
        <w:rPr>
          <w:rFonts w:ascii="Times New Roman" w:hAnsi="Times New Roman" w:eastAsia="Noto Serif SC" w:cs="Amiri"/>
          <w:lang w:val="zh-CN" w:eastAsia="zh-CN" w:bidi="ar-SA"/>
          <w:color w:val="000000"/>
          <w:rtl w:val="0"/>
        </w:rPr>
        <w:t>（一切事务最终都归回祂；万有的治理、归宿与裁断全系于祂）的指示，一切万有之性质与状态中，千万条链索的末端都连接于自立立他之奥义。</w:t>
      </w:r>
    </w:p>
    <w:p>
      <w:r>
        <w:rPr>
          <w:rFonts w:ascii="Times New Roman" w:hAnsi="Times New Roman" w:eastAsia="Noto Serif SC" w:cs="Amiri"/>
          <w:lang w:val="zh-CN" w:eastAsia="zh-CN" w:bidi="ar-SA"/>
          <w:color w:val="000000"/>
          <w:rtl w:val="0"/>
        </w:rPr>
        <w:t>第三道光芒：这是若干导言中的第一项，指向自立立他之奥义在Allah的创造性与养育主宰之活动中的一种展开程度。这些受造物在时间的洪流中不断翻腾，来不及睁眼、来不及喘息，便从可见世界被送往幽隐世界；它们这场令人惊叹的旅行与运行，源自一种无穷无尽的智慧，而这智慧分为三个重要分支。</w:t>
      </w:r>
    </w:p>
    <w:p>
      <w:r>
        <w:rPr>
          <w:rFonts w:ascii="Times New Roman" w:hAnsi="Times New Roman" w:eastAsia="Noto Serif SC" w:cs="Amiri"/>
          <w:lang w:val="zh-CN" w:eastAsia="zh-CN" w:bidi="ar-SA"/>
          <w:color w:val="000000"/>
          <w:rtl w:val="0"/>
        </w:rPr>
        <w:t>第一分支：活动的每一个种类，无论个别还是普遍，都产生某种乐趣。凭这一奥义——愿措辞没有不当——永生而自立立他的主宰Allah所具有的神圣之超越爱恋、圣洁之爱与神圣之乐趣，其内在作为便以无穷的活动与无尽的创造性，不断使宇宙更新、翻动……</w:t>
      </w:r>
    </w:p>
    <w:p>
      <w:r>
        <w:rPr>
          <w:rFonts w:ascii="Times New Roman" w:hAnsi="Times New Roman" w:eastAsia="Noto Serif SC" w:cs="Amiri"/>
          <w:lang w:val="zh-CN" w:eastAsia="zh-CN" w:bidi="ar-SA"/>
          <w:color w:val="000000"/>
          <w:rtl w:val="0"/>
        </w:rPr>
        <w:t>第二分支：凡拥有美与技艺者，都爱自己的美与技艺，并将其展示、宣告。凭这一法则，具完善的至美主宰Allah的一千零一个最美尊名中，每一个尊名的每一个层次，都含有无数种类的优美与无数优美的真理。因此，凭那自立立他之奥义，Allah神圣的爱不断改变宇宙，使其更新……</w:t>
      </w:r>
    </w:p>
    <w:p>
      <w:r>
        <w:rPr>
          <w:rFonts w:ascii="Times New Roman" w:hAnsi="Times New Roman" w:eastAsia="Noto Serif SC" w:cs="Amiri"/>
          <w:lang w:val="zh-CN" w:eastAsia="zh-CN" w:bidi="ar-SA"/>
          <w:color w:val="000000"/>
          <w:rtl w:val="0"/>
        </w:rPr>
        <w:t>第三分支，同时也是第四道光芒：凡有慈悯与怜爱之心、凡慷慨高贵者，都以使他人满意、快乐，使他们欣喜、幸福为乐趣；凡公正者，都以伸张正义为快慰；凡有技艺的工匠，都因展示自己的作品而自豪，也因作品按其要求运作并产生所期望的结果而自豪。凭这些法则，宇宙的至睿创造者Allah，为使这些万有成为祂一千零一个最美尊名那无穷无尽之美的彰显之所，便以自立立他之奥义，在奇异的永恒创造与令人惊叹的无始无终活动中，不断使宇宙焕然一新。本节以极其奇异、极其动人、极其精妙而十分优美的表述，阐释这一真理。</w:t>
      </w:r>
    </w:p>
    <w:p>
      <w:r>
        <w:rPr>
          <w:rFonts w:ascii="Times New Roman" w:hAnsi="Times New Roman" w:eastAsia="Noto Serif SC" w:cs="Amiri"/>
          <w:lang w:val="zh-CN" w:eastAsia="zh-CN" w:bidi="ar-SA"/>
          <w:color w:val="000000"/>
          <w:rtl w:val="0"/>
        </w:rPr>
        <w:t>一些迷误者问：“如此改变、更换宇宙的主宰，祂自身岂不也必定变化、转变吗？”本节以一个极其确定的回答回应这一问题：恰恰相反，具威严的主宰Allah必定不变化、不转变。</w:t>
      </w:r>
    </w:p>
    <w:p>
      <w:r>
        <w:rPr>
          <w:rFonts w:ascii="Times New Roman" w:hAnsi="Times New Roman" w:eastAsia="Noto Serif SC" w:cs="Amiri"/>
          <w:lang w:val="zh-CN" w:eastAsia="zh-CN" w:bidi="ar-SA"/>
          <w:color w:val="000000"/>
          <w:rtl w:val="0"/>
        </w:rPr>
        <w:t>第五道光芒：包含两个论题。</w:t>
      </w:r>
    </w:p>
    <w:p>
      <w:r>
        <w:rPr>
          <w:rFonts w:ascii="Times New Roman" w:hAnsi="Times New Roman" w:eastAsia="Noto Serif SC" w:cs="Amiri"/>
          <w:lang w:val="zh-CN" w:eastAsia="zh-CN" w:bidi="ar-SA"/>
          <w:color w:val="000000"/>
          <w:rtl w:val="0"/>
        </w:rPr>
        <w:t>第一个论题：为使人看见“自立立他者”尊名的至大彰显，本节让人借两架想象的望远镜之一，观看极遥远之处以太物质中凭自立立他之奥义而停住的数百万个宏大天体——它们一部分被驱动，一部分被固定；又让人借另一架望远镜，观看地上有生命的受造物，其身体微尘的状态与运动。</w:t>
      </w:r>
    </w:p>
    <w:p>
      <w:r>
        <w:rPr>
          <w:rFonts w:ascii="Times New Roman" w:hAnsi="Times New Roman" w:eastAsia="Noto Serif SC" w:cs="Amiri"/>
          <w:lang w:val="zh-CN" w:eastAsia="zh-CN" w:bidi="ar-SA"/>
          <w:color w:val="000000"/>
          <w:rtl w:val="0"/>
        </w:rPr>
        <w:t>其概要是：这六个至大尊名彼此交融。在使宇宙一切万有如此停住、赐予长存与成立的“自立立他者”尊名至大彰显背后，“永生者”尊名彰显，以生命照亮那一切万有。在“永生者”尊名背后，“独一卓然者”尊名彰显，把那些万有纳入独一，并在它们面上各盖一枚独一性的印玺。在“独一卓然者”尊名背后，“裁决者”尊名彰显，把那些万有纳入结出果实的秩序、充满智慧的条理和富有成效的协调之中，并加以装饰。在“裁决者”尊名的彰显背后，“至公者”尊名彰显，把那些万有——从星辰大军直到微尘大军——置于极其精密的公正天平之中，使它们完全顺服来自</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命令。在“至公者”尊名的彰显背后，“至圣者”尊名彰显，把那些万有塑成极其优美的镜子，使之适合并配得绝对至美主宰Allah本体的优美，以及祂无穷优美的诸最美尊名。本节所展示的正是这些。</w:t>
      </w:r>
    </w:p>
    <w:p>
      <w:r>
        <w:rPr>
          <w:rFonts w:ascii="Times New Roman" w:hAnsi="Times New Roman" w:eastAsia="Noto Serif SC" w:cs="Amiri"/>
          <w:lang w:val="zh-CN" w:eastAsia="zh-CN" w:bidi="ar-SA"/>
          <w:color w:val="000000"/>
          <w:rtl w:val="0"/>
        </w:rPr>
        <w:t>第二个论题：自立立他之属性，从唯一性与威严的角度彰显于宇宙；同样，从独一性与优美的角度，也在人身上显出种种彰显的迹象。本节阐明，借这彰显，具美善的主宰Allah赐予人类高于天使的种种恩惠，以及这些恩惠的包容性、崇高性和广阔性。祂把宇宙设为一席恩赐的筵席，使其服从人的需要；而宇宙在某种意义上，又借与人一同显现的自立立他之奥义得以成立。本节列举其智慧源自人的三项重要职责，并说明，人在那三项重要职责中的第三项里，从三个方面作永生而自立立他的主宰Allah的镜子。本节还说明，这种镜鉴的第三个方面有两面：一面映照Allah的诸尊名，另一面映照Allah的神圣内在作为。它以前所未有的流畅表达阐明这些真理，即使人类的天才，也会陶醉于这些真理并惊叹不已。</w:t>
      </w:r>
    </w:p>
    <w:p>
      <w:pPr>
        <w:pStyle w:val="Heading2"/>
      </w:pPr>
      <w:r>
        <w:rPr>
          <w:rFonts w:ascii="Times New Roman" w:hAnsi="Times New Roman" w:eastAsia="Noto Serif SC" w:cs="Amiri"/>
          <w:lang w:val="zh-CN" w:eastAsia="zh-CN" w:bidi="ar-SA"/>
          <w:color w:val="000000"/>
          <w:rtl w:val="0"/>
        </w:rPr>
        <w:t>胡斯雷夫</w:t>
      </w:r>
    </w:p>
    <w:p>
      <w:pPr>
        <w:pStyle w:val="Heading2"/>
      </w:pPr>
      <w:r>
        <w:rPr>
          <w:rFonts w:ascii="Times New Roman" w:hAnsi="Times New Roman" w:eastAsia="Noto Serif SC" w:cs="Amiri"/>
          <w:lang w:val="zh-CN" w:eastAsia="zh-CN" w:bidi="ar-SA"/>
          <w:color w:val="000000"/>
          <w:rtl w:val="0"/>
        </w:rPr>
        <w:t>祈祷：</w:t>
      </w:r>
    </w:p>
    <w:p>
      <w:r>
        <w:rPr>
          <w:rFonts w:ascii="Times New Roman" w:hAnsi="Times New Roman" w:eastAsia="Noto Serif SC" w:cs="Amiri"/>
          <w:lang w:val="zh-CN" w:eastAsia="zh-CN" w:bidi="ar-SA"/>
          <w:color w:val="000000"/>
          <w:rtl w:val="0"/>
        </w:rPr>
        <w:t>我们的主、众先知中最尊贵者</w:t>
      </w:r>
      <w:r>
        <w:rPr>
          <w:rFonts w:ascii="Amiri" w:hAnsi="Amiri" w:eastAsia="Amiri" w:cs="Amiri"/>
          <w:lang w:val="zh-CN" w:eastAsia="zh-CN" w:bidi="ar-SA"/>
          <w:rtl w:val="1"/>
          <w:cs w:val="1"/>
          <w:color w:val="000000"/>
          <w:sz w:val="24"/>
          <w:szCs w:val="24"/>
        </w:rPr>
        <w:t>عَلَيْهِ أَكْمَلُ التَّحِيَّاتِ</w:t>
      </w:r>
      <w:r>
        <w:rPr>
          <w:rFonts w:ascii="Times New Roman" w:hAnsi="Times New Roman" w:eastAsia="Noto Serif SC" w:cs="Amiri"/>
          <w:lang w:val="zh-CN" w:eastAsia="zh-CN" w:bidi="ar-SA"/>
          <w:color w:val="000000"/>
          <w:rtl w:val="0"/>
        </w:rPr>
        <w:t>（愿最完备的致敬与祝福归于他），真正教导人类种种美德：对至高无上的真实主宰Allah获得真知，达到理性确信乃至亲眼见证般的确信程度；显现</w:t>
      </w:r>
      <w:r>
        <w:rPr>
          <w:rFonts w:ascii="Amiri" w:hAnsi="Amiri" w:eastAsia="Amiri" w:cs="Amiri"/>
          <w:lang w:val="zh-CN" w:eastAsia="zh-CN" w:bidi="ar-SA"/>
          <w:rtl w:val="1"/>
          <w:cs w:val="1"/>
          <w:color w:val="000000"/>
          <w:sz w:val="24"/>
          <w:szCs w:val="24"/>
        </w:rPr>
        <w:t>كَمَا هِيَ حَقُّهَا</w:t>
      </w:r>
      <w:r>
        <w:rPr>
          <w:rFonts w:ascii="Times New Roman" w:hAnsi="Times New Roman" w:eastAsia="Noto Serif SC" w:cs="Amiri"/>
          <w:lang w:val="zh-CN" w:eastAsia="zh-CN" w:bidi="ar-SA"/>
          <w:color w:val="000000"/>
          <w:rtl w:val="0"/>
        </w:rPr>
        <w:t>（全然奴仆意识按其真正所应要求的那样）全然奴仆意识所要求的彻底无力与彻底匮乏，并借此投奔Allah的神圣门庭、亲近慈悯普及万物者的尊前；祂拥有世界及其中的一切，并支配隐藏的宝藏。下面这篇无与伦比的祈祷，取自我们这位主的祈祷，也取自以雄辩显奇迹的《古兰经》中专论赞颂超绝、赞美、称颂和祈求的七百节经文。它的精神源泉，首先在于开头关于宇宙创造的众多经文和庄严经文；其次，在于《大铠甲祷文》一千零一个尊名中，与万有创造相关的若干要义；再次，在于先导者阿里</w:t>
      </w:r>
      <w:r>
        <w:rPr>
          <w:rFonts w:ascii="Amiri" w:hAnsi="Amiri" w:eastAsia="Amiri" w:cs="Amiri"/>
          <w:lang w:val="zh-CN" w:eastAsia="zh-CN" w:bidi="ar-SA"/>
          <w:rtl w:val="1"/>
          <w:cs w:val="1"/>
          <w:color w:val="000000"/>
          <w:sz w:val="24"/>
          <w:szCs w:val="24"/>
        </w:rPr>
        <w:t>كَرَّمَ اللَّهُ وَجْهَهُ</w:t>
      </w:r>
      <w:r>
        <w:rPr>
          <w:rFonts w:ascii="Times New Roman" w:hAnsi="Times New Roman" w:eastAsia="Noto Serif SC" w:cs="Amiri"/>
          <w:lang w:val="zh-CN" w:eastAsia="zh-CN" w:bidi="ar-SA"/>
          <w:color w:val="000000"/>
          <w:rtl w:val="0"/>
        </w:rPr>
        <w:t>（愿Allah尊荣他的面容）</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一篇庄严演说——他真正配得上先知赞语所称的“知识之城的大门”，并在那演说中，借诸天天体与地上万有，证明存在必然者、唯一而独一无二者Allah。本篇以这篇演说为效法的准则，把主题与最终宗旨深化、扩展到如此程度，以致对这些真理的赞叹只能系于作者自己的口舌和笔端。我们只是怀着顺服那反复发出之命令的意图和心愿，着手编写这份索引，并在其中说：</w:t>
      </w:r>
    </w:p>
    <w:p>
      <w:r>
        <w:rPr>
          <w:rFonts w:ascii="Times New Roman" w:hAnsi="Times New Roman" w:eastAsia="Noto Serif SC" w:cs="Amiri"/>
          <w:lang w:val="zh-CN" w:eastAsia="zh-CN" w:bidi="ar-SA"/>
          <w:color w:val="000000"/>
          <w:rtl w:val="0"/>
        </w:rPr>
        <w:t>在第一段中：诸天的运行，以及这繁多之中奇异的宁静与完备的活动，证明真正应受崇拜的存在必然者、唯一而独一无二者Allah……</w:t>
      </w:r>
    </w:p>
    <w:p>
      <w:r>
        <w:rPr>
          <w:rFonts w:ascii="Times New Roman" w:hAnsi="Times New Roman" w:eastAsia="Noto Serif SC" w:cs="Amiri"/>
          <w:lang w:val="zh-CN" w:eastAsia="zh-CN" w:bidi="ar-SA"/>
          <w:color w:val="000000"/>
          <w:rtl w:val="0"/>
        </w:rPr>
        <w:t>在第二段中：以太借云、闪电、雷霆、风和雨水所进行的活动与令人惊叹的作为，同样证明前述那位以一切语言被称颂的存在必然者、唯一而独一无二者Allah……</w:t>
      </w:r>
    </w:p>
    <w:p>
      <w:r>
        <w:rPr>
          <w:rFonts w:ascii="Times New Roman" w:hAnsi="Times New Roman" w:eastAsia="Noto Serif SC" w:cs="Amiri"/>
          <w:lang w:val="zh-CN" w:eastAsia="zh-CN" w:bidi="ar-SA"/>
          <w:color w:val="000000"/>
          <w:rtl w:val="0"/>
        </w:rPr>
        <w:t>在第三段中：诸元素及其所包含的一切，地球及其全部受造物和一切细部……</w:t>
      </w:r>
    </w:p>
    <w:p>
      <w:r>
        <w:rPr>
          <w:rFonts w:ascii="Times New Roman" w:hAnsi="Times New Roman" w:eastAsia="Noto Serif SC" w:cs="Amiri"/>
          <w:lang w:val="zh-CN" w:eastAsia="zh-CN" w:bidi="ar-SA"/>
          <w:color w:val="000000"/>
          <w:rtl w:val="0"/>
        </w:rPr>
        <w:t>在第四段中：与先前的证据一样，海洋、河流和泉源，证明以一切恩惠著称的存在必然者、唯一而独一无二者Allah……</w:t>
      </w:r>
    </w:p>
    <w:p>
      <w:r>
        <w:rPr>
          <w:rFonts w:ascii="Times New Roman" w:hAnsi="Times New Roman" w:eastAsia="Noto Serif SC" w:cs="Amiri"/>
          <w:lang w:val="zh-CN" w:eastAsia="zh-CN" w:bidi="ar-SA"/>
          <w:color w:val="000000"/>
          <w:rtl w:val="0"/>
        </w:rPr>
        <w:t>在第五段中：与前面的见证一样，群山以其种种服务与智慧，见证存在必然者Allah的存在与独一：群山保护大地，使大地免受地震影响而安宁静止，使大地免于内部剧变的风暴而平安，使大地摆脱海水侵漫；群山又净化空气中有害的气体，储藏水源，并充当有生命者所需物质的宝库……</w:t>
      </w:r>
    </w:p>
    <w:p>
      <w:r>
        <w:rPr>
          <w:rFonts w:ascii="Times New Roman" w:hAnsi="Times New Roman" w:eastAsia="Noto Serif SC" w:cs="Amiri"/>
          <w:lang w:val="zh-CN" w:eastAsia="zh-CN" w:bidi="ar-SA"/>
          <w:color w:val="000000"/>
          <w:rtl w:val="0"/>
        </w:rPr>
        <w:t>在第六段中：与前面的证据一样，地上的树木与植物，叶子、花朵与果实那引人入胜的记念运动，以及它们极为简便地披上的装备与装饰，都显而易见地证明创造者Allah的存在必然与独一……</w:t>
      </w:r>
    </w:p>
    <w:p>
      <w:r>
        <w:rPr>
          <w:rFonts w:ascii="Times New Roman" w:hAnsi="Times New Roman" w:eastAsia="Noto Serif SC" w:cs="Amiri"/>
          <w:lang w:val="zh-CN" w:eastAsia="zh-CN" w:bidi="ar-SA"/>
          <w:color w:val="000000"/>
          <w:rtl w:val="0"/>
        </w:rPr>
        <w:t>在第七段中：同样，有灵魂者——尤其是人类——身体中存在并井然有序、如钟表与机器般运作且被驱动的内外肢体与器官，尤其是五种外在感官等以完备活动履行职责的感觉能力，都证明Allah的唯一性……</w:t>
      </w:r>
    </w:p>
    <w:p>
      <w:r>
        <w:rPr>
          <w:rFonts w:ascii="Times New Roman" w:hAnsi="Times New Roman" w:eastAsia="Noto Serif SC" w:cs="Amiri"/>
          <w:lang w:val="zh-CN" w:eastAsia="zh-CN" w:bidi="ar-SA"/>
          <w:color w:val="000000"/>
          <w:rtl w:val="0"/>
        </w:rPr>
        <w:t>在第八段中：人是宇宙的精华，众先知、亲近Allah者与精纯贤者又是人的精髓；这些精纯者的心灵与理智，以其观察、内在揭见、启示和推证，以成百上千次共识与众源连续传述的力量和确定性，见证Allah的存在必然与神圣独一。本节极其清晰地陈述这一点；而这独一无二的真理花园，一面修复已经石化的心灵，一面向威严宏博的主宰Allah祈祷，并以这样的恳求与哀求结语结束全篇：</w:t>
      </w:r>
    </w:p>
    <w:p>
      <w:r>
        <w:rPr>
          <w:rFonts w:ascii="Amiri" w:hAnsi="Amiri" w:eastAsia="Amiri" w:cs="Amiri"/>
          <w:lang w:val="zh-CN" w:eastAsia="zh-CN" w:bidi="ar-SA"/>
          <w:rtl w:val="1"/>
          <w:cs w:val="1"/>
          <w:color w:val="000000"/>
          <w:sz w:val="24"/>
          <w:szCs w:val="24"/>
        </w:rPr>
        <w:t>يَا رَبِّي</w:t>
      </w:r>
      <w:r>
        <w:rPr>
          <w:rFonts w:ascii="Times New Roman" w:hAnsi="Times New Roman" w:eastAsia="Noto Serif SC" w:cs="Amiri"/>
          <w:lang w:val="zh-CN" w:eastAsia="zh-CN" w:bidi="ar-SA"/>
          <w:color w:val="000000"/>
          <w:rtl w:val="0"/>
        </w:rPr>
        <w:t xml:space="preserve">（我的养育并主宰者啊） </w:t>
      </w:r>
      <w:r>
        <w:rPr>
          <w:rFonts w:ascii="Amiri" w:hAnsi="Amiri" w:eastAsia="Amiri" w:cs="Amiri"/>
          <w:lang w:val="zh-CN" w:eastAsia="zh-CN" w:bidi="ar-SA"/>
          <w:rtl w:val="1"/>
          <w:cs w:val="1"/>
          <w:color w:val="000000"/>
          <w:sz w:val="24"/>
          <w:szCs w:val="24"/>
        </w:rPr>
        <w:t>وَيَا رَبَّ السَّمَاوَاتِ وَالْأَرَضِينَ</w:t>
      </w:r>
      <w:r>
        <w:rPr>
          <w:rFonts w:ascii="Times New Roman" w:hAnsi="Times New Roman" w:eastAsia="Noto Serif SC" w:cs="Amiri"/>
          <w:lang w:val="zh-CN" w:eastAsia="zh-CN" w:bidi="ar-SA"/>
          <w:color w:val="000000"/>
          <w:rtl w:val="0"/>
        </w:rPr>
        <w:t>（诸天与诸大地的主宰啊）！</w:t>
      </w:r>
      <w:r>
        <w:rPr>
          <w:rFonts w:ascii="Amiri" w:hAnsi="Amiri" w:eastAsia="Amiri" w:cs="Amiri"/>
          <w:lang w:val="zh-CN" w:eastAsia="zh-CN" w:bidi="ar-SA"/>
          <w:rtl w:val="1"/>
          <w:cs w:val="1"/>
          <w:color w:val="000000"/>
          <w:sz w:val="24"/>
          <w:szCs w:val="24"/>
        </w:rPr>
        <w:t>يَا خَالِقِي</w:t>
      </w:r>
      <w:r>
        <w:rPr>
          <w:rFonts w:ascii="Times New Roman" w:hAnsi="Times New Roman" w:eastAsia="Noto Serif SC" w:cs="Amiri"/>
          <w:lang w:val="zh-CN" w:eastAsia="zh-CN" w:bidi="ar-SA"/>
          <w:color w:val="000000"/>
          <w:rtl w:val="0"/>
        </w:rPr>
        <w:t xml:space="preserve">（我的创造者啊） </w:t>
      </w:r>
      <w:r>
        <w:rPr>
          <w:rFonts w:ascii="Amiri" w:hAnsi="Amiri" w:eastAsia="Amiri" w:cs="Amiri"/>
          <w:lang w:val="zh-CN" w:eastAsia="zh-CN" w:bidi="ar-SA"/>
          <w:rtl w:val="1"/>
          <w:cs w:val="1"/>
          <w:color w:val="000000"/>
          <w:sz w:val="24"/>
          <w:szCs w:val="24"/>
        </w:rPr>
        <w:t>وَيَا خَالِقَ كُلِّ شَيْءٍ</w:t>
      </w:r>
      <w:r>
        <w:rPr>
          <w:rFonts w:ascii="Times New Roman" w:hAnsi="Times New Roman" w:eastAsia="Noto Serif SC" w:cs="Amiri"/>
          <w:lang w:val="zh-CN" w:eastAsia="zh-CN" w:bidi="ar-SA"/>
          <w:color w:val="000000"/>
          <w:rtl w:val="0"/>
        </w:rPr>
        <w:t>（万物的创造者啊）！祢使诸天连同星辰、大地连同其中的一切，以及全部受造物连同其一切性质，都服从祢的治理；为了祢那如此行使的权能、意志、智慧、统治和慈悯，求祢使我的自我顺服我！求祢使我所寻求的顺服我！为了服务《古兰经》与信仰，求祢使人们的心归向并助力《光明论》！求祢赐给我和我的兄弟们完备的信仰与美好的结局！正如祢曾使大海顺服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（愿Allah赐他平安），使火顺服尊贵的易卜拉欣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（愿Allah赐他平安），使山与铁顺服尊贵的达五德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（愿Allah赐他平安），使精灵与人类顺服尊贵的苏莱曼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（愿Allah赐他平安），使太阳与月亮顺服尊贵的穆罕默德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祢也使心灵与理智归向并助力《光明论》！求祢保护我及《光明论》的学生，使我们免于自我与恶魔的邪恶、坟墓的惩罚和火狱的烈火；求祢使我们在菲尔道斯至高乐园中得享幸福。</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这篇祈祷以种种恳求的言辞结束。它显然非常值得成为有信仰者永不相离的伴随之物，因此无需再作更多解释。</w:t>
      </w:r>
    </w:p>
    <w:p>
      <w:pPr>
        <w:pStyle w:val="Heading2"/>
      </w:pPr>
      <w:r>
        <w:rPr>
          <w:rFonts w:ascii="Times New Roman" w:hAnsi="Times New Roman" w:eastAsia="Noto Serif SC" w:cs="Amiri"/>
          <w:lang w:val="zh-CN" w:eastAsia="zh-CN" w:bidi="ar-SA"/>
          <w:color w:val="000000"/>
          <w:rtl w:val="0"/>
        </w:rPr>
        <w:t>穆·萨布里</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（愿Allah的慈悯降临于他）</w:t>
      </w:r>
    </w:p>
    <w:p>
      <w:pPr>
        <w:pStyle w:val="Heading2"/>
      </w:pPr>
      <w:r>
        <w:rPr>
          <w:rFonts w:ascii="Times New Roman" w:hAnsi="Times New Roman" w:eastAsia="Noto Serif SC" w:cs="Amiri"/>
          <w:lang w:val="zh-CN" w:eastAsia="zh-CN" w:bidi="ar-SA"/>
          <w:color w:val="000000"/>
          <w:rtl w:val="0"/>
        </w:rPr>
        <w:t>《第八闪光》目录中的一段</w:t>
      </w:r>
    </w:p>
    <w:p>
      <w:r>
        <w:rPr>
          <w:rFonts w:ascii="Times New Roman" w:hAnsi="Times New Roman" w:eastAsia="Noto Serif SC" w:cs="Amiri"/>
          <w:lang w:val="zh-CN" w:eastAsia="zh-CN" w:bidi="ar-SA"/>
          <w:color w:val="000000"/>
          <w:rtl w:val="0"/>
        </w:rPr>
        <w:t>一篇关于幽隐指示的文章和一篇赞序。</w:t>
      </w:r>
    </w:p>
    <w:p>
      <w:r>
        <w:rPr>
          <w:rFonts w:ascii="Times New Roman" w:hAnsi="Times New Roman" w:eastAsia="Noto Serif SC" w:cs="Amiri"/>
          <w:lang w:val="zh-CN" w:eastAsia="zh-CN" w:bidi="ar-SA"/>
          <w:color w:val="000000"/>
          <w:rtl w:val="0"/>
        </w:rPr>
        <w:t>至大救援者赛义德·阿卜杜勒·卡迪尔·吉拉尼，以一项关于幽隐的非凡恩迹，阐释了</w:t>
      </w:r>
      <w:r>
        <w:rPr>
          <w:rFonts w:ascii="Amiri" w:hAnsi="Amiri" w:eastAsia="Amiri" w:cs="Amiri"/>
          <w:lang w:val="zh-CN" w:eastAsia="zh-CN" w:bidi="ar-SA"/>
          <w:rtl w:val="1"/>
          <w:cs w:val="1"/>
          <w:color w:val="000000"/>
          <w:sz w:val="24"/>
          <w:szCs w:val="24"/>
        </w:rPr>
        <w:t>ﻓَﺎﺳْﺘَﻘِﻢْ ﻛَﻤَٓﺎ ﺍُﻣِﺮْﺕَ</w:t>
      </w:r>
      <w:r>
        <w:rPr>
          <w:rFonts w:ascii="Times New Roman" w:hAnsi="Times New Roman" w:eastAsia="Noto Serif SC" w:cs="Amiri"/>
          <w:lang w:val="zh-CN" w:eastAsia="zh-CN" w:bidi="ar-SA"/>
          <w:color w:val="000000"/>
          <w:rtl w:val="0"/>
        </w:rPr>
        <w:t>（你要恪守正道，正如你所奉的命令；不偏不倚，始终如一）与</w:t>
      </w:r>
      <w:r>
        <w:rPr>
          <w:rFonts w:ascii="Amiri" w:hAnsi="Amiri" w:eastAsia="Amiri" w:cs="Amiri"/>
          <w:lang w:val="zh-CN" w:eastAsia="zh-CN" w:bidi="ar-SA"/>
          <w:rtl w:val="1"/>
          <w:cs w:val="1"/>
          <w:color w:val="000000"/>
          <w:sz w:val="24"/>
          <w:szCs w:val="24"/>
        </w:rPr>
        <w:t>ﻓَﻤِﻨْﻬُﻢْ ﺷَﻘِﻰٌّ ﻭَ ﺳَﻌ۪ﻴﺪٌ</w:t>
      </w:r>
      <w:r>
        <w:rPr>
          <w:rFonts w:ascii="Times New Roman" w:hAnsi="Times New Roman" w:eastAsia="Noto Serif SC" w:cs="Amiri"/>
          <w:lang w:val="zh-CN" w:eastAsia="zh-CN" w:bidi="ar-SA"/>
          <w:color w:val="000000"/>
          <w:rtl w:val="0"/>
        </w:rPr>
        <w:t>（他们中有不幸者，也有幸福者；两类人的归宿各自分明）这两节经文的一项幽隐精义。这位众亲近Allah者之尊主，拥有达到众源连续传述程度的、超乎常规的种种非凡恩迹；他在逝世之后，仍如在世时一样关怀自己的门生，这一点已为具有内在揭见者与亲近Allah者所接受。正是这位尊者，在八百年前，借Allah的许可，以非凡恩迹的方式看见了我们这个时代；也就是说，这个时代被展示给了他。</w:t>
      </w:r>
    </w:p>
    <w:p>
      <w:r>
        <w:rPr>
          <w:rFonts w:ascii="Times New Roman" w:hAnsi="Times New Roman" w:eastAsia="Noto Serif SC" w:cs="Amiri"/>
          <w:lang w:val="zh-CN" w:eastAsia="zh-CN" w:bidi="ar-SA"/>
          <w:color w:val="000000"/>
          <w:rtl w:val="0"/>
        </w:rPr>
        <w:t>在这个纷扰而动荡的时代，他为了安慰、鼓舞并激励一些归属于他的《古兰经》服务者，在自己一首著名颂诗的末尾，用五行诗，从十五个方面传报了同一消息。而且，从吉夫尔字母数理学——即依字母数值推求隐示的传统学问——的三四种方法来看，那五行诗的意义、词句和字母数目彼此印证，传报了同一事件，因而达到了确定无疑的程度，使留心考察的人信服。</w:t>
      </w:r>
    </w:p>
    <w:p>
      <w:r>
        <w:rPr>
          <w:rFonts w:ascii="Times New Roman" w:hAnsi="Times New Roman" w:eastAsia="Noto Serif SC" w:cs="Amiri"/>
          <w:lang w:val="zh-CN" w:eastAsia="zh-CN" w:bidi="ar-SA"/>
          <w:color w:val="000000"/>
          <w:rtl w:val="0"/>
        </w:rPr>
        <w:t>众所周知，传报未来的众先知与亲近Allah者，为了尊重并恪守</w:t>
      </w:r>
      <w:r>
        <w:rPr>
          <w:rFonts w:ascii="Amiri" w:hAnsi="Amiri" w:eastAsia="Amiri" w:cs="Amiri"/>
          <w:lang w:val="zh-CN" w:eastAsia="zh-CN" w:bidi="ar-SA"/>
          <w:rtl w:val="1"/>
          <w:cs w:val="1"/>
          <w:color w:val="000000"/>
          <w:sz w:val="24"/>
          <w:szCs w:val="24"/>
        </w:rPr>
        <w:t>لَا ﻳَﻌْﻠَﻢُ ﺍﻟْﻐَﻴْﺐَ اِلَّا ﺍﻟﻠّٰﻪُ</w:t>
      </w:r>
      <w:r>
        <w:rPr>
          <w:rFonts w:ascii="Times New Roman" w:hAnsi="Times New Roman" w:eastAsia="Noto Serif SC" w:cs="Amiri"/>
          <w:lang w:val="zh-CN" w:eastAsia="zh-CN" w:bidi="ar-SA"/>
          <w:color w:val="000000"/>
          <w:rtl w:val="0"/>
        </w:rPr>
        <w:t>（除Allah之外，无人知晓幽隐；幽隐的知识唯在祂那里）这一禁令，只采用指示与隐示。有时用一项指示，有时用两项；最有力者，也不过以五六项指示指向同一事件。然而，至大救援者却指出了这个时代从事《古兰经》服务的群体，甚至近乎明言地指出了其中一位服务者。</w:t>
      </w:r>
    </w:p>
    <w:p>
      <w:r>
        <w:rPr>
          <w:rFonts w:ascii="Times New Roman" w:hAnsi="Times New Roman" w:eastAsia="Noto Serif SC" w:cs="Amiri"/>
          <w:lang w:val="zh-CN" w:eastAsia="zh-CN" w:bidi="ar-SA"/>
          <w:color w:val="000000"/>
          <w:rtl w:val="0"/>
        </w:rPr>
        <w:t>正如这部论著中的署名所表明的，我也参与了《古兰经》服务中的同伴们的工作。其中一部分署的是我的名字；另一部分则由他们认可、摘录并证实。因此，为了顾念他们的心意，我接受了超出自己应得份额的那份归属。否则，正如我在那部论著开头所说，我实在没有权利享有这样一份荣誉。</w:t>
      </w:r>
    </w:p>
    <w:p>
      <w:r>
        <w:rPr>
          <w:rFonts w:ascii="Times New Roman" w:hAnsi="Times New Roman" w:eastAsia="Noto Serif SC" w:cs="Amiri"/>
          <w:lang w:val="zh-CN" w:eastAsia="zh-CN" w:bidi="ar-SA"/>
          <w:color w:val="000000"/>
          <w:rtl w:val="0"/>
        </w:rPr>
        <w:t>十年前，我曾见过那首关于幽隐的颂诗；它像一道精神上的提醒，来到我的心中，仿佛在说：“你要留心！”我出于两个原因，没有听从那段记忆：</w:t>
      </w:r>
    </w:p>
    <w:p>
      <w:r>
        <w:rPr>
          <w:rFonts w:ascii="Times New Roman" w:hAnsi="Times New Roman" w:eastAsia="Noto Serif SC" w:cs="Amiri"/>
          <w:lang w:val="zh-CN" w:eastAsia="zh-CN" w:bidi="ar-SA"/>
          <w:color w:val="000000"/>
          <w:rtl w:val="0"/>
        </w:rPr>
        <w:t>其一：我生命中相当重要的一段岁月，曾在声名与荣耀的帷幕下，因嗜好名位的毒素而中毒、消逝；因此，我不愿再以这种方式，为那怂恿作恶的自我打开另一扇荣耀之门。</w:t>
      </w:r>
    </w:p>
    <w:p>
      <w:r>
        <w:rPr>
          <w:rFonts w:ascii="Times New Roman" w:hAnsi="Times New Roman" w:eastAsia="Noto Serif SC" w:cs="Amiri"/>
          <w:lang w:val="zh-CN" w:eastAsia="zh-CN" w:bidi="ar-SA"/>
          <w:color w:val="000000"/>
          <w:rtl w:val="0"/>
        </w:rPr>
        <w:t>第二个原因：在这个顽抗的时代，面对那些连显而易见的主张和明白的证据都不接受的人，我不喜欢以这种幽隐指示，作出自我炫耀式的展示。最后，在我被囚禁的第八年，正值极其痛苦、极其艰难的时期，我们迫切需要一种强有力的鼓舞；于是，我得到提醒：“把这件事展示出来，作为述说恩赐和精神上的感恩。也不要害怕，它坚强有力，足以使人信服！”</w:t>
      </w:r>
    </w:p>
    <w:p>
      <w:r>
        <w:rPr>
          <w:rFonts w:ascii="Times New Roman" w:hAnsi="Times New Roman" w:eastAsia="Noto Serif SC" w:cs="Amiri"/>
          <w:lang w:val="zh-CN" w:eastAsia="zh-CN" w:bidi="ar-SA"/>
          <w:color w:val="000000"/>
          <w:rtl w:val="0"/>
        </w:rPr>
        <w:t>正如我在那部论著开头所说，我展示此事最重要的目的，是让它成为一种印证：至大救援者认可了那些论述《古兰经》诸奥义的论著，犹如在其上盖下自己的印章。</w:t>
      </w:r>
    </w:p>
    <w:p>
      <w:r>
        <w:rPr>
          <w:rFonts w:ascii="Times New Roman" w:hAnsi="Times New Roman" w:eastAsia="Noto Serif SC" w:cs="Amiri"/>
          <w:lang w:val="zh-CN" w:eastAsia="zh-CN" w:bidi="ar-SA"/>
          <w:color w:val="000000"/>
          <w:rtl w:val="0"/>
        </w:rPr>
        <w:t>我的第二个目的：彰显那位神圣导师的非凡恩迹，以此折服那些否认亲近Allah者非凡恩迹的背离正信者；同时，我的同伴们正遭受许多会使他们服务《古兰经》的热忱消退的原因，也成为重重阻碍的目标，我要借此增强他们的精神力量，增进他们的热忱，消除他们的消沉。</w:t>
      </w:r>
    </w:p>
    <w:p>
      <w:r>
        <w:rPr>
          <w:rFonts w:ascii="Times New Roman" w:hAnsi="Times New Roman" w:eastAsia="Noto Serif SC" w:cs="Amiri"/>
          <w:lang w:val="zh-CN" w:eastAsia="zh-CN" w:bidi="ar-SA"/>
          <w:color w:val="000000"/>
          <w:rtl w:val="0"/>
        </w:rPr>
        <w:t>对我而言，这件事带有一种自我炫耀的意味，因而危害不小。然而，为了顾念我的导师和同伴们，我接受了这份损害。</w:t>
      </w:r>
    </w:p>
    <w:p>
      <w:r>
        <w:rPr>
          <w:rFonts w:ascii="Times New Roman" w:hAnsi="Times New Roman" w:eastAsia="Noto Serif SC" w:cs="Amiri"/>
          <w:lang w:val="zh-CN" w:eastAsia="zh-CN" w:bidi="ar-SA"/>
          <w:color w:val="000000"/>
          <w:rtl w:val="0"/>
        </w:rPr>
        <w:t>《至大救援者的非凡恩迹论著》是逐步辑录出来的，因此分成几个部分，又分为若干补篇。随着各部分不断彼此照亮、相互印证，意义也越来越明晰。即使某些指示有所薄弱，它从其他同伴指示的一致汇合中获得的力量，也会消除那一点薄弱。</w:t>
      </w:r>
    </w:p>
    <w:p>
      <w:r>
        <w:rPr>
          <w:rFonts w:ascii="Times New Roman" w:hAnsi="Times New Roman" w:eastAsia="Noto Serif SC" w:cs="Amiri"/>
          <w:lang w:val="zh-CN" w:eastAsia="zh-CN" w:bidi="ar-SA"/>
          <w:color w:val="000000"/>
          <w:rtl w:val="0"/>
        </w:rPr>
        <w:t>甚至，令人惊叹的是，在那五行诗的末尾，诗中还暗指了我在《古兰经》服务中的十五位以上重要兄弟，并分别暗示了每人的品阶和一项特有品性。在这部论著中，还借至大救援者非凡恩迹的因缘，阐述了几项重要论题和几条重要真理。</w:t>
      </w:r>
    </w:p>
    <w:p>
      <w:r>
        <w:rPr>
          <w:rFonts w:ascii="Times New Roman" w:hAnsi="Times New Roman" w:eastAsia="Noto Serif SC" w:cs="Amiri"/>
          <w:lang w:val="zh-CN" w:eastAsia="zh-CN" w:bidi="ar-SA"/>
          <w:color w:val="000000"/>
          <w:rtl w:val="0"/>
        </w:rPr>
        <w:t>我并不向所有人推荐这部论著，也不允许普遍传阅；我只准许那些心地纯净、公正、忠诚纯一，并与我有特殊情谊的兄弟们阅读。愿他们思量我在开头所说的目的，以那样的眼光看待它；不要把我设想成一个兜售非凡恩迹的人。</w:t>
      </w:r>
    </w:p>
    <w:p>
      <w:pPr>
        <w:pStyle w:val="Heading2"/>
      </w:pPr>
      <w:r>
        <w:rPr>
          <w:rFonts w:ascii="Times New Roman" w:hAnsi="Times New Roman" w:eastAsia="Noto Serif SC" w:cs="Amiri"/>
          <w:lang w:val="zh-CN" w:eastAsia="zh-CN" w:bidi="ar-SA"/>
          <w:color w:val="000000"/>
          <w:rtl w:val="0"/>
        </w:rPr>
        <w:t>《第二十八闪光》目录中的一段</w:t>
      </w:r>
    </w:p>
    <w:p>
      <w:r>
        <w:rPr>
          <w:rFonts w:ascii="Times New Roman" w:hAnsi="Times New Roman" w:eastAsia="Noto Serif SC" w:cs="Amiri"/>
          <w:lang w:val="zh-CN" w:eastAsia="zh-CN" w:bidi="ar-SA"/>
          <w:color w:val="000000"/>
          <w:rtl w:val="0"/>
        </w:rPr>
        <w:t>第一项精义：尊贵的先导者阿里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（愿Allah喜悦他）在《埃尔朱泽颂诗》中说：</w:t>
      </w:r>
      <w:r>
        <w:rPr>
          <w:rFonts w:ascii="Amiri" w:hAnsi="Amiri" w:eastAsia="Amiri" w:cs="Amiri"/>
          <w:lang w:val="zh-CN" w:eastAsia="zh-CN" w:bidi="ar-SA"/>
          <w:rtl w:val="1"/>
          <w:cs w:val="1"/>
          <w:color w:val="000000"/>
          <w:sz w:val="24"/>
          <w:szCs w:val="24"/>
        </w:rPr>
        <w:t>ﺍَﺣْﺮُﻑُ ﻋُﺠْﻢٍ ﺳُﻄِّﺮَﺕْ ﺗَﺴْﻄ۪ﻴﺮًﺍ</w:t>
      </w:r>
      <w:r>
        <w:rPr>
          <w:rFonts w:ascii="Times New Roman" w:hAnsi="Times New Roman" w:eastAsia="Noto Serif SC" w:cs="Amiri"/>
          <w:lang w:val="zh-CN" w:eastAsia="zh-CN" w:bidi="ar-SA"/>
          <w:color w:val="000000"/>
          <w:rtl w:val="0"/>
        </w:rPr>
        <w:t>（非阿拉伯语的字母，被一行又一行地书写排列）。他注视着这个时代推广使用的外族字母，这句诗中的字母，其吉夫尔与字母数值体系的数目指向这个时代，借此指示当时发生的否认思潮。同样，他在《埃尔朱泽颂诗》以及印证并强化该诗的《杰勒杰卢提耶颂诗》中，以近乎明言的诗句说：</w:t>
      </w:r>
      <w:r>
        <w:rPr>
          <w:rFonts w:ascii="Amiri" w:hAnsi="Amiri" w:eastAsia="Amiri" w:cs="Amiri"/>
          <w:lang w:val="zh-CN" w:eastAsia="zh-CN" w:bidi="ar-SA"/>
          <w:rtl w:val="1"/>
          <w:cs w:val="1"/>
          <w:color w:val="000000"/>
          <w:sz w:val="24"/>
          <w:szCs w:val="24"/>
        </w:rPr>
        <w:t>ﺗُﻘَﺎﺩُ ﺳِﺮَﺍﺝُ ﺍﻟﻨُّﻮﺭِ ﺳِﺮًّﺍ ﺑَﻴَﺎﻧَﺔً</w:t>
      </w:r>
      <w:r>
        <w:rPr>
          <w:rFonts w:ascii="Times New Roman" w:hAnsi="Times New Roman" w:eastAsia="Noto Serif SC" w:cs="Amiri"/>
          <w:lang w:val="zh-CN" w:eastAsia="zh-CN" w:bidi="ar-SA"/>
          <w:color w:val="000000"/>
          <w:rtl w:val="0"/>
        </w:rPr>
        <w:t xml:space="preserve">（光明之灯被隐秘地引导前行，却显明而清晰） </w:t>
      </w:r>
      <w:r>
        <w:rPr>
          <w:rFonts w:ascii="Amiri" w:hAnsi="Amiri" w:eastAsia="Amiri" w:cs="Amiri"/>
          <w:lang w:val="zh-CN" w:eastAsia="zh-CN" w:bidi="ar-SA"/>
          <w:rtl w:val="1"/>
          <w:cs w:val="1"/>
          <w:color w:val="000000"/>
          <w:sz w:val="24"/>
          <w:szCs w:val="24"/>
        </w:rPr>
        <w:t>٭ ﺗُﻘَﺎﺩُ ﺳِﺮَﺍﺝُ ﺍﻟﺴُّﺮْﺝِ ﺳِﺮًّﺍ ﺗَﻨَﻮَّﺭَﺕْ</w:t>
      </w:r>
      <w:r>
        <w:rPr>
          <w:rFonts w:ascii="Times New Roman" w:hAnsi="Times New Roman" w:eastAsia="Noto Serif SC" w:cs="Amiri"/>
          <w:lang w:val="zh-CN" w:eastAsia="zh-CN" w:bidi="ar-SA"/>
          <w:color w:val="000000"/>
          <w:rtl w:val="0"/>
        </w:rPr>
        <w:t>（灯盏之灯被隐秘地引导前行，于是发出光明）。借这诗句，他特别眷顾了《光明论》及其作者：《光明论》的存在，因其光明而为人认识；面对极其浓烈、迷雾弥漫、灼人可怖的黑暗，它并不熄灭，反而不断劈开黑暗，努力照亮世界。接着，他说：</w:t>
      </w:r>
      <w:r>
        <w:rPr>
          <w:rFonts w:ascii="Amiri" w:hAnsi="Amiri" w:eastAsia="Amiri" w:cs="Amiri"/>
          <w:lang w:val="zh-CN" w:eastAsia="zh-CN" w:bidi="ar-SA"/>
          <w:rtl w:val="1"/>
          <w:cs w:val="1"/>
          <w:color w:val="000000"/>
          <w:sz w:val="24"/>
          <w:szCs w:val="24"/>
        </w:rPr>
        <w:t>ﺍَﻗِﺪْ ﻛَﻮْﻛَﺒ۪ﻰ</w:t>
      </w:r>
      <w:r>
        <w:rPr>
          <w:rFonts w:ascii="Times New Roman" w:hAnsi="Times New Roman" w:eastAsia="Noto Serif SC" w:cs="Amiri"/>
          <w:lang w:val="zh-CN" w:eastAsia="zh-CN" w:bidi="ar-SA"/>
          <w:color w:val="000000"/>
          <w:rtl w:val="0"/>
        </w:rPr>
        <w:t xml:space="preserve">（求祢点亮我的星辰） </w:t>
      </w:r>
      <w:r>
        <w:rPr>
          <w:rFonts w:ascii="Amiri" w:hAnsi="Amiri" w:eastAsia="Amiri" w:cs="Amiri"/>
          <w:lang w:val="zh-CN" w:eastAsia="zh-CN" w:bidi="ar-SA"/>
          <w:rtl w:val="1"/>
          <w:cs w:val="1"/>
          <w:color w:val="000000"/>
          <w:sz w:val="24"/>
          <w:szCs w:val="24"/>
        </w:rPr>
        <w:t>بِالْاِسْمِ</w:t>
      </w:r>
      <w:r>
        <w:rPr>
          <w:rFonts w:ascii="Times New Roman" w:hAnsi="Times New Roman" w:eastAsia="Noto Serif SC" w:cs="Amiri"/>
          <w:lang w:val="zh-CN" w:eastAsia="zh-CN" w:bidi="ar-SA"/>
          <w:color w:val="000000"/>
          <w:rtl w:val="0"/>
        </w:rPr>
        <w:t xml:space="preserve">（以那至大尊名） </w:t>
      </w:r>
      <w:r>
        <w:rPr>
          <w:rFonts w:ascii="Amiri" w:hAnsi="Amiri" w:eastAsia="Amiri" w:cs="Amiri"/>
          <w:lang w:val="zh-CN" w:eastAsia="zh-CN" w:bidi="ar-SA"/>
          <w:rtl w:val="1"/>
          <w:cs w:val="1"/>
          <w:color w:val="000000"/>
          <w:sz w:val="24"/>
          <w:szCs w:val="24"/>
        </w:rPr>
        <w:t>ﻧُﻮﺭًﺍ ﻭَﺑَﻬْﺠَﺔً ﻣَﺪَﻯ ﺍﻟﺪَّﻫْﺮِ وَالْاَيَّامِ</w:t>
      </w:r>
      <w:r>
        <w:rPr>
          <w:rFonts w:ascii="Times New Roman" w:hAnsi="Times New Roman" w:eastAsia="Noto Serif SC" w:cs="Amiri"/>
          <w:lang w:val="zh-CN" w:eastAsia="zh-CN" w:bidi="ar-SA"/>
          <w:color w:val="000000"/>
          <w:rtl w:val="0"/>
        </w:rPr>
        <w:t xml:space="preserve">（使它遍历经久岁月与绵绵时日，始终发出光明与辉彩） </w:t>
      </w:r>
      <w:r>
        <w:rPr>
          <w:rFonts w:ascii="Amiri" w:hAnsi="Amiri" w:eastAsia="Amiri" w:cs="Amiri"/>
          <w:lang w:val="zh-CN" w:eastAsia="zh-CN" w:bidi="ar-SA"/>
          <w:rtl w:val="1"/>
          <w:cs w:val="1"/>
          <w:color w:val="000000"/>
          <w:sz w:val="24"/>
          <w:szCs w:val="24"/>
        </w:rPr>
        <w:t>ﻳَﺎ ﻧُﻮﺭُ ﺟَﻠْﺠَﻠَﺖْ</w:t>
      </w:r>
      <w:r>
        <w:rPr>
          <w:rFonts w:ascii="Times New Roman" w:hAnsi="Times New Roman" w:eastAsia="Noto Serif SC" w:cs="Amiri"/>
          <w:lang w:val="zh-CN" w:eastAsia="zh-CN" w:bidi="ar-SA"/>
          <w:color w:val="000000"/>
          <w:rtl w:val="0"/>
        </w:rPr>
        <w:t>（光明啊，愿你以洪亮回响震动四方）。他以这番话祈祷恳求，《光明论》直到末世仍以奇妙的方式发光燃烧。尊贵的先导者阿里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是以雄辩彰显奇迹的《古兰经》最重要的学生，也是其学问的首要传播者。正如伊斯兰初期，面对许多向《古兰经》开启的敌对之门，他以吉祥的至大尊名为庇护，英勇而刚毅地努力守护神圣律法的诸真理和伊斯兰的根本；在末世，面对完全违背《古兰经》的无神否认思潮，他同样以至大尊名为庇护、归依处和坚固堡垒，勇敢地回应并抵抗：他借《光明论》永不熄灭的光明与永不沉默的言辞——《光明论》来自《古兰经》无可驳伤的奇迹，并显示奇迹的印玺——以至大尊名威严而宏大的光明，以及从“慈悯普及万物者”与“至慈者”两个尊名的怜爱与体恤之彰显中涌出的生命之水，扑灭那烧尽大地表面、使百花枯萎的无神否认之火；而在那些燃烧之地，《光明论》不培植河边与园中的花朵，却借天降的雨水与慈悯，在群山和原野培育出能耐炎热、也能抵御严寒的花朵。他看见这样的《光明论》，并以怜爱、慰藉和非凡恩迹的方式注视着它；这一切，都以真实而确切的知识表明，这正是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（愿Allah喜悦他）的亲近Allah之位所要求的。</w:t>
      </w:r>
    </w:p>
    <w:p>
      <w:r>
        <w:rPr>
          <w:rFonts w:ascii="Times New Roman" w:hAnsi="Times New Roman" w:eastAsia="Noto Serif SC" w:cs="Amiri"/>
          <w:lang w:val="zh-CN" w:eastAsia="zh-CN" w:bidi="ar-SA"/>
          <w:color w:val="000000"/>
          <w:rtl w:val="0"/>
        </w:rPr>
        <w:t>此外，在《杰勒杰卢提耶颂诗》的一项非凡恩迹中，从</w:t>
      </w:r>
      <w:r>
        <w:rPr>
          <w:rFonts w:ascii="Amiri" w:hAnsi="Amiri" w:eastAsia="Amiri" w:cs="Amiri"/>
          <w:lang w:val="zh-CN" w:eastAsia="zh-CN" w:bidi="ar-SA"/>
          <w:rtl w:val="1"/>
          <w:cs w:val="1"/>
          <w:color w:val="000000"/>
          <w:sz w:val="24"/>
          <w:szCs w:val="24"/>
        </w:rPr>
        <w:t>ﻓَﻴَﺎ ﺣَﺎﻣِﻞَ الْاِسْمِ ﺍﻟَّﺬ۪ﻯ ﺟَﻞَّ ﻗَﺪْﺭُﻩُ</w:t>
      </w:r>
      <w:r>
        <w:rPr>
          <w:rFonts w:ascii="Times New Roman" w:hAnsi="Times New Roman" w:eastAsia="Noto Serif SC" w:cs="Amiri"/>
          <w:lang w:val="zh-CN" w:eastAsia="zh-CN" w:bidi="ar-SA"/>
          <w:color w:val="000000"/>
          <w:rtl w:val="0"/>
        </w:rPr>
        <w:t>（承载尊名的人啊，那尊名何其尊贵，其价值何其崇高）开始的三四行诗里，有一项强有力的迹象与证据：</w:t>
      </w:r>
    </w:p>
    <w:p>
      <w:r>
        <w:rPr>
          <w:rFonts w:ascii="Times New Roman" w:hAnsi="Times New Roman" w:eastAsia="Noto Serif SC" w:cs="Amiri"/>
          <w:lang w:val="zh-CN" w:eastAsia="zh-CN" w:bidi="ar-SA"/>
          <w:color w:val="000000"/>
          <w:rtl w:val="0"/>
        </w:rPr>
        <w:t>第一项迹象：</w:t>
      </w:r>
      <w:r>
        <w:rPr>
          <w:rFonts w:ascii="Amiri" w:hAnsi="Amiri" w:eastAsia="Amiri" w:cs="Amiri"/>
          <w:lang w:val="zh-CN" w:eastAsia="zh-CN" w:bidi="ar-SA"/>
          <w:rtl w:val="1"/>
          <w:cs w:val="1"/>
          <w:color w:val="000000"/>
          <w:sz w:val="24"/>
          <w:szCs w:val="24"/>
        </w:rPr>
        <w:t>ﻓَﻴَﺎ ﺣَﺎﻣِﻞَ الْاِسْمِ ﺍﻟَّﺬ۪ﻯ ﺟَﻞَّ ﻗَﺪْﺭُﻩُ</w:t>
      </w:r>
      <w:r>
        <w:rPr>
          <w:rFonts w:ascii="Times New Roman" w:hAnsi="Times New Roman" w:eastAsia="Noto Serif SC" w:cs="Amiri"/>
          <w:lang w:val="zh-CN" w:eastAsia="zh-CN" w:bidi="ar-SA"/>
          <w:color w:val="000000"/>
          <w:rtl w:val="0"/>
        </w:rPr>
        <w:t>（承载尊名的人啊，那尊名何其尊贵，其价值何其崇高），按吉夫尔与字母数值体系的计算，指向一三五三年。那正是《光明论》学生们最为艰难的时期；当时，《光明论》的作者把被称为“塞基奈”的至大尊名，借七十一节经文，每日恒常诵念一百七十一遍。这句诗以吻合的奥义指向作者的名字，从而表明：那时承载至大尊名的《光明论》作者具有特殊的地位，并预示他们将安然获救。</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（一切赞美与称颂，自始至终、唯独归于Allah；唯有祂真正配受这一切），他们果然安然获救，证实了这项阿里的非凡恩迹……</w:t>
      </w:r>
    </w:p>
    <w:p>
      <w:r>
        <w:rPr>
          <w:rFonts w:ascii="Times New Roman" w:hAnsi="Times New Roman" w:eastAsia="Noto Serif SC" w:cs="Amiri"/>
          <w:lang w:val="zh-CN" w:eastAsia="zh-CN" w:bidi="ar-SA"/>
          <w:color w:val="000000"/>
          <w:rtl w:val="0"/>
        </w:rPr>
        <w:t>第二项迹象：诗中以</w:t>
      </w:r>
      <w:r>
        <w:rPr>
          <w:rFonts w:ascii="Amiri" w:hAnsi="Amiri" w:eastAsia="Amiri" w:cs="Amiri"/>
          <w:lang w:val="zh-CN" w:eastAsia="zh-CN" w:bidi="ar-SA"/>
          <w:rtl w:val="1"/>
          <w:cs w:val="1"/>
          <w:color w:val="000000"/>
          <w:sz w:val="24"/>
          <w:szCs w:val="24"/>
        </w:rPr>
        <w:t>ﻓَﻘَﺎﺗِﻞْ وَلَا ﺗَﺨْﺶَ ﻭَﺣَﺎﺭِﺏْ وَلَا ﺗَﺨَﻒْ</w:t>
      </w:r>
      <w:r>
        <w:rPr>
          <w:rFonts w:ascii="Times New Roman" w:hAnsi="Times New Roman" w:eastAsia="Noto Serif SC" w:cs="Amiri"/>
          <w:lang w:val="zh-CN" w:eastAsia="zh-CN" w:bidi="ar-SA"/>
          <w:color w:val="000000"/>
          <w:rtl w:val="0"/>
        </w:rPr>
        <w:t>（你要战斗，不要畏惧；你要迎战，不要害怕）一句，眷顾了《光明论》的作者：他曾参加上一次世界大战，饱受伤痛与无尽的恐惧，最终成为俄国的俘虏；又在末世一场可怕的战争中，受命承担一项重要职责，落在一个有毒过蛇蝎的蝎子遍布的地方，昼夜与群蛇交战。诗中以同一句话</w:t>
      </w:r>
      <w:r>
        <w:rPr>
          <w:rFonts w:ascii="Amiri" w:hAnsi="Amiri" w:eastAsia="Amiri" w:cs="Amiri"/>
          <w:lang w:val="zh-CN" w:eastAsia="zh-CN" w:bidi="ar-SA"/>
          <w:rtl w:val="1"/>
          <w:cs w:val="1"/>
          <w:color w:val="000000"/>
          <w:sz w:val="24"/>
          <w:szCs w:val="24"/>
        </w:rPr>
        <w:t>ﻓَﻘَﺎﺗِﻞْ وَلَا ﺗَﺨْﺶَ ﻭَﺣَﺎﺭِﺏْ وَلَا ﺗَﺨَﻒْ</w:t>
      </w:r>
      <w:r>
        <w:rPr>
          <w:rFonts w:ascii="Times New Roman" w:hAnsi="Times New Roman" w:eastAsia="Noto Serif SC" w:cs="Amiri"/>
          <w:lang w:val="zh-CN" w:eastAsia="zh-CN" w:bidi="ar-SA"/>
          <w:color w:val="000000"/>
          <w:rtl w:val="0"/>
        </w:rPr>
        <w:t>（你要战斗，不要畏惧；你要迎战，不要害怕），宣告了对他的特别眷顾，以及对他精神上的护佑、保护和援助。</w:t>
      </w:r>
    </w:p>
    <w:p>
      <w:r>
        <w:rPr>
          <w:rFonts w:ascii="Times New Roman" w:hAnsi="Times New Roman" w:eastAsia="Noto Serif SC" w:cs="Amiri"/>
          <w:lang w:val="zh-CN" w:eastAsia="zh-CN" w:bidi="ar-SA"/>
          <w:color w:val="000000"/>
          <w:rtl w:val="0"/>
        </w:rPr>
        <w:t>第三项迹象：在三个秋季里，有三项足以带来慰藉的非凡恩迹。</w:t>
      </w:r>
    </w:p>
    <w:p>
      <w:r>
        <w:rPr>
          <w:rFonts w:ascii="Times New Roman" w:hAnsi="Times New Roman" w:eastAsia="Noto Serif SC" w:cs="Amiri"/>
          <w:lang w:val="zh-CN" w:eastAsia="zh-CN" w:bidi="ar-SA"/>
          <w:color w:val="000000"/>
          <w:rtl w:val="0"/>
        </w:rPr>
        <w:t>其一：至大救援者</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w:t>
      </w:r>
      <w:r>
        <w:rPr>
          <w:rFonts w:ascii="Amiri" w:hAnsi="Amiri" w:eastAsia="Amiri" w:cs="Amiri"/>
          <w:lang w:val="zh-CN" w:eastAsia="zh-CN" w:bidi="ar-SA"/>
          <w:rtl w:val="1"/>
          <w:cs w:val="1"/>
          <w:color w:val="000000"/>
          <w:sz w:val="24"/>
          <w:szCs w:val="24"/>
        </w:rPr>
        <w:t>ﻳَﺎ ﻣُﺮ۪ﻳﺪ۪ﻯ ﻛُﻦْ ﻗَﺎﺩِﺭِﻯَّ ﺍﻟْﻮَﻗْﺖِ ﻟِﻠّٰﻪِ ﻣُﺨْﻠِﺼًﺎ ﺗَﻌ۪ﻴﺶُ ﺳَﻌ۪ﻴﺪًﺍ</w:t>
      </w:r>
      <w:r>
        <w:rPr>
          <w:rFonts w:ascii="Times New Roman" w:hAnsi="Times New Roman" w:eastAsia="Noto Serif SC" w:cs="Amiri"/>
          <w:lang w:val="zh-CN" w:eastAsia="zh-CN" w:bidi="ar-SA"/>
          <w:color w:val="000000"/>
          <w:rtl w:val="0"/>
        </w:rPr>
        <w:t>（我的门生啊，要做驾驭时代的有能者，为Allah保持纯诚；如此，你将生活得幸福）这句话，给出十五项强有力的迹象。第二季秋季，在同一时节，尊贵的阿里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（愿Allah喜悦他）又以</w:t>
      </w:r>
      <w:r>
        <w:rPr>
          <w:rFonts w:ascii="Amiri" w:hAnsi="Amiri" w:eastAsia="Amiri" w:cs="Amiri"/>
          <w:lang w:val="zh-CN" w:eastAsia="zh-CN" w:bidi="ar-SA"/>
          <w:rtl w:val="1"/>
          <w:cs w:val="1"/>
          <w:color w:val="000000"/>
          <w:sz w:val="24"/>
          <w:szCs w:val="24"/>
        </w:rPr>
        <w:t>ﻭَﻳَﺎ ﻣُﺪْﺭِﻛًﺎ ﻟِﺬٰﻟِﻚَ ﺍﻟﺰَّﻣَﺎﻥِ</w:t>
      </w:r>
      <w:r>
        <w:rPr>
          <w:rFonts w:ascii="Times New Roman" w:hAnsi="Times New Roman" w:eastAsia="Noto Serif SC" w:cs="Amiri"/>
          <w:lang w:val="zh-CN" w:eastAsia="zh-CN" w:bidi="ar-SA"/>
          <w:color w:val="000000"/>
          <w:rtl w:val="0"/>
        </w:rPr>
        <w:t>（还有，抵达那个时代的人啊）这句话，给出有力的证据。第三季秋季，仍是尊贵的阿里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w:t>
      </w:r>
      <w:r>
        <w:rPr>
          <w:rFonts w:ascii="Amiri" w:hAnsi="Amiri" w:eastAsia="Amiri" w:cs="Amiri"/>
          <w:lang w:val="zh-CN" w:eastAsia="zh-CN" w:bidi="ar-SA"/>
          <w:rtl w:val="1"/>
          <w:cs w:val="1"/>
          <w:color w:val="000000"/>
          <w:sz w:val="24"/>
          <w:szCs w:val="24"/>
        </w:rPr>
        <w:t>ﻓَﻴَﺎ ﺣَﺎﻣِﻞَ الْاِسْمِ ﺍﻟَّﺬ۪ﻯ ﺍِﻟٰﻰ ﺍٰﺧِﺮِ</w:t>
      </w:r>
      <w:r>
        <w:rPr>
          <w:rFonts w:ascii="Times New Roman" w:hAnsi="Times New Roman" w:eastAsia="Noto Serif SC" w:cs="Amiri"/>
          <w:lang w:val="zh-CN" w:eastAsia="zh-CN" w:bidi="ar-SA"/>
          <w:color w:val="000000"/>
          <w:rtl w:val="0"/>
        </w:rPr>
        <w:t>（承载那尊名的人啊，直到最后……）这句话，以非凡恩迹的方式注视《光明论》的作者；借《第八闪光》《第十八闪光》《第二十八闪光》这些论著强而有力、蕴含奇迹的著述，使那些陷入恐惧、需要慰藉的《光明论》学生，六七次借</w:t>
      </w:r>
      <w:r>
        <w:rPr>
          <w:rFonts w:ascii="Amiri" w:hAnsi="Amiri" w:eastAsia="Amiri" w:cs="Amiri"/>
          <w:lang w:val="zh-CN" w:eastAsia="zh-CN" w:bidi="ar-SA"/>
          <w:rtl w:val="1"/>
          <w:cs w:val="1"/>
          <w:color w:val="000000"/>
          <w:sz w:val="24"/>
          <w:szCs w:val="24"/>
        </w:rPr>
        <w:t>لَا ﺗَﺨْﺶَ</w:t>
      </w:r>
      <w:r>
        <w:rPr>
          <w:rFonts w:ascii="Times New Roman" w:hAnsi="Times New Roman" w:eastAsia="Noto Serif SC" w:cs="Amiri"/>
          <w:lang w:val="zh-CN" w:eastAsia="zh-CN" w:bidi="ar-SA"/>
          <w:color w:val="000000"/>
          <w:rtl w:val="0"/>
        </w:rPr>
        <w:t>（不要畏惧）这句话消除恐惧、受到鼓舞。这一切表明，这是赐给《古兰经》服务者的一项Allah荣宠。而且，</w:t>
      </w:r>
      <w:r>
        <w:rPr>
          <w:rFonts w:ascii="Amiri" w:hAnsi="Amiri" w:eastAsia="Amiri" w:cs="Amiri"/>
          <w:lang w:val="zh-CN" w:eastAsia="zh-CN" w:bidi="ar-SA"/>
          <w:rtl w:val="1"/>
          <w:cs w:val="1"/>
          <w:color w:val="000000"/>
          <w:sz w:val="24"/>
          <w:szCs w:val="24"/>
        </w:rPr>
        <w:t>ﻭَﺍﻗْﺒِﻞْ وَلَا ﺗَﻬْﺮَﺏْ</w:t>
      </w:r>
      <w:r>
        <w:rPr>
          <w:rFonts w:ascii="Times New Roman" w:hAnsi="Times New Roman" w:eastAsia="Noto Serif SC" w:cs="Amiri"/>
          <w:lang w:val="zh-CN" w:eastAsia="zh-CN" w:bidi="ar-SA"/>
          <w:color w:val="000000"/>
          <w:rtl w:val="0"/>
        </w:rPr>
        <w:t>（迎上前来，不要逃避）这句诗，也如前面的诗句一样，它的受话者是赛义德·努尔西；诗中说：“赛义德·努尔西啊！迎上去，不要逃！”以此激励他。</w:t>
      </w:r>
    </w:p>
    <w:p>
      <w:pPr>
        <w:pStyle w:val="Heading2"/>
      </w:pPr>
      <w:r>
        <w:rPr>
          <w:rFonts w:ascii="Times New Roman" w:hAnsi="Times New Roman" w:eastAsia="Noto Serif SC" w:cs="Amiri"/>
          <w:lang w:val="zh-CN" w:eastAsia="zh-CN" w:bidi="ar-SA"/>
          <w:color w:val="000000"/>
          <w:rtl w:val="0"/>
        </w:rPr>
        <w:t>结论：</w:t>
      </w:r>
    </w:p>
    <w:p>
      <w:r>
        <w:rPr>
          <w:rFonts w:ascii="Times New Roman" w:hAnsi="Times New Roman" w:eastAsia="Noto Serif SC" w:cs="Amiri"/>
          <w:lang w:val="zh-CN" w:eastAsia="zh-CN" w:bidi="ar-SA"/>
          <w:color w:val="000000"/>
          <w:rtl w:val="0"/>
        </w:rPr>
        <w:t>九组“而且，而且”所表明的九条真理，已在《光明论》及其作者身上实际实现，并为亲眼目睹所证实，甚至得到其敌人的承认。由此确证：尊贵的阿里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埃尔朱泽颂诗》和《杰勒杰卢提耶颂诗》中强烈关怀并意指的，正是《光明论》及其作者——先知的承继者、宗教的巩固者、至大尊名的承载者。因为，全世界都展现在眼前，我们听见它的一切呼声，也屡屡看见它的行动：在真理与真实上不会迷误，并努力按照所奉的命令、不加曲解地维护《古兰经》诸权利的，正是《光明论》。因此，毫无疑问，这确证了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（愿Allah喜悦他）的受话者就是《光明论》。</w:t>
      </w:r>
    </w:p>
    <w:p>
      <w:pPr>
        <w:pStyle w:val="Heading2"/>
      </w:pPr>
      <w:r>
        <w:rPr>
          <w:rFonts w:ascii="Times New Roman" w:hAnsi="Times New Roman" w:eastAsia="Noto Serif SC" w:cs="Amiri"/>
          <w:lang w:val="zh-CN" w:eastAsia="zh-CN" w:bidi="ar-SA"/>
          <w:color w:val="000000"/>
          <w:rtl w:val="0"/>
        </w:rPr>
        <w:t>背诵全本《古兰经》的阿里</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（愿Allah的慈悯降临于他）</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ﻳَﺎ ﺍَﻟﻠّٰﻪُ</w:t>
      </w:r>
      <w:r>
        <w:rPr>
          <w:rFonts w:ascii="Times New Roman" w:hAnsi="Times New Roman" w:eastAsia="Noto Serif SC" w:cs="Amiri"/>
          <w:lang w:val="zh-CN" w:eastAsia="zh-CN" w:bidi="ar-SA"/>
          <w:color w:val="000000"/>
          <w:rtl w:val="0"/>
        </w:rPr>
        <w:t xml:space="preserve">（Allah啊） </w:t>
      </w:r>
      <w:r>
        <w:rPr>
          <w:rFonts w:ascii="Amiri" w:hAnsi="Amiri" w:eastAsia="Amiri" w:cs="Amiri"/>
          <w:lang w:val="zh-CN" w:eastAsia="zh-CN" w:bidi="ar-SA"/>
          <w:rtl w:val="1"/>
          <w:cs w:val="1"/>
          <w:color w:val="000000"/>
          <w:sz w:val="24"/>
          <w:szCs w:val="24"/>
        </w:rPr>
        <w:t>ﻳَﺎ ﺭَﺣْﻤٰﻦُ</w:t>
      </w:r>
      <w:r>
        <w:rPr>
          <w:rFonts w:ascii="Times New Roman" w:hAnsi="Times New Roman" w:eastAsia="Noto Serif SC" w:cs="Amiri"/>
          <w:lang w:val="zh-CN" w:eastAsia="zh-CN" w:bidi="ar-SA"/>
          <w:color w:val="000000"/>
          <w:rtl w:val="0"/>
        </w:rPr>
        <w:t xml:space="preserve">（慈悯普及万物者啊） </w:t>
      </w:r>
      <w:r>
        <w:rPr>
          <w:rFonts w:ascii="Amiri" w:hAnsi="Amiri" w:eastAsia="Amiri" w:cs="Amiri"/>
          <w:lang w:val="zh-CN" w:eastAsia="zh-CN" w:bidi="ar-SA"/>
          <w:rtl w:val="1"/>
          <w:cs w:val="1"/>
          <w:color w:val="000000"/>
          <w:sz w:val="24"/>
          <w:szCs w:val="24"/>
        </w:rPr>
        <w:t>ﻳَﺎ ﺭَﺣ۪ﻴﻢُ</w:t>
      </w:r>
      <w:r>
        <w:rPr>
          <w:rFonts w:ascii="Times New Roman" w:hAnsi="Times New Roman" w:eastAsia="Noto Serif SC" w:cs="Amiri"/>
          <w:lang w:val="zh-CN" w:eastAsia="zh-CN" w:bidi="ar-SA"/>
          <w:color w:val="000000"/>
          <w:rtl w:val="0"/>
        </w:rPr>
        <w:t xml:space="preserve">（至慈者啊） </w:t>
      </w:r>
      <w:r>
        <w:rPr>
          <w:rFonts w:ascii="Amiri" w:hAnsi="Amiri" w:eastAsia="Amiri" w:cs="Amiri"/>
          <w:lang w:val="zh-CN" w:eastAsia="zh-CN" w:bidi="ar-SA"/>
          <w:rtl w:val="1"/>
          <w:cs w:val="1"/>
          <w:color w:val="000000"/>
          <w:sz w:val="24"/>
          <w:szCs w:val="24"/>
        </w:rPr>
        <w:t>ﻳَﺎ ﻓَﺮْﺩُ</w:t>
      </w:r>
      <w:r>
        <w:rPr>
          <w:rFonts w:ascii="Times New Roman" w:hAnsi="Times New Roman" w:eastAsia="Noto Serif SC" w:cs="Amiri"/>
          <w:lang w:val="zh-CN" w:eastAsia="zh-CN" w:bidi="ar-SA"/>
          <w:color w:val="000000"/>
          <w:rtl w:val="0"/>
        </w:rPr>
        <w:t xml:space="preserve">（独一无二者啊） </w:t>
      </w:r>
      <w:r>
        <w:rPr>
          <w:rFonts w:ascii="Amiri" w:hAnsi="Amiri" w:eastAsia="Amiri" w:cs="Amiri"/>
          <w:lang w:val="zh-CN" w:eastAsia="zh-CN" w:bidi="ar-SA"/>
          <w:rtl w:val="1"/>
          <w:cs w:val="1"/>
          <w:color w:val="000000"/>
          <w:sz w:val="24"/>
          <w:szCs w:val="24"/>
        </w:rPr>
        <w:t>ﻳَﺎ ﺣَﻰُّ</w:t>
      </w:r>
      <w:r>
        <w:rPr>
          <w:rFonts w:ascii="Times New Roman" w:hAnsi="Times New Roman" w:eastAsia="Noto Serif SC" w:cs="Amiri"/>
          <w:lang w:val="zh-CN" w:eastAsia="zh-CN" w:bidi="ar-SA"/>
          <w:color w:val="000000"/>
          <w:rtl w:val="0"/>
        </w:rPr>
        <w:t xml:space="preserve">（永生者啊） </w:t>
      </w:r>
      <w:r>
        <w:rPr>
          <w:rFonts w:ascii="Amiri" w:hAnsi="Amiri" w:eastAsia="Amiri" w:cs="Amiri"/>
          <w:lang w:val="zh-CN" w:eastAsia="zh-CN" w:bidi="ar-SA"/>
          <w:rtl w:val="1"/>
          <w:cs w:val="1"/>
          <w:color w:val="000000"/>
          <w:sz w:val="24"/>
          <w:szCs w:val="24"/>
        </w:rPr>
        <w:t>ﻳَﺎ ﻗَﻴُّﻮﻡُ</w:t>
      </w:r>
      <w:r>
        <w:rPr>
          <w:rFonts w:ascii="Times New Roman" w:hAnsi="Times New Roman" w:eastAsia="Noto Serif SC" w:cs="Amiri"/>
          <w:lang w:val="zh-CN" w:eastAsia="zh-CN" w:bidi="ar-SA"/>
          <w:color w:val="000000"/>
          <w:rtl w:val="0"/>
        </w:rPr>
        <w:t xml:space="preserve">（自立而维系万有者啊） </w:t>
      </w:r>
      <w:r>
        <w:rPr>
          <w:rFonts w:ascii="Amiri" w:hAnsi="Amiri" w:eastAsia="Amiri" w:cs="Amiri"/>
          <w:lang w:val="zh-CN" w:eastAsia="zh-CN" w:bidi="ar-SA"/>
          <w:rtl w:val="1"/>
          <w:cs w:val="1"/>
          <w:color w:val="000000"/>
          <w:sz w:val="24"/>
          <w:szCs w:val="24"/>
        </w:rPr>
        <w:t>ﻳَﺎ ﺣَﻜَﻢُ</w:t>
      </w:r>
      <w:r>
        <w:rPr>
          <w:rFonts w:ascii="Times New Roman" w:hAnsi="Times New Roman" w:eastAsia="Noto Serif SC" w:cs="Amiri"/>
          <w:lang w:val="zh-CN" w:eastAsia="zh-CN" w:bidi="ar-SA"/>
          <w:color w:val="000000"/>
          <w:rtl w:val="0"/>
        </w:rPr>
        <w:t xml:space="preserve">（至公裁决者啊） </w:t>
      </w:r>
      <w:r>
        <w:rPr>
          <w:rFonts w:ascii="Amiri" w:hAnsi="Amiri" w:eastAsia="Amiri" w:cs="Amiri"/>
          <w:lang w:val="zh-CN" w:eastAsia="zh-CN" w:bidi="ar-SA"/>
          <w:rtl w:val="1"/>
          <w:cs w:val="1"/>
          <w:color w:val="000000"/>
          <w:sz w:val="24"/>
          <w:szCs w:val="24"/>
        </w:rPr>
        <w:t>ﻳَﺎ ﻋَﺪْﻝُ</w:t>
      </w:r>
      <w:r>
        <w:rPr>
          <w:rFonts w:ascii="Times New Roman" w:hAnsi="Times New Roman" w:eastAsia="Noto Serif SC" w:cs="Amiri"/>
          <w:lang w:val="zh-CN" w:eastAsia="zh-CN" w:bidi="ar-SA"/>
          <w:color w:val="000000"/>
          <w:rtl w:val="0"/>
        </w:rPr>
        <w:t xml:space="preserve">（绝对公正者啊） </w:t>
      </w:r>
      <w:r>
        <w:rPr>
          <w:rFonts w:ascii="Amiri" w:hAnsi="Amiri" w:eastAsia="Amiri" w:cs="Amiri"/>
          <w:lang w:val="zh-CN" w:eastAsia="zh-CN" w:bidi="ar-SA"/>
          <w:rtl w:val="1"/>
          <w:cs w:val="1"/>
          <w:color w:val="000000"/>
          <w:sz w:val="24"/>
          <w:szCs w:val="24"/>
        </w:rPr>
        <w:t>ﻳَﺎ ﻗُﺪُّﻭﺱُ</w:t>
      </w:r>
      <w:r>
        <w:rPr>
          <w:rFonts w:ascii="Times New Roman" w:hAnsi="Times New Roman" w:eastAsia="Noto Serif SC" w:cs="Amiri"/>
          <w:lang w:val="zh-CN" w:eastAsia="zh-CN" w:bidi="ar-SA"/>
          <w:color w:val="000000"/>
          <w:rtl w:val="0"/>
        </w:rPr>
        <w:t>（至圣无瑕者啊）。以至大尊名的权利、以雄辩彰显奇迹的《古兰经》的尊严，以及至尊使者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（愿Allah赐他尊荣、恩福与平安）的尊荣，求祢使刊印《闪光集》的人、他们吉祥的助手以及《光明论》的学生们，在菲尔道斯至高乐园中得享永恒的幸福，</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（求Allah应允）！求祢使他们永远在信仰与《古兰经》的服务中成功，</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（求Allah应允）！求祢命人在他们的善功册中，为《闪光集》的每一个字母记下一千项善功，</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（求Allah应允）！求祢赐他们在传播《光明论》诸篇时坚定、持续而忠诚纯一，</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最为慈悯者Allah啊！求祢使全体《光明论》学生在今世与后世都得享幸福，</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（求祢应允）！求祢保护他们，免遭人类与精灵中诸恶魔的伤害，</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（求祢应允）！也求祢饶恕这个无力而无依的赛义德的种种过失，</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（求祢应允）！</w:t>
      </w:r>
    </w:p>
    <w:p>
      <w:pPr>
        <w:pStyle w:val="Heading2"/>
      </w:pPr>
      <w:r>
        <w:rPr>
          <w:rFonts w:ascii="Times New Roman" w:hAnsi="Times New Roman" w:eastAsia="Noto Serif SC" w:cs="Amiri"/>
          <w:lang w:val="zh-CN" w:eastAsia="zh-CN" w:bidi="ar-SA"/>
          <w:color w:val="000000"/>
          <w:rtl w:val="0"/>
        </w:rPr>
        <w:t>代表全体《光明论》学生</w:t>
      </w:r>
    </w:p>
    <w:p>
      <w:pPr>
        <w:pStyle w:val="Heading3"/>
        <w:jc w:val="right"/>
      </w:pPr>
      <w:r>
        <w:rPr>
          <w:rFonts w:ascii="Times New Roman" w:hAnsi="Times New Roman" w:eastAsia="Noto Serif SC" w:cs="Amiri"/>
          <w:lang w:val="zh-CN" w:eastAsia="zh-CN" w:bidi="ar-SA"/>
          <w:color w:val="000000"/>
          <w:rtl w:val="0"/>
        </w:rPr>
        <w:t>赛义德·努尔西</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正如</w:t>
      </w:r>
      <w:r>
        <w:rPr>
          <w:rFonts w:ascii="Amiri" w:hAnsi="Amiri" w:eastAsia="Amiri" w:cs="Amiri"/>
          <w:lang w:val="zh-CN" w:eastAsia="zh-CN" w:bidi="ar-SA"/>
          <w:rtl w:val="1"/>
          <w:cs w:val="1"/>
          <w:color w:val="000000"/>
          <w:sz w:val="22"/>
          <w:szCs w:val="22"/>
        </w:rPr>
        <w:t>ﻗَﺎﻝَ ﻗَٓﺎﺋِﻞٌ ﻣِﻨْﻬُﻢْ ﻛَﻢْ ﻟَﺒِﺜْﺘُﻢْ ﻗَﺎﻟُﻮﺍ ﻟَﺒِﺜْﻨَﺎ ﻳَﻮْﻣًﺎ ﺍَﻭْ ﺑَﻌْﺾَ ﻳَﻮْﻡٍ</w:t>
      </w:r>
      <w:r>
        <w:rPr>
          <w:rFonts w:ascii="Times New Roman" w:hAnsi="Times New Roman" w:eastAsia="Noto Serif SC" w:cs="Amiri"/>
          <w:lang w:val="zh-CN" w:eastAsia="zh-CN" w:bidi="ar-SA"/>
          <w:color w:val="000000"/>
          <w:sz w:val="19"/>
          <w:rtl w:val="0"/>
        </w:rPr>
        <w:t>（他们中的一人说：“你们逗留了多久？”他们说：“我们逗留了一天，或不足一天”）这节经文和</w:t>
      </w:r>
      <w:r>
        <w:rPr>
          <w:rFonts w:ascii="Amiri" w:hAnsi="Amiri" w:eastAsia="Amiri" w:cs="Amiri"/>
          <w:lang w:val="zh-CN" w:eastAsia="zh-CN" w:bidi="ar-SA"/>
          <w:rtl w:val="1"/>
          <w:cs w:val="1"/>
          <w:color w:val="000000"/>
          <w:sz w:val="22"/>
          <w:szCs w:val="22"/>
        </w:rPr>
        <w:t>ﻭَﻟَﺒِﺜُﻮﺍ ﻓ۪ﻰ ﻛَﻬْﻔِﻬِﻢْ ثَلَاثَ ﻣِﺎﺋَﺔٍ ﺳِﻨ۪ﻴﻦَ ﻭَﺍﺯْﺩَﺍﺩُﻭﺍ ﺗِﺴْﻌًﺎ</w:t>
      </w:r>
      <w:r>
        <w:rPr>
          <w:rFonts w:ascii="Times New Roman" w:hAnsi="Times New Roman" w:eastAsia="Noto Serif SC" w:cs="Amiri"/>
          <w:lang w:val="zh-CN" w:eastAsia="zh-CN" w:bidi="ar-SA"/>
          <w:color w:val="000000"/>
          <w:sz w:val="19"/>
          <w:rtl w:val="0"/>
        </w:rPr>
        <w:t>（他们在自己的洞穴中逗留了三百年，又增加了九年）这节经文指示“时间折叠”，</w:t>
      </w:r>
      <w:r>
        <w:rPr>
          <w:rFonts w:ascii="Amiri" w:hAnsi="Amiri" w:eastAsia="Amiri" w:cs="Amiri"/>
          <w:lang w:val="zh-CN" w:eastAsia="zh-CN" w:bidi="ar-SA"/>
          <w:rtl w:val="1"/>
          <w:cs w:val="1"/>
          <w:color w:val="000000"/>
          <w:sz w:val="22"/>
          <w:szCs w:val="22"/>
        </w:rPr>
        <w:t>ﻭَﺍِﻥَّ ﻳَﻮْﻣًﺎ ﻋِﻨْﺪَ ﺭَﺑِّﻚَ ﻛَﺎَﻟْﻒِ ﺳَﻨَﺔٍ ﻣِﻤَّﺎ ﺗَﻌُﺪُّﻭﻥَ</w:t>
      </w:r>
      <w:r>
        <w:rPr>
          <w:rFonts w:ascii="Times New Roman" w:hAnsi="Times New Roman" w:eastAsia="Noto Serif SC" w:cs="Amiri"/>
          <w:lang w:val="zh-CN" w:eastAsia="zh-CN" w:bidi="ar-SA"/>
          <w:color w:val="000000"/>
          <w:sz w:val="19"/>
          <w:rtl w:val="0"/>
        </w:rPr>
        <w:t>（在你的养育并主宰者Allah那里的一日，如同你们所计算的一千年）这节经文也指示“时间拓展”。</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这第二篇是作为第十一篇《闪光》撰写的。</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我们尊贵的导师在第二十九篇阿拉伯语《闪光》第六项论述的附注中，对这两句话说明道：“这两句吉祥言辞的诸层次，与其说是知识，不如说是思悟与记念，因此以阿拉伯语加以记念。”</w:t>
      </w:r>
    </w:p>
  </w:footnote>
  <w:footnote w:id="4">
    <w:p>
      <w:pPr>
        <w:pStyle w:val="FootnoteText"/>
      </w:pPr>
      <w:r>
        <w:rPr>
          <w:rStyle w:val="FootnoteReference"/>
        </w:rPr>
        <w:footnoteRef/>
      </w:r>
      <w:r>
        <w:rPr>
          <w:rFonts w:ascii="Times New Roman" w:hAnsi="Times New Roman" w:eastAsia="Noto Serif SC" w:cs="Amiri"/>
          <w:lang w:val="zh-CN" w:eastAsia="zh-CN" w:bidi="ar-SA"/>
          <w:color w:val="000000"/>
          <w:sz w:val="19"/>
          <w:rtl w:val="0"/>
        </w:rPr>
        <w:t>我的兄弟们认为两种说明都有益，因此把两者一并记录下来；其实一种也就够了。</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例如，人民党因自己给光明学生带来的折磨、困苦与背弃，在尘世受到了更重的惩罚，也亲眼见到了同样的报应。</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也就是说，这些新创异端违背伊斯兰的种种标志，例如以土耳其语宣礼。</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也就是说，以显示吻合奇迹的一种形式书写。</w:t>
      </w:r>
    </w:p>
  </w:footnote>
  <w:footnote w:id="8">
    <w:p>
      <w:pPr>
        <w:pStyle w:val="FootnoteText"/>
      </w:pPr>
      <w:r>
        <w:rPr>
          <w:rStyle w:val="FootnoteReference"/>
        </w:rPr>
        <w:footnoteRef/>
      </w:r>
      <w:r>
        <w:rPr>
          <w:rFonts w:ascii="Times New Roman" w:hAnsi="Times New Roman" w:eastAsia="Noto Serif SC" w:cs="Amiri"/>
          <w:lang w:val="zh-CN" w:eastAsia="zh-CN" w:bidi="ar-SA"/>
          <w:color w:val="000000"/>
          <w:sz w:val="19"/>
          <w:rtl w:val="0"/>
        </w:rPr>
        <w:t>“七”的阿拉伯语说法与“七”这个词，共七次吻合，极为美妙。</w:t>
      </w:r>
    </w:p>
  </w:footnote>
  <w:footnote w:id="9">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既然地球是环绕空气之海中的一艘神圣之船，并且依圣训明文，又是后世的一块耕地，也就是一块培育幼苗的田地；那么，把“鱼”这个名字赋予那些遵奉Allah的命令，以秩序与智慧使这艘无生命、无意识的巨船在那片海上航行并担任船长的天使；把“公牛”这个名字赋予那些奉Allah的许可监察那块田地的天使，是何等贴切，显而易见。</w:t>
      </w:r>
    </w:p>
  </w:footnote>
  <w:footnote w:id="10">
    <w:p>
      <w:pPr>
        <w:pStyle w:val="FootnoteText"/>
      </w:pPr>
      <w:r>
        <w:rPr>
          <w:rStyle w:val="FootnoteReference"/>
        </w:rPr>
        <w:footnoteRef/>
      </w:r>
      <w:r>
        <w:rPr>
          <w:rFonts w:ascii="Times New Roman" w:hAnsi="Times New Roman" w:eastAsia="Noto Serif SC" w:cs="Amiri"/>
          <w:lang w:val="zh-CN" w:eastAsia="zh-CN" w:bidi="ar-SA"/>
          <w:color w:val="000000"/>
          <w:sz w:val="19"/>
          <w:rtl w:val="0"/>
        </w:rPr>
        <w:t>一则可能引出严重问题的趣闻：昨天早晨，我一位朋友的女婿穆罕默德来到我这里，欣喜而带着报喜讯的神情说：“你的一部书已在伊斯帕尔塔付印，很多人都在读。”我说：“那不是遭禁止的印刷，而可能是抄写员复制了一些本子，政府对此不会说什么。”我又说：“千万不要把这事告诉与你交好的那两个伪信者。他们正在寻找这类事情，好拿来作借口。”兄弟们，这个人虽是我一位朋友的女婿，凭这层关系也算我的友人；可是，因理发行业的交往，他又是那位没有良知的教师和伪信主任的朋友。在那里，我们的一位兄弟不知情，便那样说了。幸而他最先来把消息告诉了我；我随即提醒他，恶事于是被阻止了。油印机也借这层遮掩，散发了数千份印本。</w:t>
      </w:r>
    </w:p>
  </w:footnote>
  <w:footnote w:id="11">
    <w:p>
      <w:pPr>
        <w:pStyle w:val="FootnoteText"/>
      </w:pPr>
      <w:r>
        <w:rPr>
          <w:rStyle w:val="FootnoteReference"/>
        </w:rPr>
        <w:footnoteRef/>
      </w:r>
      <w:r>
        <w:rPr>
          <w:rFonts w:ascii="Amiri" w:hAnsi="Amiri" w:eastAsia="Amiri" w:cs="Amiri"/>
          <w:lang w:val="zh-CN" w:eastAsia="zh-CN" w:bidi="ar-SA"/>
          <w:rtl w:val="1"/>
          <w:cs w:val="1"/>
          <w:color w:val="000000"/>
          <w:sz w:val="22"/>
          <w:szCs w:val="22"/>
        </w:rPr>
        <w:t>ﻓ۪ﻰ ﻋَﻴْﻦٍ ﺣَﻤِﺌَﺔٍ</w:t>
      </w:r>
      <w:r>
        <w:rPr>
          <w:rFonts w:ascii="Times New Roman" w:hAnsi="Times New Roman" w:eastAsia="Noto Serif SC" w:cs="Amiri"/>
          <w:lang w:val="zh-CN" w:eastAsia="zh-CN" w:bidi="ar-SA"/>
          <w:color w:val="000000"/>
          <w:sz w:val="19"/>
          <w:rtl w:val="0"/>
        </w:rPr>
        <w:t>（在一处黑泥灼热的泉源中）一语中的</w:t>
      </w:r>
      <w:r>
        <w:rPr>
          <w:rFonts w:ascii="Amiri" w:hAnsi="Amiri" w:eastAsia="Amiri" w:cs="Amiri"/>
          <w:lang w:val="zh-CN" w:eastAsia="zh-CN" w:bidi="ar-SA"/>
          <w:rtl w:val="1"/>
          <w:cs w:val="1"/>
          <w:color w:val="000000"/>
          <w:sz w:val="22"/>
          <w:szCs w:val="22"/>
        </w:rPr>
        <w:t>ﻋَﻴْﻦٍ</w:t>
      </w:r>
      <w:r>
        <w:rPr>
          <w:rFonts w:ascii="Times New Roman" w:hAnsi="Times New Roman" w:eastAsia="Noto Serif SC" w:cs="Amiri"/>
          <w:lang w:val="zh-CN" w:eastAsia="zh-CN" w:bidi="ar-SA"/>
          <w:color w:val="000000"/>
          <w:sz w:val="19"/>
          <w:rtl w:val="0"/>
        </w:rPr>
        <w:t>（泉源、太阳与眼睛，一词兼有三义）这个词，借修辞的奥义，隐示并提醒着一层精微的意义。也就是说，它用一个具有奇迹表现力的词提醒我们：“天空与其面容，借太阳之眼观看大地容颜上的慈悯之美；随后，大地也借海洋之眼凝望上方Allah的威严；当这两只眼睛彼此闭合时，大地表面的一切眼睛也随之闭上。”同时，它也暗示着眼睛放工休息的信号。</w:t>
      </w:r>
    </w:p>
  </w:footnote>
  <w:footnote w:id="12">
    <w:p>
      <w:pPr>
        <w:pStyle w:val="FootnoteText"/>
      </w:pPr>
      <w:r>
        <w:rPr>
          <w:rStyle w:val="FootnoteReference"/>
        </w:rPr>
        <w:footnoteRef/>
      </w:r>
      <w:r>
        <w:rPr>
          <w:rFonts w:ascii="Times New Roman" w:hAnsi="Times New Roman" w:eastAsia="Noto Serif SC" w:cs="Amiri"/>
          <w:lang w:val="zh-CN" w:eastAsia="zh-CN" w:bidi="ar-SA"/>
          <w:color w:val="000000"/>
          <w:sz w:val="19"/>
          <w:rtl w:val="0"/>
        </w:rPr>
        <w:t>大地上有许多人造屏障，随着岁月流逝，已呈现山的形状，变得无法辨认。</w:t>
      </w:r>
    </w:p>
  </w:footnote>
  <w:footnote w:id="13">
    <w:p>
      <w:pPr>
        <w:pStyle w:val="FootnoteText"/>
      </w:pPr>
      <w:r>
        <w:rPr>
          <w:rStyle w:val="FootnoteReference"/>
        </w:rPr>
        <w:footnoteRef/>
      </w:r>
      <w:r>
        <w:rPr>
          <w:rFonts w:ascii="Times New Roman" w:hAnsi="Times New Roman" w:eastAsia="Noto Serif SC" w:cs="Amiri"/>
          <w:lang w:val="zh-CN" w:eastAsia="zh-CN" w:bidi="ar-SA"/>
          <w:color w:val="000000"/>
          <w:sz w:val="19"/>
          <w:rtl w:val="0"/>
        </w:rPr>
        <w:t>所谓十二年前的那个时间，是伊历一三四〇年、公历一九二一年。</w:t>
      </w:r>
    </w:p>
  </w:footnote>
  <w:footnote w:id="14">
    <w:p>
      <w:pPr>
        <w:pStyle w:val="FootnoteText"/>
      </w:pPr>
      <w:r>
        <w:rPr>
          <w:rStyle w:val="FootnoteReference"/>
        </w:rPr>
        <w:footnoteRef/>
      </w:r>
      <w:r>
        <w:rPr>
          <w:rFonts w:ascii="Times New Roman" w:hAnsi="Times New Roman" w:eastAsia="Noto Serif SC" w:cs="Amiri"/>
          <w:lang w:val="zh-CN" w:eastAsia="zh-CN" w:bidi="ar-SA"/>
          <w:color w:val="000000"/>
          <w:sz w:val="19"/>
          <w:rtl w:val="0"/>
        </w:rPr>
        <w:t>即在本论著撰写之前十三年。</w:t>
      </w:r>
    </w:p>
  </w:footnote>
  <w:footnote w:id="15">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也就是说，是用一把稍大的茶匙。</w:t>
      </w:r>
    </w:p>
  </w:footnote>
  <w:footnote w:id="16">
    <w:p>
      <w:pPr>
        <w:pStyle w:val="FootnoteText"/>
      </w:pPr>
      <w:r>
        <w:rPr>
          <w:rStyle w:val="FootnoteReference"/>
        </w:rPr>
        <w:footnoteRef/>
      </w:r>
      <w:r>
        <w:rPr>
          <w:rFonts w:ascii="Times New Roman" w:hAnsi="Times New Roman" w:eastAsia="Noto Serif SC" w:cs="Amiri"/>
          <w:lang w:val="zh-CN" w:eastAsia="zh-CN" w:bidi="ar-SA"/>
          <w:color w:val="000000"/>
          <w:sz w:val="19"/>
          <w:rtl w:val="0"/>
        </w:rPr>
        <w:t>由于不知节俭，消费者增多，生产者减少。人人都把目光盯在官府门前。那时，作为社会生活枢纽的“工艺、商业、农业”就会衰退。那个民族也会衰微、败落，陷入贫穷。</w:t>
      </w:r>
    </w:p>
  </w:footnote>
  <w:footnote w:id="17">
    <w:p>
      <w:pPr>
        <w:pStyle w:val="FootnoteText"/>
      </w:pPr>
      <w:r>
        <w:rPr>
          <w:rStyle w:val="FootnoteReference"/>
        </w:rPr>
        <w:footnoteRef/>
      </w:r>
      <w:r>
        <w:rPr>
          <w:rFonts w:ascii="Times New Roman" w:hAnsi="Times New Roman" w:eastAsia="Noto Serif SC" w:cs="Amiri"/>
          <w:lang w:val="zh-CN" w:eastAsia="zh-CN" w:bidi="ar-SA"/>
          <w:color w:val="000000"/>
          <w:sz w:val="19"/>
          <w:rtl w:val="0"/>
        </w:rPr>
        <w:t>有人曾问伊朗公正君王之一努希尔万·阿迪勒的大臣、以智慧著称的学者比祖尔居穆胡尔——又称比祖尔格·米赫尔——：“为什么学者出现在统治者门前，统治者却不出现在学者门前？学问不是高于权位吗？”他回答说：“这是因为学者有学问，而统治者无知。”也就是说，统治者因无知而不认识学问的价值，所以不会到学者门前求学问。学者则因有见识，连财物的价值也认识，所以到统治者门前寻求。就这样，比祖尔居穆胡尔以委婉的解释和机敏的回答，掩饰了学者的贪婪；这种贪婪是聪明的后果，也是导致他们贫穷卑贱的原因。</w:t>
      </w:r>
    </w:p>
  </w:footnote>
  <w:footnote w:id="18">
    <w:p>
      <w:pPr>
        <w:pStyle w:val="FootnoteText"/>
      </w:pPr>
      <w:r>
        <w:rPr>
          <w:rStyle w:val="FootnoteReference"/>
        </w:rPr>
        <w:footnoteRef/>
      </w:r>
      <w:r>
        <w:rPr>
          <w:rFonts w:ascii="Times New Roman" w:hAnsi="Times New Roman" w:eastAsia="Noto Serif SC" w:cs="Amiri"/>
          <w:lang w:val="zh-CN" w:eastAsia="zh-CN" w:bidi="ar-SA"/>
          <w:color w:val="000000"/>
          <w:sz w:val="19"/>
          <w:rtl w:val="0"/>
        </w:rPr>
        <w:t>有一件事实可以证实这一点：在法国，文人因善于乞讨而被发给乞讨许可证。苏莱曼·吕什迪</w:t>
      </w:r>
    </w:p>
  </w:footnote>
  <w:footnote w:id="19">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是的，无论与哪个浪费者交谈，你都会听到抱怨。无论他多么富有，口中仍会抱怨。若与最贫穷却知足的人交谈，你听到的却是感恩。</w:t>
      </w:r>
    </w:p>
  </w:footnote>
  <w:footnote w:id="20">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也就是说，对身体最有害的，是间隔不到四五小时就进食，或者为了享乐，把各种食物接连塞进胃里。</w:t>
      </w:r>
    </w:p>
  </w:footnote>
  <w:footnote w:id="21">
    <w:p>
      <w:pPr>
        <w:pStyle w:val="FootnoteText"/>
      </w:pPr>
      <w:r>
        <w:rPr>
          <w:rStyle w:val="FootnoteReference"/>
        </w:rPr>
        <w:footnoteRef/>
      </w:r>
      <w:r>
        <w:rPr>
          <w:rFonts w:ascii="Times New Roman" w:hAnsi="Times New Roman" w:eastAsia="Noto Serif SC" w:cs="Amiri"/>
          <w:lang w:val="zh-CN" w:eastAsia="zh-CN" w:bidi="ar-SA"/>
          <w:color w:val="000000"/>
          <w:sz w:val="19"/>
          <w:rtl w:val="0"/>
        </w:rPr>
        <w:t>提醒：人们的青睐不可主动索求，只能由别人给予。即使得到，也不应为此欣喜。若为此欣喜，就会失去纯诚，堕入邀名显扬。若怀着对声名与尊荣的贪望去追求人们的青睐，那么这份青睐不是报酬和奖赏，反而是因缺乏纯诚而招来的斥责与惩罚。的确，人们的青睐、声名和尊荣，有损作为善功生命的纯诚；它们所给予的，只是延续到坟墓之门为止、短暂而微小的乐趣，到了坟墓的另一边，却会变为如墓中惩罚般令人不快的形态。因此，不应渴求人们的青睐，反而应当畏惧并躲避它。让那些爱慕虚名、追逐声名与尊荣的人警醒吧！</w:t>
      </w:r>
    </w:p>
  </w:footnote>
  <w:footnote w:id="22">
    <w:p>
      <w:pPr>
        <w:pStyle w:val="FootnoteText"/>
      </w:pPr>
      <w:r>
        <w:rPr>
          <w:rStyle w:val="FootnoteReference"/>
        </w:rPr>
        <w:footnoteRef/>
      </w:r>
      <w:r>
        <w:rPr>
          <w:rFonts w:ascii="Times New Roman" w:hAnsi="Times New Roman" w:eastAsia="Noto Serif SC" w:cs="Amiri"/>
          <w:lang w:val="zh-CN" w:eastAsia="zh-CN" w:bidi="ar-SA"/>
          <w:color w:val="000000"/>
          <w:sz w:val="19"/>
          <w:rtl w:val="0"/>
        </w:rPr>
        <w:t>要以圣门弟子蒙受《古兰经》称许的“优先他人”美德为自己的准则。也就是说，在接受馈赠和施舍时，要把别人置于自己之前；对于因宗教服务而来的物质利益，不要主动要求，也不要在心中渴求，只把它看作Allah的一项施恩，不接受人们以此施予的人情，也不把它当作宗教服务的报酬。因为，不应当在今世为宗教服务索取任何东西，以免纯诚丧失。诚然，他们有权由共同体保障生计，也有资格接受天课；但这不可索求，只能由别人给予。给予时，也不能说：“这是我服务的报酬。”而应尽可能知足，把其他合格且更有资格者的需要置于自己的需要之前；以“他们宁愿让别人优先于自己，即使自身正处匮乏，也仍把别人的需要放在前面”这一奥义，便能脱离这可怕的危险，获得纯诚。</w:t>
      </w:r>
    </w:p>
  </w:footnote>
  <w:footnote w:id="23">
    <w:p>
      <w:pPr>
        <w:pStyle w:val="FootnoteText"/>
      </w:pPr>
      <w:r>
        <w:rPr>
          <w:rStyle w:val="FootnoteReference"/>
        </w:rPr>
        <w:footnoteRef/>
      </w:r>
      <w:r>
        <w:rPr>
          <w:rFonts w:ascii="Times New Roman" w:hAnsi="Times New Roman" w:eastAsia="Noto Serif SC" w:cs="Amiri"/>
          <w:lang w:val="zh-CN" w:eastAsia="zh-CN" w:bidi="ar-SA"/>
          <w:color w:val="000000"/>
          <w:sz w:val="19"/>
          <w:rtl w:val="0"/>
        </w:rPr>
        <w:t>的确，</w:t>
      </w:r>
      <w:r>
        <w:rPr>
          <w:rFonts w:ascii="Amiri" w:hAnsi="Amiri" w:eastAsia="Amiri" w:cs="Amiri"/>
          <w:lang w:val="zh-CN" w:eastAsia="zh-CN" w:bidi="ar-SA"/>
          <w:rtl w:val="1"/>
          <w:cs w:val="1"/>
          <w:color w:val="000000"/>
          <w:sz w:val="22"/>
          <w:szCs w:val="22"/>
        </w:rPr>
        <w:t>ﻣَﻦْ ﻃَﻠَﺐَ ﻭَ ﺟَﺪَّ ﻭَﺟَﺪَ</w:t>
      </w:r>
      <w:r>
        <w:rPr>
          <w:rFonts w:ascii="Times New Roman" w:hAnsi="Times New Roman" w:eastAsia="Noto Serif SC" w:cs="Amiri"/>
          <w:lang w:val="zh-CN" w:eastAsia="zh-CN" w:bidi="ar-SA"/>
          <w:color w:val="000000"/>
          <w:sz w:val="19"/>
          <w:rtl w:val="0"/>
        </w:rPr>
        <w:t>（凡寻求并勤勉努力、不懈奔走的人，就会找到所求）是一条真实的准则。它的涵盖面很广，其广泛性也可以包括我们的道路。</w:t>
      </w:r>
    </w:p>
  </w:footnote>
  <w:footnote w:id="24">
    <w:p>
      <w:pPr>
        <w:pStyle w:val="FootnoteText"/>
      </w:pPr>
      <w:r>
        <w:rPr>
          <w:rStyle w:val="FootnoteReference"/>
        </w:rPr>
        <w:footnoteRef/>
      </w:r>
      <w:r>
        <w:rPr>
          <w:rFonts w:ascii="Times New Roman" w:hAnsi="Times New Roman" w:eastAsia="Noto Serif SC" w:cs="Amiri"/>
          <w:lang w:val="zh-CN" w:eastAsia="zh-CN" w:bidi="ar-SA"/>
          <w:color w:val="000000"/>
          <w:sz w:val="19"/>
          <w:rtl w:val="0"/>
        </w:rPr>
        <w:t>正如可靠圣训所传述，末世之时，尔萨之教中真正虔敬的人，将与《古兰经》的信众团结起来，共同抵御他们的共同敌人——无神否认；同样，在今天，虔敬者与真理实相之人，不仅要与信仰相同、道路相同、情同兄弟的人真诚团结，即使面对尔萨之教信徒中真正虔敬的神职人员，也应暂时不把分歧之点变成争论与争端，因为他们需要团结起来，抵御共同的敌人——那些肆意侵逼的无宗教者。</w:t>
      </w:r>
    </w:p>
  </w:footnote>
  <w:footnote w:id="25">
    <w:p>
      <w:pPr>
        <w:pStyle w:val="FootnoteText"/>
      </w:pPr>
      <w:r>
        <w:rPr>
          <w:rStyle w:val="FootnoteReference"/>
        </w:rPr>
        <w:footnoteRef/>
      </w:r>
      <w:r>
        <w:rPr>
          <w:rFonts w:ascii="Times New Roman" w:hAnsi="Times New Roman" w:eastAsia="Noto Serif SC" w:cs="Amiri"/>
          <w:lang w:val="zh-CN" w:eastAsia="zh-CN" w:bidi="ar-SA"/>
          <w:color w:val="000000"/>
          <w:sz w:val="19"/>
          <w:rtl w:val="0"/>
        </w:rPr>
        <w:t>在欧洲各委员会中，最激烈、最有影响力、在某种意义上也最强大的，是性情文雅、柔弱而细腻的女性在美国成立的妇女权利与自由委员会；同样，亚美尼亚人在各民族中人数少而力量弱，他们的委员会却表现出强有力的自我牺牲精神。这些都证实了我们的论断。</w:t>
      </w:r>
    </w:p>
  </w:footnote>
  <w:footnote w:id="26">
    <w:p>
      <w:pPr>
        <w:pStyle w:val="FootnoteText"/>
      </w:pPr>
      <w:r>
        <w:rPr>
          <w:rStyle w:val="FootnoteReference"/>
        </w:rPr>
        <w:footnoteRef/>
      </w:r>
      <w:r>
        <w:rPr>
          <w:rFonts w:ascii="Times New Roman" w:hAnsi="Times New Roman" w:eastAsia="Noto Serif SC" w:cs="Amiri"/>
          <w:lang w:val="zh-CN" w:eastAsia="zh-CN" w:bidi="ar-SA"/>
          <w:color w:val="000000"/>
          <w:sz w:val="19"/>
          <w:rtl w:val="0"/>
        </w:rPr>
        <w:t>从一个重要方面提出的重要问题：传述中说，乐园里会赐给一个人一片五百年的乐园。这一真理如何能纳入尘世理智的胸怀？答：正如在这个世界上，每个人都拥有一个如世界般广大、属于自己而又短暂的世界。那个世界的支柱是他的生命。他凭外在和内在的感受从自己的世界获益。他说：“太阳是我的一盏灯，群星是我的蜡烛。”其他受造物和有生命者的存在，并不妨碍那个人的所有；相反，它们使他的私人世界更加欢盛、更添装饰。同样——只是高出数千个层次——每位信徒除了自己那座包含数千座宫殿与数千名乐园仙女的专属花园之外，还在公共乐园中，各有一片广达五百年的私人乐园。他以随自身品级而展开的感受与感觉，以一种配得乐园与永恒的方式从中获益。他人的参与不但不会减损他的所有和获益，反而增添力量，也装饰他那专属而宽广的乐园。确实，正如在这个世界上，一个人可以从一座供一小时游赏的花园、一处供一日游赏的胜地、一片供一月居留的地方，以及一次为期一年的郊野之旅中，借自己的口、耳、眼、愉悦感、味觉和其他感受获得益处；同样，在这个短暂的地方，只能从供一小时游赏的花园获益的嗅觉能力与味觉能力，在那个永存的地方，也能从供一年游赏的花园获得同样的益处。在这里，只能从供一年游赏的胜地获益的视觉能力与听觉能力，在那里，却能在为期五百年的胜地之旅中，以与那座宏伟、处处装饰的地方相称的方式获益。每位信徒都凭借依其品级以及他在尘世所获回赐与善功而舒展、展开的感受，获得乐趣、品味愉悦并受益。</w:t>
      </w:r>
    </w:p>
  </w:footnote>
  <w:footnote w:id="27">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凭借纯一忠诚的奥义而诚挚地相互支撑、团结联合，既能带来无穷的利益，也是抵御各种恐惧、乃至抵御死亡的最重要屏障和依靠支点。因为，死亡来临时，只取走一个灵魂。凭真实兄弟情谊的奥义，人在追求Allah悦纳的道路上、在关乎后世的工作中，拥有与兄弟人数一样多的灵魂。因此，即使其中一个死去，他也会说：“愿我的其他灵魂安然长存。因为那些灵魂不断为我赢得回赐，使我的精神生命得以延续，所以我并没有死去。”于是含笑迎接死亡。他又说：“借那些灵魂，我在回赐方面仍然活着，只在罪过方面死去。”然后安然躺下。</w:t>
      </w:r>
    </w:p>
  </w:footnote>
  <w:footnote w:id="28">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是的，真正有福的人，是为了赢得从《古兰经》的丰沛甘泉滤出的甜美而广大的池水，把自己如一块冰般的人格与自我主张投入池中并使之消融的人。</w:t>
      </w:r>
    </w:p>
  </w:footnote>
  <w:footnote w:id="29">
    <w:p>
      <w:pPr>
        <w:pStyle w:val="FootnoteText"/>
      </w:pPr>
      <w:r>
        <w:rPr>
          <w:rStyle w:val="FootnoteReference"/>
        </w:rPr>
        <w:footnoteRef/>
      </w:r>
      <w:r>
        <w:rPr>
          <w:rFonts w:ascii="Times New Roman" w:hAnsi="Times New Roman" w:eastAsia="Noto Serif SC" w:cs="Amiri"/>
          <w:lang w:val="zh-CN" w:eastAsia="zh-CN" w:bidi="ar-SA"/>
          <w:color w:val="000000"/>
          <w:sz w:val="19"/>
          <w:rtl w:val="0"/>
        </w:rPr>
        <w:t>我们请求我们的导师亲自解释他在这封宝贵书信中所指出的五种崇拜功修。所得解释如下：一、在精神上与迷误者作斗争，这是最重要的一种奋斗。二、通过协助自己的导师传播真理来服务。三、在信仰方面服务穆斯林。四、用笔求取知识。五、实践思悟性的崇拜功修；有时一小时便等同于一年的崇拜功修。吕什迪、许斯雷夫、雷费特</w:t>
      </w:r>
    </w:p>
  </w:footnote>
  <w:footnote w:id="30">
    <w:p>
      <w:pPr>
        <w:pStyle w:val="FootnoteText"/>
      </w:pPr>
      <w:r>
        <w:rPr>
          <w:rStyle w:val="FootnoteReference"/>
        </w:rPr>
        <w:footnoteRef/>
      </w:r>
      <w:r>
        <w:rPr>
          <w:rFonts w:ascii="Times New Roman" w:hAnsi="Times New Roman" w:eastAsia="Noto Serif SC" w:cs="Amiri"/>
          <w:lang w:val="zh-CN" w:eastAsia="zh-CN" w:bidi="ar-SA"/>
          <w:color w:val="000000"/>
          <w:sz w:val="19"/>
          <w:rtl w:val="0"/>
        </w:rPr>
        <w:t>新赛义德说：在这个场合，旧赛义德以夸耀的口吻所说的这些话，我并不赞同。因为在这篇论著中把话语交给了他，我无法让他住口；为了让他向那些自我主张过强的人显露一点自我主张，我便保持沉默。</w:t>
      </w:r>
    </w:p>
  </w:footnote>
  <w:footnote w:id="31">
    <w:p>
      <w:pPr>
        <w:pStyle w:val="FootnoteText"/>
      </w:pPr>
      <w:r>
        <w:rPr>
          <w:rStyle w:val="FootnoteReference"/>
        </w:rPr>
        <w:footnoteRef/>
      </w:r>
      <w:r>
        <w:rPr>
          <w:rFonts w:ascii="Times New Roman" w:hAnsi="Times New Roman" w:eastAsia="Noto Serif SC" w:cs="Amiri"/>
          <w:lang w:val="zh-CN" w:eastAsia="zh-CN" w:bidi="ar-SA"/>
          <w:color w:val="000000"/>
          <w:sz w:val="19"/>
          <w:rtl w:val="0"/>
        </w:rPr>
        <w:t>这部论著撰写的缘由，是有人以极具侵犯性、极其丑恶的方式贬损信仰诸真理，把自己败坏的理智无法理解的称为荒诞迷信，又将无宗教归于自然，从而攻击《古兰经》。那次攻击使心灵升起强烈愤怒，并让这愤怒倾注于笔端，使那些悖信者和背弃真理的谬误宗派信徒尝到了猛烈而沉重的耳光。除此之外，《光明论集》的道路本是高洁、温和而柔言善语的。</w:t>
      </w:r>
    </w:p>
  </w:footnote>
  <w:footnote w:id="32">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若有隶属关系，那粒种子便会从Allah的预知与裁定中领受一道命令，成就那些超乎常规的事业。若切断那种隶属关系，那粒种子的被创造，就会比整棵巨大松树的被创造需要更多的装备、能力和技艺。因为，山上那棵有形的松树是权能的作品，它的全部器官与装备，都必须存在于种子中那棵属于预知与裁定之作的精神之树里。因为，那棵大树的工厂就是这粒种子。种子里面那棵预定之树，借权能在外部显现，成为有形的松树。</w:t>
      </w:r>
    </w:p>
  </w:footnote>
  <w:footnote w:id="33">
    <w:p>
      <w:pPr>
        <w:pStyle w:val="FootnoteText"/>
      </w:pPr>
      <w:r>
        <w:rPr>
          <w:rStyle w:val="FootnoteReference"/>
        </w:rPr>
        <w:footnoteRef/>
      </w:r>
      <w:r>
        <w:rPr>
          <w:rFonts w:ascii="Times New Roman" w:hAnsi="Times New Roman" w:eastAsia="Noto Serif SC" w:cs="Amiri"/>
          <w:lang w:val="zh-CN" w:eastAsia="zh-CN" w:bidi="ar-SA"/>
          <w:color w:val="000000"/>
          <w:sz w:val="19"/>
          <w:rtl w:val="0"/>
        </w:rPr>
        <w:t>以下一段，摘自面对法庭、并使法庭无言以对的最高法院上诉书答辩：“我也对司法法庭说：一个人依据三十五万部经注的确认与共识，并遵循一千三百五十年来我们先祖的信念，解释一条在一千三百五十年间、在每个时代三亿五千万人的社会生活中最神圣、最真实、最切合真理的神圣原则；一项不义的判决竟将此人定罪。只要大地上还有正义，那判决必遭驳回，这项裁决必被撤销！”</w:t>
      </w:r>
    </w:p>
  </w:footnote>
  <w:footnote w:id="34">
    <w:p>
      <w:pPr>
        <w:pStyle w:val="FootnoteText"/>
      </w:pPr>
      <w:r>
        <w:rPr>
          <w:rStyle w:val="FootnoteReference"/>
        </w:rPr>
        <w:footnoteRef/>
      </w:r>
      <w:r>
        <w:rPr>
          <w:rFonts w:ascii="Times New Roman" w:hAnsi="Times New Roman" w:eastAsia="Noto Serif SC" w:cs="Amiri"/>
          <w:lang w:val="zh-CN" w:eastAsia="zh-CN" w:bidi="ar-SA"/>
          <w:color w:val="000000"/>
          <w:sz w:val="19"/>
          <w:rtl w:val="0"/>
        </w:rPr>
        <w:t>这部论著在四小时半内写成。是的，吕什迪；是的，雷费特；是的，许斯雷夫；是的，赛义德。</w:t>
      </w:r>
    </w:p>
  </w:footnote>
  <w:footnote w:id="35">
    <w:p>
      <w:pPr>
        <w:pStyle w:val="FootnoteText"/>
      </w:pPr>
      <w:r>
        <w:rPr>
          <w:rStyle w:val="FootnoteReference"/>
        </w:rPr>
        <w:footnoteRef/>
      </w:r>
      <w:r>
        <w:rPr>
          <w:rFonts w:ascii="Times New Roman" w:hAnsi="Times New Roman" w:eastAsia="Noto Serif SC" w:cs="Amiri"/>
          <w:lang w:val="zh-CN" w:eastAsia="zh-CN" w:bidi="ar-SA"/>
          <w:color w:val="000000"/>
          <w:sz w:val="19"/>
          <w:rtl w:val="0"/>
        </w:rPr>
        <w:t>由于这道《闪光》是自然想起的，第六层写了两味药剂。为不碰伤它的自然状态，我们原样保留；想到或许有某种奥义，也未作改动。</w:t>
      </w:r>
    </w:p>
  </w:footnote>
  <w:footnote w:id="36">
    <w:p>
      <w:pPr>
        <w:pStyle w:val="FootnoteText"/>
      </w:pPr>
      <w:r>
        <w:rPr>
          <w:rStyle w:val="FootnoteReference"/>
        </w:rPr>
        <w:footnoteRef/>
      </w:r>
      <w:r>
        <w:rPr>
          <w:rFonts w:ascii="Times New Roman" w:hAnsi="Times New Roman" w:eastAsia="Noto Serif SC" w:cs="Amiri"/>
          <w:lang w:val="zh-CN" w:eastAsia="zh-CN" w:bidi="ar-SA"/>
          <w:color w:val="000000"/>
          <w:sz w:val="19"/>
          <w:rtl w:val="0"/>
        </w:rPr>
        <w:t>这种疾病使人获得精神殉道品级，期限至产褥期，即四十天。</w:t>
      </w:r>
    </w:p>
  </w:footnote>
  <w:footnote w:id="37">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是的，某些疾病是祈祷存在的原因；若祈祷又成为疾病不存在的原因，祈祷的存在就会成为自身不存在的原因，而这是不可能的。</w:t>
      </w:r>
    </w:p>
  </w:footnote>
  <w:footnote w:id="38">
    <w:p>
      <w:pPr>
        <w:pStyle w:val="FootnoteText"/>
      </w:pPr>
      <w:r>
        <w:rPr>
          <w:rStyle w:val="FootnoteReference"/>
        </w:rPr>
        <w:footnoteRef/>
      </w:r>
      <w:r>
        <w:rPr>
          <w:rFonts w:ascii="Times New Roman" w:hAnsi="Times New Roman" w:eastAsia="Noto Serif SC" w:cs="Amiri"/>
          <w:lang w:val="zh-CN" w:eastAsia="zh-CN" w:bidi="ar-SA"/>
          <w:color w:val="000000"/>
          <w:sz w:val="19"/>
          <w:rtl w:val="0"/>
        </w:rPr>
        <w:t>后来补写的提醒中的两个艾利弗字母不可能纳入这项计算，因此未计入。</w:t>
      </w:r>
    </w:p>
  </w:footnote>
  <w:footnote w:id="39">
    <w:p>
      <w:pPr>
        <w:pStyle w:val="FootnoteText"/>
      </w:pPr>
      <w:r>
        <w:rPr>
          <w:rStyle w:val="FootnoteReference"/>
        </w:rPr>
        <w:footnoteRef/>
      </w:r>
      <w:r>
        <w:rPr>
          <w:rFonts w:ascii="Times New Roman" w:hAnsi="Times New Roman" w:eastAsia="Noto Serif SC" w:cs="Amiri"/>
          <w:lang w:val="zh-CN" w:eastAsia="zh-CN" w:bidi="ar-SA"/>
          <w:color w:val="000000"/>
          <w:sz w:val="19"/>
          <w:rtl w:val="0"/>
        </w:rPr>
        <w:t>既然在《阿里非凡恩迹》和《高斯非凡恩迹》中，“赛义德”词尾为呼唤而设有一个艾利弗字母——赛义达——那么，多出的这个艾利弗字母或许正对应那一个。雷费特、许斯雷夫</w:t>
      </w:r>
    </w:p>
  </w:footnote>
  <w:footnote w:id="40">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也就是说，我的心灵全力祈求永存，Allah的智慧却要求我的肉身归于毁坏；我患了连卢格曼医生也找不到疗法的无药之病。</w:t>
      </w:r>
    </w:p>
  </w:footnote>
  <w:footnote w:id="41">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从这一譬喻可见，证明某事存在很容易，否认并证明其不存在却极其困难。譬如，一人说：“地球上有一座非凡的花园，园中果实是牛奶罐头。”另一人说：“没有。”证明者只需指出其位置或展示其中一些果实，就能容易证明主张。否认者却必须观看并展示整个地球，才能证明自己的否定。同样，宣告乐园存在的人，已展示其数十万影响、果实和迹象；除此以外，两位诚实证人的见证便足以证明其存在。否认者却必须观看整个无尽宇宙和无尽永恒，并加以筛选后，才能证明自己的否认，显示其不存在。老年兄弟们啊！由此可见，对后世的信仰何等坚强。</w:t>
      </w:r>
    </w:p>
  </w:footnote>
  <w:footnote w:id="42">
    <w:p>
      <w:pPr>
        <w:pStyle w:val="FootnoteText"/>
      </w:pPr>
      <w:r>
        <w:rPr>
          <w:rStyle w:val="FootnoteReference"/>
        </w:rPr>
        <w:footnoteRef/>
      </w:r>
      <w:r>
        <w:rPr>
          <w:rFonts w:ascii="Times New Roman" w:hAnsi="Times New Roman" w:eastAsia="Noto Serif SC" w:cs="Amiri"/>
          <w:lang w:val="zh-CN" w:eastAsia="zh-CN" w:bidi="ar-SA"/>
          <w:color w:val="000000"/>
          <w:sz w:val="19"/>
          <w:rtl w:val="0"/>
        </w:rPr>
        <w:t>当时，这种心境以波斯语祈祷诗的形式来到心中，我便写下；已在安卡拉印于《尘埃论著》。</w:t>
      </w:r>
    </w:p>
  </w:footnote>
  <w:footnote w:id="43">
    <w:p>
      <w:pPr>
        <w:pStyle w:val="FootnoteText"/>
      </w:pPr>
      <w:r>
        <w:rPr>
          <w:rStyle w:val="FootnoteReference"/>
        </w:rPr>
        <w:footnoteRef/>
      </w:r>
      <w:r>
        <w:rPr>
          <w:rFonts w:ascii="Times New Roman" w:hAnsi="Times New Roman" w:eastAsia="Noto Serif SC" w:cs="Amiri"/>
          <w:lang w:val="zh-CN" w:eastAsia="zh-CN" w:bidi="ar-SA"/>
          <w:color w:val="000000"/>
          <w:sz w:val="19"/>
          <w:rtl w:val="0"/>
        </w:rPr>
        <w:t>圣训全文是：</w:t>
      </w:r>
      <w:r>
        <w:rPr>
          <w:rFonts w:ascii="Amiri" w:hAnsi="Amiri" w:eastAsia="Amiri" w:cs="Amiri"/>
          <w:lang w:val="zh-CN" w:eastAsia="zh-CN" w:bidi="ar-SA"/>
          <w:rtl w:val="1"/>
          <w:cs w:val="1"/>
          <w:color w:val="000000"/>
          <w:sz w:val="22"/>
          <w:szCs w:val="22"/>
        </w:rPr>
        <w:t>وَلَوْلَا ﺍﻟْﺒَﻬَﺎﺋِﻢُ ﺍﻟﺮُّﺗَّﻊُ ﻭَﺍﻟﺼُّﺒْﻴَﺎﻥُ ﺍﻟﺮُّﺿَّﻊُ ﺍِﻟٰﻰ ﺍٰﺧِﺮِ</w:t>
      </w:r>
      <w:r>
        <w:rPr>
          <w:rFonts w:ascii="Times New Roman" w:hAnsi="Times New Roman" w:eastAsia="Noto Serif SC" w:cs="Amiri"/>
          <w:lang w:val="zh-CN" w:eastAsia="zh-CN" w:bidi="ar-SA"/>
          <w:color w:val="000000"/>
          <w:sz w:val="19"/>
          <w:rtl w:val="0"/>
        </w:rPr>
        <w:t>（若非那些伏地吃草的牲畜与吮乳的婴儿……）——</w:t>
      </w:r>
      <w:r>
        <w:rPr>
          <w:rFonts w:ascii="Amiri" w:hAnsi="Amiri" w:eastAsia="Amiri" w:cs="Amiri"/>
          <w:lang w:val="zh-CN" w:eastAsia="zh-CN" w:bidi="ar-SA"/>
          <w:rtl w:val="1"/>
          <w:cs w:val="1"/>
          <w:color w:val="000000"/>
          <w:sz w:val="22"/>
          <w:szCs w:val="22"/>
        </w:rPr>
        <w:t>ﺍَﻭْ ﻛَﻤَﺎ ﻗَﺎﻝَ</w:t>
      </w:r>
      <w:r>
        <w:rPr>
          <w:rFonts w:ascii="Times New Roman" w:hAnsi="Times New Roman" w:eastAsia="Noto Serif SC" w:cs="Amiri"/>
          <w:lang w:val="zh-CN" w:eastAsia="zh-CN" w:bidi="ar-SA"/>
          <w:color w:val="000000"/>
          <w:sz w:val="19"/>
          <w:rtl w:val="0"/>
        </w:rPr>
        <w:t>（或者，正如他大致所说的那样）——</w:t>
      </w:r>
    </w:p>
  </w:footnote>
  <w:footnote w:id="44">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这一真理已在其他论著中，尤其《第十言》和《第二十九言》中，得到如二二得四般确凿的证明。</w:t>
      </w:r>
    </w:p>
  </w:footnote>
  <w:footnote w:id="45">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也就是说，你们在Allah以外呼唤和崇拜的一切，即使聚集起来，也不能创造一只苍蝇。</w:t>
      </w:r>
    </w:p>
  </w:footnote>
  <w:footnote w:id="46">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这位穆斯塔法的弟弟小阿里，以自己优美而健康的笔，抄写了七百多部《光明论》论著，完全在实际中成为一位阿卜杜拉赫曼，也培养了许多阿卜杜拉赫曼。</w:t>
      </w:r>
    </w:p>
  </w:footnote>
  <w:footnote w:id="47">
    <w:p>
      <w:pPr>
        <w:pStyle w:val="FootnoteText"/>
      </w:pPr>
      <w:r>
        <w:rPr>
          <w:rStyle w:val="FootnoteReference"/>
        </w:rPr>
        <w:footnoteRef/>
      </w:r>
      <w:r>
        <w:rPr>
          <w:rFonts w:ascii="Times New Roman" w:hAnsi="Times New Roman" w:eastAsia="Noto Serif SC" w:cs="Amiri"/>
          <w:lang w:val="zh-CN" w:eastAsia="zh-CN" w:bidi="ar-SA"/>
          <w:color w:val="000000"/>
          <w:sz w:val="19"/>
          <w:rtl w:val="0"/>
        </w:rPr>
        <w:t>诚然，他证明自己不仅值得被接纳，也值得被迎接。补充：一件证实我导师关于《光明论》第一弟子穆斯塔法值得被迎接的判断之事：宰牲节前一天，我的导师要外出。他派我去牵马时，我对他说：“你不要下楼，我随手关上门，从柴房出去。”导师说：“不，你从大门出去。”说着便下楼。我从大门出去后，他从里面闩上门。我离开，他回到楼上，随后躺下。过了一会儿，库雷奥内·穆斯塔法和哈吉·奥斯曼一起来了。我的导师当时不接见任何人，也不打算接见；尤其那时，他绝不会同时让两个人进来，总会让他们回去。可是，这里提到的我们的兄弟库雷奥内·穆斯塔法与哈吉·奥斯曼来到时，那扇门仿佛以状态之语对他说：“导师不会接纳你，但我会为你打开。”于是，从里面闩上的门自行向穆斯塔法敞开。可见，正如迎接表明了导师所说“穆斯塔法值得被迎接”，门也为这句话作了见证。许斯雷夫。是的，许斯雷夫所写属实，我予以确认。那扇门替我迎接并接纳了这位尊贵的穆斯塔法。赛义德·努尔西</w:t>
      </w:r>
    </w:p>
  </w:footnote>
  <w:footnote w:id="48">
    <w:p>
      <w:pPr>
        <w:pStyle w:val="FootnoteText"/>
      </w:pPr>
      <w:r>
        <w:rPr>
          <w:rStyle w:val="FootnoteReference"/>
        </w:rPr>
        <w:footnoteRef/>
      </w:r>
      <w:r>
        <w:rPr>
          <w:rFonts w:ascii="Times New Roman" w:hAnsi="Times New Roman" w:eastAsia="Noto Serif SC" w:cs="Amiri"/>
          <w:lang w:val="zh-CN" w:eastAsia="zh-CN" w:bidi="ar-SA"/>
          <w:color w:val="000000"/>
          <w:sz w:val="19"/>
          <w:rtl w:val="0"/>
        </w:rPr>
        <w:t>这里有一处微妙的吻合：这第十三项恳求所谈的学府事件，正发生在十三年前。</w:t>
      </w:r>
    </w:p>
  </w:footnote>
  <w:footnote w:id="49">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也就是说，如地震、风暴、洪水、瘟疫和火灾。</w:t>
      </w:r>
    </w:p>
  </w:footnote>
  <w:footnote w:id="50">
    <w:p>
      <w:pPr>
        <w:pStyle w:val="FootnoteText"/>
      </w:pPr>
      <w:r>
        <w:rPr>
          <w:rStyle w:val="FootnoteReference"/>
        </w:rPr>
        <w:footnoteRef/>
      </w:r>
      <w:r>
        <w:rPr>
          <w:rFonts w:ascii="Times New Roman" w:hAnsi="Times New Roman" w:eastAsia="Noto Serif SC" w:cs="Amiri"/>
          <w:lang w:val="zh-CN" w:eastAsia="zh-CN" w:bidi="ar-SA"/>
          <w:color w:val="000000"/>
          <w:sz w:val="19"/>
          <w:rtl w:val="0"/>
        </w:rPr>
        <w:t>由于《光明论》的著述已于三年前完成，这第十五项恳求是为了日后由一位光明弟子补全《老年人闪光篇》——即续写其著述——而写，作为其依据。</w:t>
      </w:r>
    </w:p>
  </w:footnote>
  <w:footnote w:id="51">
    <w:p>
      <w:pPr>
        <w:pStyle w:val="FootnoteText"/>
      </w:pPr>
      <w:r>
        <w:rPr>
          <w:rStyle w:val="FootnoteReference"/>
        </w:rPr>
        <w:footnoteRef/>
      </w:r>
      <w:r>
        <w:rPr>
          <w:rFonts w:ascii="Times New Roman" w:hAnsi="Times New Roman" w:eastAsia="Noto Serif SC" w:cs="Amiri"/>
          <w:lang w:val="zh-CN" w:eastAsia="zh-CN" w:bidi="ar-SA"/>
          <w:color w:val="000000"/>
          <w:sz w:val="19"/>
          <w:rtl w:val="0"/>
        </w:rPr>
        <w:t>降临于艾哈迈德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的慈悯，关照着整个共同体在永无终尽的时光中的种种需要。因此，向他致以无穷的祝福，实属恰当。试想，若有人走进一座如世界般广大、因疏忽而黑暗、荒凉可怕而空荡的屋宇，他会何等震惊、惶恐、慌乱；忽然屋宇被照亮，一位亲切、予人慰藉、令人爱戴、深受钟爱的最尊贵援助者出现在中央，又把屋宇那位至慈而慷慨的所有者Allah，借屋内每一件事物介绍给他、使他认识，那会给他带来多少喜悦、亲近、欢欣、光明与宽慰，请你衡量。也请你估量，向那位负有使者使命的尊者致以尊荣、恩福与平安，具有何等价值与甜美。</w:t>
      </w:r>
    </w:p>
  </w:footnote>
  <w:footnote w:id="52">
    <w:p>
      <w:pPr>
        <w:pStyle w:val="FootnoteText"/>
      </w:pPr>
      <w:r>
        <w:rPr>
          <w:rStyle w:val="FootnoteReference"/>
        </w:rPr>
        <w:footnoteRef/>
      </w:r>
      <w:r>
        <w:rPr>
          <w:rFonts w:ascii="Times New Roman" w:hAnsi="Times New Roman" w:eastAsia="Noto Serif SC" w:cs="Amiri"/>
          <w:lang w:val="zh-CN" w:eastAsia="zh-CN" w:bidi="ar-SA"/>
          <w:color w:val="000000"/>
          <w:sz w:val="19"/>
          <w:rtl w:val="0"/>
        </w:rPr>
        <w:t>正如两位天使因譬喻的奥义被称为“塞夫尔”与“胡特”，普通人却把它们理解为一头巨牛和一条巨鱼。</w:t>
      </w:r>
    </w:p>
  </w:footnote>
  <w:footnote w:id="53">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这一部分也对每个人都有益。</w:t>
      </w:r>
    </w:p>
  </w:footnote>
  <w:footnote w:id="54">
    <w:p>
      <w:pPr>
        <w:pStyle w:val="FootnoteText"/>
      </w:pPr>
      <w:r>
        <w:rPr>
          <w:rStyle w:val="FootnoteReference"/>
        </w:rPr>
        <w:footnoteRef/>
      </w:r>
      <w:r>
        <w:rPr>
          <w:rFonts w:ascii="Times New Roman" w:hAnsi="Times New Roman" w:eastAsia="Noto Serif SC" w:cs="Amiri"/>
          <w:lang w:val="zh-CN" w:eastAsia="zh-CN" w:bidi="ar-SA"/>
          <w:color w:val="000000"/>
          <w:sz w:val="19"/>
          <w:rtl w:val="0"/>
        </w:rPr>
        <w:t>值得注意的是，《光明论》学生中一部分人的拘留始于一九三五年四月二十五日。拘留令中被列为罪犯的虽有一百一十七人，但其中两人的名字重复。因此，学生人数与一百一十七之数相吻合，从这部分人被拘留到判决之日也恰为一百一十七天，与前面的诸种吻合相契合，又增添了一层优美。</w:t>
      </w:r>
    </w:p>
  </w:footnote>
  <w:footnote w:id="55">
    <w:p>
      <w:pPr>
        <w:pStyle w:val="FootnoteText"/>
      </w:pPr>
      <w:r>
        <w:rPr>
          <w:rStyle w:val="FootnoteReference"/>
        </w:rPr>
        <w:footnoteRef/>
      </w:r>
      <w:r>
        <w:rPr>
          <w:rFonts w:ascii="Amiri" w:hAnsi="Amiri" w:eastAsia="Amiri" w:cs="Amiri"/>
          <w:lang w:val="zh-CN" w:eastAsia="zh-CN" w:bidi="ar-SA"/>
          <w:rtl w:val="1"/>
          <w:cs w:val="1"/>
          <w:color w:val="000000"/>
          <w:sz w:val="22"/>
          <w:szCs w:val="22"/>
        </w:rPr>
        <w:t>اَلْاَيْسُ</w:t>
      </w:r>
      <w:r>
        <w:rPr>
          <w:rFonts w:ascii="Times New Roman" w:hAnsi="Times New Roman" w:eastAsia="Noto Serif SC" w:cs="Amiri"/>
          <w:lang w:val="zh-CN" w:eastAsia="zh-CN" w:bidi="ar-SA"/>
          <w:color w:val="000000"/>
          <w:sz w:val="19"/>
          <w:rtl w:val="0"/>
        </w:rPr>
        <w:t>（实有、存在）：意为实有、存在</w:t>
      </w:r>
    </w:p>
  </w:footnote>
  <w:footnote w:id="56">
    <w:p>
      <w:pPr>
        <w:pStyle w:val="FootnoteText"/>
      </w:pPr>
      <w:r>
        <w:rPr>
          <w:rStyle w:val="FootnoteReference"/>
        </w:rPr>
        <w:footnoteRef/>
      </w:r>
      <w:r>
        <w:rPr>
          <w:rFonts w:ascii="Amiri" w:hAnsi="Amiri" w:eastAsia="Amiri" w:cs="Amiri"/>
          <w:lang w:val="zh-CN" w:eastAsia="zh-CN" w:bidi="ar-SA"/>
          <w:rtl w:val="1"/>
          <w:cs w:val="1"/>
          <w:color w:val="000000"/>
          <w:sz w:val="22"/>
          <w:szCs w:val="22"/>
        </w:rPr>
        <w:t>ﺍَﻟﻠَّﻴْﺲُ</w:t>
      </w:r>
      <w:r>
        <w:rPr>
          <w:rFonts w:ascii="Times New Roman" w:hAnsi="Times New Roman" w:eastAsia="Noto Serif SC" w:cs="Amiri"/>
          <w:lang w:val="zh-CN" w:eastAsia="zh-CN" w:bidi="ar-SA"/>
          <w:color w:val="000000"/>
          <w:sz w:val="19"/>
          <w:rtl w:val="0"/>
        </w:rPr>
        <w:t>（纯粹的无有、绝对不存在）：意为纯粹的无有、绝对不存在</w:t>
      </w:r>
    </w:p>
  </w:footnote>
  <w:footnote w:id="57">
    <w:p>
      <w:pPr>
        <w:pStyle w:val="FootnoteText"/>
      </w:pPr>
      <w:r>
        <w:rPr>
          <w:rStyle w:val="FootnoteReference"/>
        </w:rPr>
        <w:footnoteRef/>
      </w:r>
      <w:r>
        <w:rPr>
          <w:rFonts w:ascii="Times New Roman" w:hAnsi="Times New Roman" w:eastAsia="Noto Serif SC" w:cs="Amiri"/>
          <w:lang w:val="zh-CN" w:eastAsia="zh-CN" w:bidi="ar-SA"/>
          <w:color w:val="000000"/>
          <w:sz w:val="19"/>
          <w:rtl w:val="0"/>
        </w:rPr>
        <w:t>第三层级着眼于一朵个别的花和一位美丽的女子。整个春天是一朵花，乐园也如同一朵花，它们都是这一层级的彰显处。世界是一位美丽而宏大的人；乐园天女族类、诸灵性存在群体、动物种类和人类，各自在精神意义上都如同一位美丽的人，在各自的书页中展示这一层级所显示的诸尊名</w:t>
      </w:r>
    </w:p>
  </w:footnote>
  <w:footnote w:id="58">
    <w:p>
      <w:pPr>
        <w:pStyle w:val="FootnoteText"/>
      </w:pPr>
      <w:r>
        <w:rPr>
          <w:rStyle w:val="FootnoteReference"/>
        </w:rPr>
        <w:footnoteRef/>
      </w:r>
      <w:r>
        <w:rPr>
          <w:rFonts w:ascii="Times New Roman" w:hAnsi="Times New Roman" w:eastAsia="Noto Serif SC" w:cs="Amiri"/>
          <w:lang w:val="zh-CN" w:eastAsia="zh-CN" w:bidi="ar-SA"/>
          <w:color w:val="000000"/>
          <w:sz w:val="19"/>
          <w:rtl w:val="0"/>
        </w:rPr>
        <w:t>已在《第三十二言》第一停驻处的附篇和《第二十封书信》第二篇中得到阐释</w:t>
      </w:r>
    </w:p>
  </w:footnote>
  <w:footnote w:id="59">
    <w:p>
      <w:pPr>
        <w:pStyle w:val="FootnoteText"/>
      </w:pPr>
      <w:r>
        <w:rPr>
          <w:rStyle w:val="FootnoteReference"/>
        </w:rPr>
        <w:footnoteRef/>
      </w:r>
      <w:r>
        <w:rPr>
          <w:rFonts w:ascii="Times New Roman" w:hAnsi="Times New Roman" w:eastAsia="Noto Serif SC" w:cs="Amiri"/>
          <w:lang w:val="zh-CN" w:eastAsia="zh-CN" w:bidi="ar-SA"/>
          <w:color w:val="000000"/>
          <w:sz w:val="19"/>
          <w:rtl w:val="0"/>
        </w:rPr>
        <w:t>第六层级若像其他层级一样写出，会非常长。因为明确引导总录与明确记载之书，无法用简短的表述阐明。《第三十言》中已略微提及，所以这里在文字上从简，而在讲授时作了解释</w:t>
      </w:r>
    </w:p>
  </w:footnote>
  <w:footnote w:id="60">
    <w:p>
      <w:pPr>
        <w:pStyle w:val="FootnoteText"/>
      </w:pPr>
      <w:r>
        <w:rPr>
          <w:rStyle w:val="FootnoteReference"/>
        </w:rPr>
        <w:footnoteRef/>
      </w:r>
      <w:r>
        <w:rPr>
          <w:rFonts w:ascii="Times New Roman" w:hAnsi="Times New Roman" w:eastAsia="Noto Serif SC" w:cs="Amiri"/>
          <w:lang w:val="zh-CN" w:eastAsia="zh-CN" w:bidi="ar-SA"/>
          <w:color w:val="000000"/>
          <w:sz w:val="19"/>
          <w:rtl w:val="0"/>
        </w:rPr>
        <w:t>借这些尊贵尊名的望远镜，观察万有之中诸尊名的彰显，以及彰显之下的Allah诸作为与其痕迹，便能抵达那位尊名所指的具威严者Allah。</w:t>
      </w:r>
    </w:p>
  </w:footnote>
  <w:footnote w:id="61">
    <w:p>
      <w:pPr>
        <w:pStyle w:val="FootnoteText"/>
      </w:pPr>
      <w:r>
        <w:rPr>
          <w:rStyle w:val="FootnoteReference"/>
        </w:rPr>
        <w:footnoteRef/>
      </w:r>
      <w:r>
        <w:rPr>
          <w:rFonts w:ascii="Times New Roman" w:hAnsi="Times New Roman" w:eastAsia="Noto Serif SC" w:cs="Amiri"/>
          <w:lang w:val="zh-CN" w:eastAsia="zh-CN" w:bidi="ar-SA"/>
          <w:color w:val="000000"/>
          <w:sz w:val="19"/>
          <w:rtl w:val="0"/>
        </w:rPr>
        <w:t>我们不可忘记，恶劣的品性、错误的信仰、罪恶和违背正道的创新，都属于精神上的污垢。</w:t>
      </w:r>
    </w:p>
  </w:footnote>
  <w:footnote w:id="62">
    <w:p>
      <w:pPr>
        <w:pStyle w:val="FootnoteText"/>
      </w:pPr>
      <w:r>
        <w:rPr>
          <w:rStyle w:val="FootnoteReference"/>
        </w:rPr>
        <w:footnoteRef/>
      </w:r>
      <w:r>
        <w:rPr>
          <w:rFonts w:ascii="Times New Roman" w:hAnsi="Times New Roman" w:eastAsia="Noto Serif SC" w:cs="Amiri"/>
          <w:lang w:val="zh-CN" w:eastAsia="zh-CN" w:bidi="ar-SA"/>
          <w:color w:val="000000"/>
          <w:sz w:val="19"/>
          <w:rtl w:val="0"/>
        </w:rPr>
        <w:t>不妨计算一下：温暖世界宫殿的太阳火炉，或者说太阳灯，究竟需要多少木柴、煤炭与灯油。若依宇宙学的说法，它每天燃烧，就需要相当于一百万个地球的木柴堆，以及相当于数千片海洋的灯油。现在请想一想：那位不靠木柴、不靠灯油而永远照亮它的具威严的全能者Allah，其威严、智慧与权能何等宏大；你当以太阳微粒的数目那么多遍，说：</w:t>
      </w:r>
      <w:r>
        <w:rPr>
          <w:rFonts w:ascii="Amiri" w:hAnsi="Amiri" w:eastAsia="Amiri" w:cs="Amiri"/>
          <w:lang w:val="zh-CN" w:eastAsia="zh-CN" w:bidi="ar-SA"/>
          <w:rtl w:val="1"/>
          <w:cs w:val="1"/>
          <w:color w:val="000000"/>
          <w:sz w:val="22"/>
          <w:szCs w:val="22"/>
        </w:rPr>
        <w:t>سُبْحَانَ اللَّهِ</w:t>
      </w:r>
      <w:r>
        <w:rPr>
          <w:rFonts w:ascii="Times New Roman" w:hAnsi="Times New Roman" w:eastAsia="Noto Serif SC" w:cs="Amiri"/>
          <w:lang w:val="zh-CN" w:eastAsia="zh-CN" w:bidi="ar-SA"/>
          <w:color w:val="000000"/>
          <w:sz w:val="19"/>
          <w:rtl w:val="0"/>
        </w:rPr>
        <w:t xml:space="preserve">（赞颂Allah超绝一切缺欠；祂的权能不受物质燃料的限制） </w:t>
      </w:r>
      <w:r>
        <w:rPr>
          <w:rFonts w:ascii="Amiri" w:hAnsi="Amiri" w:eastAsia="Amiri" w:cs="Amiri"/>
          <w:lang w:val="zh-CN" w:eastAsia="zh-CN" w:bidi="ar-SA"/>
          <w:rtl w:val="1"/>
          <w:cs w:val="1"/>
          <w:color w:val="000000"/>
          <w:sz w:val="22"/>
          <w:szCs w:val="22"/>
        </w:rPr>
        <w:t>مَا شَاءَ اللَّهُ</w:t>
      </w:r>
      <w:r>
        <w:rPr>
          <w:rFonts w:ascii="Times New Roman" w:hAnsi="Times New Roman" w:eastAsia="Noto Serif SC" w:cs="Amiri"/>
          <w:lang w:val="zh-CN" w:eastAsia="zh-CN" w:bidi="ar-SA"/>
          <w:color w:val="000000"/>
          <w:sz w:val="19"/>
          <w:rtl w:val="0"/>
        </w:rPr>
        <w:t xml:space="preserve">（Allah意欲如何，事便如何成就；这奇伟全凭祂的意欲） </w:t>
      </w:r>
      <w:r>
        <w:rPr>
          <w:rFonts w:ascii="Amiri" w:hAnsi="Amiri" w:eastAsia="Amiri" w:cs="Amiri"/>
          <w:lang w:val="zh-CN" w:eastAsia="zh-CN" w:bidi="ar-SA"/>
          <w:rtl w:val="1"/>
          <w:cs w:val="1"/>
          <w:color w:val="000000"/>
          <w:sz w:val="22"/>
          <w:szCs w:val="22"/>
        </w:rPr>
        <w:t>بَارَكَ اللَّهُ</w:t>
      </w:r>
      <w:r>
        <w:rPr>
          <w:rFonts w:ascii="Times New Roman" w:hAnsi="Times New Roman" w:eastAsia="Noto Serif SC" w:cs="Amiri"/>
          <w:lang w:val="zh-CN" w:eastAsia="zh-CN" w:bidi="ar-SA"/>
          <w:color w:val="000000"/>
          <w:sz w:val="19"/>
          <w:rtl w:val="0"/>
        </w:rPr>
        <w:t>（愿Allah赐福，使这作为充盈恩泽）。</w:t>
      </w:r>
    </w:p>
  </w:footnote>
  <w:footnote w:id="63">
    <w:p>
      <w:pPr>
        <w:pStyle w:val="FootnoteText"/>
      </w:pPr>
      <w:r>
        <w:rPr>
          <w:rStyle w:val="FootnoteReference"/>
        </w:rPr>
        <w:footnoteRef/>
      </w:r>
      <w:r>
        <w:rPr>
          <w:rFonts w:ascii="Times New Roman" w:hAnsi="Times New Roman" w:eastAsia="Noto Serif SC" w:cs="Amiri"/>
          <w:lang w:val="zh-CN" w:eastAsia="zh-CN" w:bidi="ar-SA"/>
          <w:color w:val="000000"/>
          <w:sz w:val="19"/>
          <w:rtl w:val="0"/>
        </w:rPr>
        <w:t>甚至，对于Allah无限完善与无限优美的真实实现，独一就是最明显的确证、最有力的证据。因为，若知道宇宙的创造者是唯一而独一无二者Allah，就会知道全宇宙中的诸般完善与优美，都是那位独一创造者所具有的神圣完善与优美的影子、彰显、指示与流溢。否则，宇宙的诸般完善与优美就只能归属于受造物和某些无意识的原因。那时，在人类理智看来，Allah诸般完善的永恒宝库就会因没有钥匙而始终隐没不明。</w:t>
      </w:r>
    </w:p>
  </w:footnote>
  <w:footnote w:id="64">
    <w:p>
      <w:pPr>
        <w:pStyle w:val="FootnoteText"/>
      </w:pPr>
      <w:r>
        <w:rPr>
          <w:rStyle w:val="FootnoteReference"/>
        </w:rPr>
        <w:footnoteRef/>
      </w:r>
      <w:r>
        <w:rPr>
          <w:rFonts w:ascii="Times New Roman" w:hAnsi="Times New Roman" w:eastAsia="Noto Serif SC" w:cs="Amiri"/>
          <w:lang w:val="zh-CN" w:eastAsia="zh-CN" w:bidi="ar-SA"/>
          <w:color w:val="000000"/>
          <w:sz w:val="19"/>
          <w:rtl w:val="0"/>
        </w:rPr>
        <w:t>阅读本论著的人，若不是多方面的专门研究者，请不要读第一道光芒，或者留到最后再读；请从第二道开始。</w:t>
      </w:r>
    </w:p>
  </w:footnote>
  <w:footnote w:id="65">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这是《第三十道闪光》六篇小论著的基础与主题，也是承载至大尊名之奥义的六个神圣尊名的极为简要的提要。</w:t>
      </w:r>
    </w:p>
  </w:footnote>
  <w:footnote w:id="66">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正如人的元素来自宇宙的元素，骨骼来自其中的石头与岩石，毛发来自其中的植物与树木；人体内流动的血液，以及从眼、耳、鼻、口流出的各种不同液体，也都报告大地的泉源与矿泉，指示并指向它们。同样，人的灵魂报告诸灵世界，记忆报告受保护的记录板，想象能力报告形象世界；依此类推，人的每一种官能都报告一个世界，并对那些世界的存在作确凿的见证。</w:t>
      </w:r>
    </w:p>
  </w:footnote>
  <w:footnote w:id="67">
    <w:p>
      <w:pPr>
        <w:pStyle w:val="FootnoteText"/>
      </w:pPr>
      <w:r>
        <w:rPr>
          <w:rStyle w:val="FootnoteReference"/>
        </w:rPr>
        <w:footnoteRef/>
      </w:r>
      <w:r>
        <w:rPr>
          <w:rFonts w:ascii="Times New Roman" w:hAnsi="Times New Roman" w:eastAsia="Noto Serif SC" w:cs="Amiri"/>
          <w:lang w:val="zh-CN" w:eastAsia="zh-CN" w:bidi="ar-SA"/>
          <w:color w:val="000000"/>
          <w:sz w:val="19"/>
          <w:rtl w:val="0"/>
        </w:rPr>
        <w:t>后来，依照我们导师的裁定，第十四道射线被命名为《阿菲永法庭辩护词及书信》，第十五道射线则被命名为《鲜明确证》，均已出版。贝迪乌扎曼的侍从们</w:t>
      </w:r>
    </w:p>
  </w:footnote>
  <w:footnote w:id="68">
    <w:p>
      <w:pPr>
        <w:pStyle w:val="FootnoteText"/>
      </w:pPr>
      <w:r>
        <w:rPr>
          <w:rStyle w:val="FootnoteReference"/>
        </w:rPr>
        <w:footnoteRef/>
      </w:r>
      <w:r>
        <w:rPr>
          <w:rFonts w:ascii="Times New Roman" w:hAnsi="Times New Roman" w:eastAsia="Noto Serif SC" w:cs="Amiri"/>
          <w:lang w:val="zh-CN" w:eastAsia="zh-CN" w:bidi="ar-SA"/>
          <w:color w:val="000000"/>
          <w:sz w:val="19"/>
          <w:rtl w:val="0"/>
        </w:rPr>
        <w:t>也正是这剂良药的影响：有一次，我暂居一个村庄。那里有一位名叫盲人穆罕默德阿迦的人，正在抱怨自己的眼疾。我读了身边《病人论著》的第十四剂良药后，他受其精神影响，说道：“但愿我不曾抱怨这场疾病，是它为我开启了这份回赐和这份精神收益。”他满怀悔意，转而走进了一扇感恩之门。由此我确知，那场疾病对他而言，是Allah的一项慈悯。</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b344cac8bbb3153cefcb568db340850067bac8c247f8e2330b9281ddf25d389d" glossary="0.18-context-candidate">
  <unit id="U00000" pack="P000" kind="heading" targetSHA256="5e55dc9002b00df5b06460b86e5ffafd8494f36949ad1599fde6e4d8a688bfb4"/>
  <unit id="U00001" pack="P000" kind="heading" targetSHA256="d5df9db76f6822cba3525a00577739a28e60b8148534d36c261060bf41a02a85"/>
  <unit id="U00002" pack="P000" kind="heading" targetSHA256="7d4146ca082798f06a3a99c87e2244a5ceb683cdbeda049d7b8a5c342b73edb0"/>
  <unit id="U00003" pack="P000" kind="heading" targetSHA256="1bfe88b9b506895b6d4b87ef1cbf7b3194ca8d6ca0840f1480dc6fb1ad2c38ee"/>
  <unit id="U00004" pack="P000" kind="paragraph" targetSHA256="b7535fe3e26dd59ba3004505814b4530facb8e52817e75bbd56b0384b378408f"/>
  <unit id="U00005" pack="P000" kind="heading" targetSHA256="63343515846d47f7c1b523a68c5c93b75fb698770d32ce6cb4cd3db35912456b"/>
  <unit id="U00006" pack="P000" kind="paragraph" targetSHA256="420ae0c9e9ed5c0ecd58ffb4f5932310dd7fba44be309ca638add0cda5c059c2"/>
  <unit id="U00007" pack="P000" kind="paragraph" targetSHA256="80063d0cfb6545835fcdd5cef8c32e8f0a522de9e911424f55144241b4557500"/>
  <unit id="U00008" pack="P000" kind="paragraph" targetSHA256="5100f54b950e31f19ec039a0fd781e794f28ed04ba5d285fe48c1456a1b767e0"/>
  <unit id="U00009" pack="P000" kind="paragraph" targetSHA256="ed12773fbbabbfeca8a2b2a4462959868182f2f7758b62bc9929d667d24473cc"/>
  <unit id="U00010" pack="P000" kind="paragraph" targetSHA256="723d310d602a533137ab91c45491a404f5b46f3ede26fd4842a6283613b84e93"/>
  <unit id="U00011" pack="P000" kind="paragraph" targetSHA256="27e3ce2cb649a84e100c89279eaba8dced15baed07d1f843be775e1f163f5c5c"/>
  <unit id="U00012" pack="P000" kind="paragraph" targetSHA256="4a48f94f26bd14ed98025f5870109dd43c2126568d018c1552d0255dd50c2998"/>
  <unit id="U00013" pack="P000" kind="paragraph" targetSHA256="0e1a9b864b092ffe073e84cdd18f88dd2cdd9b63cd0996b314489db961991392"/>
  <unit id="U00014" pack="P000" kind="paragraph" targetSHA256="ed9669b35d784d4eb8103390b35b4a449f6e2769fd01cf55adef9b91eb2b4d2a"/>
  <unit id="U00015" pack="P000" kind="paragraph" targetSHA256="995c17f028ab178f28ff023b0011dcf819631d88966ee2eaa0213fe28c9eba5a"/>
  <unit id="U00016" pack="P000" kind="paragraph" targetSHA256="ee2361480dd83d81e1638da8cd6792a3f2abfaa5f6b29031f623f6e533512b18"/>
  <unit id="U00017" pack="P000" kind="paragraph" targetSHA256="b88a84503edfc01cf7003d809fade84dad00f424ff69631a372c52d449364cba"/>
  <unit id="U00018" pack="P000" kind="paragraph" targetSHA256="5147afc255712484a5f7b184b977dcdfb8aec61bb307690b26e906254ce03628"/>
  <unit id="U00019" pack="P000" kind="heading" targetSHA256="e886536b5f65a780fd639f0c026ed61dfa6b4b3cf4337694409799e76f740a57"/>
  <unit id="U00020" pack="P000" kind="paragraph" targetSHA256="448b212f6187ad76d68d4c00065692f50210921ae03615c200e1b75b7b94cf8f"/>
  <unit id="U00021" pack="P000" kind="paragraph" targetSHA256="7ad526ef2885ac43a1ddf7bf2ef22d0f38468be5cda113d88dd96898932bc2d9"/>
  <unit id="U00022" pack="P000" kind="heading" targetSHA256="ea7ba7f635ef93536908574c130476a10c186f15cff8f74798a4efb4b778f053"/>
  <unit id="U00023" pack="P000" kind="paragraph" targetSHA256="0312ef00e4723f8bf3fca3048067fda7f44fabe658c16ae30b1a6615b8762cbc"/>
  <unit id="U00024" pack="P000" kind="paragraph" targetSHA256="7100d8536b606723f7cfc389ea15cf50616835f21b997ce183bb20799cb28b7b"/>
  <unit id="U00025" pack="P000" kind="paragraph" targetSHA256="ed32165afa993759ffede1c56ea80ce2020b5c47858c8ea6d78261895c397aec"/>
  <unit id="U00026" pack="P000" kind="paragraph" targetSHA256="9bcc9992fbf344e3e433b9c20bee50402bf89e3077f83dcef95414f7584569dc"/>
  <unit id="U00027" pack="P000" kind="paragraph" targetSHA256="98aaa2c4935646e7ee03f5a62cc66ccf3f51c053e4454f6347c672ea5a7fcccb"/>
  <unit id="U00028" pack="P000" kind="paragraph" targetSHA256="5e2dcf41a2e0174e0e82d7fc30a429ba90347ca1c13357936caeb6e9b8a96edf"/>
  <unit id="U00029" pack="P000" kind="heading" targetSHA256="7fe3fb308b057214775959ae15b1d4ad03a3b9be83d74c3e314ad54158be85cd"/>
  <unit id="U00030" pack="P000" kind="paragraph" targetSHA256="1cb8e5df7f7346af0b5df0f4b5a2f1fc4771ba7dd8351eced84fd744a5d7435b"/>
  <unit id="U00031" pack="P000" kind="paragraph" targetSHA256="a242160a2e8c8d56cf8fecdfdfa2b1a079bf8badc4f130c4089ae9d7cba8a3e2"/>
  <unit id="U00032" pack="P000" kind="paragraph" targetSHA256="7d8a8b03bed4f78c459c33704432685e77d7730c7d451bc16ba2c219ca15fbbe"/>
  <unit id="U00033" pack="P000" kind="paragraph" targetSHA256="fcb07fe9ee4267b6273ec6d04bce77a750d4167258b85b136c58b396e5454ac0"/>
  <unit id="U00034" pack="P000" kind="heading" targetSHA256="81d9070db0058cae6c0d83ede1f708010e6bfc771690929cb0b450771643546e"/>
  <unit id="U00035" pack="P000" kind="paragraph" targetSHA256="84870635d10ef09abb75cbe19f4e8a1aba1ab2fc301aeac8226d5c94a09fb7c3"/>
  <unit id="U00036" pack="P000" kind="paragraph" targetSHA256="3f0b0cbb4a74881bf409d8e1300012275372eeeec785d46c550e72bc99ab6014"/>
  <unit id="U00037" pack="P000" kind="paragraph" targetSHA256="33ad4097ef54e973e5ff56910c37d1e487f98715763fea5beb6741ac944f94d9"/>
  <unit id="U00038" pack="P000" kind="heading" targetSHA256="9efbe8fb9dfafb0c44b809b0b661b8baae7b3a9dfe0b479907918c24b5362661"/>
  <unit id="U00039" pack="P000" kind="paragraph" targetSHA256="e7b910d12e93ceb7fe4534a9fbf02fb9e8b54802aaa286a8879f10b23427888f"/>
  <unit id="U00040" pack="P000" kind="paragraph" targetSHA256="dd1bc49ac856a9643086a05de20a69a6f2dbfc629ff36b13eceb678cfb5fa0d9"/>
  <unit id="U00041" pack="P000" kind="paragraph" targetSHA256="bd11bf3725201cd4f0deb14657d770f1112c4204e8eab5f32a59080c0cadf8ac"/>
  <unit id="U00042" pack="P000" kind="heading" targetSHA256="4a2a43ef11dca2d77846b904112e479e0883b265c078ededafb7525e7d756dd4"/>
  <unit id="U00043" pack="P000" kind="paragraph" targetSHA256="c13febec16ae73615fe6ed67b79435d81c10478f1ea3a8a7b00ec13e6e374509"/>
  <unit id="U00044" pack="P000" kind="paragraph" targetSHA256="ff086d818783956264c95dfd45a771d47006a4c0f7b3ed6e5a94f5922547c28d"/>
  <unit id="U00045" pack="P000" kind="paragraph" targetSHA256="446aa172081293c91ab215aa77f384c7d91b94a64ed53719d83e1fdc81feede9"/>
  <unit id="U00046" pack="P000" kind="paragraph" targetSHA256="7d7847b4c047e40df6c576f56dcef42d6148e2494c141f324f3a584d86a67684"/>
  <unit id="U00047" pack="P000" kind="heading" targetSHA256="d77cb5993d27f659de6edb51bed477e42574d66a5bf9596b0e9d78163592d5bc"/>
  <unit id="U00048" pack="P000" kind="paragraph" targetSHA256="07bbabf101aa56bd5b295703a9f40e5176ecce439d316bfb9f2581003bd7f039"/>
  <unit id="U00049" pack="P000" kind="paragraph" targetSHA256="2c173e47a547cb72578518fcc7a13d3dcdba46ee74ad693a8689f08f701fd2a6"/>
  <unit id="U00050" pack="P000" kind="paragraph" targetSHA256="e28e20ca34ee6a3788239efaa6e9305db8879b1bf903b321e6dfec57415f1ab9"/>
  <unit id="U00051" pack="P000" kind="paragraph" targetSHA256="d25d9b5400533c74e2c7c2f1d562b9f3eb5f228280cbcacdfed788cf3eb47627"/>
  <unit id="U00052" pack="P000" kind="paragraph" targetSHA256="67e545e6cdc6274ca216697f02fbf9ecbd7b5a3fc687a41f25f4e7835baa7595"/>
  <unit id="U00053" pack="P000" kind="paragraph" targetSHA256="fe15e474361ef1ac1ab143be6877e399e96f74a210d3b5a68ad28c186e490451"/>
  <unit id="U00054" pack="P000" kind="paragraph" targetSHA256="2008fa1f4130629fb276b751dc85b88776f6c4565c7b7ca9992620a9b11dc0c8"/>
  <unit id="U00055" pack="P000" kind="paragraph" targetSHA256="c41651cbc3f13c32cb3b71c5f8247c98f8088a7086c2f801b7e31e6abd72e79f"/>
  <unit id="U00056" pack="P000" kind="paragraph" targetSHA256="0ab3c6ced470249cdaa99d529515946146754795a3ebbead2188974b40dbcd56"/>
  <unit id="U00057" pack="P000" kind="paragraph" targetSHA256="99b325583536f8d78a0d9e65e6c0ec2d326a4c262808b7950463f52dbc928b4f"/>
  <unit id="U00058" pack="P000" kind="paragraph" targetSHA256="ce449000b88ab74075bf6686cd5e5d65b9f1d40184c5e938e8e2ddb12eb5d775"/>
  <unit id="U00059" pack="P000" kind="paragraph" targetSHA256="46efc3016e169f6eea7b65150b47aae7a8348964e5b850d7268afd9174aa0d17"/>
  <unit id="U00060" pack="P000" kind="paragraph" targetSHA256="187af3f3c55d0b848ec6997564ded28ef45c5c0b2b459f33cd7acafde13aaf75"/>
  <unit id="U00061" pack="P000" kind="paragraph" targetSHA256="c8e34a117e68e847079d4294e2cf7ed943d2283c0751fe3b2ef9440fea495e2d"/>
  <unit id="U00062" pack="P000" kind="paragraph" targetSHA256="3c3d0970b72dbd7523215909e806a35981ecd2cd1ccc2684f65940ba78c58b62"/>
  <unit id="U00063" pack="P000" kind="paragraph" targetSHA256="be3f84c2b8e98956a12bc7f174e692ec48296f83ee73001c6f40c29ff9f7ba00"/>
  <unit id="U00064" pack="P000" kind="heading" targetSHA256="4c79dee34596921a322524e75ff9dced03f3e1e6f4e40da0fa0d45531ad21514"/>
  <unit id="U00065" pack="P000" kind="paragraph" targetSHA256="15ff4c6416aee5c959fed9dcfe43c50381ed156a5c3029cd9ad254a54c6e4fa3"/>
  <unit id="U00066" pack="P000" kind="paragraph" targetSHA256="1839cee6483cf3c7579626442d4be93a93324978737e9bb31de644f0c089586d"/>
  <unit id="U00067" pack="P001" kind="heading" targetSHA256="6f5e0cbfeed62748c6518b4e21974dad48968b504a22555b952be3f35d6fa6bb"/>
  <unit id="U00068" pack="P001" kind="paragraph" targetSHA256="8d20cedbdf6706f12b56eab23878d4e7b13554a4722a5acab1953f4161d08354"/>
  <unit id="U00069" pack="P001" kind="paragraph" targetSHA256="57e433dfee241e79926427c1473a696b83d1a0a86e298463e38eae24a961899b"/>
  <unit id="U00070" pack="P001" kind="heading" targetSHA256="ea7ba7f635ef93536908574c130476a10c186f15cff8f74798a4efb4b778f053"/>
  <unit id="U00071" pack="P001" kind="paragraph" targetSHA256="6156286459a94e9067dafdd07c89cc299fafbbbddc78aa78bbd798cfca586e79"/>
  <unit id="U00072" pack="P001" kind="paragraph" targetSHA256="a16d728fc500721432fb1dd27dc64fc2508fe240714a6e36fdf5f1e1b9f75049"/>
  <unit id="U00073" pack="P001" kind="paragraph" targetSHA256="95c9c6bd06a2c01293617fe4cd2b1618158b640044244c9da5adc26480a499d8"/>
  <unit id="U00074" pack="P001" kind="paragraph" targetSHA256="4c87f29b0673a17fa50e8c82980ed4b729d317632a9cfe25d98433b722662b03"/>
  <unit id="U00075" pack="P001" kind="paragraph" targetSHA256="ffa949207f2e2edffe9dc81ad23407a9225eaf16bc962f5d7ace2ef4bf2c133c"/>
  <unit id="U00076" pack="P001" kind="paragraph" targetSHA256="16cbcd2573445adbfec210a1fbfebb0388bb78035362514ea7313b90a0e77941"/>
  <unit id="U00077" pack="P001" kind="paragraph" targetSHA256="3e744e8969c02b282aadb5138f82db11df2c62c5f6ebf83c053b2961a2d40efc"/>
  <unit id="U00078" pack="P001" kind="heading" targetSHA256="7fe3fb308b057214775959ae15b1d4ad03a3b9be83d74c3e314ad54158be85cd"/>
  <unit id="U00079" pack="P001" kind="paragraph" targetSHA256="578eefc3ff61902dbdedba0da9ea2407b7e1d1be1c59451ff5683badeed06745"/>
  <unit id="U00080" pack="P001" kind="paragraph" targetSHA256="098b903dd41cff65f9e2c2d188bb1959713e0a3a3524f8e0d274647ed82f9f78"/>
  <unit id="U00081" pack="P001" kind="paragraph" targetSHA256="b9d14723e16c8181ea45a03b2338885265cef6670a5d50afec9039c7960945b2"/>
  <unit id="U00082" pack="P001" kind="paragraph" targetSHA256="96c3aec34f9bcececd1d1b3eedc13ae5287d48fed00b5e001af37a6321a92523"/>
  <unit id="U00083" pack="P001" kind="paragraph" targetSHA256="52dffd682608a4a88fa205aa9b808fa38e2f6e508836ee44f9e520465e2b5f57"/>
  <unit id="U00084" pack="P001" kind="heading" targetSHA256="81d9070db0058cae6c0d83ede1f708010e6bfc771690929cb0b450771643546e"/>
  <unit id="U00085" pack="P001" kind="paragraph" targetSHA256="8b2c93aeedf1ebfad62c2a1f9b6e925e09b46a03a5b33e33a138f2b21521d8b5"/>
  <unit id="U00086" pack="P001" kind="paragraph" targetSHA256="0b124d2f5611e329bfc37e90fefc7cc905a637938b27ef6f9929c1d568d0e10d"/>
  <unit id="U00087" pack="P001" kind="paragraph" targetSHA256="8618a84d53d5a7244050aaffcdd8e7d06ec874099872aa3c81159dc6db7508e5"/>
  <unit id="U00088" pack="P001" kind="paragraph" targetSHA256="65da1ca7954f411020f4009a3353d0e0e77c83926efdb07fd9969198f3fe720c"/>
  <unit id="U00089" pack="P001" kind="paragraph" targetSHA256="56c6327c4ecb0804650a7225a5a488995522047dffb5653e3961bcf88f6a69ec"/>
  <unit id="U00090" pack="P001" kind="paragraph" targetSHA256="1c7cb4be5bbb07497e089d29840a92215595e611434af52b78565d71af130b76"/>
  <unit id="U00091" pack="P001" kind="paragraph" targetSHA256="a59afd244ef027ed145fb5084d79b7f5252ee1928229a074aad71aa04dddd3dd"/>
  <unit id="U00092" pack="P001" kind="paragraph" targetSHA256="e3024ce760d22b55f1b29b3c846fb5ceedb48a2f35444403b169adc7b1692858"/>
  <unit id="U00093" pack="P001" kind="paragraph" targetSHA256="8849c6961af7d677965b7e2250d29819ae5eea06dc3daadb3bebd10d251d777d"/>
  <unit id="U00094" pack="P001" kind="paragraph" targetSHA256="a92e660ea2a2e75e82efdb210695515ebb2e3f3da3c16fa85d0838fe5cad2286"/>
  <unit id="U00095" pack="P001" kind="paragraph" targetSHA256="94eb52f644303e4d4ef51d1fd689ed0b1a54abd72a15820d8a57acf354a1a4df"/>
  <unit id="U00096" pack="P001" kind="paragraph" targetSHA256="52dbc2a69466b26eca1be7b8fd1c03f5f802d3d008990200266ea94b80c9ee29"/>
  <unit id="U00097" pack="P001" kind="paragraph" targetSHA256="b0c3985c69f881f4f845ebfdfcc2989e7de2de02bd826e660674ea55e2f809c5"/>
  <unit id="U00098" pack="P001" kind="heading" targetSHA256="4a2a43ef11dca2d77846b904112e479e0883b265c078ededafb7525e7d756dd4"/>
  <unit id="U00099" pack="P001" kind="paragraph" targetSHA256="d95d6862223d013e8be62b0027410a176433ed07456669c0486c581f7bbeb44c"/>
  <unit id="U00100" pack="P001" kind="paragraph" targetSHA256="032d85cf0add3030ccef7851a9706c41fa13ba206389d3d69cd48f9253ac203f"/>
  <unit id="U00101" pack="P002" kind="heading" targetSHA256="0a19fe45e230bc0a42539ce1eb62d5c38ec3e6290bfe95a6224ff23c800baeb4"/>
  <unit id="U00102" pack="P002" kind="paragraph" targetSHA256="9b8efaa425e27b6cc2bfd7522fb19846fdab3e69d7a926e5f7f1e2474a6f5b8d"/>
  <unit id="U00103" pack="P002" kind="paragraph" targetSHA256="3414a5ee90cf7e9f71095ef8e670d5073f5b658fc97b606c4677004a46f9685b"/>
  <unit id="U00104" pack="P002" kind="heading" targetSHA256="0fc36409fe373132ec2144e83d1bf158c23c1d0bfa36c7f991f47b6d802ae690"/>
  <unit id="U00105" pack="P002" kind="paragraph" targetSHA256="6ca90866cffe5c6c7cba00348bc8b1eac0af8f1e33ce79dea261e6c5f2fecc09"/>
  <unit id="U00106" pack="P002" kind="heading" targetSHA256="ea7ba7f635ef93536908574c130476a10c186f15cff8f74798a4efb4b778f053"/>
  <unit id="U00107" pack="P002" kind="paragraph" targetSHA256="ee7033dcfc49b96e306623031d60a5f703e5efcae841d7b2872858bff16fd07e"/>
  <unit id="U00108" pack="P002" kind="paragraph" targetSHA256="aa7c48bddbfc77d61e45690b155a2993ffbb171148dd5c38f3c9f836a6d8c4b8"/>
  <unit id="U00109" pack="P002" kind="paragraph" targetSHA256="21778b4c5a6a29781038fbd9393e8b9cb7e08b0c09271bd232652a4688974da8"/>
  <unit id="U00110" pack="P002" kind="heading" targetSHA256="7fe3fb308b057214775959ae15b1d4ad03a3b9be83d74c3e314ad54158be85cd"/>
  <unit id="U00111" pack="P002" kind="paragraph" targetSHA256="0f85a7201d14ecb97532e0e215fc5e9444dd399ee64f3285a01a555421bcfeb1"/>
  <unit id="U00112" pack="P002" kind="paragraph" targetSHA256="5e2c617b01e5f5fcb8415e3f4c04a5695825317d92e85201a0f18fe6f0085def"/>
  <unit id="U00113" pack="P002" kind="paragraph" targetSHA256="e193cf909c2fd6a94695e0cdce6d3591438f2bbf483d40cea22275f11bf00420"/>
  <unit id="U00114" pack="P002" kind="paragraph" targetSHA256="f424015e708e08fba2b9fcf8bbb577179f1b78b03b20565ada1aac170e36c1e8"/>
  <unit id="U00115" pack="P002" kind="paragraph" targetSHA256="4a523870fe3a6b62bf0a5dad8d4119316091fdc97d5898c66b816beecc0c0d0f"/>
  <unit id="U00116" pack="P002" kind="heading" targetSHA256="81d9070db0058cae6c0d83ede1f708010e6bfc771690929cb0b450771643546e"/>
  <unit id="U00117" pack="P002" kind="paragraph" targetSHA256="11b4d8b1054e6d7099ef75f160a991fde42313bc6aac6abfc68bd9847155137e"/>
  <unit id="U00118" pack="P002" kind="heading" targetSHA256="7a35bfad93f1452d77f2386b2c491210e43596b07e5ecd5ee19a8f293785d204"/>
  <unit id="U00119" pack="P002" kind="paragraph" targetSHA256="4e4ce9c1d7cb7d1a54ab3892c47e3db450c32b62668df22da21792923048c3b7"/>
  <unit id="U00120" pack="P002" kind="heading" targetSHA256="c70e2870352df426a8afeb63beed7f75b996ce90f44c804c2a131a4b52f2a7ec"/>
  <unit id="U00121" pack="P002" kind="paragraph" targetSHA256="cc7edbc01db9081f9b9b818f1bec06e962eb71b8ffe5cfac9965a852bda48703"/>
  <unit id="U00122" pack="P002" kind="paragraph" targetSHA256="c0199e9d95b4742cbd0338d26dd4ff1a8e64b1f39077f52eb1081ba73ac3feb5"/>
  <unit id="U00123" pack="P002" kind="paragraph" targetSHA256="6b9bcfec388d6c59a3c61442c88814d9db8bfa8d104b870ae63d7d1e0be2e154"/>
  <unit id="U00124" pack="P002" kind="paragraph" targetSHA256="5a2a10849b7291bb97e099a0107624cc93989a595b1be871368b212733a49c00"/>
  <unit id="U00125" pack="P002" kind="paragraph" targetSHA256="45d3cf031832761a12ec68ad45c418db57f6a369713dc524a4d96bfc32a65332"/>
  <unit id="U00126" pack="P002" kind="heading" targetSHA256="9efbe8fb9dfafb0c44b809b0b661b8baae7b3a9dfe0b479907918c24b5362661"/>
  <unit id="U00127" pack="P002" kind="paragraph" targetSHA256="e35996bfd83e1ee89fcc14d296693a41bfb5b26ed6ee86ad666002e28a9ea7a0"/>
  <unit id="U00128" pack="P002" kind="heading" targetSHA256="8cf243596c01d1a4a2b9fa10841125a4c4e7e46183e3c894bed19891f94d3a2e"/>
  <unit id="U00129" pack="P002" kind="paragraph" targetSHA256="912e2bad0767a29a8757c73fe713aab6ed141448dc076fefb34d31f692a61cec"/>
  <unit id="U00130" pack="P002" kind="paragraph" targetSHA256="9efb91432851b10e375f78b4072d0e2b6c8fb60c6cbe9178f7584318c2368e09"/>
  <unit id="U00131" pack="P002" kind="heading" targetSHA256="c70e2870352df426a8afeb63beed7f75b996ce90f44c804c2a131a4b52f2a7ec"/>
  <unit id="U00132" pack="P002" kind="paragraph" targetSHA256="cda7c4f0aa1d53fb99e19b46b725b20104a90629f08dccead2777e4274a6fa9f"/>
  <unit id="U00133" pack="P002" kind="heading" targetSHA256="7a35bfad93f1452d77f2386b2c491210e43596b07e5ecd5ee19a8f293785d204"/>
  <unit id="U00134" pack="P002" kind="paragraph" targetSHA256="8b6536df6090c7fc631e56c7f8ac6690d2bb6428687bf6ce6dca117d2e3a08d3"/>
  <unit id="U00135" pack="P002" kind="heading" targetSHA256="c70e2870352df426a8afeb63beed7f75b996ce90f44c804c2a131a4b52f2a7ec"/>
  <unit id="U00136" pack="P002" kind="paragraph" targetSHA256="49caa6dc641daecaf17508eed056ee293bbf50abd2986406942ba00d898102ed"/>
  <unit id="U00137" pack="P002" kind="paragraph" targetSHA256="1fe3c675b3e61c6995d6e05634b87218b1140788a8e5b2947f67568f939c7018"/>
  <unit id="U00138" pack="P002" kind="paragraph" targetSHA256="925c907b0672402901eea4282256bb323818a1abf787cb1eae65e5e07d3e0639"/>
  <unit id="U00139" pack="P002" kind="paragraph" targetSHA256="94e7c8383cc87f4537f5163e0a05680b4391ea0ae7dab9ee6039de6a41d9f587"/>
  <unit id="U00140" pack="P002" kind="paragraph" targetSHA256="b24899bca98582697ad47612dcdb231a428d82731afa22045bbe037c170518b3"/>
  <unit id="U00141" pack="P002" kind="paragraph" targetSHA256="cef6ed3115503d4ac8e90c83270e25060a61ed7029ba5807a038205449d8ec77"/>
  <unit id="U00142" pack="P002" kind="heading" targetSHA256="7144ebf487a22c32cf77513786863f422d951c8dd52d2683745e47676a772b93"/>
  <unit id="U00143" pack="P002" kind="paragraph" targetSHA256="9c5b529054ec47614a166880e1d6c28c8bf2bd494f23405583657553e2015aa7"/>
  <unit id="U00144" pack="P002" kind="heading" targetSHA256="c70e2870352df426a8afeb63beed7f75b996ce90f44c804c2a131a4b52f2a7ec"/>
  <unit id="U00145" pack="P002" kind="paragraph" targetSHA256="47ea19ca80d46b03544fa63b3e8678f83eb848feeae93a6efb900c1a1e55916c"/>
  <unit id="U00146" pack="P002" kind="paragraph" targetSHA256="728803aca5cd68bf1fa948ec190e0228ab28e2663e5ac2a3e3e1ab438a730a9a"/>
  <unit id="U00147" pack="P002" kind="paragraph" targetSHA256="21cadd6e406efe82770bfc425ee9d90c8d602cd63d29fbb0acb0a006991e5b80"/>
  <unit id="U00148" pack="P002" kind="paragraph" targetSHA256="35ebc7f9110b6a73045e033883ee3cb670539099bed5a7cc114e0b5142462ddf"/>
  <unit id="U00149" pack="P002" kind="paragraph" targetSHA256="10adb670733f669b6394a7808c6ec959e1a0f5811d41a4bb6d92bd10acdae245"/>
  <unit id="U00150" pack="P002" kind="paragraph" targetSHA256="337b01c5b01eb0e04a17f3797f58a12037f5c1f5e7fa6a98215d8c20ae10dea4"/>
  <unit id="U00151" pack="P002" kind="paragraph" targetSHA256="0db884721d50b65e3bf3e40bd708bf975469d1fb0b10ee46dba5d452082e3968"/>
  <unit id="U00152" pack="P002" kind="heading" targetSHA256="4a2a43ef11dca2d77846b904112e479e0883b265c078ededafb7525e7d756dd4"/>
  <unit id="U00153" pack="P002" kind="paragraph" targetSHA256="7658eb61f3105c49e696d99731eaca8f5db8a51a4486cb41adb152a8d7071fc3"/>
  <unit id="U00154" pack="P002" kind="paragraph" targetSHA256="e5d422803fc85bfb6c09078df102757990e3ff7915df19e47aad874aa82f18f7"/>
  <unit id="U00155" pack="P002" kind="paragraph" targetSHA256="6b14f8c41fa32f8c41fbca620e5e8eb21c5b19eaa2e4922731bd500cc1162176"/>
  <unit id="U00156" pack="P002" kind="paragraph" targetSHA256="98ee2c17bfca9fee68e8bbe7da4765f8e944821d2f8cb5769ca17da27c037a0b"/>
  <unit id="U00157" pack="P003" kind="heading" targetSHA256="bf9d8f212a0512ba239b4b45b6896243ce13cf1f36e8eb119132b042e5194dc2"/>
  <unit id="U00158" pack="P003" kind="paragraph" targetSHA256="4b9a7abbe3b9ce1df2bb4ad8be10ae25650ecee5b79379a424a745fd1509cdb9"/>
  <unit id="U00159" pack="P003" kind="heading" targetSHA256="f852038abd14f79635d3a78fd8162bf4e4623d8b9fa5a56a8a43115dbfde638e"/>
  <unit id="U00160" pack="P003" kind="paragraph" targetSHA256="5176d8176d9bae410810614196a8fbcf62cb4e009fc1202422324397c75d1387"/>
  <unit id="U00161" pack="P003" kind="heading" targetSHA256="f2296fd58b41259f1e0f52b3dd4ba606f73dd65f16eb9291e2ef8c734bcdbc6d"/>
  <unit id="U00162" pack="P003" kind="paragraph" targetSHA256="f7033583f4b30854959ce9ee9089dca272d564959796b5744b69a3ee3aeaf766"/>
  <unit id="U00163" pack="P003" kind="heading" targetSHA256="b92cdd39ed282cb894474e0efc9ef4d0ebc711d3d7ead085c7c9b3eb5ea3128a"/>
  <unit id="U00164" pack="P003" kind="paragraph" targetSHA256="eabceae19e13be6913562eccb9626c29b37fc34f3197f3d44bfd461c6fbd59f1"/>
  <unit id="U00165" pack="P003" kind="paragraph" targetSHA256="507465aec7a4e43c91f4c26081b0e0373c3d6239e8900de9a716526ed0185fe6"/>
  <unit id="U00166" pack="P003" kind="paragraph" targetSHA256="f91a0becb4d03445637cd18f5ccea42eaab65369c7ebea6242c1558c7a350c3e"/>
  <unit id="U00167" pack="P003" kind="paragraph" targetSHA256="865bd605986edbe269f64ba0837cb6b192038925b4120477bd475c26a3e7949b"/>
  <unit id="U00168" pack="P003" kind="paragraph" targetSHA256="a622e6fe0bf15b82b61604b1f0b74d0726898da91f87cf1d9dd6c33b4881ce5a"/>
  <unit id="U00169" pack="P003" kind="heading" targetSHA256="d39d76fa85bd5c4a060d2d7150559d901754eb9232ca452a6c5f44652c840880"/>
  <unit id="U00170" pack="P003" kind="paragraph" targetSHA256="59f671ac71406910b8021806d2ec2b1992631b05a6b6d335bee09ec040ae16a4"/>
  <unit id="U00171" pack="P003" kind="heading" targetSHA256="c70e2870352df426a8afeb63beed7f75b996ce90f44c804c2a131a4b52f2a7ec"/>
  <unit id="U00172" pack="P003" kind="paragraph" targetSHA256="e6186e6efc3b3df081269207a576d6bc82af8bd5dfd258717a318acee99f3c1e"/>
  <unit id="U00173" pack="P003" kind="paragraph" targetSHA256="b7adc9376cb02458fee5e22f2d27594bf32fad468f4633b8f668e8a061a02fac"/>
  <unit id="U00174" pack="P003" kind="paragraph" targetSHA256="fd23bfc738b148f7aa9ae79d382b1b3d4de56b21a5ec3ced854c28a1c68f9595"/>
  <unit id="U00175" pack="P003" kind="paragraph" targetSHA256="ad976b74f9bdafde2a3eb2b80459c1e5388558f88875c60a9aa72216b270e6aa"/>
  <unit id="U00176" pack="P003" kind="paragraph" targetSHA256="285c1d2f5cb657a0748db252731cd627fd7e76e409c15f9038f12e3d8f541f34"/>
  <unit id="U00177" pack="P003" kind="paragraph" targetSHA256="f0cf5570729471f8aed6680f68b76ae7316096365f5982984b8bedc946fe91a9"/>
  <unit id="U00178" pack="P003" kind="paragraph" targetSHA256="aad6db4d985f8912b296d1f1aa0c5efd83135af736776f6432b9ea297581f716"/>
  <unit id="U00179" pack="P003" kind="paragraph" targetSHA256="345a0c17d333bfc8c14f0f8c5977958428fc497cf6a7b675388bafe0cc9c5f92"/>
  <unit id="U00180" pack="P003" kind="paragraph" targetSHA256="499f433cc624f276f44ebdebfd6ef10ab0c39879cc944db141955067469b4f0a"/>
  <unit id="U00181" pack="P003" kind="paragraph" targetSHA256="c286bc3a51d7b1a83e72a5f49fb6c82f0685a87d6804b974476a545566aa3eac"/>
  <unit id="U00182" pack="P003" kind="paragraph" targetSHA256="9f860221307f015b5e968c1f0b0b3c5730ad6869bab67b2d89f9cf1e73dc1ab9"/>
  <unit id="U00183" pack="P003" kind="paragraph" targetSHA256="1bb7893b3070478c908dfabeac03f415b37993b1c7bfcfccecff8b92f1959408"/>
  <unit id="U00184" pack="P003" kind="paragraph" targetSHA256="f863e5cace2db03598909ff13891999d7b654f172544de919d83c2dc3c2cc4a9"/>
  <unit id="U00185" pack="P003" kind="paragraph" targetSHA256="2eaf86b6eb40798f0a90e10e95ee3ceb3bce1bbcf6c15ad8d1559c9f3a3bdcba"/>
  <unit id="U00186" pack="P003" kind="paragraph" targetSHA256="7d773486ef76887f4628c953d3c6622d9bbecd90871f66e2d67aa60fbaa61e36"/>
  <unit id="U00187" pack="P003" kind="paragraph" targetSHA256="7d183d850906b774183e05778d7ac3e9567920e891a6a3648381f71120134441"/>
  <unit id="U00188" pack="P003" kind="heading" targetSHA256="0573c1f24ba259329f468982693b16b4535aa06d97867883e9e94e5ea539ac9f"/>
  <unit id="U00189" pack="P003" kind="paragraph" targetSHA256="09f8af35d14f564007f99a3420af93c01fbf4ff26e5596fa3cc53eccc59d53d8"/>
  <unit id="U00190" pack="P003" kind="paragraph" targetSHA256="08806685db122bea09c67f92683cde33fce111a8b0cdd194a2ec5506df495867"/>
  <unit id="U00191" pack="P003" kind="paragraph" targetSHA256="2450cc269c681e588c491a09696ffb88a22dc831d51a0e3f96c7117a34b74220"/>
  <unit id="U00192" pack="P003" kind="paragraph" targetSHA256="159b57c93bec66cae10978b3c956a351103f3454c3cd1c67a68a277305ebc80a"/>
  <unit id="U00193" pack="P003" kind="paragraph" targetSHA256="7af72e3a93c500088b829f7ed5ca7149de3feec1c8ad825b2c94e9a7ee0201c8"/>
  <unit id="U00194" pack="P003" kind="paragraph" targetSHA256="8bdbbf1b677f39cb5ac6b16cf9139b8e8497ac9c2bf0043fd23c7de86b83c419"/>
  <unit id="U00195" pack="P003" kind="paragraph" targetSHA256="063471146cc31fedd408cb2a7b286bb7469d0a128e24e77a2bc9aa6c281b1a66"/>
  <unit id="U00196" pack="P003" kind="heading" targetSHA256="4a2a43ef11dca2d77846b904112e479e0883b265c078ededafb7525e7d756dd4"/>
  <unit id="U00197" pack="P003" kind="paragraph" targetSHA256="9d802e1a498d069200d10f42245a72520c2e95e423b419194389db5da8ffc311"/>
  <unit id="U00198" pack="P003" kind="heading" targetSHA256="3c40cbbb333d1a53491c5b1298bb62708951da391e3b9364936b11514b4c58a3"/>
  <unit id="U00199" pack="P003" kind="paragraph" targetSHA256="6a5849b109ae159cd196159b2e23fdb5cd4747c76d8de315848eeb0546f1642c"/>
  <unit id="U00200" pack="P003" kind="paragraph" targetSHA256="1811b8238d4fba0c7683d61b82bbc7f51d5972760be40489bdf1458c9c3a2b16"/>
  <unit id="U00201" pack="P003" kind="paragraph" targetSHA256="5533685d499f8aa348bd5dd8538c7f40a1a8bff21c4703c867e547b73367f5f5"/>
  <unit id="U00202" pack="P003" kind="paragraph" targetSHA256="55b0876a2368dee7eba2c1db1bc91e67f9e2e21983ee2e27c55f128e07d5ca2e"/>
  <unit id="U00203" pack="P003" kind="paragraph" targetSHA256="24e3d0ab0f8aba6ba8522f7bb8e12f209d58ea0a86bb751f1ab42646b1d95cf9"/>
  <unit id="U00204" pack="P003" kind="paragraph" targetSHA256="6373b7942b1f64645deda881fb08b8eb169dc1c3a472acbd80d21c59d3226d7e"/>
  <unit id="U00205" pack="P003" kind="paragraph" targetSHA256="e60518593a77181867af33df2ba0416d6e19edada9dad1e92e258fa62cfbba21"/>
  <unit id="U00206" pack="P003" kind="paragraph" targetSHA256="7c15cece6214e9cdd0595091d15171467f1aed98195221caa3eefe5f2005227e"/>
  <unit id="U00207" pack="P004" kind="heading" targetSHA256="4c79dee34596921a322524e75ff9dced03f3e1e6f4e40da0fa0d45531ad21514"/>
  <unit id="U00208" pack="P004" kind="paragraph" targetSHA256="ca7b425c100f964eeefa988b3d4296e026f42542cf6d6bcf89af75798a922e9e"/>
  <unit id="U00209" pack="P004" kind="paragraph" targetSHA256="0f56ceb3f306874c94741a8304c08042e3870849552cb7f2a3b2088919d3dae9"/>
  <unit id="U00210" pack="P004" kind="paragraph" targetSHA256="5b9082294225160a1267d139ecb1d659c4b5edf14caf0f76170aabb411ec28a7"/>
  <unit id="U00211" pack="P004" kind="paragraph" targetSHA256="2bbbc96888080d67e1712e63e9eb4d58fab7e9b05b5521754266d9a095ff0823"/>
  <unit id="U00212" pack="P004" kind="heading" targetSHA256="1d4cce6515286822eccd931e67a70b324f3539e95abfd416f232a7ab85412295"/>
  <unit id="U00213" pack="P004" kind="heading" targetSHA256="08f3226b638e7eacc89b3659e8d7bdcef167b7849f27837922669779b6211716"/>
  <unit id="U00214" pack="P004" kind="paragraph" targetSHA256="18c9c510492f93897d7168e894aa407066ef6f559c2f4c85ad1ef6c6fb3960b7"/>
  <unit id="U00215" pack="P004" kind="heading" targetSHA256="5584bdab8d019a5426b7d7d80af7e0d7a6daefbce3d0ed411f68246c9c86a873"/>
  <unit id="U00216" pack="P004" kind="paragraph" targetSHA256="22da12c2e7655c4f5d1e3cd92fcdde7c23105521a91d98a8b498b9b3c08c1965"/>
  <unit id="U00217" pack="P004" kind="heading" targetSHA256="272c2823c3700198a84108f0e56b3ca53c4446ef0ff395b934f66f3645d0543c"/>
  <unit id="U00218" pack="P004" kind="heading" targetSHA256="2cdc5e6989f77ea3e7277910b02211ab3be8d37a55eeac8a1dcf37ae7e5cefde"/>
  <unit id="U00219" pack="P004" kind="paragraph" targetSHA256="ccaeac91ed9aadc2f1b129619791d3faf0c718477b89b0cb86f9bdd94d49a4ae"/>
  <unit id="U00220" pack="P004" kind="heading" targetSHA256="99028929f64d22c1d6ba1761a39e34d520eaef26a8bab928b3b7a9bed78aaf24"/>
  <unit id="U00221" pack="P004" kind="paragraph" targetSHA256="1a3ce05f0ad9759abd09b56cc9242c310a215e129069c2d4e5293be8e3d918aa"/>
  <unit id="U00222" pack="P004" kind="paragraph" targetSHA256="30fb55569cbb7be684075e36effc0857fbc06ef034741bd8228cc7f91d7605de"/>
  <unit id="U00223" pack="P004" kind="paragraph" targetSHA256="9ef686c094951c6b9b2a0cc9d68505df388a5aefd7237c3326257bd63834fd79"/>
  <unit id="U00224" pack="P004" kind="paragraph" targetSHA256="18829629afca8891bee6124ed001dcdf06b771c9aa459e64ab36607f02777914"/>
  <unit id="U00225" pack="P004" kind="paragraph" targetSHA256="5a1699579a36b3e1ad89036822073d6c1367591980c73dfbf81044b9d2e31208"/>
  <unit id="U00226" pack="P004" kind="paragraph" targetSHA256="e2fb658d90281cb8ff44b20e4d4200eebd188cfeaedfe12c8efb75f7b0d0d7be"/>
  <unit id="U00227" pack="P004" kind="paragraph" targetSHA256="b4166d420b12b3024c1c43eefbea66e63e09916a717ea23ff6789d0cc1ac0dbe"/>
  <unit id="U00228" pack="P004" kind="paragraph" targetSHA256="7435c448b5213fdeaf14c7fc0e72fae9bc1c1fd219befc342f02d6ddda7c0564"/>
  <unit id="U00229" pack="P004" kind="paragraph" targetSHA256="965cae8bb62d22bf7babfa6a0759e39d2b5f381ed6302adfcd063a2cfe32db90"/>
  <unit id="U00230" pack="P004" kind="paragraph" targetSHA256="abb983d9012646038b794b6da881b0944a8e37d900c5e8590660714fd9688028"/>
  <unit id="U00231" pack="P004" kind="paragraph" targetSHA256="11090ac1d9bb5147e8e0497424e199a3dfd5f9793a82bdc1fd389fe740e255bc"/>
  <unit id="U00232" pack="P004" kind="paragraph" targetSHA256="4b3c0a6d7fad5594842d5ab22397fc77346c4f0f43acac099d00b81c980d45ef"/>
  <unit id="U00233" pack="P004" kind="paragraph" targetSHA256="e80b872befe65ce46d6ba018c8cf87ad2c7100982016b5288f1f3779ff230f15"/>
  <unit id="U00234" pack="P004" kind="paragraph" targetSHA256="0e32a523e5f02d340e4b8250a0875b70cd5ee003900268e032a9f1536b48bc10"/>
  <unit id="U00235" pack="P004" kind="paragraph" targetSHA256="3d1f87bce532dd091dcf05f3b1896dc3850bf9dfcb055aa20ea50b97feccfe48"/>
  <unit id="U00236" pack="P004" kind="paragraph" targetSHA256="5789a8a8a5218b057e40ee38ed00b9bacb69ca9d7ed4fdb4eb5a13ced1a0c24b"/>
  <unit id="U00237" pack="P004" kind="paragraph" targetSHA256="a94c793332527ef8701bbadd0a1543903d972c3ed4a8bfef573899d895282b87"/>
  <unit id="U00238" pack="P004" kind="heading" targetSHA256="2ef4ff7cd968c5b77967fa1cdcb7257bb53aa8bb62c4586226f737d6da572887"/>
  <unit id="U00239" pack="P004" kind="heading" targetSHA256="7e30d5cd2771ebc7fcded6ed6821c4e6a70e19ffc4759db0b175098b2560b8c6"/>
  <unit id="U00240" pack="P004" kind="paragraph" targetSHA256="1f4a43096987d4cc06c3ba0ce24d2351cb5bece52cf65f8b4865ba2c6bcd3c62"/>
  <unit id="U00241" pack="P005" kind="heading" targetSHA256="515d2334470b446f0ecc80c1681dd26041ed390f5e6f7f4386fca2ecae47773d"/>
  <unit id="U00242" pack="P005" kind="heading" targetSHA256="9f94b42d886b88df8552bcfdd7b4cacd494cbab1d41b27cddecb58dcec704dc4"/>
  <unit id="U00243" pack="P005" kind="heading" targetSHA256="51f8cecc0ef963dcc06e7c40eefd6e703f049d13e3d69e86362f3b8d6f87d932"/>
  <unit id="U00244" pack="P005" kind="paragraph" targetSHA256="aa464b6a24fce322218a5780d627d89bc804a5976c158266a97b1d41eb0441c8"/>
  <unit id="U00245" pack="P005" kind="paragraph" targetSHA256="19a3fdaee5b747d97621dfe3cd254a45e7686db8374ab9c8655a3f4ec2b52526"/>
  <unit id="U00246" pack="P005" kind="paragraph" targetSHA256="7c4098582fd6e5ef473959211837a2660271b18383b8aa2ccd9d2c2f049bc776"/>
  <unit id="U00247" pack="P005" kind="paragraph" targetSHA256="369ab538606573a5f4b6660dd5ae1bd58cfdf38c12d5972aec9a0299c4b36b9c"/>
  <unit id="U00248" pack="P005" kind="paragraph" targetSHA256="22c7292e63b3f63773fdec8e2d89b7094904e43d21047a762a8301bd602f6e1a"/>
  <unit id="U00249" pack="P005" kind="paragraph" targetSHA256="19bfb01a4df9c790c3b6854fbf228540c2db731e3dd42aa98042152112bbce85"/>
  <unit id="U00250" pack="P005" kind="heading" targetSHA256="cc4b51bc40063c8e5fa8d9f956c494bff4194b649631a0153a25d0626efc2a12"/>
  <unit id="U00251" pack="P005" kind="paragraph" targetSHA256="b130d46aa9c4f7b1fdee627991d4d66b00e89c1529984922ccc903be7ac32807"/>
  <unit id="U00252" pack="P005" kind="heading" targetSHA256="c70e2870352df426a8afeb63beed7f75b996ce90f44c804c2a131a4b52f2a7ec"/>
  <unit id="U00253" pack="P005" kind="paragraph" targetSHA256="8c28b147eb6f4ae141f2be48b639da02b3ee0b42c3f9791cb6f8073b3c412288"/>
  <unit id="U00254" pack="P005" kind="paragraph" targetSHA256="906433236e04d8c6d39bd1d7b9080980e3d4d67af0e1b36ca921f541827e4bff"/>
  <unit id="U00255" pack="P005" kind="paragraph" targetSHA256="635bb41347996d9fbe4d62ff7d2d4d8e766fee276c62af0cc6ba46867f90a60d"/>
  <unit id="U00256" pack="P005" kind="paragraph" targetSHA256="c0c6b10d6c8c65fa435d39c35093248a90643ac24bb126c87d6213b2924787a3"/>
  <unit id="U00257" pack="P005" kind="paragraph" targetSHA256="0b3fadabbd67620b4948daeb62205b5aa47558aa29ac0bddd7509b98ee586730"/>
  <unit id="U00258" pack="P005" kind="paragraph" targetSHA256="07599147604ab814511e4635ec05f9599f0b2422ef53ccc7dad4cf14ead8e4a9"/>
  <unit id="U00259" pack="P005" kind="paragraph" targetSHA256="2fff075084b8502c411480f7869beccabd14ffde4e6537288cd54e670592c88b"/>
  <unit id="U00260" pack="P006" kind="heading" targetSHA256="cbb6cd0f8887ae91b08e36968c3a02486be061c15ce4a87816bc3f1dd3ba5804"/>
  <unit id="U00261" pack="P006" kind="heading" targetSHA256="a27447f255523cc9e27cef24b6fc720d08b4732a1a3eea3c08d2c0c081caed4d"/>
  <unit id="U00262" pack="P006" kind="paragraph" targetSHA256="6c3afb991ad498f086aa104e47f7938409df5dea962f1f6e04e0f292d03fee57"/>
  <unit id="U00263" pack="P006" kind="paragraph" targetSHA256="473d4247c649622c43f8eb3d7f6beb48f622ffdd4af9944ca57e0d62a92cf15f"/>
  <unit id="U00264" pack="P006" kind="paragraph" targetSHA256="77838afcd5d5fa4647f52f165f50204c3e4d2e014d1e517157131453197d181c"/>
  <unit id="U00265" pack="P006" kind="heading" targetSHA256="ea7ba7f635ef93536908574c130476a10c186f15cff8f74798a4efb4b778f053"/>
  <unit id="U00266" pack="P006" kind="paragraph" targetSHA256="cf6562a37f38882f7365368323f69816393161992308cee98852a40706491d2c"/>
  <unit id="U00267" pack="P006" kind="paragraph" targetSHA256="6424a4179a6b381b8648cfea3281f83a9385200e14f6c2692396840de076c6e7"/>
  <unit id="U00268" pack="P006" kind="paragraph" targetSHA256="e6868fa5f67d16a4936c8aad96f1d5b1749cf57c21ce73fe0a44364d59f4cf48"/>
  <unit id="U00269" pack="P006" kind="paragraph" targetSHA256="60b2b4c8f7f138a4950d65f1711d29a836a12c5bba364c3feff8f2bbfb3b0be6"/>
  <unit id="U00270" pack="P006" kind="heading" targetSHA256="7fe3fb308b057214775959ae15b1d4ad03a3b9be83d74c3e314ad54158be85cd"/>
  <unit id="U00271" pack="P006" kind="paragraph" targetSHA256="a4e287aee26ad72d39a6fa31d0d00c998c18cd8a4fde35eedaef5c895e83373c"/>
  <unit id="U00272" pack="P006" kind="paragraph" targetSHA256="895700e5d5b006d117d57bdeb57c0611cda61cdcd3d109d253261eeb41a69830"/>
  <unit id="U00273" pack="P006" kind="heading" targetSHA256="81d9070db0058cae6c0d83ede1f708010e6bfc771690929cb0b450771643546e"/>
  <unit id="U00274" pack="P006" kind="paragraph" targetSHA256="81633b7c394235023e2aec785f7a66a0cf37ef9d4554374061daa0642b0dfc18"/>
  <unit id="U00275" pack="P006" kind="paragraph" targetSHA256="6a48898ae327b0255f142bce89b14b9a21987660a1a893cc2ecc42ee5d50207f"/>
  <unit id="U00276" pack="P006" kind="paragraph" targetSHA256="2ee66b2037b7a580ef3acbaef18d50c68735776a26c6c4ee36573bb3c2372bbd"/>
  <unit id="U00277" pack="P006" kind="paragraph" targetSHA256="27cade56a13010c013d1c87aacfc4fba966040a63d084fd9a4ef0e08831af0a7"/>
  <unit id="U00278" pack="P006" kind="heading" targetSHA256="9efbe8fb9dfafb0c44b809b0b661b8baae7b3a9dfe0b479907918c24b5362661"/>
  <unit id="U00279" pack="P006" kind="paragraph" targetSHA256="38049e8fe4e50053766b43321b2b847e656f75916d9d842e4503b1caae994fd1"/>
  <unit id="U00280" pack="P006" kind="paragraph" targetSHA256="839152351b321f0f4f52710862116358eafc64ecc6eabb0186dd381c560549e1"/>
  <unit id="U00281" pack="P006" kind="paragraph" targetSHA256="a162afcd77350f36273e650cea76c5f884006b45926dca1bfbf1876005067d8b"/>
  <unit id="U00282" pack="P006" kind="paragraph" targetSHA256="a6bd55de00132821b27d979cd92bb567336bb3d2c7b7910d34b8f91040653280"/>
  <unit id="U00283" pack="P006" kind="paragraph" targetSHA256="d6c0ef3871aca9aa253c3825780997ac6c0db7591dca27df033aa403ec133f0a"/>
  <unit id="U00284" pack="P006" kind="paragraph" targetSHA256="adf7c8678d9fe62fcee8bb5788b2ba166c6de6ffea9c13ed5b9587868b9495d2"/>
  <unit id="U00285" pack="P006" kind="paragraph" targetSHA256="6024c52909d24c5165219574173b2cef07859085e234929818677bd2ce6e4b13"/>
  <unit id="U00286" pack="P006" kind="paragraph" targetSHA256="5cd06cee0abb31a2fa76b3af05fa5be08ec0471cff3add83e071ca3eaeeda451"/>
  <unit id="U00287" pack="P006" kind="heading" targetSHA256="d77cb5993d27f659de6edb51bed477e42574d66a5bf9596b0e9d78163592d5bc"/>
  <unit id="U00288" pack="P006" kind="paragraph" targetSHA256="0dd2f98bd2590122494e6fb191bf3344a5fab1323732de7be884d40949b5815c"/>
  <unit id="U00289" pack="P006" kind="paragraph" targetSHA256="9e6fbfa724fc56f6d2d7a45efab73086b11bbcb28d63dd54089878499106765c"/>
  <unit id="U00290" pack="P006" kind="paragraph" targetSHA256="1fef129220f6a88e308fb7edcc091162a51012616dbbe497c9f4804e4a6584f7"/>
  <unit id="U00291" pack="P006" kind="paragraph" targetSHA256="0c34c170412f09d7cf3b64135a28404080b3e99d9ca44a20eada45bf0871509b"/>
  <unit id="U00292" pack="P006" kind="paragraph" targetSHA256="b3987825a411fbccc65c0c597ee9224fe6fa1c5c0cbaf5995454a9fcd6d5661c"/>
  <unit id="U00293" pack="P006" kind="paragraph" targetSHA256="aa14bcfcb259c749521bd2bf6eb5763ad4e45291a649fc2bd4e63547032d4717"/>
  <unit id="U00294" pack="P006" kind="paragraph" targetSHA256="a6c969b507777a2a28f7575a216b7050d7edeaa584276de0edbd9edf619b2a81"/>
  <unit id="U00295" pack="P006" kind="heading" targetSHA256="4a2a43ef11dca2d77846b904112e479e0883b265c078ededafb7525e7d756dd4"/>
  <unit id="U00296" pack="P006" kind="paragraph" targetSHA256="d8dd746b19ca1a86d7b27ce218f51cce4003a1e7b7e46813d783c6bd30cbee03"/>
  <unit id="U00297" pack="P006" kind="heading" targetSHA256="17128a698c93f39cd7ca6abc9016e0538c0e01036af494dfacb9092bbc97a7c0"/>
  <unit id="U00298" pack="P006" kind="paragraph" targetSHA256="99aa57cd22714b5355025a696481513f59165f47add71b3a07ab618bdce01ce1"/>
  <unit id="U00299" pack="P006" kind="paragraph" targetSHA256="7fb24bc409c617d8956fbbdd109d8d13f6bd93b1daa05d92ee1c0ae6bb7e3a70"/>
  <unit id="U00300" pack="P006" kind="paragraph" targetSHA256="a5f102d679219cdbe2ecbc4df2c992c1fd33793fb355febfc81003a13c2885ef"/>
  <unit id="U00301" pack="P006" kind="paragraph" targetSHA256="f04c4998c9d753688a2fdddd724dc910ad70c0fe376f1bc8757dfd3d69e5228d"/>
  <unit id="U00302" pack="P006" kind="heading" targetSHA256="4a86501fbefb277d1c95bedfa24e4a89602ec530284061075552e23c5e03ee9d"/>
  <unit id="U00303" pack="P006" kind="paragraph" targetSHA256="341253c17a7805c3b10ce79515fe0e133d177f6d746ae09b18f4fcc14d2123ce"/>
  <unit id="U00304" pack="P006" kind="heading" targetSHA256="cc4b51bc40063c8e5fa8d9f956c494bff4194b649631a0153a25d0626efc2a12"/>
  <unit id="U00305" pack="P006" kind="paragraph" targetSHA256="ace0665ea364d8d90439c75a4810b27ba57fe2bb82afd0e2cd654d48c1e1d722"/>
  <unit id="U00306" pack="P006" kind="heading" targetSHA256="c70e2870352df426a8afeb63beed7f75b996ce90f44c804c2a131a4b52f2a7ec"/>
  <unit id="U00307" pack="P006" kind="paragraph" targetSHA256="20ce51103db86e8b8237b7585c85caf8d8114967ba0ff8cdc9af624c2888e0e5"/>
  <unit id="U00308" pack="P006" kind="paragraph" targetSHA256="2a25cbb28f0f646c5696f4b5fa48bbfac8d7762fcf75f95833dbd96736edbef7"/>
  <unit id="U00309" pack="P006" kind="paragraph" targetSHA256="dfc06f94bd3cb900a48ede7ef4f0b91ec4c688cef9bfd529bad2ce9fdc1e1aca"/>
  <unit id="U00310" pack="P006" kind="paragraph" targetSHA256="cf24e8e2d2ed4e8084270c60ddf52dc6556c5c59128086f98bc84dfdd46c551f"/>
  <unit id="U00311" pack="P006" kind="paragraph" targetSHA256="e90bf210448e7db31f9383c9b4a75aef6903aeee0528e4401f71fc858715a289"/>
  <unit id="U00312" pack="P006" kind="heading" targetSHA256="40751f608ead693bd66fc520f31eead445c580b11a5890fd1a7d7cde7d8daf7e"/>
  <unit id="U00313" pack="P006" kind="paragraph" targetSHA256="0b6c774487c2571695af95699940c34685a87c8eb15e739cdee99acbcfb7d9db"/>
  <unit id="U00314" pack="P006" kind="paragraph" targetSHA256="43fbc9206ddb7ef0e3fe4c4766167fa503e89786dd3c3eddf7365cd2be5502c9"/>
  <unit id="U00315" pack="P006" kind="paragraph" targetSHA256="f93dfeacf8424107351d75451ca77010d0f9a772bf3cc6e81451ee19f9dc0fea"/>
  <unit id="U00316" pack="P006" kind="paragraph" targetSHA256="2284cc0db1e38fcc5c8b9f93067ba2991d9025b5690cbea43ad479f99ac1fc38"/>
  <unit id="U00317" pack="P006" kind="paragraph" targetSHA256="29f44309add3a13141b0307be7eca11e28086bcfd847bd0db846f9fc658f4601"/>
  <unit id="U00318" pack="P006" kind="heading" targetSHA256="be1ad1fc5d45506e17b7603621c1b3f72fb5f12fb227d5499fe2d9b9020794b2"/>
  <unit id="U00319" pack="P006" kind="paragraph" targetSHA256="cb4c43429382a5039ef35ead129bab694906c14fb8ee694f18e61bad8f17c241"/>
  <unit id="U00320" pack="P006" kind="paragraph" targetSHA256="d6398546664add6ed0c671d56590d4c7e3eef3f2bd34274287bde521750c27f0"/>
  <unit id="U00321" pack="P006" kind="paragraph" targetSHA256="9ffc7545cb3531af2ff96e3d159c81a9265153d994e06e214aa045de7e02a8fd"/>
  <unit id="U00322" pack="P006" kind="paragraph" targetSHA256="e50f438191031f8abcd56eee3934e0dfd4b6f7c3ca786d7a9a8f345a4a47b405"/>
  <unit id="U00323" pack="P007" kind="heading" targetSHA256="0bcd7024f85e9291cb854e08bcf618b8ec8d37c3d5e8326250f32ff792bc120c"/>
  <unit id="U00324" pack="P007" kind="paragraph" targetSHA256="f072b4df68e86e144429168c0fe98dc7dad520c5491b0f4cd6eed0f71c794f7b"/>
  <unit id="U00325" pack="P007" kind="paragraph" targetSHA256="48e33bcd0caa02a655a6789e4f9dbbfe61c6c636f09524b1d22bc382a05fd9ed"/>
  <unit id="U00326" pack="P007" kind="paragraph" targetSHA256="305c6a3635b9b8b3eb2fc51ac8987ef361c683e446ce9ab6a1a3baab87a83ae6"/>
  <unit id="U00327" pack="P007" kind="paragraph" targetSHA256="37cbdaaaadaf73b7e6888a4e2daf4db30240b8a23f6c766ba566349ea7d1a680"/>
  <unit id="U00328" pack="P007" kind="paragraph" targetSHA256="3d14a89d4e06c8ccc5f216706890a46dd1f00bbb35c01adb3a553863d7585e47"/>
  <unit id="U00329" pack="P007" kind="paragraph" targetSHA256="2e0750823e21f1f727c0837a1b9a724571eec2de70d1ed5b3f7ad21047a61d7f"/>
  <unit id="U00330" pack="P007" kind="paragraph" targetSHA256="f131016dc19a733a912b7122a71dd3821cd4d7b19b657b7b6ec18d3d172acecf"/>
  <unit id="U00331" pack="P007" kind="paragraph" targetSHA256="f71a9f4d3fb1cad4a3f5742322539280954bdaf9e14a69baa738cf5a501b19a0"/>
  <unit id="U00332" pack="P007" kind="paragraph" targetSHA256="f5e408709efecb5b897a6314b9bc69a17e00633b87b52042fe98b9676e2a22df"/>
  <unit id="U00333" pack="P007" kind="paragraph" targetSHA256="5326116067e4bfe770caea9a6c784dec23dd1d46d94e9fedf8047e32cec8a930"/>
  <unit id="U00334" pack="P007" kind="paragraph" targetSHA256="23c604b4ca804a6baaa36e903c8f22a338e3b329a0c6b4122ee42e6c6da1a66c"/>
  <unit id="U00335" pack="P007" kind="paragraph" targetSHA256="712ace8321ddf6cf58f7f8de2c5f95714aa7680143cdea1b8f01111802782082"/>
  <unit id="U00336" pack="P007" kind="paragraph" targetSHA256="d01990ed2455d76c6c8f96270639634a97620f16029de929611b6e6b6a531194"/>
  <unit id="U00337" pack="P007" kind="heading" targetSHA256="f5513f99ff672ed276d0377fad56fb486a1109ad32ea98b1132affa24d53622f"/>
  <unit id="U00338" pack="P007" kind="paragraph" targetSHA256="93b2a997acc4fe3ac515a0c8e3f5ab7477958a2cabd708440bb63e2fc9c76c2d"/>
  <unit id="U00339" pack="P007" kind="paragraph" targetSHA256="f1e4a6b90ed761d34fcfa6571fcf978bd04bbe4d5966a908d8fefbeccc78bbeb"/>
  <unit id="U00340" pack="P007" kind="paragraph" targetSHA256="6b1f552e837ee28fcd66a0a4d43852b38f83f9d644040957407e43b9cc0840e0"/>
  <unit id="U00341" pack="P007" kind="paragraph" targetSHA256="e6be548e1669ea06756f128c9dfd9e47dd271265ee5109889189eaff58b94a7a"/>
  <unit id="U00342" pack="P007" kind="paragraph" targetSHA256="da88c00d92e678f0e597d2c73771c27aa0c9fc4142035fd1af5a9983dc5b40b2"/>
  <unit id="U00343" pack="P007" kind="paragraph" targetSHA256="ae8c75f29bc6610f4d417fcfc6462353222d75862e54ff60271fca4146966702"/>
  <unit id="U00344" pack="P007" kind="paragraph" targetSHA256="2e21274bf9dc8f7573bdeeb4db1dc8ec430e480da2e257d6368e797a9b8f12d1"/>
  <unit id="U00345" pack="P007" kind="paragraph" targetSHA256="5487be418c8540cc308b62a49506aa20a0fb52a0ef7a3bf54fc562005f814c36"/>
  <unit id="U00346" pack="P007" kind="paragraph" targetSHA256="ab0d0692de6a406682cde35266a096063d3902ddbd8709003fe438d3a5b563ba"/>
  <unit id="U00347" pack="P007" kind="paragraph" targetSHA256="40940d2eb0e95f3073cde16350af79780311beb21a830743575bbc0354ef9adf"/>
  <unit id="U00348" pack="P007" kind="paragraph" targetSHA256="ad6ac09557384555687b066ba54016de79d5e7f881ac0848aa9f6f5a086e7882"/>
  <unit id="U00349" pack="P007" kind="paragraph" targetSHA256="5a49138f4a5768a1b87387b1b8b1ca81cd35d829bbfbb703af1bd9a4b0b83c9d"/>
  <unit id="U00350" pack="P007" kind="paragraph" targetSHA256="7a34b6a4e123dcfb85648a511b08be611a47924d854b69e9449a56b528359a8f"/>
  <unit id="U00351" pack="P007" kind="paragraph" targetSHA256="0293f800edb57dc0afe27d28f1e526a8a05f29bd2760eb7b5338ad1a66bcc971"/>
  <unit id="U00352" pack="P008" kind="heading" targetSHA256="a452e309a694d57cbab7d9cb2d49a19b419f9c0ee8961583e2a3a82927cd2e1f"/>
  <unit id="U00353" pack="P008" kind="paragraph" targetSHA256="af9be7c5170949efe749d49e6a4579610469f405507a74027a6f9c190f36b85e"/>
  <unit id="U00354" pack="P008" kind="paragraph" targetSHA256="20329fc3db3498786670a69eb48d4ab6b95c5efcfa660373020cf73ff3d0575b"/>
  <unit id="U00355" pack="P008" kind="paragraph" targetSHA256="85709ee991d7045704f7755a7e1a37cd0de4d37603151eeb135d4a3bde92cbd6"/>
  <unit id="U00356" pack="P008" kind="paragraph" targetSHA256="242305ffd8eb17ce257e6356d7da283b763386767c9bbaf93f197c0554bdcadb"/>
  <unit id="U00357" pack="P008" kind="paragraph" targetSHA256="d2bce90725de5632d3508768fc21bd13bbd1fb36cc29fb69a9e43bf674f90eff"/>
  <unit id="U00358" pack="P008" kind="paragraph" targetSHA256="dc7e54162e02ddeb445ed2ed06eb8a262eb91dc9b631dbb9b67ed00561b252d5"/>
  <unit id="U00359" pack="P008" kind="paragraph" targetSHA256="4f4dd462994d42de9c329316427fc3c84fa923c2802af77d1658accdf50f1619"/>
  <unit id="U00360" pack="P008" kind="paragraph" targetSHA256="528fefc04eaaf6f674eda721a99ad27d9539be999ec75cc799a88c20ed0101df"/>
  <unit id="U00361" pack="P008" kind="paragraph" targetSHA256="890323e2e365ad615393369ef41dfdf53969b68e59a95deb92e5fe123d60c925"/>
  <unit id="U00362" pack="P008" kind="paragraph" targetSHA256="ee56a2422cdc95aac7cc855689fdb0af52964379d91242127498e5811a2c1109"/>
  <unit id="U00363" pack="P008" kind="paragraph" targetSHA256="ad8911e52c714e4adbdbaee656445e01a337615d57719049fe39f24a86fc6be6"/>
  <unit id="U00364" pack="P008" kind="paragraph" targetSHA256="1a2fb7272f19d5aa17cf74d446cd2ec0f1116b77f7cecb677c70c80fa7b42250"/>
  <unit id="U00365" pack="P008" kind="paragraph" targetSHA256="0c0717cbebf05935036593f179226e037c5b98184885cd8bc3f4c069572b4694"/>
  <unit id="U00366" pack="P008" kind="paragraph" targetSHA256="95f2a8bdf6541ef558038a487eb5e1f2a5e90e09258f4bf7f126d292571bacf9"/>
  <unit id="U00367" pack="P008" kind="paragraph" targetSHA256="509bbf2e62742135c37fbfe09773ff9aa4da26ce8d8144cf6ce162869b527ea1"/>
  <unit id="U00368" pack="P008" kind="paragraph" targetSHA256="958687d22fe632439536d90251b912ab323e330b487f2f56a76bda6b7083632e"/>
  <unit id="U00369" pack="P008" kind="paragraph" targetSHA256="d0a7e09f12990af0bff02efb21eafba10b0948277daaa93fb27d4597437271d4"/>
  <unit id="U00370" pack="P008" kind="paragraph" targetSHA256="f5a824be88550dff23e38b52cac0de1cf42313747b381960b0e897d36f894d70"/>
  <unit id="U00371" pack="P008" kind="paragraph" targetSHA256="84ba1b20ec9b99ff87af251a8c6d0b89b8d5e4d513b9e7b703d33ee193a781cc"/>
  <unit id="U00372" pack="P008" kind="paragraph" targetSHA256="274fc04f5db5dadd0583673ff5260dde8f3998c14e5548a20dee89fcccb74965"/>
  <unit id="U00373" pack="P008" kind="paragraph" targetSHA256="cde8e99a1c38ac12ac000287c8754901b984d437bfa6d70725b30250aad60ef0"/>
  <unit id="U00374" pack="P008" kind="paragraph" targetSHA256="58b24f3bc6cbe0c846ed99858558893f1ebc779c3cd0817ca465575ac161470f"/>
  <unit id="U00375" pack="P008" kind="paragraph" targetSHA256="d82d53399a2837b993964c4ed24cae5383e443ac9adb06d7e263848535c3953b"/>
  <unit id="U00376" pack="P008" kind="paragraph" targetSHA256="06d050261864577052c3461bbb9ba0f2996994f2c79faa0c3def96842975d903"/>
  <unit id="U00377" pack="P008" kind="paragraph" targetSHA256="41f6f3815b009128b6db981445b3f5a8048d787a68bd85971d434a5cfa1574db"/>
  <unit id="U00378" pack="P008" kind="paragraph" targetSHA256="dc7a541ad9e383ab6d15912d73b1a958dfcfa3921779a24c8ecf35bddbe72205"/>
  <unit id="U00379" pack="P008" kind="paragraph" targetSHA256="db2f1692aa4e631360261b06820920c19c533902fdda6880f53ba8e78654f03a"/>
  <unit id="U00380" pack="P008" kind="paragraph" targetSHA256="e2f53f3014d382e7abf6cff78e4387095a91fb023f9a945cd0fb98ba67df7dc2"/>
  <unit id="U00381" pack="P008" kind="paragraph" targetSHA256="2c1e0925e17fd338334ec486289a99a8e6742b329e0111b7700d11a5231363fb"/>
  <unit id="U00382" pack="P008" kind="paragraph" targetSHA256="41927a4d5de3a9ce2a4cd43c4674e708fc8a4c4ad0d1fe2b4ee7b9cbf1421b2d"/>
  <unit id="U00383" pack="P008" kind="paragraph" targetSHA256="8333c2835fbdd3c686b7696428ee7ef296e24070954d1eb94703444c4f3ca0c2"/>
  <unit id="U00384" pack="P008" kind="paragraph" targetSHA256="e754e194c433d6310280ca13c6771deb3ff272efc755c0237e15c4e902711b53"/>
  <unit id="U00385" pack="P008" kind="paragraph" targetSHA256="cc88a3c45b6915896247c0645d05d9d2c231bff7b4579cf9bc928d40db33d3e5"/>
  <unit id="U00386" pack="P008" kind="paragraph" targetSHA256="c640c29ad281b741e62c7a75b39e50bb2f3750013c9e68f1368da480f0f2d674"/>
  <unit id="U00387" pack="P008" kind="paragraph" targetSHA256="76bf14addec9adb41b340a8a0c68491ba1565300509d3e57764cbbfa2f4fead3"/>
  <unit id="U00388" pack="P008" kind="paragraph" targetSHA256="c52a7f939f42d32afabee5e84d08804e6dffaf4175a3f7e0aa0229b9a1c40f52"/>
  <unit id="U00389" pack="P008" kind="paragraph" targetSHA256="7c467f762e6e520ddd25a2f17c6d52fb6df5f3b74ed406965c76ab01e87626c1"/>
  <unit id="U00390" pack="P008" kind="paragraph" targetSHA256="daeaf7f1fb124d562328e52aa0a5c209a28cb8a79dafd65ef7c296421268ba48"/>
  <unit id="U00391" pack="P008" kind="paragraph" targetSHA256="f72e9336f70bf0ad40fc82aa1ff9b86600f081256e8944bc923c2b9d287ef117"/>
  <unit id="U00392" pack="P008" kind="heading" targetSHA256="4a2a43ef11dca2d77846b904112e479e0883b265c078ededafb7525e7d756dd4"/>
  <unit id="U00393" pack="P008" kind="paragraph" targetSHA256="0feeb0aa08c9b963508d7fe0ec1bf3f65507590658730d7583cd19820a2be303"/>
  <unit id="U00394" pack="P008" kind="paragraph" targetSHA256="7024f50f3244da33effd992d6c52dd310a587d5e7e46a166b5ec14a3757e03cd"/>
  <unit id="U00395" pack="P008" kind="paragraph" targetSHA256="ecfbe27cae04812f8d155eefc5028b55f8187fa12cb6f6af2b3d6f04906384d3"/>
  <unit id="U00396" pack="P008" kind="paragraph" targetSHA256="529e108274f951e19083d8eb20f45f6e25e4faf88fe5c4c1ca6417677fe1e8d1"/>
  <unit id="U00397" pack="P008" kind="paragraph" targetSHA256="a3e631a9fc71b71a90121dc23507c49866f88a14f31b8e6ce0df8268d643e58a"/>
  <unit id="U00398" pack="P008" kind="paragraph" targetSHA256="2d4298096c9a22c6dad221ab0a94a284c11357e2a29d2f1c29ca046b3e0df7b1"/>
  <unit id="U00399" pack="P008" kind="paragraph" targetSHA256="c77a3e73fa388b362a499476653e749a75b89801a00ddfbba94c1869a3c2bc78"/>
  <unit id="U00400" pack="P008" kind="paragraph" targetSHA256="eb247c152b0f9b9d82786a6c88f597b1291208ea235a0626743ef20e8a603e39"/>
  <unit id="U00401" pack="P008" kind="paragraph" targetSHA256="6fa2b2e7b58dc6106d37de32e1a296cd6309cfd3c7113cde5cf0f1c1bb22ed1f"/>
  <unit id="U00402" pack="P008" kind="paragraph" targetSHA256="dc3c37f44cf07dbaa1e1bcec4d2baf3cf51ff69610d2d0963c24550d2412f0db"/>
  <unit id="U00403" pack="P008" kind="paragraph" targetSHA256="4de8cda93be675c83dfe41859351b65694333dfbf09516ba560a1604f9a9d375"/>
  <unit id="U00404" pack="P009" kind="heading" targetSHA256="4a2a43ef11dca2d77846b904112e479e0883b265c078ededafb7525e7d756dd4"/>
  <unit id="U00405" pack="P009" kind="paragraph" targetSHA256="ec1f9f383c1ba7d158bd2ce4acb13f6c198712454ee8e7cf014f4cb59e71c227"/>
  <unit id="U00406" pack="P009" kind="paragraph" targetSHA256="8bbac3dd97742c56459976cad9eb88f2cc689cd9927cc772ac0dfe9dbdce4891"/>
  <unit id="U00407" pack="P009" kind="heading" targetSHA256="1c471aac69497d2a6189db0887cb77479a11acf26bb8544441daa1d560893c08"/>
  <unit id="U00408" pack="P009" kind="paragraph" targetSHA256="32f0a4a1c2295813464b5e79dd8071f9e5cd30af580d81f174c44fc14a2cd4b4"/>
  <unit id="U00409" pack="P009" kind="heading" targetSHA256="ecab57152eba3ff4b4df993f94132caf1c1132722148b04ea3baf060ca15c317"/>
  <unit id="U00410" pack="P009" kind="heading" targetSHA256="cc4b51bc40063c8e5fa8d9f956c494bff4194b649631a0153a25d0626efc2a12"/>
  <unit id="U00411" pack="P009" kind="paragraph" targetSHA256="49b55ad87fa71d91e0d8a97f61977bd13e2d94529404cbad13db9ff059f876c6"/>
  <unit id="U00412" pack="P009" kind="heading" targetSHA256="c70e2870352df426a8afeb63beed7f75b996ce90f44c804c2a131a4b52f2a7ec"/>
  <unit id="U00413" pack="P009" kind="paragraph" targetSHA256="d0f5cd7ca98ace8e60357e841c13afcc42daee1f99b3d602a4203e07e7d052fb"/>
  <unit id="U00414" pack="P009" kind="paragraph" targetSHA256="72a434f026d73f7ca7609e496f5a345edeffb6a38911cfef419f21e9e94e94fc"/>
  <unit id="U00415" pack="P009" kind="paragraph" targetSHA256="2f9f69c2bdc7430ccd79e0d219880ff9c0477b870781f8aa0fa9e2f1da58e0f2"/>
  <unit id="U00416" pack="P009" kind="heading" targetSHA256="e5f36563c09f894a89609433b51164ca83b4ec4a13255f954bfd2350d8562c1f"/>
  <unit id="U00417" pack="P009" kind="heading" targetSHA256="cc4b51bc40063c8e5fa8d9f956c494bff4194b649631a0153a25d0626efc2a12"/>
  <unit id="U00418" pack="P009" kind="paragraph" targetSHA256="6d4f398bb9ace6d0021777653ba36fd339cf3a314c74aa09802616ea91f5efaf"/>
  <unit id="U00419" pack="P009" kind="paragraph" targetSHA256="1dcfeaaedc3f2a556957eb4bb405b2d4496dc0fb30a2882838e7a9c156bcfdd9"/>
  <unit id="U00420" pack="P009" kind="heading" targetSHA256="c70e2870352df426a8afeb63beed7f75b996ce90f44c804c2a131a4b52f2a7ec"/>
  <unit id="U00421" pack="P009" kind="paragraph" targetSHA256="8dd21b38819d8720db7805bdc34e6a75d403ee06610d65c0daaf75bc40391b5a"/>
  <unit id="U00422" pack="P009" kind="paragraph" targetSHA256="e3ac2a0b5acb5b7deddc9cda726e89ff15e0a63088390a30e89be52ab7b7eb64"/>
  <unit id="U00423" pack="P009" kind="paragraph" targetSHA256="7b374c34f861bad3c548bdbf90dfeeba722e3b98ec11372945d05acf9e859ae4"/>
  <unit id="U00424" pack="P009" kind="paragraph" targetSHA256="497c91f4dd63cb468045098c5d1140988500ba8e90c012b617ca601e32fc9462"/>
  <unit id="U00425" pack="P009" kind="heading" targetSHA256="604559e2a39a28e4349aa8e849e7a10308f867b3f36dd33eabb07d882d198f38"/>
  <unit id="U00426" pack="P009" kind="heading" targetSHA256="cc4b51bc40063c8e5fa8d9f956c494bff4194b649631a0153a25d0626efc2a12"/>
  <unit id="U00427" pack="P009" kind="paragraph" targetSHA256="adccbb1cb9da7e27670e15c7e27f98096773d6bce805859490c81685108b5b83"/>
  <unit id="U00428" pack="P009" kind="heading" targetSHA256="c70e2870352df426a8afeb63beed7f75b996ce90f44c804c2a131a4b52f2a7ec"/>
  <unit id="U00429" pack="P009" kind="paragraph" targetSHA256="ce587756c07b3cda298be7f2b13186a9f6136f7930148e5edcc770172be435d4"/>
  <unit id="U00430" pack="P009" kind="paragraph" targetSHA256="1c116edbd44260a7f649d20a8009c35689d965abe5a9ca26176137e938ee583a"/>
  <unit id="U00431" pack="P009" kind="paragraph" targetSHA256="b5867e482603efb77380e2efdf6cbd2d66ecfcfc924bb05beb496f2e278be91b"/>
  <unit id="U00432" pack="P009" kind="paragraph" targetSHA256="c2aa7cd9f993af1f01a3e4acd5971d4021b937693881ec4b5db9640de7e9d277"/>
  <unit id="U00433" pack="P009" kind="heading" targetSHA256="31cd1b776ff13f3208a0ea364e9ab1eb2c00a87fbaadbd8df9e4bbf877d3e6cb"/>
  <unit id="U00434" pack="P009" kind="paragraph" targetSHA256="bece9eb75498739daf57df831c744dc7bab5655fe7efeee0224b263145e560be"/>
  <unit id="U00435" pack="P009" kind="paragraph" targetSHA256="a01ca33a5e951580777be4af10ab067e959b27f2474fc373bf3030837319572b"/>
  <unit id="U00436" pack="P009" kind="paragraph" targetSHA256="351855c78328e367b3de50b625585ea4a2cbd2ec5d864c7c1e8ec3dea7d17cf1"/>
  <unit id="U00437" pack="P009" kind="paragraph" targetSHA256="1adf4ffb542a7531adfe9f458fd3ea9d96c8028d7a8f38d14036f9360a4a3ace"/>
  <unit id="U00438" pack="P009" kind="paragraph" targetSHA256="5efea918a831cf9cd56aafcfa5f0f6cae7cb9edf81d0980af50c9020ef3fa976"/>
  <unit id="U00439" pack="P009" kind="heading" targetSHA256="66cef5f428ee637f3819e354dfab51db3fdeff30a22eb876f486af185aaed012"/>
  <unit id="U00440" pack="P009" kind="paragraph" targetSHA256="ccc528445c20b5aabdec4229f0a647f260795ef0296a901e9f13b039bdf07646"/>
  <unit id="U00441" pack="P009" kind="paragraph" targetSHA256="0143344d99e88fedbd3192ae6f7e1a11530d54cbf8899c28e0d8d98151fa5819"/>
  <unit id="U00442" pack="P009" kind="paragraph" targetSHA256="6c16759691167861d308a732d6e2c7a36ec387c781921818d6499fc0597517c8"/>
  <unit id="U00443" pack="P009" kind="paragraph" targetSHA256="5cadd4adcf2f1a0ace233f0f746ef3eec04dd0b2ec52d7f09cf8bd7af30e8984"/>
  <unit id="U00444" pack="P009" kind="paragraph" targetSHA256="16d36d5923decba09c8b691b8f0d48c7d87c3d624489533c5787af0ae4e40dea"/>
  <unit id="U00445" pack="P009" kind="heading" targetSHA256="eb85d1ce8d5f0ee83ef0ed2f2c59d2dab8563a4d29bd9442e2f80b434cf3bb23"/>
  <unit id="U00446" pack="P009" kind="paragraph" targetSHA256="c3c91bc2bb03e258ae98def6baf2eb5b8b5714fe01c8fd85b37bb793d2604eff"/>
  <unit id="U00447" pack="P009" kind="paragraph" targetSHA256="30e55ac420a6da47aa4fb2695fd24f2e58402890fb9f601f0cf39c0dcf92abb3"/>
  <unit id="U00448" pack="P009" kind="paragraph" targetSHA256="bd4e8fe1e8e3289d8ed316dbb02a812603ebe04678f0835e322889f45b779a18"/>
  <unit id="U00449" pack="P009" kind="paragraph" targetSHA256="e9d41486f49af4ad6e320b9e4c39dd0ebe89bcc298d616094d51443d6c166c48"/>
  <unit id="U00450" pack="P009" kind="paragraph" targetSHA256="af131b4256715caf553bcb92e84be573d1f83f4ff9b1902920eceea023f7e897"/>
  <unit id="U00451" pack="P009" kind="paragraph" targetSHA256="58da367526500bbcb96d945a550bc4eb1b25a2997b5f788f3e15da9a8fc29e74"/>
  <unit id="U00452" pack="P009" kind="paragraph" targetSHA256="8b3c4a481f00b20d848f229c50f6beca9c88c9799606c80083663a6c81915a06"/>
  <unit id="U00453" pack="P009" kind="paragraph" targetSHA256="ecfd403a464467d019fedac742f211fdc3645707f91c03841efff1162ee80cbc"/>
  <unit id="U00454" pack="P009" kind="paragraph" targetSHA256="3dc99cebec07b55e5ab0a8c26cd481ee1fdc2fe1d71e41be8b7be6d604d56b98"/>
  <unit id="U00455" pack="P009" kind="paragraph" targetSHA256="e6c26c5d9bd036dcb100648cf1982b7b5add073ce8e31255062eb2d128b5e093"/>
  <unit id="U00456" pack="P009" kind="heading" targetSHA256="d80dce57ad6ff5c0a57ea8a2657047a06a72831bbab556cc5c2931e7354d1fb6"/>
  <unit id="U00457" pack="P009" kind="heading" targetSHA256="cc4b51bc40063c8e5fa8d9f956c494bff4194b649631a0153a25d0626efc2a12"/>
  <unit id="U00458" pack="P009" kind="paragraph" targetSHA256="5d24ae5f8f82e2c36f98e9e041e19944618b5ab5990f97a5031790b96da81ff2"/>
  <unit id="U00459" pack="P009" kind="paragraph" targetSHA256="c835c63a2c1e250021bcd44b6db76e3e37fd376ab835cf2a015270eb21f3ecbf"/>
  <unit id="U00460" pack="P009" kind="heading" targetSHA256="c70e2870352df426a8afeb63beed7f75b996ce90f44c804c2a131a4b52f2a7ec"/>
  <unit id="U00461" pack="P009" kind="paragraph" targetSHA256="bd05d19136755cd9d90daa37d87130809fa417fc929ad6bb8fe74a7ea559d9f5"/>
  <unit id="U00462" pack="P009" kind="paragraph" targetSHA256="763be75fbc3dc58bfb842ae86b83cd4b05fb0bc53b7a2215796b0cc97d2dbc13"/>
  <unit id="U00463" pack="P009" kind="paragraph" targetSHA256="bdf824c4f476145eb83e5221fcdec19e0a8632b5b8164265c4b138afffa335ec"/>
  <unit id="U00464" pack="P009" kind="paragraph" targetSHA256="d6625e1a7fdc19432e665c848dee86511316de994284dda01e3c37a289de174a"/>
  <unit id="U00465" pack="P009" kind="paragraph" targetSHA256="d98ff82b6535612d9d4d274ecbe3ad8468d23cd80891aa7e070b63aaf28ae771"/>
  <unit id="U00466" pack="P009" kind="paragraph" targetSHA256="4b0d0557e68e42ee953119f55022e605a16eda6825f0b5654eaae423bc757926"/>
  <unit id="U00467" pack="P009" kind="paragraph" targetSHA256="e5bb3361cd43a6a761f6b567ea5c7636ddd2db4f913d1ea51e049faa77c0924a"/>
  <unit id="U00468" pack="P009" kind="paragraph" targetSHA256="c645d1ceaddac4edc91ad7205ad1cf4c26f7cd74bb56c6e70bcf8345941f1572"/>
  <unit id="U00469" pack="P009" kind="paragraph" targetSHA256="574ff64cbd9f4f265a27f29e72b3cb4bdd5d75317d0cc1e96a5707e7bc96cb0d"/>
  <unit id="U00470" pack="P009" kind="paragraph" targetSHA256="2a5513d3b7c2a8290ae1009b193a92645fcc679bdc629753bb66c75f2a708d2c"/>
  <unit id="U00471" pack="P009" kind="paragraph" targetSHA256="7f9f4020491f628b4ae36dc97dd612a21343da0d8367ec4f6986be8adfd729e7"/>
  <unit id="U00472" pack="P009" kind="paragraph" targetSHA256="be39e1fdcb7c7f441337c33123888a98613d7961b60f5846ed8f29650988af02"/>
  <unit id="U00473" pack="P009" kind="paragraph" targetSHA256="d7d647ce64bd9201f11ff863b300a47c025c8f9ce75bf37cb98ff62f21a68d05"/>
  <unit id="U00474" pack="P009" kind="paragraph" targetSHA256="6a2c7cf790901e512880909a92233851ed0c1e2bb472f10a886510e14c358a98"/>
  <unit id="U00475" pack="P009" kind="paragraph" targetSHA256="79d50724b9aad77127bc4aa27fa65541d5f4658b52ef2ea10fa69fd53a0ad11e"/>
  <unit id="U00476" pack="P010" kind="heading" targetSHA256="45de4316720975d55bdcf14a6f0176d7f34c596a0814dc904e6d9e3c3ef6298d"/>
  <unit id="U00477" pack="P010" kind="heading" targetSHA256="cc4b51bc40063c8e5fa8d9f956c494bff4194b649631a0153a25d0626efc2a12"/>
  <unit id="U00478" pack="P010" kind="paragraph" targetSHA256="56c4fa2600762966b9747b5f54bc92e7a769438220b7d8908dc77402c4e107cb"/>
  <unit id="U00479" pack="P010" kind="heading" targetSHA256="c70e2870352df426a8afeb63beed7f75b996ce90f44c804c2a131a4b52f2a7ec"/>
  <unit id="U00480" pack="P010" kind="paragraph" targetSHA256="a5f828d20823f5510523b5e69cb32e2684f329354123d9d2200a494656672fd6"/>
  <unit id="U00481" pack="P010" kind="paragraph" targetSHA256="8190d31c968d0861d40befe69baef78dda331c4582de7c11be526d0782f0f85c"/>
  <unit id="U00482" pack="P010" kind="paragraph" targetSHA256="59aca7f2447a25068bd6488977adc9247b4a9a3d0dee577d789dd6b3969dee81"/>
  <unit id="U00483" pack="P010" kind="heading" targetSHA256="7a35bfad93f1452d77f2386b2c491210e43596b07e5ecd5ee19a8f293785d204"/>
  <unit id="U00484" pack="P010" kind="paragraph" targetSHA256="cb665657528435354773047f26f03d1ed62aa182c9532b5ce9c63410de209e1a"/>
  <unit id="U00485" pack="P010" kind="heading" targetSHA256="c70e2870352df426a8afeb63beed7f75b996ce90f44c804c2a131a4b52f2a7ec"/>
  <unit id="U00486" pack="P010" kind="paragraph" targetSHA256="02e2a06853a8436c0fd9c1863a44571cc2bc928a42099278cee79ed423888ae2"/>
  <unit id="U00487" pack="P010" kind="heading" targetSHA256="cc4b51bc40063c8e5fa8d9f956c494bff4194b649631a0153a25d0626efc2a12"/>
  <unit id="U00488" pack="P010" kind="paragraph" targetSHA256="3c812a9303017b09ce711c8a9222e3873668bfb33ece12a3835031a7415ddf33"/>
  <unit id="U00489" pack="P010" kind="heading" targetSHA256="c70e2870352df426a8afeb63beed7f75b996ce90f44c804c2a131a4b52f2a7ec"/>
  <unit id="U00490" pack="P010" kind="paragraph" targetSHA256="6e5bb22f297d217cc898da5e6739a0718402b81ae2d4f83a413321739808c8d7"/>
  <unit id="U00491" pack="P010" kind="paragraph" targetSHA256="c54fc0a24a4500050f30a36c99dd6be66d77e2611e59ac629652615102bf5290"/>
  <unit id="U00492" pack="P010" kind="paragraph" targetSHA256="2cc71b32e49e60bdef1198327e2ef9dde3f6bccc723bd0bda59166925e541c1e"/>
  <unit id="U00493" pack="P010" kind="heading" targetSHA256="4a2a43ef11dca2d77846b904112e479e0883b265c078ededafb7525e7d756dd4"/>
  <unit id="U00494" pack="P010" kind="paragraph" targetSHA256="5f5a3f0847dc4d612166a243eb9e96c39a0981cb33bdcd1779ea8500dfeecd41"/>
  <unit id="U00495" pack="P010" kind="paragraph" targetSHA256="3f9c8db838686f194be2feb99ab3015b4a5b954c429080320b62942bf875cf2d"/>
  <unit id="U00496" pack="P010" kind="paragraph" targetSHA256="a8637019334b5ac9041612abca87e86981167f4d572ea185820a3e4811d08a4a"/>
  <unit id="U00497" pack="P010" kind="paragraph" targetSHA256="48b203f3ce19fb886071ea98ede5941b0f52d2ff66691a66cd35a587f36a94d5"/>
  <unit id="U00498" pack="P010" kind="paragraph" targetSHA256="d1b9c1f610cc82266f0d362971552a4092f780bd52b68a5d4f47eb259140b16f"/>
  <unit id="U00499" pack="P010" kind="heading" targetSHA256="79e8414bef5535ae95f3d81f0d0e1d18fa291e61230a7d2c036556b63181836d"/>
  <unit id="U00500" pack="P010" kind="heading" targetSHA256="cc4b51bc40063c8e5fa8d9f956c494bff4194b649631a0153a25d0626efc2a12"/>
  <unit id="U00501" pack="P010" kind="paragraph" targetSHA256="ba395f3b509ce86334e105480077a5a5d1244cd3b84edcc450af24209c4c0b51"/>
  <unit id="U00502" pack="P010" kind="paragraph" targetSHA256="b236068edb2a97fa78db34cc3e7ff1476f6a94746bccbcf4f74c41571003a689"/>
  <unit id="U00503" pack="P010" kind="heading" targetSHA256="c70e2870352df426a8afeb63beed7f75b996ce90f44c804c2a131a4b52f2a7ec"/>
  <unit id="U00504" pack="P010" kind="paragraph" targetSHA256="d8f568b3f59bd2d610ee1951d0eac6b46f82cf60ccb0df3c6bdb003b5dfeec7a"/>
  <unit id="U00505" pack="P010" kind="paragraph" targetSHA256="6958113b725652b843e3cd3a74d67113e9a58646e1cb930257effe3f160def67"/>
  <unit id="U00506" pack="P010" kind="paragraph" targetSHA256="fc06b0e71d90096be3c56eb19b06cbe56db46d67f2c073f4107b47dde0231963"/>
  <unit id="U00507" pack="P010" kind="paragraph" targetSHA256="6b539739841c60a671a3fca658edc2d37619448a55093b82405c654964fe07e1"/>
  <unit id="U00508" pack="P010" kind="paragraph" targetSHA256="87f94db11d611998250385fab532e71469f4afffb188beadcae1c798304c1e59"/>
  <unit id="U00509" pack="P010" kind="heading" targetSHA256="7a35bfad93f1452d77f2386b2c491210e43596b07e5ecd5ee19a8f293785d204"/>
  <unit id="U00510" pack="P010" kind="paragraph" targetSHA256="08fe6a0b1d7b58aa8e68232da455708524d612ba151a46b660af2fd0c372461c"/>
  <unit id="U00511" pack="P010" kind="heading" targetSHA256="c70e2870352df426a8afeb63beed7f75b996ce90f44c804c2a131a4b52f2a7ec"/>
  <unit id="U00512" pack="P010" kind="paragraph" targetSHA256="c235286ccaf380fd8697603d17efbfb47ab24c1f89a2bec6fe55640068c40a06"/>
  <unit id="U00513" pack="P010" kind="paragraph" targetSHA256="46db22604e6dd245cef8a31d5cb7580b86aa1b2a7419c1a04179cb19e285b6c2"/>
  <unit id="U00514" pack="P010" kind="heading" targetSHA256="b38df801fc34ba2c9fc9ddcc2db20981aa9cb61b740f07b572ed601b5cea3db7"/>
  <unit id="U00515" pack="P010" kind="paragraph" targetSHA256="d92900703e3578f1883ed5a0b7cf71d1a65bdeb6f6541183808fcbe3d5c1471b"/>
  <unit id="U00516" pack="P010" kind="paragraph" targetSHA256="8d5e2790381f04a25042efad35e129acc73f29b31f99c07c8b4ab0768ff44b73"/>
  <unit id="U00517" pack="P010" kind="paragraph" targetSHA256="01ffdebbdc6563a0c14532c766f6c4f595343183f8a77a85c5d94f1659c52cb4"/>
  <unit id="U00518" pack="P010" kind="paragraph" targetSHA256="4fd843f434f78c94527e9d24871dca672760cdcd3fac841e522703940f269bbf"/>
  <unit id="U00519" pack="P010" kind="paragraph" targetSHA256="6fd21c1f3717bf637fedc9ade4f0e3ca6457698507b68998984625185545e1d4"/>
  <unit id="U00520" pack="P010" kind="paragraph" targetSHA256="9252044066aa4c4ac4490d2711c39d28673675fcd96b861d72aaee46ee56a094"/>
  <unit id="U00521" pack="P010" kind="paragraph" targetSHA256="adbba2301adadbf70a4783b35cc77100f74b611eb0f51a7d80c8b2c0974496e4"/>
  <unit id="U00522" pack="P010" kind="paragraph" targetSHA256="cbbb427a90e7bd0cbeeffb5303d7850c6f381306864b60f606e039156a2209c0"/>
  <unit id="U00523" pack="P010" kind="paragraph" targetSHA256="3118073319afd79b34664f2a3f668d3bc33e0b3e836c38c5e772b6559e4da2c3"/>
  <unit id="U00524" pack="P010" kind="paragraph" targetSHA256="260bae9b383f6281221d1808a3e362c1be7710312907661bdf06ed081298f393"/>
  <unit id="U00525" pack="P010" kind="heading" targetSHA256="2deed323ad9bdecd8767b77b465efa18a2c4642b3646accd120d02bff03c74c5"/>
  <unit id="U00526" pack="P010" kind="paragraph" targetSHA256="9d2f1336c46d8a8d929ba8016a74b599b6e08a688a1df00e50bf227f78ee1ec0"/>
  <unit id="U00527" pack="P010" kind="heading" targetSHA256="cc4b51bc40063c8e5fa8d9f956c494bff4194b649631a0153a25d0626efc2a12"/>
  <unit id="U00528" pack="P010" kind="paragraph" targetSHA256="97464749232cc48139baeb947cf31804e34f5dc2af072768314857a07b51c508"/>
  <unit id="U00529" pack="P010" kind="heading" targetSHA256="c70e2870352df426a8afeb63beed7f75b996ce90f44c804c2a131a4b52f2a7ec"/>
  <unit id="U00530" pack="P010" kind="paragraph" targetSHA256="0bdbf1e8f1e49d847b15f64f0049634cff9966dde31bf693f53e349a1fe26fd6"/>
  <unit id="U00531" pack="P010" kind="paragraph" targetSHA256="35771ddf5ec73f3faf73f2ebb6a1d340a175c217d39052985bd4343a0c3a7c2c"/>
  <unit id="U00532" pack="P010" kind="paragraph" targetSHA256="2d64dac591650e09790b80fe896eebb80572ab8f7ecfc3b34a86cc554c747403"/>
  <unit id="U00533" pack="P010" kind="paragraph" targetSHA256="65138f3503e23ba57f45f978f007ecc6c8caaef9b03842256821f412fd15baf4"/>
  <unit id="U00534" pack="P010" kind="heading" targetSHA256="b1ca622da04ddf2b10dcd02c209be65607a2e305f832ea598156dfadc3cfba1d"/>
  <unit id="U00535" pack="P010" kind="paragraph" targetSHA256="55364f583c43343cae3a32c7b18b51f693108fc3584f1001a7fef1dce0770891"/>
  <unit id="U00536" pack="P010" kind="paragraph" targetSHA256="788ad98870457fd1424a01c07d4a5f84afafab282c90b73486c8d1f0f9ef41c6"/>
  <unit id="U00537" pack="P010" kind="heading" targetSHA256="c70e2870352df426a8afeb63beed7f75b996ce90f44c804c2a131a4b52f2a7ec"/>
  <unit id="U00538" pack="P010" kind="paragraph" targetSHA256="32de6e721b189694047879580d00ef7fc06b2d4bc1bf004f2c101251cf56ad9c"/>
  <unit id="U00539" pack="P010" kind="paragraph" targetSHA256="0284cb743df869f9eb22aadde35093beea84e170092aaa3203f2ce2c4934c7fe"/>
  <unit id="U00540" pack="P010" kind="heading" targetSHA256="c70e2870352df426a8afeb63beed7f75b996ce90f44c804c2a131a4b52f2a7ec"/>
  <unit id="U00541" pack="P010" kind="paragraph" targetSHA256="4d10fd261e23499619941ef428437d3190583aab558cec758f69767f3c02def5"/>
  <unit id="U00542" pack="P010" kind="paragraph" targetSHA256="a3b1ddfeb4a781a547a155de9b7111188af3a94f53a7ce557b11436e04eba4f6"/>
  <unit id="U00543" pack="P010" kind="paragraph" targetSHA256="4ea1dd8a5403651a631611e5e157044dc87d09d046d56f771f9d4168c9044cdb"/>
  <unit id="U00544" pack="P010" kind="paragraph" targetSHA256="652589c700c73563fd6d65e19546768fcd4ad61c72d8e3ecd1c650a46fdcbda3"/>
  <unit id="U00545" pack="P011" kind="heading" targetSHA256="c70e2870352df426a8afeb63beed7f75b996ce90f44c804c2a131a4b52f2a7ec"/>
  <unit id="U00546" pack="P011" kind="paragraph" targetSHA256="b5bc39ad075b4048931cd6e5be279fa6d132eec48cb3f233de727c0ad53c4336"/>
  <unit id="U00547" pack="P011" kind="paragraph" targetSHA256="14016860a46cadfd22df882388993b23bbef232b040f0bf4ec073d63968c87e6"/>
  <unit id="U00548" pack="P011" kind="heading" targetSHA256="c70e2870352df426a8afeb63beed7f75b996ce90f44c804c2a131a4b52f2a7ec"/>
  <unit id="U00549" pack="P011" kind="paragraph" targetSHA256="63a8c64754fa3b0b8b51026fa152cc564f3f9fb7ad7a72e6f10445030a558adb"/>
  <unit id="U00550" pack="P011" kind="heading" targetSHA256="a969b059a68e2b1da3c7cb6a79ebed4380f8e8dfb687479d47917a52bc30f292"/>
  <unit id="U00551" pack="P011" kind="paragraph" targetSHA256="c7e2266e10f0159b31c2c943675739a8bd922de6e520963f4d68b18fdcc57628"/>
  <unit id="U00552" pack="P011" kind="heading" targetSHA256="c70e2870352df426a8afeb63beed7f75b996ce90f44c804c2a131a4b52f2a7ec"/>
  <unit id="U00553" pack="P011" kind="paragraph" targetSHA256="4236a46e3432c68e6e8829b00df136a493f9b63403bd1288904fb05d5818176f"/>
  <unit id="U00554" pack="P011" kind="paragraph" targetSHA256="38030301b46c091491eea289f5e3d7850b0662baf0c2f0c0e86f66867a2621cc"/>
  <unit id="U00555" pack="P011" kind="paragraph" targetSHA256="3fbfbc01dd2824c2b731fd250f320cf7cce0e541b141f63751e54e2526d7d0f7"/>
  <unit id="U00556" pack="P011" kind="paragraph" targetSHA256="c53b1d393fcee0e6ed270d5ef8d7094280abd1b6ad620b86ea28ac1387d39d5f"/>
  <unit id="U00557" pack="P011" kind="paragraph" targetSHA256="9a76565734214175d38a9fc967b527b74432dce911ed3d50e5b2c0fa274b23ee"/>
  <unit id="U00558" pack="P011" kind="paragraph" targetSHA256="f2293f8284033d022ef5acf5322a76a890d6bf35ad6bfb40f11f544a2b3463a2"/>
  <unit id="U00559" pack="P011" kind="paragraph" targetSHA256="d3af8e44f9ed5debc4146f22a8cb43a18a5cce45ca278836a56f4abd46818cf1"/>
  <unit id="U00560" pack="P011" kind="heading" targetSHA256="6f0510c4615d274955276d6472ad0c71c6fd334c002d4cf758c320b39079a196"/>
  <unit id="U00561" pack="P011" kind="paragraph" targetSHA256="192a8c62e1dbfdefe01873cbe9186da45f7bdb4fb11b8bb554bae2f3e1564e04"/>
  <unit id="U00562" pack="P011" kind="paragraph" targetSHA256="5f21bdb66c6ab31a64a8f9e98e99dd78e23debf060caad530de4ea1e72635572"/>
  <unit id="U00563" pack="P011" kind="paragraph" targetSHA256="f75ccfc9edd2548cecb8a685937328758a52f3cd6eed05e116b7f50db19d1637"/>
  <unit id="U00564" pack="P011" kind="paragraph" targetSHA256="21f3ad8cc06402024c6c5c8156c6aa1ba84fb96e44a81107a9138608209e0e46"/>
  <unit id="U00565" pack="P011" kind="paragraph" targetSHA256="cdc78f184fef7509ccdd95d352f124b756e9bf1d2367a396f258828eb9cdf874"/>
  <unit id="U00566" pack="P011" kind="paragraph" targetSHA256="22a142a3aef859ee0d543de20c5e1028f28e24fac07e741f687ce0629892fb02"/>
  <unit id="U00567" pack="P011" kind="paragraph" targetSHA256="b3e8391f07d3c36731c076942fcd7696a2b00e6141953d3b6273a35c07d60fdf"/>
  <unit id="U00568" pack="P011" kind="paragraph" targetSHA256="bd00426dc73b84e1ae3a1f0d8923b1d74303756ac6a9f8d9faff0ccd19bc55d4"/>
  <unit id="U00569" pack="P011" kind="paragraph" targetSHA256="b0e66a3664f2bd3c274447b7fe263af68d1639d9492271a5462035fc7ecb5e10"/>
  <unit id="U00570" pack="P011" kind="paragraph" targetSHA256="0ac6c32a900d3c69d635d20f12615b6fe44eefeb06bc11c6434bce93e8c46622"/>
  <unit id="U00571" pack="P011" kind="paragraph" targetSHA256="bbf2b37e7f9b120c835c8bc5160dc026ae432cda893f9e530ce06c7251e65aa2"/>
  <unit id="U00572" pack="P011" kind="paragraph" targetSHA256="83b3d53df8aa8e0ad46eaeac1e6f8757c52786dceb7ee81fcc02f3b6005c86d6"/>
  <unit id="U00573" pack="P011" kind="paragraph" targetSHA256="28bb658a6a241b507557f968c890cf6a6117a174e01034bd3cda4a41280b18fa"/>
  <unit id="U00574" pack="P011" kind="paragraph" targetSHA256="9a0aac67ee5d69fec7f92e6f0737d907d82bf6ec7c5c6cc0b141aff3b2643e2e"/>
  <unit id="U00575" pack="P011" kind="paragraph" targetSHA256="337658fb19c1e592fd71520be6df59ce720ac113841f5354eb9a62e897a1bed8"/>
  <unit id="U00576" pack="P011" kind="paragraph" targetSHA256="73bd907c5fa6d98be84ba97b658692b49e8dc85ccdcc2ee79eca813d47b68052"/>
  <unit id="U00577" pack="P011" kind="paragraph" targetSHA256="2788c48940ea5dec13b0292e2fefb5e9c0bba2d34636c4e3f7cbb36d6e137624"/>
  <unit id="U00578" pack="P011" kind="paragraph" targetSHA256="8dc285dfe48d0bfaba5da097e5b0434d1fc1a1b6eea7d000579ac84b461e998f"/>
  <unit id="U00579" pack="P012" kind="heading" targetSHA256="2ba31626ced0aa2c5df7da1493a60e5d109a0765c5618359451b6b745d5002e8"/>
  <unit id="U00580" pack="P012" kind="paragraph" targetSHA256="6db482275eca422688b2eecfed26fe92c7668b368306efdb4caf2033f79aa6f4"/>
  <unit id="U00581" pack="P012" kind="heading" targetSHA256="0fc36409fe373132ec2144e83d1bf158c23c1d0bfa36c7f991f47b6d802ae690"/>
  <unit id="U00582" pack="P012" kind="paragraph" targetSHA256="56378c4b43e9459491a427b9de7ab09d0f6a34ce7c129e73d3e4c8ad9646eae6"/>
  <unit id="U00583" pack="P012" kind="paragraph" targetSHA256="671a8ba750c47106bba39b8e6221c8e86bb1b88531da183f3dfbe41522dfc1b2"/>
  <unit id="U00584" pack="P012" kind="paragraph" targetSHA256="5fe5b0eb8d7d5300fd2e3812c928c7c06c0033d72b27d20e5959ca20154fc751"/>
  <unit id="U00585" pack="P012" kind="paragraph" targetSHA256="46e6c0485158b147207e83cb890770712c56bf0b6f4cfe0bb27d208b3bcbed4c"/>
  <unit id="U00586" pack="P012" kind="heading" targetSHA256="c70e2870352df426a8afeb63beed7f75b996ce90f44c804c2a131a4b52f2a7ec"/>
  <unit id="U00587" pack="P012" kind="paragraph" targetSHA256="9511da404b64604f0e6f0351f9ecc36c10755feb3e08cde0d517b0a2591bfe48"/>
  <unit id="U00588" pack="P012" kind="paragraph" targetSHA256="77875b68ebbd779d5136dc6fb19396a0ee4ebe954446d619988c57d0fb0cd9a0"/>
  <unit id="U00589" pack="P012" kind="paragraph" targetSHA256="60812aa2cec1c795f197d7541df5951e09c6ac5f6fdf06407ef67da6f2bab781"/>
  <unit id="U00590" pack="P012" kind="paragraph" targetSHA256="102497e906c6766cb950756703d1455c6f6fe145045be6d02da192aa899d427b"/>
  <unit id="U00591" pack="P012" kind="paragraph" targetSHA256="815c5239e7ab9a306083a899ef9947b252511a5e1f69715749cf670fbfffce96"/>
  <unit id="U00592" pack="P012" kind="paragraph" targetSHA256="2bde90eb23a25415cfc71cd40d3ad683db0d05ff6990bf5e9db7dbae86a4a4cf"/>
  <unit id="U00593" pack="P012" kind="paragraph" targetSHA256="6524ee815bafca95161a07489bd50dc1b2367b9c673ff214f48186397b00a4fa"/>
  <unit id="U00594" pack="P012" kind="paragraph" targetSHA256="e32cb52f30d3911317dd8723f047ef707f8292084677ad105e33b2b5f345c940"/>
  <unit id="U00595" pack="P012" kind="paragraph" targetSHA256="33589896d92e43fbb7ec5f031c7a873450d26b4f610dbd8547826c264f6d8431"/>
  <unit id="U00596" pack="P012" kind="paragraph" targetSHA256="8b8b7bb4797426fd9658aa3f1fe3808d093660ab2337b2b053d1c41e9b2dcaed"/>
  <unit id="U00597" pack="P012" kind="paragraph" targetSHA256="5a4407be0581d460f6764ec7bfc8ef9ce40d7028200ce6046ca94ca6957e5e8c"/>
  <unit id="U00598" pack="P012" kind="paragraph" targetSHA256="3d4ee1d310bab124e2277f890499d754d1f89c0298f3f53fc6381c7b986f295c"/>
  <unit id="U00599" pack="P012" kind="paragraph" targetSHA256="8d16a6333de38b496690a4e83e79003bf144c3f55f93c31d8bc2f86872eb36ca"/>
  <unit id="U00600" pack="P012" kind="paragraph" targetSHA256="e8451dc51d81955456b34d080252f2028dc887afba48fba069212e182989fa5c"/>
  <unit id="U00601" pack="P012" kind="paragraph" targetSHA256="ee4ed7711eda1050fcca307c14d094fe6050b15304555e0b8716e8575c356c2c"/>
  <unit id="U00602" pack="P012" kind="paragraph" targetSHA256="84e29a6dbf2470e3e86e3a4959d6a4fea5e3d259af41c120cae5696f564ccb4e"/>
  <unit id="U00603" pack="P012" kind="paragraph" targetSHA256="5f00b5a79a92b0a3d3d246118412ac9e889983477375e41e94e85af48753bedf"/>
  <unit id="U00604" pack="P012" kind="paragraph" targetSHA256="2a4e972e0b78a1dd58f16ddc3f2cbd713bc05d7a50a04da4acb008440bc456b0"/>
  <unit id="U00605" pack="P012" kind="paragraph" targetSHA256="e8fd12626461be6e9b2e0b27d69aa129e0660b808f91cb5397f1762b7d1a30eb"/>
  <unit id="U00606" pack="P012" kind="paragraph" targetSHA256="1cad12f41d65050b3726b21f345b05c3acfa9ce36be545e01020d1a7a693f5cc"/>
  <unit id="U00607" pack="P012" kind="paragraph" targetSHA256="01e52586177d36c6f9f8e9f11f891411407c5f98716ee94f9d715d9119d9f96d"/>
  <unit id="U00608" pack="P012" kind="paragraph" targetSHA256="ca5a21de4079c185aea92faa87f052b929cded602d4b8b39ef59842e19691a19"/>
  <unit id="U00609" pack="P012" kind="paragraph" targetSHA256="5618c4a2f2fd6fe7463eac0ab37e46a96ecfddb7939a32492541aaa851e5fcd3"/>
  <unit id="U00610" pack="P012" kind="paragraph" targetSHA256="2bcfe887eae365b239eb8818ef47426614bddce5f09f424af4d24c7d1059e21e"/>
  <unit id="U00611" pack="P012" kind="paragraph" targetSHA256="9268d95197e6fd72b9ee1cf929a19b85da1ecb68929d62a24a8020367434a2b2"/>
  <unit id="U00612" pack="P012" kind="heading" targetSHA256="bf9d8f212a0512ba239b4b45b6896243ce13cf1f36e8eb119132b042e5194dc2"/>
  <unit id="U00613" pack="P012" kind="paragraph" targetSHA256="728255463ebd3c77c7cf8a38a524cf5669cc3a681c8f1b45a4d1921a2cd7075a"/>
  <unit id="U00614" pack="P012" kind="paragraph" targetSHA256="3a48cd1208f3137801885b0c89b79238f78c450194ab13686121b2b9dde6816c"/>
  <unit id="U00615" pack="P012" kind="paragraph" targetSHA256="e85a8e2185a0e86bb69d6ab5bc23bbeb241e4c9eb9bb90f48549077ba345e171"/>
  <unit id="U00616" pack="P012" kind="paragraph" targetSHA256="2a5427f24430d215b41f66c2cabb8a8c7e66dc307d9972bfc1c31c38afcb71cf"/>
  <unit id="U00617" pack="P012" kind="heading" targetSHA256="edd7725d328b672dc57b393fecb4ff849706505c271a14085a5497856d89a3de"/>
  <unit id="U00618" pack="P012" kind="paragraph" targetSHA256="f8b1d4ea88de4838798a03fc7e836155241add35e9ef91203fddc4cf10692e70"/>
  <unit id="U00619" pack="P012" kind="paragraph" targetSHA256="c5d83f184d4812db3ecc0fde6465253ef37fe03c2e9edaf2c90a4d122f152769"/>
  <unit id="U00620" pack="P012" kind="paragraph" targetSHA256="e0502d5b2babbde689db82ca2fa97e6e0e8bcf2ee3b09c39ff4a1ceebd48e30c"/>
  <unit id="U00621" pack="P012" kind="paragraph" targetSHA256="046aa4e2a585182ceda09ce53068da8c7da63158828ef45b06be01a5c6c52a6a"/>
  <unit id="U00622" pack="P012" kind="paragraph" targetSHA256="1e41d173ff62f51c8665e0a107d533a3c6395840ab528e0259eb602881b8d5e8"/>
  <unit id="U00623" pack="P012" kind="heading" targetSHA256="787cea42a0a6440107536e0a6e3c044cc04149a316a942c55e73c2b417f44d3b"/>
  <unit id="U00624" pack="P012" kind="paragraph" targetSHA256="b2e2f0fe73ca587c958fe65862eb000091155049a8ee748176f7168f83c87081"/>
  <unit id="U00625" pack="P012" kind="paragraph" targetSHA256="348e7111f244b4e91aef913f62bac4d27de63dbd109bef185a4196ff485e5bec"/>
  <unit id="U00626" pack="P012" kind="paragraph" targetSHA256="c02f78f6e333aaae721f77e5be41ea41d33cdd60d642058dd29cf28322c6aa86"/>
  <unit id="U00627" pack="P012" kind="heading" targetSHA256="69c7779b3442fc67b63d0df29dd3d0e31ff899be51584412d083fd6ed3b065ec"/>
  <unit id="U00628" pack="P012" kind="paragraph" targetSHA256="6dd93794d3f0ddde8035d7e8e6a2ecd29403e121e4e51d821d3e7b7acc5ed2f9"/>
  <unit id="U00629" pack="P012" kind="paragraph" targetSHA256="00ba53e68f10cbb2e767f5c34e5c5977e3dbf91b6089897c562061232a37f3c9"/>
  <unit id="U00630" pack="P012" kind="paragraph" targetSHA256="37f2d77940208435f5d21a58ee2e3bcf77d5e9b980552b0c33367e9cb0656283"/>
  <unit id="U00631" pack="P012" kind="paragraph" targetSHA256="4736a65a062fc663c7a996362b219e7c0c488e26695546af26447fbf44bd59b3"/>
  <unit id="U00632" pack="P012" kind="paragraph" targetSHA256="3fc75f3281e2f14aa845c7ddf3e5631bf02a99c79db58949c28bf74260e405c3"/>
  <unit id="U00633" pack="P012" kind="paragraph" targetSHA256="0c12030339e6e32e60353484fd1c1d36870735e1bd58b8f8a00d65c8f1650a8d"/>
  <unit id="U00634" pack="P012" kind="paragraph" targetSHA256="4a1a24d9e8cb7838a5329576baafe505867ecbc5e37cd421334d9c11609b5f7a"/>
  <unit id="U00635" pack="P012" kind="paragraph" targetSHA256="b4398cde30398cea3ce25ec8ee2597ea2966f69bfa5c2ef69dde7f0ff1ba7faf"/>
  <unit id="U00636" pack="P012" kind="paragraph" targetSHA256="306691ca2020541e4ac39d62ae9d12a99cfccce8a16e9bf4a1ee0f6393b37565"/>
  <unit id="U00637" pack="P012" kind="paragraph" targetSHA256="7d39d3a181adb3001f3a581ae3303bb48660f2ba5d62c90df128ec4569c37581"/>
  <unit id="U00638" pack="P012" kind="paragraph" targetSHA256="f633b73bc84e842d6c9eaf78be58063a401f76565fdc4bad7a521de3108a392a"/>
  <unit id="U00639" pack="P013" kind="heading" targetSHA256="b38369ff9611b6db628000b3a97d7ccbb9fa6c4fcf3a0b4624f8248184b2f90c"/>
  <unit id="U00640" pack="P013" kind="paragraph" targetSHA256="4043cc95ec3701241d7be449d34485d2e1c6a1cf6c8ece0cb831228acaf6e634"/>
  <unit id="U00641" pack="P013" kind="paragraph" targetSHA256="f26bb089230f6c5c04e03dc4575774eef4918bc31998b7a03b7965cd79ebc240"/>
  <unit id="U00642" pack="P013" kind="paragraph" targetSHA256="3ddd68e31973f114253ee66b646ae0f445cf898a3666c8de9566fdf2635ca5e4"/>
  <unit id="U00643" pack="P013" kind="paragraph" targetSHA256="8f9ba8f5a1cd001095d7abb82e3fc99af661676ce75686d412167019718070f5"/>
  <unit id="U00644" pack="P013" kind="paragraph" targetSHA256="fb397def15d6b8f06531ca8b2ef79131c3ccf3150a3144978541f4fcf958d8d7"/>
  <unit id="U00645" pack="P013" kind="heading" targetSHA256="d5fa22f6ab8a141c18a9887b335dde67c1c312906a20febb88ae961b0d031924"/>
  <unit id="U00646" pack="P013" kind="paragraph" targetSHA256="816cd1e909c6aab69268bb8ceb9acee6280a7118de2ee3d4a90611418fe930ac"/>
  <unit id="U00647" pack="P013" kind="paragraph" targetSHA256="4c5092501af60076e8050c434b1d78b1bb3d33541bc6e3d7bb67dfa27b74b382"/>
  <unit id="U00648" pack="P013" kind="paragraph" targetSHA256="df1a0d8387f478aa7127b9f8e3ecfe3c14e244ce7ec7d5336654084b8cf5a50e"/>
  <unit id="U00649" pack="P013" kind="paragraph" targetSHA256="e3013df45f0c00ac82b69467efa450de40976f022d2e4fe4a7adc445c530083e"/>
  <unit id="U00650" pack="P013" kind="heading" targetSHA256="f78ee822c2226b713d6019729c6fec38f25d6dbedb9407d1649d738c6935e109"/>
  <unit id="U00651" pack="P013" kind="paragraph" targetSHA256="ea8d962668080afaa98ef2004f9ed8502f2237c5da9ca85d869180085bcc4b57"/>
  <unit id="U00652" pack="P013" kind="paragraph" targetSHA256="ba8106ec93d394cc9bb107a31db8b5000218db64683a76ffae36f022ffb2d3b9"/>
  <unit id="U00653" pack="P013" kind="paragraph" targetSHA256="2ab2d4322279347c24483f9acc23d17d8a3fa26b516ce671c4896b97c55dd9cd"/>
  <unit id="U00654" pack="P013" kind="heading" targetSHA256="4a2a43ef11dca2d77846b904112e479e0883b265c078ededafb7525e7d756dd4"/>
  <unit id="U00655" pack="P013" kind="paragraph" targetSHA256="b16c52ac50b5f94d1780b1af517667f3247f0219f7690b8cc378ca6ca939bd17"/>
  <unit id="U00656" pack="P014" kind="heading" targetSHA256="1bbb6f6c8f1e95e2dd562617c13e973fa27d4a3ec47d607448875934c3649dc6"/>
  <unit id="U00657" pack="P014" kind="paragraph" targetSHA256="18d6bbff05f3bccf3bc55846507c693d0da18c5b45fcf0daf3c5119c2a5839a0"/>
  <unit id="U00658" pack="P014" kind="heading" targetSHA256="cbd0cf59310fbd0a9923252f0eabe72de8466a2597c54580450629cf8bc35921"/>
  <unit id="U00659" pack="P014" kind="paragraph" targetSHA256="6d58c1db8d15e6b903ba833d13f4e3d16cd4226da2d09970dfda0e6e8da6319f"/>
  <unit id="U00660" pack="P014" kind="paragraph" targetSHA256="414bae4c6f658f0be420884ec3221bc8e607e47f0cc7e006df36bbabaab59d3b"/>
  <unit id="U00661" pack="P014" kind="paragraph" targetSHA256="3c8a265c7cba0942a754f65ceae1835b7e10dc0f00de81b6c6c9e279c7d23555"/>
  <unit id="U00662" pack="P014" kind="paragraph" targetSHA256="093c7fa62a23546a92ac871a1c6715cf7accd3e97b59f96bcc5e873a772052a6"/>
  <unit id="U00663" pack="P014" kind="paragraph" targetSHA256="d3e094fe003b885a8df6c146a3489b863b8d98a98b5efd02f978ccd9c38b3dcf"/>
  <unit id="U00664" pack="P014" kind="paragraph" targetSHA256="ebd4f5e24d2ca51a855bb2236bfe107004df1bf53ddced82c3295dc40e225582"/>
  <unit id="U00665" pack="P014" kind="paragraph" targetSHA256="8cd7bd95fc973c431e424548d487a0a6b0eeb301a061814ee8e96c547dc8a4b4"/>
  <unit id="U00666" pack="P014" kind="paragraph" targetSHA256="c9976ec816eed2ee41f1705bb5460c30d6a97f42e84cdb9d135f504a96b0affb"/>
  <unit id="U00667" pack="P014" kind="paragraph" targetSHA256="d409e443e461168eb6ddbaa79a7c2d988c711753da9ee7170ede88eedf1a08c5"/>
  <unit id="U00668" pack="P014" kind="paragraph" targetSHA256="79a49d35a954ee1956b254efec6b315ca23a69a31854e90620ba09c8f15699ee"/>
  <unit id="U00669" pack="P014" kind="paragraph" targetSHA256="497e387e333924018234a07a7dffbaea87cb31a20ee4a650bf53638ff37337c0"/>
  <unit id="U00670" pack="P014" kind="paragraph" targetSHA256="c76db3c1c1b09559dd2a50a313d49f81561308ae0b9ed99e96d839a80bffcb6f"/>
  <unit id="U00671" pack="P014" kind="paragraph" targetSHA256="307a9a2b39dc47b511e79a1c533132c2bf4d00e5f4f983fdc33434a734942ad0"/>
  <unit id="U00672" pack="P014" kind="paragraph" targetSHA256="2829e4cfb5c93ae80369c30d31b4b8da730087621528f4fe239e1552018f237f"/>
  <unit id="U00673" pack="P014" kind="paragraph" targetSHA256="9b32a9254d13afbe39ad3fbafe0c62b9b75aab2ad6b7106e4a6423cba6bc626d"/>
  <unit id="U00674" pack="P014" kind="paragraph" targetSHA256="04c8c3867e88acd666e8811a061c3d7777f022f9b5246fb6714b04eb8cfb2d7e"/>
  <unit id="U00675" pack="P014" kind="paragraph" targetSHA256="c7784a11f3a353e6415e128f53e03b581dc86fb83e22bc144f81f65fdc20df4f"/>
  <unit id="U00676" pack="P014" kind="paragraph" targetSHA256="7a397a1eec64e9538af68ba3876a73381bceab80b9efc7a832d7fd99531f340f"/>
  <unit id="U00677" pack="P014" kind="heading" targetSHA256="4c79dee34596921a322524e75ff9dced03f3e1e6f4e40da0fa0d45531ad21514"/>
  <unit id="U00678" pack="P014" kind="paragraph" targetSHA256="8409459e223942eb302c22eff2c2adb86f661ab4d4705bb668d37cc84aeca802"/>
  <unit id="U00679" pack="P014" kind="paragraph" targetSHA256="9d049e0c78a2209aa95d4aa075e1a83e374b99c9771b93102f9becae523f8b14"/>
  <unit id="U00680" pack="P014" kind="paragraph" targetSHA256="2328170ac6b82aa1c4c3c1d7628a960dbeee90282263c99c17e67ee1f7e64c94"/>
  <unit id="U00681" pack="P014" kind="paragraph" targetSHA256="7869d935509b95bf8637a52affa4fb0a386452be00319b566056a07d815343a2"/>
  <unit id="U00682" pack="P014" kind="paragraph" targetSHA256="548a267d958b5ff85d2db2deecace588ddf3987fb7bda7648051140effb01f00"/>
  <unit id="U00683" pack="P014" kind="paragraph" targetSHA256="cda8cd7ac2e553eaab496b5e6337da3648ebe701760db8a8fff83122232c81d4"/>
  <unit id="U00684" pack="P014" kind="paragraph" targetSHA256="b429648e7ed717e9e4ceaf3675b13b62fed343dc64ccd93e8e8c560bb6ac2b40"/>
  <unit id="U00685" pack="P014" kind="paragraph" targetSHA256="824cae218e17f2d6680a3fc0d4f370e652d156c830993718a248f0171e5e5c99"/>
  <unit id="U00686" pack="P014" kind="paragraph" targetSHA256="2464822113462c8bf94755aad5da065403d32ecf103e508e8036ed37d52779b4"/>
  <unit id="U00687" pack="P014" kind="paragraph" targetSHA256="6e5f5705e15a7fc992701bf7e8a170891d4bd9b5aecf72d256562bb7bf8be8d6"/>
  <unit id="U00688" pack="P014" kind="paragraph" targetSHA256="624d3f43a27d1a4e924272d7ddc30324585c8b58d75327d97fe199377951595f"/>
  <unit id="U00689" pack="P014" kind="paragraph" targetSHA256="dca74ffb7c51a05610f2e0a9d2e22217b9edf5528344b85be5bec93aa3da0d5d"/>
  <unit id="U00690" pack="P014" kind="paragraph" targetSHA256="6475f4642fa6791b536b3da586898db77732997e1c0736c87521b2172a314197"/>
  <unit id="U00691" pack="P014" kind="paragraph" targetSHA256="14efb5bb1c54ac06ec437855f1890ec36ae0a2286d6b210a250fd49a5827a834"/>
  <unit id="U00692" pack="P014" kind="paragraph" targetSHA256="c806eb646f933ab707a3e1e7f61a7e9dc2ffa2ea38106c9c9e9dcc50eb054316"/>
  <unit id="U00693" pack="P014" kind="heading" targetSHA256="4a2a43ef11dca2d77846b904112e479e0883b265c078ededafb7525e7d756dd4"/>
  <unit id="U00694" pack="P014" kind="paragraph" targetSHA256="769ee508707b10c5e55a30661ad874b9d66965b60a06f8ba1c53c605058112db"/>
  <unit id="U00695" pack="P014" kind="paragraph" targetSHA256="70921c4899a160a86a6c9ada4db855ffb60ff8ea4f4accabbcbd93d96c3e0c1d"/>
  <unit id="U00696" pack="P014" kind="heading" targetSHA256="c70e2870352df426a8afeb63beed7f75b996ce90f44c804c2a131a4b52f2a7ec"/>
  <unit id="U00697" pack="P014" kind="paragraph" targetSHA256="7edeb431e8d52327372a14184e2c2e44ab6568e1519919ea8bf4b33d3c1fa267"/>
  <unit id="U00698" pack="P014" kind="paragraph" targetSHA256="12b5cdbe15dfcc19d4681c0e21d21b71d27ba899ed9c796d43722daefd94afd1"/>
  <unit id="U00699" pack="P014" kind="paragraph" targetSHA256="807185df0e15a47ba78013800a21f986de3f2eebc50ee717c24820207b7cec24"/>
  <unit id="U00700" pack="P014" kind="paragraph" targetSHA256="1f95b40e5ab741534588e6b18cfb067e746d57b1558cba3c975c8c6f1cd96c86"/>
  <unit id="U00701" pack="P014" kind="paragraph" targetSHA256="9f2ef23633ab65bdbf563f5de05366ea47e00563b26051d3d4decabe2b189110"/>
  <unit id="U00702" pack="P014" kind="paragraph" targetSHA256="bed57c7b53cd4da435562fbae633aebe16858ef81cb49a1daa72fe64fd94e113"/>
  <unit id="U00703" pack="P014" kind="paragraph" targetSHA256="d75fb3d78dd678e51c7de4008267cd5aab17f86cd9ce50ccd4e880a9ae861bb8"/>
  <unit id="U00704" pack="P014" kind="paragraph" targetSHA256="5a03c55ec783eaafddbdb88dd22de4b5972e5a739b9f7c63b7804d9b4ceff1f5"/>
  <unit id="U00705" pack="P014" kind="paragraph" targetSHA256="2910a4adefca852611789a99a53c8e38df6013d92fe502e59c669c11686de00d"/>
  <unit id="U00706" pack="P014" kind="paragraph" targetSHA256="4cd667bcb111de76f3565bfa63550846f3bebdf6969e9663dc84ab6754b998f0"/>
  <unit id="U00707" pack="P014" kind="paragraph" targetSHA256="78f5c63695ffeb8b147f44f5c0c44470bdeaa3cfa003f0b6bff09a9864e9a1b9"/>
  <unit id="U00708" pack="P014" kind="paragraph" targetSHA256="199b3eaa4d00e220c1c23712a6afa51db41a2260ba729d6b9c8d6ee3d4bc6a35"/>
  <unit id="U00709" pack="P015" kind="heading" targetSHA256="85002a13183c4d62abd509a45a1af4d94a0c7d89d698d7ea61972860c45978b9"/>
  <unit id="U00710" pack="P015" kind="paragraph" targetSHA256="1d0a8972c2308190cd4767b5134f32cec28d23036e2d2c795b9e3f46370394b4"/>
  <unit id="U00711" pack="P015" kind="heading" targetSHA256="c70e2870352df426a8afeb63beed7f75b996ce90f44c804c2a131a4b52f2a7ec"/>
  <unit id="U00712" pack="P015" kind="paragraph" targetSHA256="47b45d10fa11f5abf79ae934afe691ec7e126340894f4b7ba79f04e8549bb82c"/>
  <unit id="U00713" pack="P015" kind="paragraph" targetSHA256="682a7b1a6845e726b70dab826e7b82fa4cf4efcf2067a497f7b1a271c1fbdacc"/>
  <unit id="U00714" pack="P015" kind="paragraph" targetSHA256="7a5a8a5dbb5c92ddc323c2fda9820a836fe2a8ba5aa2aa942c9e023f09dc5c42"/>
  <unit id="U00715" pack="P015" kind="paragraph" targetSHA256="d0f99e6bcfefd315455dad650b76cdd09b0bb864db7f42d49688defcf3aaf039"/>
  <unit id="U00716" pack="P015" kind="paragraph" targetSHA256="bf77558f7932bf2699f18359304c4d59a2f222f75ba3171410148ef77762d566"/>
  <unit id="U00717" pack="P015" kind="paragraph" targetSHA256="225358ecf03a920d2d8f8ca62d5d3ba3e058f00dcd331aca18530dfc5efe9a40"/>
  <unit id="U00718" pack="P015" kind="paragraph" targetSHA256="13d07c96198008972eb765ad0275c827e31e99402985aba32dce9ebb19be0e7d"/>
  <unit id="U00719" pack="P015" kind="paragraph" targetSHA256="f33c39b04c78b28ed311ce1afb52e3c4f31a3caadc3e78ac0c1e947671b0d8b9"/>
  <unit id="U00720" pack="P015" kind="paragraph" targetSHA256="2f1845d36ce77f52bf1e34b9be5735a8c675ade82310a362ad5e3fdbbe3c8318"/>
  <unit id="U00721" pack="P015" kind="paragraph" targetSHA256="b22c8ee7fd7a1a2ff345900a6934db3abe97a002de361193b1e82330085286f6"/>
  <unit id="U00722" pack="P015" kind="paragraph" targetSHA256="ae4e967e07d66e757718232b2880e1d5da75798641c5139122f626de4cc46031"/>
  <unit id="U00723" pack="P015" kind="paragraph" targetSHA256="4273429094358b3a20ad1f3319ef9ea5123676ee25547a1d1a668eeb361aad1d"/>
  <unit id="U00724" pack="P015" kind="paragraph" targetSHA256="54f69ff3ae7e7e131a7988d89f54c96673ac2a1165715012f9fc1445707e98ca"/>
  <unit id="U00725" pack="P015" kind="heading" targetSHA256="4a2a43ef11dca2d77846b904112e479e0883b265c078ededafb7525e7d756dd4"/>
  <unit id="U00726" pack="P015" kind="paragraph" targetSHA256="774aed9ce9dd0eb9a905853447a41741072126048239ccf43ea131e83d3a2424"/>
  <unit id="U00727" pack="P015" kind="paragraph" targetSHA256="faf1a47bf39f7a3b340db74e18d6f2b0120900094a239e08fb2f7772cdfb6cb0"/>
  <unit id="U00728" pack="P015" kind="heading" targetSHA256="1d4cce6515286822eccd931e67a70b324f3539e95abfd416f232a7ab85412295"/>
  <unit id="U00729" pack="P015" kind="paragraph" targetSHA256="59c39d1c32004beb990c454d6ee4cdb0b4ef6afc31667a1e6cd95a105a5dbd18"/>
  <unit id="U00730" pack="P016" kind="heading" targetSHA256="ae64ff3453077ad5979f328548165473a7432ac320f90b9a96248512d15fbf1b"/>
  <unit id="U00731" pack="P016" kind="paragraph" targetSHA256="f5bd5dd22fd956f9a8450f3aeb466192e784a3c174e650fae3d5d1af3d8183cb"/>
  <unit id="U00732" pack="P016" kind="heading" targetSHA256="8209b1b0e72cac7b716b2c731d02030527c9d12af7a8746d41aff11927e5789e"/>
  <unit id="U00733" pack="P016" kind="paragraph" targetSHA256="380ac9676138fb15bb4f0926495d453935f7136a09a8becd2bb12e8cf35c7ad4"/>
  <unit id="U00734" pack="P016" kind="paragraph" targetSHA256="08d3828147f93a8a7cc67cf2fbc25044696861d34a1bdb4a558b33d8deee5dc1"/>
  <unit id="U00735" pack="P016" kind="heading" targetSHA256="6cc9f7f8e183d17f5723833d3d88ec9f164a37a4fc4fb674004db5272866a831"/>
  <unit id="U00736" pack="P016" kind="paragraph" targetSHA256="ae6a348ec9dc19cbcde135b9e6a81ec6fb535a2cb9ff29592b1e4469b66ec8b8"/>
  <unit id="U00737" pack="P016" kind="paragraph" targetSHA256="deaca334520daa43b5aaca1afc40a25941224c41c9664fa05407228218479097"/>
  <unit id="U00738" pack="P016" kind="paragraph" targetSHA256="0f2bf59434ab4222d661c1877aa82967c13e04cfe46f35a9eb773111fccfa3f4"/>
  <unit id="U00739" pack="P016" kind="heading" targetSHA256="13c657dc2264f0c465fd62edd5baa6bb5111620eb596c6e83191cb0c56aa1bfa"/>
  <unit id="U00740" pack="P016" kind="paragraph" targetSHA256="376c44568d43ff80a5a0fa0aa7999287bbe7dc754e7bd19f5ebf05c03b1b52bb"/>
  <unit id="U00741" pack="P016" kind="heading" targetSHA256="21db551eb178069a504e3efb0c289461bb76ae074e1231fd1bd528c80658dcb1"/>
  <unit id="U00742" pack="P016" kind="paragraph" targetSHA256="7c37381200d620bda5c1696827fe90bb23e7d5b8c274c94efa439e133f6c120f"/>
  <unit id="U00743" pack="P016" kind="paragraph" targetSHA256="0a26f113c84e3240247fd10309249b4b0fb8bb853472c4429ce5eca9de670a79"/>
  <unit id="U00744" pack="P016" kind="paragraph" targetSHA256="5e972cc652af49a249940d0536b74ffbaec60640d66d31e74659022a84a7bb83"/>
  <unit id="U00745" pack="P016" kind="paragraph" targetSHA256="706c3dddf5549db91001721411829477416c41ed8ba1b15dd8d2ad8ffc8fa84e"/>
  <unit id="U00746" pack="P016" kind="heading" targetSHA256="74f9d8856e09188816e0fc6f5e3d3e8c12460e6218b7bedd622071e01bee00d2"/>
  <unit id="U00747" pack="P016" kind="paragraph" targetSHA256="175759f8b040267ac11c1a4861585bde872ea1157849f5303881674e24b6bc19"/>
  <unit id="U00748" pack="P016" kind="paragraph" targetSHA256="00c22886e97616d1b695e975a9f11dec6cbf36ce94ab29bbae420fda3fa41977"/>
  <unit id="U00749" pack="P016" kind="paragraph" targetSHA256="e26a118014862d0170a36846e993ee4c63f0c0c924995dd7fd5296616afc42ab"/>
  <unit id="U00750" pack="P016" kind="heading" targetSHA256="cdaba78133744921cdc719ee0a93367757adf68c9e300e21fbc059987eaa5e05"/>
  <unit id="U00751" pack="P016" kind="paragraph" targetSHA256="f4bc60f02b3815f23f4b1c65ecef205af335f6f2c8dc5acf977ffbb7c7f81629"/>
  <unit id="U00752" pack="P016" kind="heading" targetSHA256="21deee20878519ca4e8a1c342f806fc46e08472394df110f03e9863b3fcbf9ee"/>
  <unit id="U00753" pack="P016" kind="paragraph" targetSHA256="f3092f861300eb8be73bd21e740d61bcf43a2adf94cfc75826398f1f8a6b6e8e"/>
  <unit id="U00754" pack="P016" kind="paragraph" targetSHA256="2a8b8abca1af9add2b0226c501353fe31559bf7360b8b23f8b3fcfb48ac58d0e"/>
  <unit id="U00755" pack="P016" kind="paragraph" targetSHA256="8f9b5710685fdb7d97cbab7c27714f1fdc322ceb6a4191195888db22041f45f4"/>
  <unit id="U00756" pack="P016" kind="paragraph" targetSHA256="c0e4461559a37d2c084226b102d7155be039bc86c0e1a86c7c3f7c8f2c635b69"/>
  <unit id="U00757" pack="P016" kind="paragraph" targetSHA256="99e1c662432c66d4b84ebd3586769e24a1313164e9d27e6f82a0ca77c26124c6"/>
  <unit id="U00758" pack="P016" kind="paragraph" targetSHA256="d7fd77739c7034acf93313fc66c9e6fb8563ff19be62f558044619f761888b54"/>
  <unit id="U00759" pack="P016" kind="paragraph" targetSHA256="1f8f60f94089629d2a9e03131b53a765e59aad6480201f5782a7aca54793abbf"/>
  <unit id="U00760" pack="P016" kind="paragraph" targetSHA256="f42cf56229d77d6271fc0222b47af2e0e576c1a1646f3fbf509700ec6f1f2d94"/>
  <unit id="U00761" pack="P016" kind="paragraph" targetSHA256="fd2e51c0dcffb52b62413650d6eb57ae283aac424616e7013c3e3ccbef7377bb"/>
  <unit id="U00762" pack="P016" kind="paragraph" targetSHA256="afc203ef55df340812afd192f3521f945ed874475e7c633ececa4c4a69ff653d"/>
  <unit id="U00763" pack="P016" kind="paragraph" targetSHA256="bfb370c2f1128fef8bf2590157261c0190369ee77cf61517a056f967d62ef416"/>
  <unit id="U00764" pack="P016" kind="paragraph" targetSHA256="8db938ab97b90f21e2eb2ea968b8b6c0faddd07a70385765dce40b0ec1ac5fef"/>
  <unit id="U00765" pack="P016" kind="paragraph" targetSHA256="9cfb9230bf90c4ef9362d92c1d451f01ae52688ded860ea909dd9f5052685fde"/>
  <unit id="U00766" pack="P016" kind="paragraph" targetSHA256="5213a9ce86a1f05b8386b22f56b870434a8b17314edc6d1dfa86c0bb015cf774"/>
  <unit id="U00767" pack="P016" kind="paragraph" targetSHA256="59acc887f7f9caa750495b17c00792400972f9a3d0dd1cdfbce72e1569c18401"/>
  <unit id="U00768" pack="P016" kind="paragraph" targetSHA256="db33c5a65cf54a9ab7eb5794dce1767248bc85a2ad405121214109b1f6663099"/>
  <unit id="U00769" pack="P016" kind="paragraph" targetSHA256="cc585b3ebc987cff68416f37e1bd5b94e489f38cc0ddb268ceb587e04338324b"/>
  <unit id="U00770" pack="P016" kind="paragraph" targetSHA256="92c71149f1efbb6ad0b962606ad6881db1bdad543dca895ccc4269c9f4a35f57"/>
  <unit id="U00771" pack="P016" kind="paragraph" targetSHA256="72fadeb94c789123b2df4582dcc1a1c6a0fba65db4de57f3d738e0eca49bd43a"/>
  <unit id="U00772" pack="P016" kind="paragraph" targetSHA256="0f68e183798e3dce71acd0a38c46b304dfa9e0e59455bb9321f7435e037a4197"/>
  <unit id="U00773" pack="P016" kind="paragraph" targetSHA256="4821791b3e469b564b918ce4ca58c511f35d08b3028aacda72f88e1b33983cad"/>
  <unit id="U00774" pack="P016" kind="paragraph" targetSHA256="476d5d44375df36597c58710f8e8bbd104dae2f96df145165f4b4470cb722782"/>
  <unit id="U00775" pack="P016" kind="paragraph" targetSHA256="8d0261e9c446bbbee2ffed6e157e02ba4769423a70bc0341bb882d6f591aa687"/>
  <unit id="U00776" pack="P016" kind="paragraph" targetSHA256="3785ddf941919ef3c5f23cbcf5e2dbcc3cac72f39d88c3b6ef8eb090cb7d3243"/>
  <unit id="U00777" pack="P016" kind="paragraph" targetSHA256="de831ef0068314cb45e19d8ffba9bbe9e8419776936b62d9ca534c6da7298c3d"/>
  <unit id="U00778" pack="P016" kind="paragraph" targetSHA256="ba7baf196f39cd1bc16b57879c19be53a279021d860932fcd41c7924090dfc98"/>
  <unit id="U00779" pack="P016" kind="paragraph" targetSHA256="f70c27bdb4e99160cf49d408cd7331bee62fa54f61bafb5349578a3c580cac46"/>
  <unit id="U00780" pack="P016" kind="paragraph" targetSHA256="d57e2482373da9ed0d9e79f8cafd8c65783377a46d0fd98db911a0ae3d0bbcad"/>
  <unit id="U00781" pack="P016" kind="paragraph" targetSHA256="c6f4cf93f467cf764db3162e6374da8cb4a423f9ebe8aefb68472ff4a7459c53"/>
  <unit id="U00782" pack="P016" kind="paragraph" targetSHA256="025f386c216ae5ee0f67ba2aee883946142a1a334b3fb93a1a882448cdecdba4"/>
  <unit id="U00783" pack="P016" kind="paragraph" targetSHA256="e9ddd44664d7f3e2b3a2779602998b6540515f9734275cf17233ba4703e692ad"/>
  <unit id="U00784" pack="P016" kind="paragraph" targetSHA256="e80868b38cb5826b5dd9402716b376cc580f8f688471ab3d97b3d0b8e142b72e"/>
  <unit id="U00785" pack="P016" kind="paragraph" targetSHA256="e741ffbc8a0b420ea46df0f08209edc0eb5d2917ffc8603b755e5aeb1c98f217"/>
  <unit id="U00786" pack="P016" kind="paragraph" targetSHA256="a842f89cdc8789aef8dc88d9396f081bb45af9e9bc1ecaa791dae30e867c6476"/>
  <unit id="U00787" pack="P016" kind="paragraph" targetSHA256="43bd64378f26f9c46b7bf6454da2e17274e62e5048dd5508eb9649269f17112f"/>
  <unit id="U00788" pack="P016" kind="paragraph" targetSHA256="e889c2fb7305d1cebe2790eef93b1f46e91e2feeaac98d34ec2215fda5a42329"/>
  <unit id="U00789" pack="P016" kind="paragraph" targetSHA256="bedea75065dfb56903494db1ef2b763c364087b9aa1922cf6eedc1f56c43e427"/>
  <unit id="U00790" pack="P016" kind="paragraph" targetSHA256="38fedcd611bfdae5676b8d8aca7f07286bf0878d2563070800f381f0c6609ecc"/>
  <unit id="U00791" pack="P016" kind="paragraph" targetSHA256="8c6bdf55255be835aa664d97c6654dfc982ad34b24e939368d2538ac3491eb6f"/>
  <unit id="U00792" pack="P017" kind="heading" targetSHA256="865d833a7c9ca8a9a841d614e30a2f9381f957ff84dca8b3ddc02a1cdc876de6"/>
  <unit id="U00793" pack="P017" kind="paragraph" targetSHA256="845c69f16b81608a55d269565e40b58901fffc8b9abece6aa5903c66b3f9be63"/>
  <unit id="U00794" pack="P017" kind="paragraph" targetSHA256="41f2cd40a915bdad00f6cea1ee33d0938ebfb5a435ad26d17d7ed7d11a2e85f0"/>
  <unit id="U00795" pack="P017" kind="paragraph" targetSHA256="83a17dd26ca77512bc8d20a3896736d832e0fa132bd61fae67ebbdf11be97df0"/>
  <unit id="U00796" pack="P017" kind="paragraph" targetSHA256="9bf62a4fbdae56cf01ec13582e0f20789f0e3fdb3e457069613c22b8c2ae92a7"/>
  <unit id="U00797" pack="P017" kind="paragraph" targetSHA256="174c56525369bf06f315ef4efbea55fcd10086a7f67a150cec6559f688d8b880"/>
  <unit id="U00798" pack="P017" kind="paragraph" targetSHA256="621f93f9753e02d774c4139098dab2fb4cbbdd4aa65d1a6474f8d304871b8b43"/>
  <unit id="U00799" pack="P017" kind="heading" targetSHA256="10e1419167249446115b6eb7293e36c1e010cbccd44b7eaee9a2cfbe6737b2fd"/>
  <unit id="U00800" pack="P017" kind="paragraph" targetSHA256="a4cf045e3ba5e94932bae7a4cbfd412a705ce290bd5f7d0309044c7b7cb0c7c8"/>
  <unit id="U00801" pack="P017" kind="paragraph" targetSHA256="0373e6a7ea7adad1804c98ef75fb7850c60c030f83ffe72bd6516192c048eeba"/>
  <unit id="U00802" pack="P017" kind="paragraph" targetSHA256="712976dc74ebf75552638cfdc7d1802fe7e2eb48f27ffd11d0ede486fb63e5bf"/>
  <unit id="U00803" pack="P017" kind="paragraph" targetSHA256="863e31479aa80e1089482191d0100aa7c54517a4b9285e25f27dd848a643222b"/>
  <unit id="U00804" pack="P017" kind="paragraph" targetSHA256="f9f6b26d13a642d3a04f2af2163e5cf1dcd74d4942e912a65c75fb88c1e0e8ef"/>
  <unit id="U00805" pack="P017" kind="paragraph" targetSHA256="9ea7833df33c9e5b93654927a7b06a41ccdc61fc9edde53ab323c4790d1bc419"/>
  <unit id="U00806" pack="P017" kind="paragraph" targetSHA256="212fa0c01d78ab5f70e90b5e8436e95b4d535c1dfb08a8d3172b8ed33ad09993"/>
  <unit id="U00807" pack="P017" kind="paragraph" targetSHA256="463c1402fa63f44a0e6c52abada240232361691a283880e4383e886e14aef34a"/>
  <unit id="U00808" pack="P017" kind="heading" targetSHA256="8534ad8f7dcff9e0fd71efbc93960fba4e5fbe9ea28ecef7cf1d3fbe085afcd1"/>
  <unit id="U00809" pack="P017" kind="paragraph" targetSHA256="d93ba5010413d2a0f5d44c65354f65a6ee9fa8f5957a47773485828e926ad78b"/>
  <unit id="U00810" pack="P017" kind="heading" targetSHA256="c3d9d80aeeac0c45c6cf3e3c77ef97d33ddc22d852ea0168ad79650654b9f4d4"/>
  <unit id="U00811" pack="P017" kind="paragraph" targetSHA256="e38079b23831005847b2d9ac87aba0aec2085f161719397de66db9c4e26b5a37"/>
  <unit id="U00812" pack="P017" kind="heading" targetSHA256="c70e2870352df426a8afeb63beed7f75b996ce90f44c804c2a131a4b52f2a7ec"/>
  <unit id="U00813" pack="P017" kind="paragraph" targetSHA256="7b49219651ad099199f8cfd69cf4fa47803acddc22fdca42a6cbd037cdaa8f64"/>
  <unit id="U00814" pack="P017" kind="paragraph" targetSHA256="d63d3846a9ac3990bad93f4567a413173d8462e8f65429f5e70f1eea10e73661"/>
  <unit id="U00815" pack="P017" kind="paragraph" targetSHA256="83b085ae333944471cc1ba4283abb9ee1d2a6c27e41ad08c68750830c116d989"/>
  <unit id="U00816" pack="P017" kind="paragraph" targetSHA256="7216f58a8ef8d151dda1e5b5aaba6f51907748b74cea8634484441d40fae2dd6"/>
  <unit id="U00817" pack="P017" kind="paragraph" targetSHA256="d9212eb9aea33c95e92c95f9ec2b6c84d1de168478cc982912e6e945d7b591a4"/>
  <unit id="U00818" pack="P017" kind="paragraph" targetSHA256="c041794f17828456c76cb69247d1e4eb956b8e0a90d7110c8454d380c1f35b3c"/>
  <unit id="U00819" pack="P017" kind="paragraph" targetSHA256="f35c711238767cf4856a7e12d23e824162d08fe16238025cbb10c4d9777f002b"/>
  <unit id="U00820" pack="P017" kind="paragraph" targetSHA256="503b86e7ed76d66c96c5664673f48fa1736339ddc587e1caae2bd13bbaf2bffd"/>
  <unit id="U00821" pack="P017" kind="paragraph" targetSHA256="c7ab1fe8e73151b1bbdc6b49ff847eee5c3541447e1e2123248df1d721fb2acd"/>
  <unit id="U00822" pack="P017" kind="paragraph" targetSHA256="287b264a115524230657bab9a69d1ce881b3bdd37d5bdbc9e8a0f6ded3912a79"/>
  <unit id="U00823" pack="P017" kind="paragraph" targetSHA256="d2647708a14d4a71e8791278ab76f66b05238601c2c165beb687c951c5254cbe"/>
  <unit id="U00824" pack="P017" kind="paragraph" targetSHA256="98c746d847b043b573c99bbf6d7363b4d9c6a5682273aa7b8581e9156547a5ea"/>
  <unit id="U00825" pack="P017" kind="paragraph" targetSHA256="0b4b5cdc9ed4906038b931e47aeb068898a0947d4b3552d6c7517971bf4c7e3d"/>
  <unit id="U00826" pack="P017" kind="paragraph" targetSHA256="536794a23537aa442a42e6a2a3f4ff2aff99859620c984be809e4e0c0e2186e5"/>
  <unit id="U00827" pack="P017" kind="paragraph" targetSHA256="aac4c8b1bb153c66b74f6b7ea3c4244151121989db18676de73ef92f4528be1d"/>
  <unit id="U00828" pack="P017" kind="paragraph" targetSHA256="3e8ec90c8f9f56c0d5e65a4bfab894e0bdbea71828e24b4fb18b0f750aaf83b9"/>
  <unit id="U00829" pack="P017" kind="paragraph" targetSHA256="d7688ca08e2c8998bab976b08910f77774c1e6f2404a22e0cc2919511f2cd933"/>
  <unit id="U00830" pack="P017" kind="paragraph" targetSHA256="cad4b69ea0dc1755751059d5f40247ceb3b0c425884b35fdba9e4b4a0ec192a3"/>
  <unit id="U00831" pack="P017" kind="paragraph" targetSHA256="946953dea0eb3600a96b1a1a97f2b390b8349ae09cc0969bff35901cebc4816e"/>
  <unit id="U00832" pack="P017" kind="paragraph" targetSHA256="21e54c860e37477d73bad45a7d9bb1e96455dcb50e9d00bda57adbaaf81f79e0"/>
  <unit id="U00833" pack="P017" kind="paragraph" targetSHA256="bd4ed78320d27f3dcc13e3283cb7982ec030f0b93e40f6a769e50e976adfd026"/>
  <unit id="U00834" pack="P017" kind="paragraph" targetSHA256="ab06c467acc853a6bb2181e51738c25dd435455d4e7dea2292729149445d2967"/>
  <unit id="U00835" pack="P017" kind="paragraph" targetSHA256="6e7c37631d65612011160c82084c929121b262f78a9489bfa417768b5e177a1f"/>
  <unit id="U00836" pack="P017" kind="heading" targetSHA256="128897b49a282c4b3f74f1581363a09298d326482121005004438c3ce67714de"/>
  <unit id="U00837" pack="P017" kind="paragraph" targetSHA256="c6ad19f347e323256c237402178a967bb79a92843b91db7eb60db623c0f5a133"/>
  <unit id="U00838" pack="P017" kind="paragraph" targetSHA256="23635f2094b0da24420778bbcdb054a5f5de4b0c5bd24105e5e70994bf8a0b02"/>
  <unit id="U00839" pack="P017" kind="paragraph" targetSHA256="a07f2ea86dcbc1b4d22892e90e47ac05f32742bd05677c0f259360d1706f9c5a"/>
  <unit id="U00840" pack="P017" kind="paragraph" targetSHA256="09a5720ea9aed26786290a3fb625eb4fc26d31fe9c0301beab64f9ca0a88c0cf"/>
  <unit id="U00841" pack="P018" kind="heading" targetSHA256="98dd82bce06e1092e7c93dcc57d7f04f3c736e34b7b72a8fdb74604ac04714c5"/>
  <unit id="U00842" pack="P018" kind="paragraph" targetSHA256="fdfbd167bc76abbeaebf789b0372046c681971e17b99dd0c33e0f8785f61809d"/>
  <unit id="U00843" pack="P018" kind="paragraph" targetSHA256="9002e0364765ed3114d1ee1c2495bbcd132edc329c173a3b5a13f444ef863413"/>
  <unit id="U00844" pack="P018" kind="paragraph" targetSHA256="5e4c7ff14c372e460c790c72f71caf0f4c3337d42c4ed248d5d94cf93b44d155"/>
  <unit id="U00845" pack="P018" kind="paragraph" targetSHA256="901938b573e7752a72141830971e5b6cd7e4f45be75e56d692336f4c3d45a5d3"/>
  <unit id="U00846" pack="P018" kind="paragraph" targetSHA256="48fb87dd893c6a32507050b412a6d26699d1846c36220b5f5eb9b703b762ba1b"/>
  <unit id="U00847" pack="P018" kind="heading" targetSHA256="9caf3243fddf4b84c9b956ac5a450aab3a23708b40bf061ae45e78999f103008"/>
  <unit id="U00848" pack="P018" kind="paragraph" targetSHA256="70e3379d145151d95a390ac9706937e69e1331f4c2b188c252a05c7dc06ccc2c"/>
  <unit id="U00849" pack="P018" kind="paragraph" targetSHA256="30aa9c159f7dd7531ffd71484df7ffbd3caeaab0dbbe345fb621adf89ab70a15"/>
  <unit id="U00850" pack="P018" kind="paragraph" targetSHA256="1d6117f205b637aea68f73aa3d985626ed3323aa26eb1b60b18d1924b2cc86c2"/>
  <unit id="U00851" pack="P018" kind="heading" targetSHA256="2df8a4772ac298fab2affe138f927db4835f87aac1e381011e7b1b1e81e255ef"/>
  <unit id="U00852" pack="P018" kind="paragraph" targetSHA256="7f5607528ba3a618a9f478dc8b902c4e788614acc4a17c4d2724c60822588166"/>
  <unit id="U00853" pack="P018" kind="paragraph" targetSHA256="7e229032350c639880adb86bdc5534251903701c44f47e24eec4c2d82484568d"/>
  <unit id="U00854" pack="P018" kind="paragraph" targetSHA256="7d0c609c7f50066337aacf027328cecfbd9c766e08310d66c28b6f3e1c05a5be"/>
  <unit id="U00855" pack="P018" kind="paragraph" targetSHA256="e9988c39354dbc0c1fee06e2c5cd4c66424a6e1d68c40034b33c44c44119f24b"/>
  <unit id="U00856" pack="P018" kind="paragraph" targetSHA256="7d0c609c7f50066337aacf027328cecfbd9c766e08310d66c28b6f3e1c05a5be"/>
  <unit id="U00857" pack="P018" kind="paragraph" targetSHA256="54a2a0baf95a2e1157f92fef6ad0bd4355833fb8d31eb48943ee08e2ad18d90e"/>
  <unit id="U00858" pack="P018" kind="paragraph" targetSHA256="929bbab1499c1778e0cbbe8255e458c05243052edccc4239a83f65a627f63227"/>
  <unit id="U00859" pack="P018" kind="paragraph" targetSHA256="e8a8b022e20067869e5741210726ab41a03d70e3c4760076e3f126742fb3b00f"/>
  <unit id="U00860" pack="P018" kind="paragraph" targetSHA256="d5b2cdedb83799a870bddd3619775c5bdec52b25c6d664aef55e5e1d8d71c789"/>
  <unit id="U00861" pack="P018" kind="paragraph" targetSHA256="f90bbb8e4990c7f0435487142afbd848739762fbe00bbb893d8e35820608e8ab"/>
  <unit id="U00862" pack="P018" kind="paragraph" targetSHA256="fe24a4686de2e5f40d074b0d86ffc560056261b8f03e185959031e4a7a348b67"/>
  <unit id="U00863" pack="P018" kind="paragraph" targetSHA256="f812fc2c61efb5481a0e4dcda3fd68026da69f6899e4741672344077933f8f29"/>
  <unit id="U00864" pack="P018" kind="paragraph" targetSHA256="3dd5c52db75894c345f807cf9a91bcb7f7ad4e74bfc8571e50504768dff87f10"/>
  <unit id="U00865" pack="P018" kind="heading" targetSHA256="84031ed9f87bb19b40d2a96339bfc2a8233bcb8cd1af6451962535c66208e4e3"/>
  <unit id="U00866" pack="P018" kind="paragraph" targetSHA256="f651a215f5195e13d4252f871e3556243b07b245bbbe6e0c5503a425b0c91bde"/>
  <unit id="U00867" pack="P018" kind="paragraph" targetSHA256="a2f72154cc7832a6fa735d32616336d826c4c37fbe3a5717395ad53f6f670f81"/>
  <unit id="U00868" pack="P018" kind="paragraph" targetSHA256="7af7d684fcf9eb6fbc2072749d35afc6020edcd3da1c595d9a6ddaf4e8e42f15"/>
  <unit id="U00869" pack="P018" kind="paragraph" targetSHA256="cde8d1ff828576716c986b51d1dbd5ca1cefa13c752adeb56cef3f9bf9fe318e"/>
  <unit id="U00870" pack="P018" kind="paragraph" targetSHA256="ebbee11fd87f517cc8e713beea4c737b19ef97c5fd1e761e3fd946015b3ca0bc"/>
  <unit id="U00871" pack="P018" kind="paragraph" targetSHA256="ab9fe0abdb152d3495c590fba371ee6fd09c92062523b53223940e87f36c1d1c"/>
  <unit id="U00872" pack="P018" kind="paragraph" targetSHA256="88b8c638ec1529bc80377a165e8dae48c531a50a4c87dfd98e58f2c105c233a7"/>
  <unit id="U00873" pack="P018" kind="paragraph" targetSHA256="86f433cf4c4d51ec0fe048abb1be6b17f2017dde2ec5a479ef35b31255ca12a8"/>
  <unit id="U00874" pack="P018" kind="paragraph" targetSHA256="c1fdfb9b87310d0535ee535c99269fff5d471f0308a53321618e6e370c316a47"/>
  <unit id="U00875" pack="P018" kind="paragraph" targetSHA256="b113e2794eac27d4fc13582b2b1ee2af50f8ea4e4f24e7c8990b521e10bcea05"/>
  <unit id="U00876" pack="P018" kind="paragraph" targetSHA256="3fedb282065942a856d837753e8581e8e2c90e2aa7c01dc0870dd21a68b08b17"/>
  <unit id="U00877" pack="P018" kind="paragraph" targetSHA256="e3b03c2e53e051347cacb0540df788cf666756eed3be088b4d6416bdd646825a"/>
  <unit id="U00878" pack="P018" kind="paragraph" targetSHA256="f26975894238eeebd7e829978eabfc615922382d8b7ce51b36660479cc77d96d"/>
  <unit id="U00879" pack="P018" kind="paragraph" targetSHA256="e62c8ce9d82ef57204470271604b24e3aa142847234aa36282eec52653f5c3bb"/>
  <unit id="U00880" pack="P018" kind="paragraph" targetSHA256="23cfe96fc72600ccd5e4a355de2ea133015d4ec2b0528aa205aaef6ecce7b58c"/>
  <unit id="U00881" pack="P018" kind="heading" targetSHA256="4a2a43ef11dca2d77846b904112e479e0883b265c078ededafb7525e7d756dd4"/>
  <unit id="U00882" pack="P018" kind="paragraph" targetSHA256="feb14fd57dafb649025cf98dfa75481d67b228adc6a52f44caec1419ec446a56"/>
  <unit id="U00883" pack="P018" kind="paragraph" targetSHA256="32237c236ba384cc24024130f0c3ab5156987df0a454abe5d5e87ab821da46a5"/>
  <unit id="U00884" pack="P018" kind="paragraph" targetSHA256="534967cbe4ebc100c6d6313128e8bafc39d8ea5076d30b431a9022d40ed35133"/>
  <unit id="U00885" pack="P018" kind="paragraph" targetSHA256="bb69aff4e330416482273094bd53a5e25daec217b8e234cbc466094946be9e07"/>
  <unit id="U00886" pack="P018" kind="paragraph" targetSHA256="09a49c9b244a4f928250bcb4037156ec85fbd0a31b756857a0544f103575f35e"/>
  <unit id="U00887" pack="P018" kind="paragraph" targetSHA256="712be3b9dee7312a11ec03ee48d94d9054052c72cd43bfea1627a263159377c0"/>
  <unit id="U00888" pack="P018" kind="paragraph" targetSHA256="1e8ba81e2cc57d295cae299075acfdfe25c664b1ea46fbd9228c846f91ef0cea"/>
  <unit id="U00889" pack="P018" kind="paragraph" targetSHA256="5603e1e4d1086334a97612a6cf19b286aca372fa82ee98a507f590a6c8f38d34"/>
  <unit id="U00890" pack="P018" kind="paragraph" targetSHA256="b76607c8a7ce7c09f1ccdf26752626850db582f6545b52f478305787e0c699e6"/>
  <unit id="U00891" pack="P018" kind="paragraph" targetSHA256="225ad2f9ee0df2283bc8d4c7b8ef794d0c80f3b1870ebbdd6524e4741795d3b5"/>
  <unit id="U00892" pack="P018" kind="paragraph" targetSHA256="c638bc508c92852ea355d358e0340e167563348df399ee0b4dea7a9151c25231"/>
  <unit id="U00893" pack="P018" kind="paragraph" targetSHA256="ced87e17d445973abef21ce0383d3422ff01ec00669a06124842c30f96e5dc75"/>
  <unit id="U00894" pack="P018" kind="paragraph" targetSHA256="56ad696a80d71e4322abceb615af7a8567127a4fe13a440696eeb28d1d061e10"/>
  <unit id="U00895" pack="P018" kind="paragraph" targetSHA256="7d72bbb7b1b207e64ead37385b41a09a21accb3c2c51f67aa403690c0c868e87"/>
  <unit id="U00896" pack="P018" kind="paragraph" targetSHA256="3a73dfbb573506de622291a822694e2120e3534d8bda89410761ba8abe0823c8"/>
  <unit id="U00897" pack="P018" kind="paragraph" targetSHA256="ca73f8ccb671ebda942a8bf40fb19ef58fe3875ac96221c8438f07a6aafa8a17"/>
  <unit id="U00898" pack="P019" kind="heading" targetSHA256="d6cc96e0097a01f84cbe2686c7fc94d9fee6f9c1a8135cf40590183b80676c14"/>
  <unit id="U00899" pack="P019" kind="paragraph" targetSHA256="6e7d6ea0d168b2bbae41a39fd8669127011c20360378539cc4650b5add760353"/>
  <unit id="U00900" pack="P019" kind="paragraph" targetSHA256="f48f231250d72779c7fd84e26adccc366ed198a98392c6a4c1d9e6c9814785ee"/>
  <unit id="U00901" pack="P019" kind="paragraph" targetSHA256="90d046e1cf969d6056b290a643a51c6a3d4c69a1f0e340ccbd853cfcf657025d"/>
  <unit id="U00902" pack="P019" kind="paragraph" targetSHA256="010b64fa412f4b8207a431f861c740eb27ef8980bd9b20060817fc2956d67da5"/>
  <unit id="U00903" pack="P019" kind="paragraph" targetSHA256="323cc0709552b2d866b071ab0a8e92669d8ea0fde128cbc4fdd1113df2aec031"/>
  <unit id="U00904" pack="P019" kind="paragraph" targetSHA256="aef6d927a83cab01aa807fc9373bb04ac4ca425bb14f10fbe4d4aa81b68ff648"/>
  <unit id="U00905" pack="P019" kind="paragraph" targetSHA256="2d3d3126063556950fae1fd49e6f5d2d4cb1ee64a30992675d6ac28f4858edab"/>
  <unit id="U00906" pack="P019" kind="paragraph" targetSHA256="28ee8501645df6c57b17fcdba482a89153a5e901b23ffe62042cfe69bcde4b6f"/>
  <unit id="U00907" pack="P019" kind="paragraph" targetSHA256="97d71174f5a16842162b079bce98079af74ab6b59ced2c1b486f10edcfc21983"/>
  <unit id="U00908" pack="P019" kind="paragraph" targetSHA256="7c8397d3ea0243c4e8988bc8a777cdeccaa9d17db1b070d59d7a9fcf45e399ac"/>
  <unit id="U00909" pack="P019" kind="paragraph" targetSHA256="935381ea533e66023093675112109af222a75a31207c24adc5b9c0322cbed959"/>
  <unit id="U00910" pack="P019" kind="paragraph" targetSHA256="1e0080893612003d9215df33669a0d9a1bdf59e198b41ae2c8766da78d007407"/>
  <unit id="U00911" pack="P019" kind="heading" targetSHA256="4e5ac0ed0044c43d86487e1c0ad5f8e0c9611a0d622986c2630e97c6b99b0d32"/>
  <unit id="U00912" pack="P019" kind="paragraph" targetSHA256="55a157341098c8b8e10d1d09cd078ce0c9caa440e8843ff1a37279569c40f22b"/>
  <unit id="U00913" pack="P019" kind="paragraph" targetSHA256="19af5891972b37fef8b345adc8128bf92d28be1ff314141a766ca75c2c861483"/>
  <unit id="U00914" pack="P019" kind="paragraph" targetSHA256="bcd4072fc7e2db420ce178b4b726aa1554bd86547f58afdec060dc42cce6efa3"/>
  <unit id="U00915" pack="P019" kind="paragraph" targetSHA256="b33b83b3c5ed0a984ac7cd822c06ca0d329ac64701c1c709dc03b2bc18e8f0b3"/>
  <unit id="U00916" pack="P019" kind="paragraph" targetSHA256="7ce3dd7560d37915b05cf7c41694e59c57e0c2b846503777e458265178b74f1e"/>
  <unit id="U00917" pack="P019" kind="paragraph" targetSHA256="dc67829610bdcab404b1fcc3492c1dab6dd604633c2b4a9870ccb5cd7b7833fa"/>
  <unit id="U00918" pack="P019" kind="paragraph" targetSHA256="a8ee20c533e04574de8555b22ae9b2639979a88ff888b8fbac173d4b6ba3037e"/>
  <unit id="U00919" pack="P019" kind="paragraph" targetSHA256="051247b3054622d3ed00762c233ffcb58d0480fd5e737e93975cbc8a38c50fa0"/>
  <unit id="U00920" pack="P019" kind="paragraph" targetSHA256="f4bb032731929bf504eaee9fce89aea5981fde81492606e741517feed1064e35"/>
  <unit id="U00921" pack="P019" kind="paragraph" targetSHA256="21aeedad89195db8042193ea4ff429e54aa5463059bec5e0b5f65972b20590dc"/>
  <unit id="U00922" pack="P020" kind="heading" targetSHA256="86758da1206260efaee65ee255b8f4b69f32e1b04a9bd49171a09e6520d55488"/>
  <unit id="U00923" pack="P020" kind="paragraph" targetSHA256="8a44a9b2d99439235d47230e6e0281b6a1eed3264a36b0bcd70e3fe2f904af8b"/>
  <unit id="U00924" pack="P020" kind="heading" targetSHA256="179fbed5fa25f64de091471d18ca6820eb01510f8b5724a2a9bde6c5599d7e84"/>
  <unit id="U00925" pack="P020" kind="heading" targetSHA256="ef45f8ee6724d1b5b0912f0593d483f11d1f2ccd6229a0dd02c87ba46cd6d8a4"/>
  <unit id="U00926" pack="P020" kind="paragraph" targetSHA256="17a3be3f10f8bc234f54810bad7d808dd01828d4d97a18062452baa5418f2898"/>
  <unit id="U00927" pack="P020" kind="paragraph" targetSHA256="94415f16e3f824981283cc00f7065b544a9f38afee6d8024244d08ab8b9eda9b"/>
  <unit id="U00928" pack="P020" kind="heading" targetSHA256="ea7ba7f635ef93536908574c130476a10c186f15cff8f74798a4efb4b778f053"/>
  <unit id="U00929" pack="P020" kind="paragraph" targetSHA256="9b4365138ddb5e56aed129673d550d19546e74aff7db8e689b1ddfdae3a75787"/>
  <unit id="U00930" pack="P020" kind="paragraph" targetSHA256="0cad669c4b1d79e943613200379fe609b13def84d5863a287ed42c18fe5b2806"/>
  <unit id="U00931" pack="P020" kind="heading" targetSHA256="7fe3fb308b057214775959ae15b1d4ad03a3b9be83d74c3e314ad54158be85cd"/>
  <unit id="U00932" pack="P020" kind="paragraph" targetSHA256="350814dde6ddd5dc12c566ccb736424a253d485638b255900f32ead10985ecab"/>
  <unit id="U00933" pack="P020" kind="paragraph" targetSHA256="70534d187a77fb70c6b4c01aa8e1a1c9f3ae0601c6c65abf16069f7a0b184109"/>
  <unit id="U00934" pack="P020" kind="paragraph" targetSHA256="59da76367334d08668dac75e561607c625a929158694def442bf0add5afe0086"/>
  <unit id="U00935" pack="P020" kind="paragraph" targetSHA256="a097140c7c97a2aef365e4019b703cf0314ff09b9f9bb4738d8347671a59d70f"/>
  <unit id="U00936" pack="P020" kind="heading" targetSHA256="81d9070db0058cae6c0d83ede1f708010e6bfc771690929cb0b450771643546e"/>
  <unit id="U00937" pack="P020" kind="paragraph" targetSHA256="5370fed82ae06365da0be3ee1cdeba9d2c099649516996925a02ecdb221ef35e"/>
  <unit id="U00938" pack="P020" kind="paragraph" targetSHA256="cc9c48254840c4e80f00637c3cc97a6208b1b60e9fe10c444a98623d304ab5a0"/>
  <unit id="U00939" pack="P020" kind="paragraph" targetSHA256="d0672751dbe5df9521945d9876624da6e6f24ee2b227c48623d9f7ce5ca9be76"/>
  <unit id="U00940" pack="P020" kind="paragraph" targetSHA256="1cb44d34e1b9bb950e6d12c2b47a51ded7ab72bd407e0991bdb331a52ef3d386"/>
  <unit id="U00941" pack="P020" kind="paragraph" targetSHA256="33ac3695e46f5dc84be54ee30fdf6f683900a85a80e6dd799b09a3ddefc356be"/>
  <unit id="U00942" pack="P020" kind="paragraph" targetSHA256="e4c93d2d069b8b6c933f9e33cc219483ae530344d18daef31b38e80fa8826ab4"/>
  <unit id="U00943" pack="P020" kind="paragraph" targetSHA256="b5373b6d31e00d27ef13a9933383ededc84dbfed2dc0c8f44553188a6745f292"/>
  <unit id="U00944" pack="P020" kind="paragraph" targetSHA256="99b482d785416ee0b33a2ffafdc4526b1c19b2c47358fa611838ca53c77f0147"/>
  <unit id="U00945" pack="P020" kind="heading" targetSHA256="9efbe8fb9dfafb0c44b809b0b661b8baae7b3a9dfe0b479907918c24b5362661"/>
  <unit id="U00946" pack="P020" kind="paragraph" targetSHA256="c0774bd2cc47eddd71efd6d35ba6e9122fefea05a0f67733d08d3e05a7afcac1"/>
  <unit id="U00947" pack="P020" kind="paragraph" targetSHA256="f6c9996f54ed5c067e27b6607045469d71d1ec865172654f2b310c8ca37db2e5"/>
  <unit id="U00948" pack="P020" kind="paragraph" targetSHA256="d9edec7a77e3a6def0f1b4101637010319c0c61d063036660b7f1db89198d556"/>
  <unit id="U00949" pack="P020" kind="paragraph" targetSHA256="731e65e6aca742677c27b51c3265dc9a50d3873f492458eafd707543d33dd96f"/>
  <unit id="U00950" pack="P020" kind="heading" targetSHA256="047aa22295a345821cd284c170e02cb1a0ff2a49020e65c5c8aa80e1c75cc41a"/>
  <unit id="U00951" pack="P020" kind="paragraph" targetSHA256="6429be947e510c175cdd9e7232fdffcb1e3b5b9db0d6f4ea53c4036d5a498683"/>
  <unit id="U00952" pack="P020" kind="paragraph" targetSHA256="8df6b6c7b5923dccf956a81132b5bdc222d29572cee52b945ddb8ecd7e386c2e"/>
  <unit id="U00953" pack="P020" kind="paragraph" targetSHA256="6708aab74881eb5c8fc520017ad3b64e5237039dea71bf8b92e5a876162bcded"/>
  <unit id="U00954" pack="P020" kind="paragraph" targetSHA256="df3fda1d2bc7af029980fcde4d1a419e6b54e2e6737fb40e1dc2e92a6bde3aae"/>
  <unit id="U00955" pack="P020" kind="paragraph" targetSHA256="35eb84f9e09720e9ba13f027e9575d4ecab4481ff28c0e071e7d589413c621e2"/>
  <unit id="U00956" pack="P020" kind="paragraph" targetSHA256="c3966c9011a4dec7083e9db5cd98b16b941a756080550f87cddcea6f88e41519"/>
  <unit id="U00957" pack="P020" kind="paragraph" targetSHA256="1879ae3ae6de952b04319c252e70acf688f7200f404a93e30097f34fb20fa48d"/>
  <unit id="U00958" pack="P020" kind="paragraph" targetSHA256="bb1f8c30312140196a26a9724e7afe3ce21e74b4b664c0de0984d45cf17a1925"/>
  <unit id="U00959" pack="P020" kind="paragraph" targetSHA256="d428e3429d54071e746a9724f47b4eddadb64548dd81e06a915139e15160d7a1"/>
  <unit id="U00960" pack="P020" kind="paragraph" targetSHA256="24e1a4b7a1c37bd514fad6035f0289f6e593c69fbd0c62c13b730eb390a05f2d"/>
  <unit id="U00961" pack="P020" kind="heading" targetSHA256="d77cb5993d27f659de6edb51bed477e42574d66a5bf9596b0e9d78163592d5bc"/>
  <unit id="U00962" pack="P020" kind="paragraph" targetSHA256="70a4942296dee954012cb619483461e5fbe79776d35e5df073ef57ba4c1d06cd"/>
  <unit id="U00963" pack="P020" kind="paragraph" targetSHA256="3db063a51621f7b55043c076c94947b00a088321a76eb2fb255502cf41645884"/>
  <unit id="U00964" pack="P020" kind="paragraph" targetSHA256="27ecc3dd07277734f0274c749d1fe3e56d621eab9c8cd6c8525a44ce6f436a4d"/>
  <unit id="U00965" pack="P020" kind="heading" targetSHA256="17128a698c93f39cd7ca6abc9016e0538c0e01036af494dfacb9092bbc97a7c0"/>
  <unit id="U00966" pack="P020" kind="paragraph" targetSHA256="e1da9416a4fa9426cb855b5d6641fd9e61736f3a59f04febff493056c8e1bcc9"/>
  <unit id="U00967" pack="P020" kind="paragraph" targetSHA256="76d4ef25966c321d9aef97b6e88fe972a18ec8b9ecf66d2d0fbbccbc05c76f2b"/>
  <unit id="U00968" pack="P020" kind="paragraph" targetSHA256="e63b73954532adeab165545e0fd5f4dffa92d0f7143b48ed98aac28233dd23e8"/>
  <unit id="U00969" pack="P020" kind="paragraph" targetSHA256="46cbb0ca250d494cfb9ccb80a331faf555dd258fc3500aee88524359346293b7"/>
  <unit id="U00970" pack="P020" kind="heading" targetSHA256="eaf726dac5c2023925a81bc643e41a0dfd8c04148e14420938bf77d138022c42"/>
  <unit id="U00971" pack="P020" kind="paragraph" targetSHA256="f68ab91195d9ff168865a104f54f604c426c9d3384dddd56f94d2c3504bc629c"/>
  <unit id="U00972" pack="P020" kind="paragraph" targetSHA256="2f553a77d7444058bac923e3b5daa24c393eae04aaa616d2abb874e56c5b56b2"/>
  <unit id="U00973" pack="P020" kind="paragraph" targetSHA256="51061f29eddcdeff48e10c2eb7b05fe4bb7ff77c07fdfa509dcde0f2361f8212"/>
  <unit id="U00974" pack="P020" kind="paragraph" targetSHA256="64ce5b80120b4cf1e3122e68bc08303434c7380ba1d8255411b3b3ba113be287"/>
  <unit id="U00975" pack="P020" kind="heading" targetSHA256="4a86501fbefb277d1c95bedfa24e4a89602ec530284061075552e23c5e03ee9d"/>
  <unit id="U00976" pack="P020" kind="paragraph" targetSHA256="a4e0da9ced5601fc288e2fa5b62839d48acc67d3822403b1e7ab01b7bf39f033"/>
  <unit id="U00977" pack="P020" kind="paragraph" targetSHA256="6f79f371b27c3cdb35baa153441a950a2f3c5a1212725b1429f0641460bd2618"/>
  <unit id="U00978" pack="P020" kind="paragraph" targetSHA256="b89d3fa560035b694a43dc789edfc90a287ca32fffa6df20ab6c21a2ea48456f"/>
  <unit id="U00979" pack="P020" kind="paragraph" targetSHA256="7312d6c6a212de98f7d2efad4498c760365d7073043a4189773bca16faef1c46"/>
  <unit id="U00980" pack="P020" kind="paragraph" targetSHA256="a66388bb00ed9d80aa07dfa3f62088dc905fc02a8c1b93cce4ec4c062585234e"/>
  <unit id="U00981" pack="P020" kind="paragraph" targetSHA256="4bc241529965b466cf656638fc5afa34a538e660fc24e0a85f9bfd5c92aca1b8"/>
  <unit id="U00982" pack="P020" kind="paragraph" targetSHA256="cd810f5f5d624801d944668713fb355502b26973d5f9d3c7db1956cc0f23665a"/>
  <unit id="U00983" pack="P020" kind="paragraph" targetSHA256="6276090a48893414520b6fc61e438d51778bfd7acaea369579cdf6b7d399f39f"/>
  <unit id="U00984" pack="P020" kind="paragraph" targetSHA256="c7ecf6f269bdd7ad5655c81186393a817f93522d1d1cb60c3430bab6210e4f95"/>
  <unit id="U00985" pack="P020" kind="paragraph" targetSHA256="fc35f8be438c0583b57bf50cddaa358be6c9a603c6461137d406d93e2b9e6e74"/>
  <unit id="U00986" pack="P020" kind="heading" targetSHA256="4a2a43ef11dca2d77846b904112e479e0883b265c078ededafb7525e7d756dd4"/>
  <unit id="U00987" pack="P020" kind="paragraph" targetSHA256="02d592c3e214eb8e3c53210f42f2cf8464c52478c2b30335026bf8a4866031d2"/>
  <unit id="U00988" pack="P020" kind="paragraph" targetSHA256="62cc3fb295c059f4a9b211e5a67343362cc5888da5b6a3e0b94533a65361b441"/>
  <unit id="U00989" pack="P020" kind="paragraph" targetSHA256="838516ff54fe49b20535710e0549d0cabac4e06be53a0b9e63d8eca2ad4c6fc8"/>
  <unit id="U00990" pack="P020" kind="paragraph" targetSHA256="4ed92e10548f93876beae0ce0107c8c43ed03b20bc16f3f9d0c561631d3745a4"/>
  <unit id="U00991" pack="P020" kind="paragraph" targetSHA256="5c07d766295d89cc256901edf7d12333bef87760fd890814b9013f944f8fd5b2"/>
  <unit id="U00992" pack="P020" kind="heading" targetSHA256="ee1b1ad186472ef2aaefadcb0ca3914ef7401395bb4409de7f2f4f34004734f8"/>
  <unit id="U00993" pack="P020" kind="paragraph" targetSHA256="1e41be68aab56fe6f18d410b59c09763aeb4ccc21e38767f126bf1effdaf838a"/>
  <unit id="U00994" pack="P020" kind="paragraph" targetSHA256="22d16dd80244d0d86ba7c2ba548a69c1bbcee915c00ccb7c44dd7b1e2da1aa0c"/>
  <unit id="U00995" pack="P021" kind="heading" targetSHA256="a24ef81ebf18e4f77237a57e69ed8854738eaf6b90c74434169548e8acae7304"/>
  <unit id="U00996" pack="P021" kind="heading" targetSHA256="77e96080e00f8201b242b9e80efbad767b415f84c9d102ffb743b87c43a8e102"/>
  <unit id="U00997" pack="P021" kind="paragraph" targetSHA256="4910007ae81e8daa2db425de00a0f733bb4b87c59d9b0b8b7114676f988bf68c"/>
  <unit id="U00998" pack="P021" kind="paragraph" targetSHA256="43b608b36d06cd62145081b298c2ee716f8eca9c89225c9bcb32c4b1967b40b2"/>
  <unit id="U00999" pack="P021" kind="heading" targetSHA256="840b8d3f56c639850ee9e6ba3e3e3d8913c97c45388d290a6d0cb8cf9db9833e"/>
  <unit id="U01000" pack="P021" kind="paragraph" targetSHA256="6e7b57125a78424ba27f4f3fffa4967c2e6176562b4c58d3e9a49dd430778194"/>
  <unit id="U01001" pack="P021" kind="heading" targetSHA256="4378b88ddd6c69903bbff01675677a0ec67f5ccf547882c317e2ac6c3c3f625d"/>
  <unit id="U01002" pack="P021" kind="heading" targetSHA256="f21893e1ceda3df686bf4df21feee7a11eb09b34442b58bd4b2f1d47c9fda0ce"/>
  <unit id="U01003" pack="P021" kind="paragraph" targetSHA256="e0408ec49c20ccc3abe4af3bb053a6a04b369e5361b57842f4503b49a9c63298"/>
  <unit id="U01004" pack="P021" kind="heading" targetSHA256="c70e2870352df426a8afeb63beed7f75b996ce90f44c804c2a131a4b52f2a7ec"/>
  <unit id="U01005" pack="P021" kind="paragraph" targetSHA256="dfe8849e1d5a0641a6085229051a90e7890932cb81f33613b459ee904c94f03c"/>
  <unit id="U01006" pack="P021" kind="heading" targetSHA256="aabc6594d7b0a638fd254a1b930b59e2461ee05d4f6ff80353f0630b7dfd45c8"/>
  <unit id="U01007" pack="P021" kind="paragraph" targetSHA256="b5fb3ea2bcbb4c91bfe0d49d168afa13d0d9e4ea339caebb84ccdd0c5482d180"/>
  <unit id="U01008" pack="P021" kind="paragraph" targetSHA256="7dfaed99ff1e0b92f2efe984a00585a6877fdbb43bb22e43aac5448ee51d0567"/>
  <unit id="U01009" pack="P021" kind="paragraph" targetSHA256="e24841a2f3b2d0338fdc4a49cab9d4b45bccdd2e55c446a3c1fb1546f9fcbb61"/>
  <unit id="U01010" pack="P021" kind="paragraph" targetSHA256="d4f814ea54634bae12d4a74d18c6a3bd74c6649716127db5378b5f42a3e3e8c3"/>
  <unit id="U01011" pack="P021" kind="paragraph" targetSHA256="5bba1bb4e1a32c71d8abc2f7a7ec1e5b204ddf3b60eaf5d4172990a81555eb43"/>
  <unit id="U01012" pack="P021" kind="heading" targetSHA256="3b97627744c584635a2ceaf831dbdf0ad859711db3eaa57ac2af0b9cdb65b6a8"/>
  <unit id="U01013" pack="P021" kind="paragraph" targetSHA256="9608a0a11fe52ee9de17f5ef747f16880d9d1bbdb7eed698a7e548ead8760b21"/>
  <unit id="U01014" pack="P021" kind="paragraph" targetSHA256="589d638be7ee7e6dd01abfd43fe5b09ab6f8a6286066652271fb6aac7cf9a747"/>
  <unit id="U01015" pack="P021" kind="paragraph" targetSHA256="789c00c4aa3e5ff1c9829cdf5bca9a1797e9dac29ad2786dc001ee4f1a469ed4"/>
  <unit id="U01016" pack="P021" kind="paragraph" targetSHA256="adef05be2df6e3396a257e10d0f9436b163f0f0aaf3e3cc3cb7b0220a116aae2"/>
  <unit id="U01017" pack="P021" kind="paragraph" targetSHA256="53308dd8551196071923e69504603e92c06de7f61e2bb81d42c6cb0d614c063c"/>
  <unit id="U01018" pack="P021" kind="paragraph" targetSHA256="03c0bdbee57803f6cfb83e2d4edc0d972d514ec2f50c9b48fec683139a5be21c"/>
  <unit id="U01019" pack="P021" kind="paragraph" targetSHA256="9ae48e0f2bd512bb8a2135e598a0cb02869be57e34c82e8fbdb3404116890214"/>
  <unit id="U01020" pack="P021" kind="paragraph" targetSHA256="80d75902342a7a59bb58b4309628798e2c354279d9806821f45cc17a2888a2e5"/>
  <unit id="U01021" pack="P021" kind="paragraph" targetSHA256="60076a2398cd46b49608e6329e73161a360f2bea02afdb3206fc5f507082d790"/>
  <unit id="U01022" pack="P021" kind="paragraph" targetSHA256="7502e819b858b6a915cf08c91664a3d9db0e5ae8b00fa9f44a3c419bb97c1e57"/>
  <unit id="U01023" pack="P021" kind="heading" targetSHA256="f2934d3f399fd0d32fb731af6985c346459f7ef23be50644d4a408f298c0e027"/>
  <unit id="U01024" pack="P021" kind="paragraph" targetSHA256="f69aeff05cc41c31fb9a93242df4c510e7fbe68beb70c328977b314056d7d6fe"/>
  <unit id="U01025" pack="P021" kind="paragraph" targetSHA256="14f4aa9b82da5b0f867bdebf6cede49c1ea37f9e8af16c75e9ad071e94464e81"/>
  <unit id="U01026" pack="P021" kind="paragraph" targetSHA256="503fe5a658f3e5ceb561eaa360a9657085b485d129a33d5f7bec1666b046c274"/>
  <unit id="U01027" pack="P021" kind="paragraph" targetSHA256="c43aa19f363ae616c938ef89db2518cf8d3f92de62dc868eeefc83703ec4b035"/>
  <unit id="U01028" pack="P021" kind="paragraph" targetSHA256="b992e1eab5cbfac3515ff17cd65527697a5a7f51adc77cf39b17ca01ae63faa0"/>
  <unit id="U01029" pack="P021" kind="paragraph" targetSHA256="44da24dc33f17588f950f7c1f4050a3bb2687573a10624a66429824597f26fad"/>
  <unit id="U01030" pack="P021" kind="paragraph" targetSHA256="f3b6a7c21a1c12ce88e98500225d502c45201cb0546438469b6e96a1a303f142"/>
  <unit id="U01031" pack="P021" kind="paragraph" targetSHA256="c5e9a42d840953d347cfb50d5daaffbd1b2926e3365590f6e45894e5cd44529a"/>
  <unit id="U01032" pack="P021" kind="heading" targetSHA256="0ecdeb8644a5647035c5e1ecaaa7f6319b24568e46d087c9a9dc29799f68ca64"/>
  <unit id="U01033" pack="P021" kind="paragraph" targetSHA256="193a4d8a486c481f846460db5c31bbb927e2a3fff3bfe0dd6f16dff2d4817b8a"/>
  <unit id="U01034" pack="P021" kind="paragraph" targetSHA256="6dfb60facc8e492dc0c2c44eb0b75293d542c6257bdea0402dbe2289d4405918"/>
  <unit id="U01035" pack="P021" kind="paragraph" targetSHA256="9fe3f55c0070507293e1c48c38bef60feb00306593e5c6d453dc79b29171007c"/>
  <unit id="U01036" pack="P021" kind="paragraph" targetSHA256="f708bcd4f5e8ed7484cb18b57d7bee6882d57ffcc68a3de9125083f6c5e5161b"/>
  <unit id="U01037" pack="P021" kind="paragraph" targetSHA256="0dda20169e22db0c9e9fb7ae7d8416b2561301740772d6de3e0f78655238002a"/>
  <unit id="U01038" pack="P021" kind="heading" targetSHA256="3e18504e9c955c632aa6f4107f25039627d2dbfc6ee06fa39375643c2570eec1"/>
  <unit id="U01039" pack="P021" kind="paragraph" targetSHA256="ef65ca1c57f999166b3d7d90ed2a087e0e5731dceb1e46002c9003daef93d290"/>
  <unit id="U01040" pack="P021" kind="paragraph" targetSHA256="7e16224f451d4af928b26d9c7ff51a8efd151f0716cc7738a4e6ccb470573ada"/>
  <unit id="U01041" pack="P021" kind="paragraph" targetSHA256="5f5d41c6120c21b28e37925505c8d536144569f7765c325641525c283265011a"/>
  <unit id="U01042" pack="P021" kind="paragraph" targetSHA256="58c3af91373a71b07dd40e3760ec683f6332fa22f5a682513b0d25593dae437c"/>
  <unit id="U01043" pack="P021" kind="paragraph" targetSHA256="80084b1057ce7cdc7c13e81811de95af5ddb934bf5f6a06eacb0d7d4cfe3d5a7"/>
  <unit id="U01044" pack="P021" kind="paragraph" targetSHA256="f618e7874ae0e5cfffc8510ee69b92b28f33196c7f2649a72d5e5782054ec55c"/>
  <unit id="U01045" pack="P021" kind="paragraph" targetSHA256="7afa517eec0535b986cd9ed5b1a6210664254cec8d5d9178f0da345ab4f5b4e7"/>
  <unit id="U01046" pack="P021" kind="paragraph" targetSHA256="b101750c91cad404613749b527cd63a2f438668628221aa48d50053ef8ff8def"/>
  <unit id="U01047" pack="P021" kind="paragraph" targetSHA256="c6b89e884ac9e8b526e8dc06965d6ffe971769545e5185708158b6c0e18728c5"/>
  <unit id="U01048" pack="P021" kind="heading" targetSHA256="9bf1aa2a970a8fcedeef184a7518da6e5e867d4af51c5f64a54e2f63ea450a93"/>
  <unit id="U01049" pack="P021" kind="paragraph" targetSHA256="da3ddcfcd2476d490cf304315dda469b7c0eb9463a261c85f1e0365fb813e614"/>
  <unit id="U01050" pack="P021" kind="paragraph" targetSHA256="fb3fe478c654bde7d828d33c472c1ea68606810cb208920486ab31f9334c1d04"/>
  <unit id="U01051" pack="P021" kind="paragraph" targetSHA256="7188dd932ac55cbd396526f2c68ef2f9b4866a0bab6263cd741bb09a8fad5fb1"/>
  <unit id="U01052" pack="P021" kind="paragraph" targetSHA256="0db23ca7263d8791ee933e912c832df17c41f03c1493d5bafe45bbb664b0a155"/>
  <unit id="U01053" pack="P021" kind="paragraph" targetSHA256="2d62806584e37a1ae7e3147bbbecd48f9a50b7eb481e50e6424540f9e8d0f8f3"/>
  <unit id="U01054" pack="P021" kind="paragraph" targetSHA256="72fb270d50198a6e6306b889a6d15d83d1c5a96b866a35b17760c74158fbe139"/>
  <unit id="U01055" pack="P022" kind="heading" targetSHA256="8164f6ce8937ebeccada2e1bd97a7e371d4508f259b84e04e5ffc62abce789f2"/>
  <unit id="U01056" pack="P022" kind="paragraph" targetSHA256="30fd26bd35fd8bd99a2018ff37ec3e168e490a9fca3aed9fe292fee11a79e709"/>
  <unit id="U01057" pack="P022" kind="paragraph" targetSHA256="485b8161203fd9fe55a27cdcad90e40a0ae80737f6e88d7312c5482f2f684447"/>
  <unit id="U01058" pack="P022" kind="paragraph" targetSHA256="736800a19b353566d6d2e774ddd4490ac5f185e6a603c1b39c314f0d73b2750c"/>
  <unit id="U01059" pack="P022" kind="paragraph" targetSHA256="9b3ba07bbf4f0d7d31ab9f815c34c5a394cacc5eb7ced1340080aa9fe3eacdc1"/>
  <unit id="U01060" pack="P022" kind="paragraph" targetSHA256="95e03dca2fe6eb7cb20388bca37960ab9b3690d7f1d192c5e394c41f69f30335"/>
  <unit id="U01061" pack="P022" kind="paragraph" targetSHA256="e399989fd72940d26543cc5b3d9d52f9ade816660e06ce352f1859eab44e3250"/>
  <unit id="U01062" pack="P022" kind="paragraph" targetSHA256="159d6295cc68ad0acd03131a1c5ca882230d1d4271fe4adae7b503b8df845f5e"/>
  <unit id="U01063" pack="P022" kind="paragraph" targetSHA256="544b8d9d0d694ce6a7af4d138e791fbedcbace594ec029ce0f2cadeb13747224"/>
  <unit id="U01064" pack="P022" kind="paragraph" targetSHA256="8d8f6aab525d6540ef901e142d2e1d7ac9f6379a5fdda4f2424e72272d6fcf47"/>
  <unit id="U01065" pack="P022" kind="paragraph" targetSHA256="a6e941a4b4b43b75e2c3bdb101a208d80ac114bc94499d7c3aeb40a649193c54"/>
  <unit id="U01066" pack="P022" kind="paragraph" targetSHA256="68adbd2c56f7c234b891b62a25b288e778994e9646d2416237a4f1fc91620417"/>
  <unit id="U01067" pack="P022" kind="paragraph" targetSHA256="c5bfaa34f227cc059e5f083943be9e8e769f7d0837051ba024298a3455bdff9d"/>
  <unit id="U01068" pack="P022" kind="paragraph" targetSHA256="6d0fa071722209e508a21bb9ff4c8cae9ebae5c488b48262a8a60898b4ce7cf3"/>
  <unit id="U01069" pack="P022" kind="paragraph" targetSHA256="58f61e4a79db4ebb2c06d121eed4763ab3553ca2b1b69f3b201173578450a671"/>
  <unit id="U01070" pack="P022" kind="paragraph" targetSHA256="b214ce214d1a4be1eeaf9fc662e813892ac97a9a838146c18c37b105eeb269be"/>
  <unit id="U01071" pack="P023" kind="heading" targetSHA256="3ea71c5b0f90779bbc1379576d3eb8ca4431a0a8de4da65bf41e7bdf90320b3a"/>
  <unit id="U01072" pack="P023" kind="heading" targetSHA256="a6a83a78ea96017991bff8e931d8f72f3c730908cf03e67da6d9139cf8df8123"/>
  <unit id="U01073" pack="P023" kind="paragraph" targetSHA256="b4d9bdd4572c4af8e064275914d3c92b79ee89d681b3f42e0e15fc2317fb9aaf"/>
  <unit id="U01074" pack="P023" kind="paragraph" targetSHA256="b8a9db7e63fb08181608743e76651f79c7814aa66df1cab7b1bfb4ca10b5a285"/>
  <unit id="U01075" pack="P023" kind="paragraph" targetSHA256="425438a3f14c373bb39b93578e99f95ca08831785701ece2f28f0adf6009b3ef"/>
  <unit id="U01076" pack="P023" kind="paragraph" targetSHA256="d8dbb7a33b85ffe93e712424168cceeab209aba1570b1035a9bd80d78c440413"/>
  <unit id="U01077" pack="P023" kind="paragraph" targetSHA256="92460826f322ae73c43783b4c4048cadd2559c5a54e704a17c17e6fc8d93ea44"/>
  <unit id="U01078" pack="P023" kind="paragraph" targetSHA256="299f13d949e703aeb68830ddc8cb777e337613f7cf6b7317dba8968f8dc7201d"/>
  <unit id="U01079" pack="P023" kind="paragraph" targetSHA256="534da250bf955494289d4681a7c749e08b027c96dc8fc9d71398494b47793b6c"/>
  <unit id="U01080" pack="P023" kind="heading" targetSHA256="4e343f50af60d88e28f65aa7da642925157e14a0bddbc0a25fc8c8545b4727fb"/>
  <unit id="U01081" pack="P023" kind="paragraph" targetSHA256="867cf449f28536af2acd4fbe27fd1992b22ad4dad40fd3f833e6669c5e97e358"/>
  <unit id="U01082" pack="P023" kind="paragraph" targetSHA256="2c9d430cd36485f2d7e7a00da7bce80dfe0af47834f0054ed1d0f3627a4a75f7"/>
  <unit id="U01083" pack="P023" kind="paragraph" targetSHA256="860b9c8e57c8cae72a1c4461a61fbb5d7e438a8a51668fba6b80babca51b9ed3"/>
  <unit id="U01084" pack="P023" kind="heading" targetSHA256="143a82c1aaa6a914e36bc2e33760dc2e721617e36cb0d003389632b89e68d41e"/>
  <unit id="U01085" pack="P023" kind="paragraph" targetSHA256="35cc5efa91c6cd1d95df9be2481f0ff6a9186ae2ebeee07c7c11b33f08805f99"/>
  <unit id="U01086" pack="P023" kind="paragraph" targetSHA256="1694174057ceba1382c18cf0b1795a76ca860ed937d28a4e671c0a91874f64eb"/>
  <unit id="U01087" pack="P023" kind="paragraph" targetSHA256="06e1bdca4f6089b946f4c8546b8b371d665ee0a607d0a7e08be91e11813c29f4"/>
  <unit id="U01088" pack="P023" kind="paragraph" targetSHA256="a850a38eaf8bf4f68b694c6ddce1ddb580d93fcf0a476061baf198390a6e33bd"/>
  <unit id="U01089" pack="P023" kind="paragraph" targetSHA256="d6af62ddda41b85703ca9ec9f57f231466eeee4aa59acbd4d9b3a8bfd1dd8000"/>
  <unit id="U01090" pack="P023" kind="paragraph" targetSHA256="46a0a201c05618abeb6b23e767e8486c0ff7a28e8d0a734b96fc73d379b01fe3"/>
  <unit id="U01091" pack="P023" kind="heading" targetSHA256="c9ebdf35962b6c4b06f17d5ebba7722d00b9b1f00039b08fade3792437a98542"/>
  <unit id="U01092" pack="P023" kind="paragraph" targetSHA256="ef4be5124c3924346dfd22fdbb50e9d04a3de3fbf24aed415c83ec8b2b1bdc9d"/>
  <unit id="U01093" pack="P023" kind="paragraph" targetSHA256="222d81b4ac0a987dbcf75371d1c1f1ee5f519db44cf80e4b9d1cddca4c918d00"/>
  <unit id="U01094" pack="P023" kind="paragraph" targetSHA256="9dd7be31dd81588f96b107c7648f5907055adfca113bb67ce9e2261ca90ca555"/>
  <unit id="U01095" pack="P023" kind="paragraph" targetSHA256="c682b1c5ff2f207dd66afb1ea307b39395637da9b28ed941e06bbef8e2cdd427"/>
  <unit id="U01096" pack="P023" kind="paragraph" targetSHA256="5587ab26428a47169cb65849e5c57cdc79ad750fe3179e0a050b427745726b1c"/>
  <unit id="U01097" pack="P023" kind="paragraph" targetSHA256="63f8ecb5b3864027a089e727dd7107de45d8717a6ef0e342f8ee4a0cf2446270"/>
  <unit id="U01098" pack="P023" kind="paragraph" targetSHA256="43ffe09d0d777ac33a40165f4792c1f383511221b6ec390c4d70660fd69b5429"/>
  <unit id="U01099" pack="P023" kind="paragraph" targetSHA256="2ee21d6adbef4d4b18477b2c5f58c32d7f94f947cd9cfcdd09c873592a0b6c53"/>
  <unit id="U01100" pack="P023" kind="paragraph" targetSHA256="0f830438626a88ca6327f694ee8f33bafe7b6cd85d32e79e71dd4cd2a336f117"/>
  <unit id="U01101" pack="P023" kind="heading" targetSHA256="b74fb1f743c51a1a68b72a987c69ca4f7f870263ec49571a2b2216694c47a3b3"/>
  <unit id="U01102" pack="P023" kind="paragraph" targetSHA256="588f8fe91d370aaaeca2883458dc72c90b17c77c0c894834a4b05eb745cd46a8"/>
  <unit id="U01103" pack="P023" kind="paragraph" targetSHA256="af14078a922f460916712a5ba1f92f43286a387161ee29269e9aeb7e7402bf7b"/>
  <unit id="U01104" pack="P023" kind="paragraph" targetSHA256="7c0ee0d47d2deeea2d5219c68c5dfa99977298843e1fc37444f918b7657d23a9"/>
  <unit id="U01105" pack="P023" kind="paragraph" targetSHA256="671a823227fbdfc8a39876002e37fdea41fbf139c834334f371728e0ebcba425"/>
  <unit id="U01106" pack="P023" kind="paragraph" targetSHA256="7e858e280c964ad49dccbc805a6eb7e4669ffdc28bcc4b1a1a1ac7b197500d62"/>
  <unit id="U01107" pack="P023" kind="paragraph" targetSHA256="921b39c6597b434d868563c70ab977815699b0ee72a19ebe3a3f37b53b3a44d8"/>
  <unit id="U01108" pack="P023" kind="paragraph" targetSHA256="fa9fca9acc972369062f33ee082f7a22976e8047a616e490f69b91248650a9d7"/>
  <unit id="U01109" pack="P023" kind="paragraph" targetSHA256="653a6aa470b30cfa8f2c75361381d203f021fb506f0622c9ad545cae9029af29"/>
  <unit id="U01110" pack="P023" kind="paragraph" targetSHA256="48ef7acd02994d5172c65268730c294461c3abcfe2c0c3796438ca0e96ed3097"/>
  <unit id="U01111" pack="P023" kind="paragraph" targetSHA256="5619ad4648de26945f931c7506e39da7f5230701dcd8b29be635a87f64820526"/>
  <unit id="U01112" pack="P023" kind="paragraph" targetSHA256="296f9eaf147c8e366337940d23f84b2bffe522e5ed986bdc45fddf090a31fbbb"/>
  <unit id="U01113" pack="P023" kind="paragraph" targetSHA256="8511928cb37d3f5606bbfc6384aecb99baf1997f23877b9b72e2590d3388caa0"/>
  <unit id="U01114" pack="P023" kind="paragraph" targetSHA256="923127a1d75e94f14c98162545bc69f35b63634c85332150cae87ddcc38f36d5"/>
  <unit id="U01115" pack="P023" kind="paragraph" targetSHA256="47269ccf0ec658ac3018f04edd80cd37677933f52e2b3db57b184c30cd618eb0"/>
  <unit id="U01116" pack="P023" kind="paragraph" targetSHA256="90bb505445b8262b8056375a0ff8ac3290b55004259275513db51cc1a72270cc"/>
  <unit id="U01117" pack="P023" kind="paragraph" targetSHA256="0f0852c2c61b15d53393c18b43674b53b0db23d849323cdd0496accd31aa1a48"/>
  <unit id="U01118" pack="P023" kind="paragraph" targetSHA256="bc27a8b23bdb9ee28b267d8e9973fc9eec903c6015ef2480c8d9c9ae2b9717dd"/>
  <unit id="U01119" pack="P023" kind="paragraph" targetSHA256="d5fcfc73a5af4de88722256a6e90ca9bc8b93651bddc3bd1449045e3c0a41306"/>
  <unit id="U01120" pack="P023" kind="paragraph" targetSHA256="50511a0d79f0dd46c2c83dadb4e3305aa2d524e42d15c5e2a48384dab06af99b"/>
  <unit id="U01121" pack="P023" kind="paragraph" targetSHA256="ab7cd5208186499a1f410161e1f0652988a3df08730ce0acb652b3d2a3113d39"/>
  <unit id="U01122" pack="P023" kind="paragraph" targetSHA256="90ed3b1df7051c51d5c29e90aff3954d782cde5b71ed50e10eb2df9092debd41"/>
  <unit id="U01123" pack="P023" kind="paragraph" targetSHA256="d782afe4d1beb974a24143a9a6396d48ef3653e7ca9c607d4d655a122068f5f2"/>
  <unit id="U01124" pack="P023" kind="paragraph" targetSHA256="82dad6924ab2b4724810165febd40f924420f2910ec85e1cd724f1bae6475193"/>
  <unit id="U01125" pack="P023" kind="paragraph" targetSHA256="281caa7b788ab678716d93605621deef76ded7816cf59bf51ed53a489e3f831e"/>
  <unit id="U01126" pack="P023" kind="paragraph" targetSHA256="7391d628bc994ab60bdccbe7f327592d5890c5b28bc61717eeb674d863e8ba2e"/>
  <unit id="U01127" pack="P023" kind="paragraph" targetSHA256="8287cc3a8cfa1281551bfa669d411c95e58dcfe402025c881264f14784268b8e"/>
  <unit id="U01128" pack="P023" kind="paragraph" targetSHA256="3ac7944fef69daa55cdc5acb37a91667ba30520d4d798a4c4c69c7e0c609a512"/>
  <unit id="U01129" pack="P023" kind="paragraph" targetSHA256="69943bf8f66dc1c55f20b7323678cb3d98de1c903f0a42ccd85b95414789ced5"/>
  <unit id="U01130" pack="P024" kind="heading" targetSHA256="abdf9f3ca408c310da25c8e62396e30596ba6b03efacb758ea9e59566d1a50be"/>
  <unit id="U01131" pack="P024" kind="paragraph" targetSHA256="d776412ce6d176eb6acd5310355d1f7f173dfe87757e7fa879e6477ff81ab680"/>
  <unit id="U01132" pack="P024" kind="paragraph" targetSHA256="c01d1233e8995f1edd275f252a5166951fb99fb6d36caf5fc8b660b957ca5d93"/>
  <unit id="U01133" pack="P024" kind="paragraph" targetSHA256="4172663ebeae01ea23613a2184272317e6a7c874c11c8d8615932a307d0d3d63"/>
  <unit id="U01134" pack="P024" kind="paragraph" targetSHA256="1da16b12a71d67b996ed7ba29b28ed0878703d245e41531d8674b5a5ce56e87e"/>
  <unit id="U01135" pack="P024" kind="heading" targetSHA256="783f4b2d852a9ae3bd104e4e948cc9fdf28f78dca1e92bd56d9a28fd3ecfedab"/>
  <unit id="U01136" pack="P024" kind="paragraph" targetSHA256="012c96100627cd9b507c39635aa35976b73d18da25729c79d16c42efdcadeef3"/>
  <unit id="U01137" pack="P024" kind="heading" targetSHA256="c70e2870352df426a8afeb63beed7f75b996ce90f44c804c2a131a4b52f2a7ec"/>
  <unit id="U01138" pack="P024" kind="paragraph" targetSHA256="291fc3cc87b9a4bdd9381439f019c83df9ee4c42586ec97f43476fc657510c20"/>
  <unit id="U01139" pack="P024" kind="heading" targetSHA256="1d4cce6515286822eccd931e67a70b324f3539e95abfd416f232a7ab85412295"/>
  <unit id="U01140" pack="P024" kind="heading" targetSHA256="ebda9634fdf960776cb06906094f76e7d81e9a2154a24e44e2462e6caf7c16bb"/>
  <unit id="U01141" pack="P024" kind="paragraph" targetSHA256="afbb7e5463bbac39d1af2f67839235ccc276ea98a13cf46294b2d6f68ab2b079"/>
  <unit id="U01142" pack="P024" kind="heading" targetSHA256="1d4cce6515286822eccd931e67a70b324f3539e95abfd416f232a7ab85412295"/>
  <unit id="U01143" pack="P024" kind="heading" targetSHA256="54ef741026aa6f58ee26194dc2afcd2879112bfd8befdd3406747cf33fbc268a"/>
  <unit id="U01144" pack="P024" kind="paragraph" targetSHA256="83f5a49b1654cc84d2d59b1856ac9836c29a94ba28a339a41d961f313b50d22a"/>
  <unit id="U01145" pack="P024" kind="paragraph" targetSHA256="ac58e38471de7f3b21b6cf2b2ada4364a8bf9e03eeda5460eca51aa6c831fd7c"/>
  <unit id="U01146" pack="P024" kind="heading" targetSHA256="ecab57152eba3ff4b4df993f94132caf1c1132722148b04ea3baf060ca15c317"/>
  <unit id="U01147" pack="P024" kind="paragraph" targetSHA256="5bae143e1b45b5fe9014557cf681cb8b345fa58a5a82dc756f98708e17f8985b"/>
  <unit id="U01148" pack="P024" kind="heading" targetSHA256="78d6ae7a1fa493d21c8ad7d9cbb47e02d8c06710c91457712f0ce0001024c7ee"/>
  <unit id="U01149" pack="P024" kind="paragraph" targetSHA256="f6771d8063b39d297d2068994bc5aa917b08b02327efc92058b5f731dbdf8eff"/>
  <unit id="U01150" pack="P024" kind="heading" targetSHA256="c70e2870352df426a8afeb63beed7f75b996ce90f44c804c2a131a4b52f2a7ec"/>
  <unit id="U01151" pack="P024" kind="paragraph" targetSHA256="613c7a40337c34826da878a39647f33592033ddc6c6e1f46851b915c89bbf164"/>
  <unit id="U01152" pack="P024" kind="paragraph" targetSHA256="b7355539d175bc68aec40076a5407654d799c62bd2d6ec0315d57cf1f9a41a15"/>
  <unit id="U01153" pack="P024" kind="paragraph" targetSHA256="ca1f5d338084ea50dbe958d61fcf8356664ee24baffc36fcbaea9cb20ffbbf70"/>
  <unit id="U01154" pack="P024" kind="paragraph" targetSHA256="c8ecca28c237d0038c0928245b5ebe5e017154b49ba1284f7271afb95de30fa7"/>
  <unit id="U01155" pack="P024" kind="heading" targetSHA256="e5f36563c09f894a89609433b51164ca83b4ec4a13255f954bfd2350d8562c1f"/>
  <unit id="U01156" pack="P024" kind="paragraph" targetSHA256="2bc0f6f9a2ee6ca21a75dee8ccd2896f51d3c24dd1d00c36b7f537db72e5a699"/>
  <unit id="U01157" pack="P024" kind="heading" targetSHA256="bc0d7d32a1b87e8bc8d11255a2937fbb3de8d6ecfcea19781bbf0f2b0154b6fc"/>
  <unit id="U01158" pack="P024" kind="paragraph" targetSHA256="e62ab7e88a0dadb19eb8bf59cfcd0370d2d640f42d412b0b59e31ad44e19c5d4"/>
  <unit id="U01159" pack="P024" kind="paragraph" targetSHA256="8e6c4c1411947bbce69099d96751302e99a187c59b390355b027f4e349b6289f"/>
  <unit id="U01160" pack="P024" kind="heading" targetSHA256="c70e2870352df426a8afeb63beed7f75b996ce90f44c804c2a131a4b52f2a7ec"/>
  <unit id="U01161" pack="P024" kind="paragraph" targetSHA256="84fe91900fce439d0b18323ef2d5611a0107d2259487f97bafa3956a59ccc88d"/>
  <unit id="U01162" pack="P024" kind="paragraph" targetSHA256="4f854836977adbba043a2591d8e0f3bab860ccf5d926161fe0224af8bcbdde67"/>
  <unit id="U01163" pack="P024" kind="paragraph" targetSHA256="69bc4aa715b751cca470486bfaf317aa87433b225bbf7f62b7499dd4d0c0ac83"/>
  <unit id="U01164" pack="P024" kind="paragraph" targetSHA256="43b8c8ac0a81c902843f25e1f8a9ab9a6ff273f940ef1aa193f84e7b066a7c72"/>
  <unit id="U01165" pack="P024" kind="paragraph" targetSHA256="8909e97fda2869cbdf644726b71331d90066110d84c78c883b6b87955612bf3c"/>
  <unit id="U01166" pack="P024" kind="paragraph" targetSHA256="fccb2fcba8bf7e263779f0d2eac8564eab48329790ac6335a09844ec4c6e95a5"/>
  <unit id="U01167" pack="P024" kind="heading" targetSHA256="2baba76e717ee9f239f04e25d48763f9fa8fb9de00f16ebba331b891ee700ee7"/>
  <unit id="U01168" pack="P024" kind="paragraph" targetSHA256="6961249025c8ccb0cbef7680c6fea2043aca789ef2079ed81faaca7aa8bf74b7"/>
  <unit id="U01169" pack="P024" kind="paragraph" targetSHA256="5c185630191f084c77521ce2ab8505373a0a82cce3af20dba74ba6577facf2a3"/>
  <unit id="U01170" pack="P024" kind="heading" targetSHA256="952a11a9673aaa3db4d7ff92439f598f71447c8b16afc8a41272a0fd892d47e6"/>
  <unit id="U01171" pack="P024" kind="paragraph" targetSHA256="98d142aff700c74d48283d30f66e945e0f419a597d01683029bed27bf132cff5"/>
  <unit id="U01172" pack="P024" kind="heading" targetSHA256="b889bb6689f340c46c719f212e98021a6da144c798366ede6b8d4560658c2f68"/>
  <unit id="U01173" pack="P024" kind="heading" targetSHA256="f72223d0c880581148463be22d0a3465ea69b9a396c0b0fbe4f5283e952fe7ba"/>
  <unit id="U01174" pack="P024" kind="paragraph" targetSHA256="fb32de0481b5e2f915180b4b1f8cd372d0bae67f756e34d057162dc952ca7624"/>
  <unit id="U01175" pack="P024" kind="paragraph" targetSHA256="c7e83351fe626e9182e78b74d3cb745cbc3e4944169dd51c54b29a16ae95958f"/>
  <unit id="U01176" pack="P024" kind="paragraph" targetSHA256="661ce11b7106e57d85040945d69be0609cd35dd979ae52b695c41db3c79dd93b"/>
  <unit id="U01177" pack="P024" kind="paragraph" targetSHA256="ea42b929dfbc4650c2bfd920267dd016c228323c4ce2407c3ac69d14581f85fd"/>
  <unit id="U01178" pack="P024" kind="heading" targetSHA256="604559e2a39a28e4349aa8e849e7a10308f867b3f36dd33eabb07d882d198f38"/>
  <unit id="U01179" pack="P024" kind="paragraph" targetSHA256="7a3c1b08c313e5ac813b30fbe66032918f90c36cf160d7a54f046634d50089ef"/>
  <unit id="U01180" pack="P024" kind="heading" targetSHA256="3743ea40626008182deef4879afbecf95e5b1f8778986e70bad2360324dba097"/>
  <unit id="U01181" pack="P024" kind="paragraph" targetSHA256="eaf53460361a16f8709e772c70e0bb9a111d39c402c5cacb30bc67f30ea228ef"/>
  <unit id="U01182" pack="P024" kind="heading" targetSHA256="c70e2870352df426a8afeb63beed7f75b996ce90f44c804c2a131a4b52f2a7ec"/>
  <unit id="U01183" pack="P024" kind="paragraph" targetSHA256="448ae886c6d4ad298307f03e2bd9c323775548ce03c69280f9ec044ac775503c"/>
  <unit id="U01184" pack="P024" kind="paragraph" targetSHA256="74fd6fb873198164fc7916eeba886b7c25eee8106ac1a81458c28d2fc2bf4560"/>
  <unit id="U01185" pack="P024" kind="heading" targetSHA256="783f4b2d852a9ae3bd104e4e948cc9fdf28f78dca1e92bd56d9a28fd3ecfedab"/>
  <unit id="U01186" pack="P024" kind="paragraph" targetSHA256="5a5d87c6bf0d797c2ded9714847f222c54df86b6d51aa9be4a1b4ce0d35cf38b"/>
  <unit id="U01187" pack="P024" kind="heading" targetSHA256="c70e2870352df426a8afeb63beed7f75b996ce90f44c804c2a131a4b52f2a7ec"/>
  <unit id="U01188" pack="P024" kind="paragraph" targetSHA256="a78b1b4a4bbc7cc52dbd2cb39ed1f8fc0b4ba1371c949dfd813324a7d3fb95ab"/>
  <unit id="U01189" pack="P024" kind="paragraph" targetSHA256="cbbc4480d422114c03afe1befbe4ef0f3d85740d57b1d665c2fac68de6012ed1"/>
  <unit id="U01190" pack="P024" kind="paragraph" targetSHA256="7a7abc4d12700621f0cb4e48808825eea7d8c5f952eac846b81150ea31e2e870"/>
  <unit id="U01191" pack="P024" kind="paragraph" targetSHA256="88df789302ad2bc31179655097a780d621f3b40620f675db32b8c302ea09b241"/>
  <unit id="U01192" pack="P024" kind="paragraph" targetSHA256="f415210c43529826bc7cf21555ca01883a3ab1bae23aba8affbf599e0022763c"/>
  <unit id="U01193" pack="P024" kind="paragraph" targetSHA256="f85b7acfe4b02ba269be3d10e02e94087f80b5cd415573d35e93483e6cca0554"/>
  <unit id="U01194" pack="P024" kind="paragraph" targetSHA256="05c624cb501b015194ffeeedd32488581109d4e2db7ac18ea763a550c97ac4fb"/>
  <unit id="U01195" pack="P024" kind="heading" targetSHA256="d8dd97f3d5f849091e0c58e3e9dcdee5c7d8e875f1487000481d52ce4ea1c105"/>
  <unit id="U01196" pack="P024" kind="paragraph" targetSHA256="56923a2fcbb16d3e4b3502bd9d9e40ad34e25f623fc83fca3e5a9efa74c4d418"/>
  <unit id="U01197" pack="P024" kind="paragraph" targetSHA256="dc3b2a8ca4b3dde30a9818652b1e159d9e850128e604bfed789636d77d4cda41"/>
  <unit id="U01198" pack="P024" kind="paragraph" targetSHA256="00eb81ed2a9f23dff79074e0f70d05b3450f9b7babe0afd52849d2800870b00e"/>
  <unit id="U01199" pack="P025" kind="heading" targetSHA256="4c79dee34596921a322524e75ff9dced03f3e1e6f4e40da0fa0d45531ad21514"/>
  <unit id="U01200" pack="P025" kind="paragraph" targetSHA256="456fa5721141a34954f00eb4dbccfe3ac837c099d0844b5b9cac55485d89ea56"/>
  <unit id="U01201" pack="P025" kind="paragraph" targetSHA256="8d3b1fe9f66e1527d16b73caa06b3d78080bf7759b1ef785cbf1126b1bf57bb0"/>
  <unit id="U01202" pack="P025" kind="paragraph" targetSHA256="e8b2764520c1177c858c4083d8b46dd420a0d108a096e02b8e3a5aade1997c31"/>
  <unit id="U01203" pack="P025" kind="paragraph" targetSHA256="520c1b3a471ca7bd34a836057469e3f9840cfa58d02d5961edb06a75ba55968a"/>
  <unit id="U01204" pack="P025" kind="paragraph" targetSHA256="bcf9acbb5c7a91ef738e9649976f362bed43de974c727ec542e11cd6e8062d45"/>
  <unit id="U01205" pack="P025" kind="heading" targetSHA256="3fda85c42d38cc1ffe179aa51e21b96aac38005a8c5be56c4b41b481c8b0378d"/>
  <unit id="U01206" pack="P025" kind="heading" targetSHA256="4a1ee1478665a644c0660b6817c760674573e595581aeb9aabcb32a021c87dab"/>
  <unit id="U01207" pack="P025" kind="paragraph" targetSHA256="db567f494f23d1436250bf289be658099fc71e62d08da502f0a726d78962c0b2"/>
  <unit id="U01208" pack="P025" kind="heading" targetSHA256="840b8d3f56c639850ee9e6ba3e3e3d8913c97c45388d290a6d0cb8cf9db9833e"/>
  <unit id="U01209" pack="P025" kind="paragraph" targetSHA256="ef0cde7a440b571acde1ed59c435f964a8252edce560bdba18a9ee8af429d740"/>
  <unit id="U01210" pack="P025" kind="paragraph" targetSHA256="9ee10d9c83a9b124f3de7a02dbde6053caeceaaf3dcaa8c006b1ff508d280351"/>
  <unit id="U01211" pack="P025" kind="heading" targetSHA256="85faf549d2a9f7a22dc8027c8f085bfe4f2a63d9036ccc2ddbb2de3cf74b5ed9"/>
  <unit id="U01212" pack="P025" kind="paragraph" targetSHA256="5933bf6992255d5a893c0510d41f8d7ef766660256d953e6ed06c5869fe1ecdb"/>
  <unit id="U01213" pack="P025" kind="heading" targetSHA256="d57ecf2dcaf8c70a6f6c7fbdbefcdb24fcb460cf74a7a3ab9a339d26d2bf7e55"/>
  <unit id="U01214" pack="P025" kind="paragraph" targetSHA256="41d82451444b5757c25300f2ddfbf9ee2f3b7e6ab654dacf1141e9dbfea33766"/>
  <unit id="U01215" pack="P025" kind="paragraph" targetSHA256="5f19ec2206a9efeedd18a7f7c81b614d71f310b2ca0b8abca8df4abaa5a5eaf3"/>
  <unit id="U01216" pack="P025" kind="paragraph" targetSHA256="21499721da38bff8ae05a1d5e011296fc0e570438fd8f7c036e0df5f4ce708ab"/>
  <unit id="U01217" pack="P025" kind="paragraph" targetSHA256="03a910ada1f15f989ba04d2aa5c4fde2dddbce22b726e6e868a0ea713a3f85ae"/>
  <unit id="U01218" pack="P025" kind="paragraph" targetSHA256="55b77e0dcde74a5454707fc134d31f9dfe7080e30fba1fe51af52b46f5935901"/>
  <unit id="U01219" pack="P025" kind="paragraph" targetSHA256="6cddd463381d99a79a64496ee7edc8c30597a33ce91b88d1dbd910a51a21dfdb"/>
  <unit id="U01220" pack="P025" kind="heading" targetSHA256="5ccecc1e66c31625fcab1dc46db4e093c3356d8e4cb60f917518d351ae993722"/>
  <unit id="U01221" pack="P025" kind="paragraph" targetSHA256="f3f3a58e812a7c049d20d8581e03529c260afbdec3b7422f32beffe51f4d0aa8"/>
  <unit id="U01222" pack="P025" kind="paragraph" targetSHA256="a05b5814b2882361fb82834c198e62d83c54c664c23afaf28600c67686d89f10"/>
  <unit id="U01223" pack="P025" kind="paragraph" targetSHA256="62d21bdb1ca27796c087fe9b4badaf70e910511046760c71738498a8bc73de26"/>
  <unit id="U01224" pack="P025" kind="paragraph" targetSHA256="4693f778e9edf582290a143ad6f2166630d7574efc0dbede63e295c6c435d5d3"/>
  <unit id="U01225" pack="P025" kind="paragraph" targetSHA256="cc5930d412a12a0d7077e339a99cfff16b6635e617a40e358ba0d49911086c30"/>
  <unit id="U01226" pack="P025" kind="paragraph" targetSHA256="6215b3877eb621eaa579b9f707401a77625cbd4bcad2a0ac4e6bb13575f676a2"/>
  <unit id="U01227" pack="P025" kind="paragraph" targetSHA256="28ac83912f8f612b0734d2352288e7b0d19e4bd119c623755d09ae407737a862"/>
  <unit id="U01228" pack="P025" kind="paragraph" targetSHA256="2416c31ca0ae31fb934a9a841c3f95ab8b9b8a9053e6ee1316196361e6cad7db"/>
  <unit id="U01229" pack="P025" kind="paragraph" targetSHA256="6b41126e40704d784ba1835b59f14c5ce304674561e3c31f08f4beb170491fe6"/>
  <unit id="U01230" pack="P025" kind="paragraph" targetSHA256="b8097b9dbd5d300ff1965c4dd63e3a6a0567d47b1b0487aa8ba39ea04f496e6e"/>
  <unit id="U01231" pack="P025" kind="paragraph" targetSHA256="b45b322c686e0b9688bca672ffd5e86bd5f74ac66df9b5cd5502cf5c485142ca"/>
  <unit id="U01232" pack="P025" kind="paragraph" targetSHA256="a2fb8cde1d7a571d85f76b5612a58d64c801341b8fc8c9fc179419959deb46d1"/>
  <unit id="U01233" pack="P025" kind="heading" targetSHA256="0818e78a89b5db2bb45a3649b1e09b5f60bc0b973c3f93bd58dabdf45e9f8e4d"/>
  <unit id="U01234" pack="P025" kind="paragraph" targetSHA256="6d75df511343fb1be41a1776dacebd72bd73bd56403461b5e11fde1cc0e383a9"/>
  <unit id="U01235" pack="P025" kind="paragraph" targetSHA256="b1e93567a9b422ecdf827a0a059c13862c6579e93ecfd69fa7057f4e6c2695f9"/>
  <unit id="U01236" pack="P025" kind="paragraph" targetSHA256="caca577b20eb78d22573bcd3fd68bce1d818419d9825f2ce58c025f34073e29f"/>
  <unit id="U01237" pack="P025" kind="paragraph" targetSHA256="ca110ea09a372314b90b77c7750c9b2770c699edba1f25c9c998a3ff73ffcdb6"/>
  <unit id="U01238" pack="P025" kind="paragraph" targetSHA256="27921222428f6d1a151653ebeb7373819831d8b53bc77a1a664b2ad95b83b173"/>
  <unit id="U01239" pack="P025" kind="paragraph" targetSHA256="ff8fb7fac69b8aff793bb7a6ba1f9f9b86a1ff57de82c721525feaa0f03323b0"/>
  <unit id="U01240" pack="P025" kind="paragraph" targetSHA256="fb94bae0ffec3e9afbbaacc49c188f9d161817860058367153d6f0c1cb75805a"/>
  <unit id="U01241" pack="P025" kind="paragraph" targetSHA256="f06fc87eb9116caa12fadf3ea6dcae3d360acb9a6fefc724b0d00cae992a9d71"/>
  <unit id="U01242" pack="P025" kind="paragraph" targetSHA256="16f52d9b6633cb1fedaad78750fcdef9a6a93f15066a100074dd7842dcd645e4"/>
  <unit id="U01243" pack="P025" kind="heading" targetSHA256="d7758f397adb18fa2a0097d0b4e1671f1dc2cf9a9512074a356a6af2d7d82a08"/>
  <unit id="U01244" pack="P025" kind="paragraph" targetSHA256="d48e1b095696b99636a714ed681960d47f3ffe82b0f1840ff6eaf3f650294138"/>
  <unit id="U01245" pack="P025" kind="paragraph" targetSHA256="8afa7b13a8a37f3da87c328e92bb90f87ac33edb63fcc54aa8812776ffe12115"/>
  <unit id="U01246" pack="P025" kind="paragraph" targetSHA256="18e6d387ae7af81061c588c8418ba4ed83966a37f3ab14830806aed6c0ed1ed5"/>
  <unit id="U01247" pack="P025" kind="paragraph" targetSHA256="6d8358f594d047761954cc5caf104fa054bebce8b022960ccb941fb5082685f3"/>
  <unit id="U01248" pack="P025" kind="paragraph" targetSHA256="546882f483dce86b51015e66e48411dcb00f839d39ff0476b300db54f502c942"/>
  <unit id="U01249" pack="P025" kind="paragraph" targetSHA256="abb0a08d29bf016e62b023fbeb51b44cbac7ce53fffbf2e6d4ba78377add6bd1"/>
  <unit id="U01250" pack="P025" kind="paragraph" targetSHA256="98915fe87ae268c59104643506195b53459e205eead0f6e27bfb79e0acff5732"/>
  <unit id="U01251" pack="P025" kind="paragraph" targetSHA256="10eaaf20287d0f32a5fd645dafadf40f7259b4caf09090a58db314b35cb04e97"/>
  <unit id="U01252" pack="P026" kind="heading" targetSHA256="c3d9d80aeeac0c45c6cf3e3c77ef97d33ddc22d852ea0168ad79650654b9f4d4"/>
  <unit id="U01253" pack="P026" kind="paragraph" targetSHA256="d44d9f86f296c73b667c9d629d9bb8d10e0d2f4e9f8e0e9cbb1c8085cb036a7e"/>
  <unit id="U01254" pack="P026" kind="heading" targetSHA256="c70e2870352df426a8afeb63beed7f75b996ce90f44c804c2a131a4b52f2a7ec"/>
  <unit id="U01255" pack="P026" kind="paragraph" targetSHA256="6f6a7ba8cfc94615cb267716d041bd98ffbace1c83829d09a595133d128fa887"/>
  <unit id="U01256" pack="P026" kind="paragraph" targetSHA256="3b9200ae4ae818d01460e07c6c56ccf69ed8cf3aca972b2717fbe38e6477617a"/>
  <unit id="U01257" pack="P026" kind="paragraph" targetSHA256="d4152fe3c98cc63a19b81fb47e963d28f8ce6c9f2b82888e8c6d56aef359ad89"/>
  <unit id="U01258" pack="P026" kind="paragraph" targetSHA256="0b573d44540577f0ae4675481676beb5df0aafb21e4cb9500e07711adb7caa6a"/>
  <unit id="U01259" pack="P026" kind="paragraph" targetSHA256="2b7ec6de33b0a5ee73c7fae3903b903193be6839d7eeefbb89a07b9c4e38bfbc"/>
  <unit id="U01260" pack="P026" kind="paragraph" targetSHA256="86a4dd27e0397c0fd35497c8a1364209a4a47c2d1eab8af56804801d35f6dfb5"/>
  <unit id="U01261" pack="P026" kind="paragraph" targetSHA256="c552f07507a27de5022d42e04b814af7b914b64f2b97bd763ffdffbf1056db80"/>
  <unit id="U01262" pack="P026" kind="paragraph" targetSHA256="5caefc543457777831b1524735bbc6381a57eceb177ac2241eb85a036bc02707"/>
  <unit id="U01263" pack="P026" kind="heading" targetSHA256="4a2a43ef11dca2d77846b904112e479e0883b265c078ededafb7525e7d756dd4"/>
  <unit id="U01264" pack="P026" kind="paragraph" targetSHA256="407dd300ee111bbfd4a49b338addb8c62717f7e59f8292d22f11d26f28bca59b"/>
  <unit id="U01265" pack="P026" kind="paragraph" targetSHA256="e2715e931a8b897bfc99b3b7a3654480f20d2d3781df8b7d3ca374f4f23572ae"/>
  <unit id="U01266" pack="P026" kind="paragraph" targetSHA256="707fa6893f8b8929063f2236440dae552021540d4d51029c78fcbae769e4ca41"/>
  <unit id="U01267" pack="P026" kind="paragraph" targetSHA256="7cfabb2cba5e76f384b06ff885ea55e05891b785dfe2fa01ce7e0e06cae92825"/>
  <unit id="U01268" pack="P026" kind="paragraph" targetSHA256="1b4153e6fe10f4386b404483585fead950cbe30cd2382f4ba339695f9a32563e"/>
  <unit id="U01269" pack="P026" kind="paragraph" targetSHA256="cdd966c7d0d245189d28e56ac1f7de4d643e462881e2cc96c2e6522d157c7e10"/>
  <unit id="U01270" pack="P026" kind="paragraph" targetSHA256="52e32e6cb53be09b4491b8a26a7dd92989967cc637f7d2da7117d9f19747c6c4"/>
  <unit id="U01271" pack="P026" kind="paragraph" targetSHA256="32b79cc748bcf0a2dfad133bf7e1e8eabe83c74c7ac3ede395f541aef5667e40"/>
  <unit id="U01272" pack="P026" kind="paragraph" targetSHA256="42ff7e108db73db18d7d07e86823e53833b5194e9bf7f0f1f64468f2dcceb4ff"/>
  <unit id="U01273" pack="P026" kind="paragraph" targetSHA256="4bcff2a7f54b514a4777a2f63e915b01dbb77c0840a7f70b647bd018180131fe"/>
  <unit id="U01274" pack="P026" kind="paragraph" targetSHA256="0b573d44540577f0ae4675481676beb5df0aafb21e4cb9500e07711adb7caa6a"/>
  <unit id="U01275" pack="P026" kind="paragraph" targetSHA256="ffd1d44e56c6d8f355dc14953e3af6b3ee69be04ff8f6992b2cf57b75977995e"/>
  <unit id="U01276" pack="P026" kind="heading" targetSHA256="4a2a43ef11dca2d77846b904112e479e0883b265c078ededafb7525e7d756dd4"/>
  <unit id="U01277" pack="P026" kind="paragraph" targetSHA256="e859a3b0ae6c13223f9cf8321c4cee375b8253f2c668348fae409543d31cc48c"/>
  <unit id="U01278" pack="P026" kind="paragraph" targetSHA256="361be8b13bc264eaeb527a230f9d03d8ae2bdd49d74de68470345df7604c8616"/>
  <unit id="U01279" pack="P026" kind="paragraph" targetSHA256="cf018edb6a5e8e51b2f588f644adc1f4f24eaa80cb4ad78ebc637e6bb6deff09"/>
  <unit id="U01280" pack="P026" kind="paragraph" targetSHA256="682eb9e821e914420eef5e619fbc574da42179bb987e6a80677426e2b4e8d52e"/>
  <unit id="U01281" pack="P026" kind="heading" targetSHA256="c3d9d80aeeac0c45c6cf3e3c77ef97d33ddc22d852ea0168ad79650654b9f4d4"/>
  <unit id="U01282" pack="P026" kind="paragraph" targetSHA256="e9dca3a7a0e1c9ab8fa398b5124543a228b8c9701d73530f82ab187404c28b83"/>
  <unit id="U01283" pack="P026" kind="heading" targetSHA256="c70e2870352df426a8afeb63beed7f75b996ce90f44c804c2a131a4b52f2a7ec"/>
  <unit id="U01284" pack="P026" kind="paragraph" targetSHA256="d47a0ac61bfeeabfe0161bf2650b2d25a9da443f80ab4b8c43a9577ed498fb55"/>
  <unit id="U01285" pack="P026" kind="paragraph" targetSHA256="215a301dc5517dea46279b7399b97a4181f4886769ce07ad4ceeb99575c715f7"/>
  <unit id="U01286" pack="P026" kind="paragraph" targetSHA256="c203acfbf1b5eff6cb6bcceeb7947605cfd8c0e9acfbf370bbe86be1f07922df"/>
  <unit id="U01287" pack="P026" kind="paragraph" targetSHA256="4b8c45bd419f8b8c9d6127af97968899d5bad14dddd923be2a7fc18794352b1a"/>
  <unit id="U01288" pack="P026" kind="paragraph" targetSHA256="5964e19048db213a58c2f248c3e8bbf48c5d33603e93527e921d624875128c5f"/>
  <unit id="U01289" pack="P026" kind="heading" targetSHA256="b9205c0ee328b4de006e964d3ae036f6160241ac611cab2b7664aa6b9ae7c6d5"/>
  <unit id="U01290" pack="P026" kind="paragraph" targetSHA256="bb0c60698a328e239409f8cab8bb5c964e8e8ba0b9bfc1c3d7aa3b2698891179"/>
  <unit id="U01291" pack="P026" kind="heading" targetSHA256="50438f9832ba41cca772f1679684278cf9dcb1682eeb1dafa21ef58b13b90c7c"/>
  <unit id="U01292" pack="P026" kind="paragraph" targetSHA256="5fcc97b828f1106f8ac0ae0a7dd5af862129557e3a3c4c2254bcd68b573eb000"/>
  <unit id="U01293" pack="P026" kind="heading" targetSHA256="c70e2870352df426a8afeb63beed7f75b996ce90f44c804c2a131a4b52f2a7ec"/>
  <unit id="U01294" pack="P026" kind="paragraph" targetSHA256="0fefd47306d74bb08c0f1c1b96109038a622f6c7b59f6ef96ff85c36e709c652"/>
  <unit id="U01295" pack="P026" kind="paragraph" targetSHA256="d91e86b0386e2357ebc0c3467b7fc600241c657c3a45ac596c0138567e7f40d6"/>
  <unit id="U01296" pack="P026" kind="heading" targetSHA256="8a28c8b847477fbd2cc53508e293a660803049de1ee0eb48730ee9ef239597ad"/>
  <unit id="U01297" pack="P026" kind="paragraph" targetSHA256="97395420f6f074ad18e3bec1fdfd802486550788c4f3d3e771f172d25f812e8c"/>
  <unit id="U01298" pack="P026" kind="heading" targetSHA256="c70e2870352df426a8afeb63beed7f75b996ce90f44c804c2a131a4b52f2a7ec"/>
  <unit id="U01299" pack="P026" kind="paragraph" targetSHA256="ecdb309d3b267a71dc2404e969596c30adecb743fd971538eac4f6961fd86938"/>
  <unit id="U01300" pack="P026" kind="paragraph" targetSHA256="c2ab6922c29bceaeb6e3bde79838f4d083037a4034de6861925752706554084d"/>
  <unit id="U01301" pack="P027" kind="heading" targetSHA256="4c79dee34596921a322524e75ff9dced03f3e1e6f4e40da0fa0d45531ad21514"/>
  <unit id="U01302" pack="P027" kind="paragraph" targetSHA256="4ed702144f591c49a52ff60bb5273893efcea91120a0fbdcf4319f32cbd8e55f"/>
  <unit id="U01303" pack="P027" kind="heading" targetSHA256="c70e2870352df426a8afeb63beed7f75b996ce90f44c804c2a131a4b52f2a7ec"/>
  <unit id="U01304" pack="P027" kind="paragraph" targetSHA256="ad1a7840d5cc9c6d6602d1c1f75d9e39d07177242bae6a3c1d615f775a33e8e9"/>
  <unit id="U01305" pack="P027" kind="paragraph" targetSHA256="2f0d2434ec94db403443eaf877ca533d2d458a641f478893edf310e06ba161fd"/>
  <unit id="U01306" pack="P027" kind="paragraph" targetSHA256="00ce0b8ab050ee69c8198f21f67a4739c9a47322e786748d230847d712cf73b6"/>
  <unit id="U01307" pack="P027" kind="paragraph" targetSHA256="d4ee51178531bd2d0ba36858c4e0ffebc8d243a3b06ca7b4ef21566f528d4bcf"/>
  <unit id="U01308" pack="P027" kind="paragraph" targetSHA256="acde0e7615680572b7c1fd2977201d7e4d8d4e158a9fe29cb7538113a51241b0"/>
  <unit id="U01309" pack="P027" kind="paragraph" targetSHA256="e1b80428436c0a3811a417a3d06d2136c5583273eeb63bd39e332aaed4b46a46"/>
  <unit id="U01310" pack="P027" kind="heading" targetSHA256="4a2a43ef11dca2d77846b904112e479e0883b265c078ededafb7525e7d756dd4"/>
  <unit id="U01311" pack="P027" kind="paragraph" targetSHA256="144b2412e48e9228612780e136f85b72a7211457e05ee4ccfe3b028d79128a60"/>
  <unit id="U01312" pack="P027" kind="paragraph" targetSHA256="1014fcffd2139783826970665b11b9e631fa7fb7b376c16c626e8bf3c1880910"/>
  <unit id="U01313" pack="P027" kind="paragraph" targetSHA256="b17d56f60d7db69d77dade8ec74a8008d6f8f3a775455da9aad131e3bcde7611"/>
  <unit id="U01314" pack="P027" kind="heading" targetSHA256="c70e2870352df426a8afeb63beed7f75b996ce90f44c804c2a131a4b52f2a7ec"/>
  <unit id="U01315" pack="P027" kind="paragraph" targetSHA256="b3512ff8fe0e31437dbe547d25f814b3fe4139fd827c6db04a4e26e9c7e058cd"/>
  <unit id="U01316" pack="P027" kind="paragraph" targetSHA256="6edc6ed413f06bc723808406cce875d01c5e18e9c8ffbd90fd7403b937ea6813"/>
  <unit id="U01317" pack="P027" kind="paragraph" targetSHA256="175ca30db2b43fdfd49b063dcc782fcb9f483ff1c3169b515ff2f9d81c0ecbd3"/>
  <unit id="U01318" pack="P027" kind="paragraph" targetSHA256="85ea119bcf0ef0c85cd3e7b9b74411cde4b44cdc570c3b51bdea5dbdecfbe3a6"/>
  <unit id="U01319" pack="P027" kind="paragraph" targetSHA256="f8182a2da5cee49e45064768103d3578562f12911b76b2efcd7061b3aa1a236b"/>
  <unit id="U01320" pack="P027" kind="paragraph" targetSHA256="97c2d06e21153933d70357936888d02f2810f9812b190baec378a74b876d4f5b"/>
  <unit id="U01321" pack="P027" kind="paragraph" targetSHA256="7e47ca6d617c063df5605c9f2a45597df87b8fa208187c0010dfc54269159fdc"/>
  <unit id="U01322" pack="P027" kind="paragraph" targetSHA256="66bb5afdccf6c49f47877c2e40045dfcb5234ac701c48275447eb1491529ed00"/>
  <unit id="U01323" pack="P027" kind="paragraph" targetSHA256="f9220aa871bca110ffb92f7610207945160cb1f48ff1796595d8119eaea2c696"/>
  <unit id="U01324" pack="P027" kind="paragraph" targetSHA256="25c8a9e002016d6dd082504bb5e1117b338af0ceda3c668a5dec62e6a180a116"/>
  <unit id="U01325" pack="P027" kind="paragraph" targetSHA256="896bfa1264b56191971c02637063a9f739caa41eef7aa5c3bc1443adff17c0d5"/>
  <unit id="U01326" pack="P027" kind="paragraph" targetSHA256="f1b42d45b2a1388e8e93716cb61cb455a577be02c12b082df298dea95653c2e0"/>
  <unit id="U01327" pack="P027" kind="paragraph" targetSHA256="a025dbf1d8d272721e4e2bb57cacb7cacd233995b521905539b9338766a1cbca"/>
  <unit id="U01328" pack="P027" kind="paragraph" targetSHA256="5ddf028273bafab817e644dc37705eb5ff463f8f9b76ee8adeedac6404094839"/>
  <unit id="U01329" pack="P027" kind="heading" targetSHA256="c70e2870352df426a8afeb63beed7f75b996ce90f44c804c2a131a4b52f2a7ec"/>
  <unit id="U01330" pack="P027" kind="paragraph" targetSHA256="3962672084d0dcd31ebfee2dcf0ad0454e205c809bce59a3840d8929661506b1"/>
  <unit id="U01331" pack="P027" kind="paragraph" targetSHA256="fc12de949da879c926959f2a00020aca63bac3131564967492add02765a50bf8"/>
  <unit id="U01332" pack="P027" kind="paragraph" targetSHA256="b9765114e0e1bac43fd0d3a2f2d38c3f29c965d89aa61f73037c13e07b80d4a9"/>
  <unit id="U01333" pack="P027" kind="paragraph" targetSHA256="b22b79e64c2d19b17f1356ed09370433897624de63b75f13e82c1722fd2484aa"/>
  <unit id="U01334" pack="P027" kind="paragraph" targetSHA256="9bd04cfe708262c553d98529a38049a20e6238558136cf2777e47330defc031b"/>
  <unit id="U01335" pack="P027" kind="paragraph" targetSHA256="dda290cd0e317f77a615ca30e489c523e8275b192392f1bb34d3b547a6d28263"/>
  <unit id="U01336" pack="P027" kind="paragraph" targetSHA256="ea6ea157cc67620bf88f263c3bf790752fb7b71bf4264366c3bfcda1761de481"/>
  <unit id="U01337" pack="P027" kind="paragraph" targetSHA256="7dc9d3ad9e3daf2f49ca0ba6881d5e824f6b2beb9a4c6a66ff8e15a4420fb80f"/>
  <unit id="U01338" pack="P027" kind="paragraph" targetSHA256="9370c7ea7160f910398ee37925ba7ebf239f0e825d474fe8474f514abc0d6dde"/>
  <unit id="U01339" pack="P028" kind="heading" targetSHA256="dfed15bc3a25ed15ce69d11905b9459ec002943101e18267d8e29b984f6c5f32"/>
  <unit id="U01340" pack="P028" kind="heading" targetSHA256="3e60eeb4703fe84507859bdedc8aca73ef0707811442e6a15a3381f919d937ad"/>
  <unit id="U01341" pack="P028" kind="paragraph" targetSHA256="71b1f156fbf8dbd042f7354637b602db02b2681ab5a4ec4d8c37cb45ebb15675"/>
  <unit id="U01342" pack="P028" kind="paragraph" targetSHA256="8a17d01f02148a5635a257ebcf96d560d6d6025f0c722f9f85f1e625d6702ba4"/>
  <unit id="U01343" pack="P028" kind="heading" targetSHA256="c70e2870352df426a8afeb63beed7f75b996ce90f44c804c2a131a4b52f2a7ec"/>
  <unit id="U01344" pack="P028" kind="paragraph" targetSHA256="d79abd04fe7355d07741bf8139e5478d5561c94c55fd8bebbff1370836f84538"/>
  <unit id="U01345" pack="P028" kind="heading" targetSHA256="b07984b5f88e785042bf8ffd46fea352d575bcc93235cb1720016a87d662d9cb"/>
  <unit id="U01346" pack="P028" kind="paragraph" targetSHA256="3a20fbbe176098c9c1656e881a6f2bc5760454317bc50fe37b40b4c944aa1192"/>
  <unit id="U01347" pack="P028" kind="paragraph" targetSHA256="da8b700ce94563ffbf0fb429f8754e3ee778e88ffc209b763b01dd9545401838"/>
  <unit id="U01348" pack="P028" kind="paragraph" targetSHA256="c4c073834f89168d489e4b1116c2d59c4c2e494f8ce741fa3bdf8336ccc59738"/>
  <unit id="U01349" pack="P028" kind="paragraph" targetSHA256="e42a14bd6106dfe255512876990b3918ae2380556e2172d9984d2129ef650be8"/>
  <unit id="U01350" pack="P028" kind="paragraph" targetSHA256="7fabc1bc7118bb6749eecc867a48b68919fbd29304e2ba2831fdbe05e30f4ac6"/>
  <unit id="U01351" pack="P028" kind="paragraph" targetSHA256="24db9a8386efeffa11c5ec4c811c4c926f06d046892cdc8dc9159eb69619f21d"/>
  <unit id="U01352" pack="P028" kind="heading" targetSHA256="8f75c93283209c1e961bc45e26bcc81b74c92d4172f00e92ac45911988d52bf9"/>
  <unit id="U01353" pack="P028" kind="paragraph" targetSHA256="bbc723fa75f206ba46e127518a14df37b479f2e8bd3431bb1692b9c3c8e828c5"/>
  <unit id="U01354" pack="P028" kind="paragraph" targetSHA256="a99d39e6fb0f969b45513030681344f166c44057afa986733c3a5315c7de3c04"/>
  <unit id="U01355" pack="P028" kind="paragraph" targetSHA256="c3352142e9bc97734936c2593d67816db9bc9db5870c242663cb6bc4bc5689e0"/>
  <unit id="U01356" pack="P028" kind="paragraph" targetSHA256="79e657f80c373834a12fdb983f04dbc8dc239fce337262cd98815365c6cf39dc"/>
  <unit id="U01357" pack="P028" kind="paragraph" targetSHA256="55bdf2f0aaf4d7f9490ce57aab7822949761236af1dbbb5c851770b3a66a6d63"/>
  <unit id="U01358" pack="P028" kind="paragraph" targetSHA256="4f77f7a303320453195eaae191415b0763b988783d6d6af8ad6e365fcdc3d093"/>
  <unit id="U01359" pack="P028" kind="paragraph" targetSHA256="e63a8058d090427ba752caca36ab0403550ab5db264abbaefcae6207fa2d1583"/>
  <unit id="U01360" pack="P028" kind="heading" targetSHA256="4ce2693e162cfa824a4afd1c88e23ee4da2e29037dc3803f93120d71e5107a53"/>
  <unit id="U01361" pack="P028" kind="paragraph" targetSHA256="f610aa5dfb4fbdd3b6ebbe9754e6a97f1bbdc4586460fcf8dddff7de3a1400f5"/>
  <unit id="U01362" pack="P028" kind="paragraph" targetSHA256="c4d04727a1a1bbc93d6258d9bdde23995b08f1758ac291283da12426360d8b23"/>
  <unit id="U01363" pack="P028" kind="heading" targetSHA256="0d77c47eae4d36ebba88ee5feee6ae0f410b43da7db7490b9aeed7aff7dc07ea"/>
  <unit id="U01364" pack="P028" kind="paragraph" targetSHA256="ec58b954a75e3ba573cbc98178f1363f693fee0ebb5a37d898f8c5b7f147ba3d"/>
  <unit id="U01365" pack="P028" kind="paragraph" targetSHA256="8641cf076f68ab32175b508f5bd21afca01cca9d598f45a043f2a663183ff289"/>
  <unit id="U01366" pack="P028" kind="paragraph" targetSHA256="e81f048d5b5bef581d1e40eb22d18598aa0c05a551d08a6ea82fa00ae706cd88"/>
  <unit id="U01367" pack="P028" kind="paragraph" targetSHA256="7112313ebf2ba77c2cca5936e875372dd075014e01aeb2a8c920a42d15bbea25"/>
  <unit id="U01368" pack="P028" kind="paragraph" targetSHA256="cc899e1af3d5f621c88f0b9939c781fea79e005ae2a16a992356b17269459732"/>
  <unit id="U01369" pack="P028" kind="paragraph" targetSHA256="a75047cd9af2dc108c713549425961a708c180c63c0df0bddcf05bf5de879273"/>
  <unit id="U01370" pack="P028" kind="paragraph" targetSHA256="3e72f2f8bee6fa0a4105b9b607b86c6e1b1b2d9e8af6abff45bf6f433e90df7b"/>
  <unit id="U01371" pack="P028" kind="heading" targetSHA256="0b864db5e06f0c7a0bb09043300bf710bd1192e4d153431a8be1f49fbbd69c22"/>
  <unit id="U01372" pack="P028" kind="paragraph" targetSHA256="85afe85cdcc049c6b7893b0053ed1d08ad445a7a544d065f9132c04ee6d3acdf"/>
  <unit id="U01373" pack="P028" kind="paragraph" targetSHA256="0bd0d3113856974fa7edc7e1de92fc455afd7908e07e141d2303c5812cfb2f77"/>
  <unit id="U01374" pack="P028" kind="paragraph" targetSHA256="33e8727632cc52fbc25eaa18526e4114ed143b2b9cfdc4003cf8767a796cbf99"/>
  <unit id="U01375" pack="P028" kind="paragraph" targetSHA256="2f8ef2d47b074d0f214d445ccc43c8b6b786f6d148a726b6739890d96bbac88d"/>
  <unit id="U01376" pack="P028" kind="paragraph" targetSHA256="140a6701b78a6fe8ba1617f160f077bf3f75d0bb1ed3eef7f592b2ddde3eb3c6"/>
  <unit id="U01377" pack="P028" kind="paragraph" targetSHA256="d56d1198bca17ff150c16c740372c0949c882c33aa6019691e451969ae9cc951"/>
  <unit id="U01378" pack="P028" kind="paragraph" targetSHA256="937366511e13a85e0a2a81c3741198e77d2e7f0bd26d4b0470b107fa74312d78"/>
  <unit id="U01379" pack="P028" kind="paragraph" targetSHA256="afb6c9ddd0d99c901acbac9e584f7a9866b0fe08fe8fda46156e39f08f9791b1"/>
  <unit id="U01380" pack="P028" kind="paragraph" targetSHA256="3be8022d5e2364bd84ab2ab492a16e49b4d3183fe2767bcb9975946c173d3cef"/>
  <unit id="U01381" pack="P028" kind="paragraph" targetSHA256="d660ee27a182a47c340e9dc1e9df51d21161a6f0a2023e0c143565946d2b9ab7"/>
  <unit id="U01382" pack="P028" kind="paragraph" targetSHA256="e9188a32c37f20738d549617891c68df0b8e04aac3075c1362832d8e568f8f90"/>
  <unit id="U01383" pack="P028" kind="paragraph" targetSHA256="6b39f909ad69de1799f6a3237f1e46a81910a7c743a8db177cd0727447c0609c"/>
  <unit id="U01384" pack="P028" kind="paragraph" targetSHA256="1e318257feba7111cf5510dbfdb9892fc555b7a37df5683d3c994f8f852165df"/>
  <unit id="U01385" pack="P028" kind="paragraph" targetSHA256="462a607a2a5df1bb22bb5ceb75a18065c6b393e48571c31dac8e7e9210b2fb71"/>
  <unit id="U01386" pack="P028" kind="paragraph" targetSHA256="b724363dafb70bc168f8d80500b6c9f0bf0e42628cce595252f1f9726067f30b"/>
  <unit id="U01387" pack="P029" kind="heading" targetSHA256="4a2a43ef11dca2d77846b904112e479e0883b265c078ededafb7525e7d756dd4"/>
  <unit id="U01388" pack="P029" kind="paragraph" targetSHA256="9771e19f4e834b62f805204c36b7d9c12b54b213bfa0f810848e73a4522b7d8e"/>
  <unit id="U01389" pack="P029" kind="paragraph" targetSHA256="9f3f19b4e4437e3619e73dfa01633ecdf270594427f2d5ed5f0b72b62e17f131"/>
  <unit id="U01390" pack="P029" kind="paragraph" targetSHA256="1389a88e005d837c2f6772a32dfe2d4de26bd6017608a44b2ff796ad06ca7fdf"/>
  <unit id="U01391" pack="P029" kind="paragraph" targetSHA256="84557177fd05e50a662e691bcb9412031cb06fbe850b68019e46004488a34319"/>
  <unit id="U01392" pack="P029" kind="paragraph" targetSHA256="19aac98e88a4761c39161243ea502ee9e90e3f59c16d07ce4051a44cc676698c"/>
  <unit id="U01393" pack="P029" kind="paragraph" targetSHA256="e9701c31e51a0865a7c07105358afffdc85ac75a3854b18fe2265d38d8c2a954"/>
  <unit id="U01394" pack="P029" kind="paragraph" targetSHA256="ebc73d8024c8c3ac880b37d971c203429b37be782f14b2d5dfe66b00b157d40f"/>
  <unit id="U01395" pack="P029" kind="paragraph" targetSHA256="c75d67aaa9757ae629b7753bd5378504abf2919752eac5a4fd9b6359e8ebff50"/>
  <unit id="U01396" pack="P029" kind="heading" targetSHA256="f91437f634682eb6cd278656adc412e022f689574a9c733202435576b7817b6c"/>
  <unit id="U01397" pack="P029" kind="heading" targetSHA256="1d4cce6515286822eccd931e67a70b324f3539e95abfd416f232a7ab85412295"/>
  <unit id="U01398" pack="P029" kind="heading" targetSHA256="e17f30489750f112053aa22e379a40e9b4847609c0136de2bb71e0042c8da3a9"/>
  <unit id="U01399" pack="P029" kind="paragraph" targetSHA256="94c58566b30867c99b02ccbac8a74f6e97e9608f07980edcceef62b91a1026cc"/>
  <unit id="U01400" pack="P029" kind="paragraph" targetSHA256="7e71debcab1080640e0ed0864624fbe0736051d4017fc6378ac62036c8181dda"/>
  <unit id="U01401" pack="P029" kind="heading" targetSHA256="bec0577cd86145c4e8ca8e3daca9b821ccb54714198c2129f23b387f584620f9"/>
  <unit id="U01402" pack="P029" kind="paragraph" targetSHA256="87d0f2839bf0e10ecbd7cb14f6f5ce507535dc803ab3716a8e2193f6bb4aafc3"/>
  <unit id="U01403" pack="P029" kind="paragraph" targetSHA256="a21f4fd0ad83c5dbca152800a7ced9dcd779716dc45ca3d0f7611d98e9685ec8"/>
  <unit id="U01404" pack="P029" kind="heading" targetSHA256="806c91053e600e3317b6357be3778dfef6f851cbf4799b323f124bec4ae1e787"/>
  <unit id="U01405" pack="P029" kind="paragraph" targetSHA256="95fa921dd349375e5dfc1ef7e7837602098094540c2abaa2befa2f111b7bf7f6"/>
  <unit id="U01406" pack="P029" kind="paragraph" targetSHA256="fe33fa2097d63d077244d313d82bac84847ace4d5d39ee4764d8f8715fe54929"/>
  <unit id="U01407" pack="P029" kind="heading" targetSHA256="7c95ef89474f9573cc9e4e14f02dfd997c20414b91ab4d43ee6d495b4f147fb7"/>
  <unit id="U01408" pack="P029" kind="paragraph" targetSHA256="2474a8be8b87f2fb883f3dc2f0635453e4fe1f3e798f438ebde15307abd9dd12"/>
  <unit id="U01409" pack="P029" kind="paragraph" targetSHA256="02d9805dd76056ef758a68c3a27c4e3b627be48896cf8b627e1bd7b008938835"/>
  <unit id="U01410" pack="P029" kind="paragraph" targetSHA256="b36706487da5accd09e5c1827e6db8f97d79a09b412446279ca927ad3493a29f"/>
  <unit id="U01411" pack="P029" kind="paragraph" targetSHA256="090d8f49d011eb48eea6e5174a25441fc5f40c7da323af74676ac4312a20f71d"/>
  <unit id="U01412" pack="P029" kind="heading" targetSHA256="5581bc7938005e29720b402beb85032173a400c728f834e1ad1a23f856c7ab1a"/>
  <unit id="U01413" pack="P029" kind="paragraph" targetSHA256="38b7a8706d07d697395b258d5aedee48852a29f00a1bccdcbc615a633afcefa6"/>
  <unit id="U01414" pack="P029" kind="paragraph" targetSHA256="1d5133c6cb4088b355d6a953fa20dbacb8a8d69fef6a541a50e8b8c42a26a0c4"/>
  <unit id="U01415" pack="P029" kind="paragraph" targetSHA256="dbae15641e51cfcbccddf7187b6c9c4ca79b38d8c7979a57ac3569e5b3596d71"/>
  <unit id="U01416" pack="P029" kind="paragraph" targetSHA256="1fbeab7c92bfb28403f517656495eaeb8711799d7172bac162084aa088571f28"/>
  <unit id="U01417" pack="P029" kind="heading" targetSHA256="0e429eb09b4157dc56cf8ae97f43c70daccbac67a2d156155635963099de1e10"/>
  <unit id="U01418" pack="P029" kind="paragraph" targetSHA256="e220b1025668019b83307c66a9470f112e2dd6d4da007a2d0e82f6ed7bf633e2"/>
  <unit id="U01419" pack="P029" kind="paragraph" targetSHA256="47736ada742d0e39ef4d9dc413b799920488aaaf445d58aa51425b9ca105a5c1"/>
  <unit id="U01420" pack="P029" kind="paragraph" targetSHA256="ed385a85b3546ed4ea6c3a4d2fb710c5a91f62f88e95c89d5c507c1946f33ae1"/>
  <unit id="U01421" pack="P029" kind="paragraph" targetSHA256="7fd0549345095cfb53589ea4f949c48cb795bd156f6ea52b858bd3298f62ce91"/>
  <unit id="U01422" pack="P029" kind="heading" targetSHA256="87b4b127c7f24c6daed352bf69616ae7399c86816369ef51a481afe1260fb875"/>
  <unit id="U01423" pack="P029" kind="paragraph" targetSHA256="8c3a3b039646eccb8b8d2442c823a73fb7adcf06d0aa082beb0859bd76de4231"/>
  <unit id="U01424" pack="P029" kind="paragraph" targetSHA256="b02fbe3309090a04f04f20064dfc0bd4ada3a0dfaf8c59acfdd0a4d675daffc0"/>
  <unit id="U01425" pack="P029" kind="heading" targetSHA256="032f26b5772570cd6188c1ad20600cfde589aafe74e973371b0cfe3a6247e8c4"/>
  <unit id="U01426" pack="P029" kind="paragraph" targetSHA256="bac5ec7f3b35904b5707a159ef1f8afa30cab4601c06cfa70dcdb3d422098d9a"/>
  <unit id="U01427" pack="P029" kind="paragraph" targetSHA256="6d51c7453a39aa571a09aca3e6388e69506d871b0404e87e0dd75c057c82329a"/>
  <unit id="U01428" pack="P029" kind="paragraph" targetSHA256="ef74e4a5902081b87d2787ca8ea5500c9101409c0b7b6313186af5d9eea3d387"/>
  <unit id="U01429" pack="P029" kind="paragraph" targetSHA256="972c0d01c599b4e067cd96f359f3ac7d9a66b63f7783f9148b212b9398906d78"/>
  <unit id="U01430" pack="P029" kind="paragraph" targetSHA256="0e231ab953c7d2182536fdb8d8f46b491a2c0d9fa7a1567a267c741097053f7d"/>
  <unit id="U01431" pack="P029" kind="heading" targetSHA256="032f26b5772570cd6188c1ad20600cfde589aafe74e973371b0cfe3a6247e8c4"/>
  <unit id="U01432" pack="P029" kind="paragraph" targetSHA256="7076a78d1c68690bf1c59cd91c943caf7bfa2c620fc027b25b2ecd77d417578c"/>
  <unit id="U01433" pack="P029" kind="paragraph" targetSHA256="e5feb405c1b2420f8e1d043bf60a9d759fa05cedbc9ad3a53c542f98814521a4"/>
  <unit id="U01434" pack="P029" kind="paragraph" targetSHA256="fabeea9ec05de28bef52ea39370507dc8f5f6c48505c0a2fe58158a41911e10c"/>
  <unit id="U01435" pack="P029" kind="heading" targetSHA256="8a2fb11a2c2a110ce4844d6980faa1737922e1d9870aa165fdeaeee0e0b9bda4"/>
  <unit id="U01436" pack="P029" kind="paragraph" targetSHA256="5e3fed10483e8f014024c4432558c37d8968dc5458fcba35772ae294adc4700f"/>
  <unit id="U01437" pack="P029" kind="paragraph" targetSHA256="8ba3ae9c9c4793cfebf05944fe1fc0175865dd716a8ae514a24e311012a821bb"/>
  <unit id="U01438" pack="P029" kind="paragraph" targetSHA256="c132c6508e3510da61723b50f9c220998214ecac63ca0484d527b21ee07494e5"/>
  <unit id="U01439" pack="P029" kind="heading" targetSHA256="391a72ea88e078e0e3533191df694d026aac3244c180305bebf5323c5ad2323c"/>
  <unit id="U01440" pack="P029" kind="paragraph" targetSHA256="71e3ae7630926c954ad51866495baf2702832540253933bf619943aeec3171ff"/>
  <unit id="U01441" pack="P029" kind="paragraph" targetSHA256="6c69559f910ab37601ab1b24cb5a32ffb3b78e84d05a08a95377cb4d0277f0c8"/>
  <unit id="U01442" pack="P029" kind="paragraph" targetSHA256="af6f1d1ba7e05c7402fe63246b424ec5d91dccb0555c967672ba039ab7c4fd12"/>
  <unit id="U01443" pack="P029" kind="paragraph" targetSHA256="38fddeda37c455d4bf3641b7f11300b661bf7b4ce427b44c421ddecd4ec1a287"/>
  <unit id="U01444" pack="P029" kind="paragraph" targetSHA256="abfb10c441b6d0876f62b62021a2ae84679b49205be5f14fab5a415b9613d499"/>
  <unit id="U01445" pack="P029" kind="paragraph" targetSHA256="0358223f2fbf1cb0742e5a26cac74afe060ce03b9e28445e01543872ee74481f"/>
  <unit id="U01446" pack="P029" kind="heading" targetSHA256="7adcab8cae04bf66b3522fad1425da7869614a24fd6b8a0b487b7107f453ae36"/>
  <unit id="U01447" pack="P029" kind="paragraph" targetSHA256="14cc3fe16926ffb1f76c1299c144c88b8126943df2d186229883ae8d76f2704f"/>
  <unit id="U01448" pack="P029" kind="paragraph" targetSHA256="947f545b06b816af37f292e75d6cd7962184b7d3aa836db2a0e29b6204dbcc8c"/>
  <unit id="U01449" pack="P029" kind="paragraph" targetSHA256="cca59bd9cf944c14bccd4841f8bf35c0ec231ff54ebfda39d01dabfd5fdcd9c3"/>
  <unit id="U01450" pack="P029" kind="paragraph" targetSHA256="39a3716337532ec6becf1e1b256a22bed6d19c3f24719fc245e656b9ccf4ffeb"/>
  <unit id="U01451" pack="P029" kind="paragraph" targetSHA256="428a28b97dcb30cf0701b9eab4107bf5d979563c3f1feaa6d45f7a9472366a4b"/>
  <unit id="U01452" pack="P029" kind="paragraph" targetSHA256="5dea961404a4b385bbf329066418a23160522ebe2d11cae1e0baaf5772a51825"/>
  <unit id="U01453" pack="P029" kind="paragraph" targetSHA256="cdada5d4e68c8fed76dfcce35b687c3d0bbeeb10296e881c808a5f49194269ae"/>
  <unit id="U01454" pack="P029" kind="paragraph" targetSHA256="92cc6b5dfdaca6ef095b372bb6ce27afaaeac6c615dbdd15be1b888948430a96"/>
  <unit id="U01455" pack="P029" kind="paragraph" targetSHA256="2c85fd08811834001a26db4c7f8c6437d195d5f9ee2ec4a6d83511fde1e3ae73"/>
  <unit id="U01456" pack="P029" kind="paragraph" targetSHA256="2219ec2a00ef9dce4113e3e506292e4067a9c2ffc29f31a31dc02a3117993838"/>
  <unit id="U01457" pack="P029" kind="paragraph" targetSHA256="e499f025de10ae20acd26cb9ca320b4f341e6d6fea41a50bf39a79439d32f685"/>
  <unit id="U01458" pack="P029" kind="heading" targetSHA256="3c11ae066fab767e00ff235b57fbe1c87d39fcb8c1f92c88afdc59e9ab4f55ef"/>
  <unit id="U01459" pack="P029" kind="paragraph" targetSHA256="04527dad104ff2b3451dda81eb38f48371a490b4623cb4729a24046eefe09dff"/>
  <unit id="U01460" pack="P029" kind="paragraph" targetSHA256="23a90148d692e483ba425b413ffaffe41d3665529e9f7d613a1b93bcbe348b55"/>
  <unit id="U01461" pack="P029" kind="paragraph" targetSHA256="0d5c16643e8a39ea9707e2ecf0b31ee4b1c3dc5a190e15c30cd07662bd7f64a7"/>
  <unit id="U01462" pack="P029" kind="paragraph" targetSHA256="793bff0296a84db59d5580aa9b210bfc91523502dbc3408522eaa3c657e5d74f"/>
  <unit id="U01463" pack="P029" kind="heading" targetSHA256="7fb64d85ad91d1935724011d9001f40096c869214e445484302175dbbd989f1a"/>
  <unit id="U01464" pack="P029" kind="paragraph" targetSHA256="632bb5ff8d8b3bdfa3b9d054032df5007841e098c93af3f514a4ed97088035dd"/>
  <unit id="U01465" pack="P029" kind="paragraph" targetSHA256="4e20f1a8e000ba6173f07b319ea015bbe3dabe5ec1ebd2e7e77197e1c2c598ac"/>
  <unit id="U01466" pack="P029" kind="paragraph" targetSHA256="39a315ef01f19b7bf43ce373c4d7d29fb7a4523497584d286eb726c7fc6c6b74"/>
  <unit id="U01467" pack="P029" kind="heading" targetSHA256="86f558946a1e5211512d3c3f5ecbca173976b255d5548ca31aa77a6cad3ffde2"/>
  <unit id="U01468" pack="P029" kind="paragraph" targetSHA256="792dcee5bde5d62d23b0f573c4ba3b7e566c08188e9b9e3e52e502fb719c6adb"/>
  <unit id="U01469" pack="P029" kind="paragraph" targetSHA256="0110f7ce48c262271d2c3415c205f92001c1cde0aa9885c1b8becef5a1665d02"/>
  <unit id="U01470" pack="P030" kind="heading" targetSHA256="def641cd68a2f62f84ffe088707d78d4e6fc270c6973eec74eda43039c8b4252"/>
  <unit id="U01471" pack="P030" kind="paragraph" targetSHA256="4d8b80ae2136051aa3fe7b63eb95ca97c126b3077e895fc18dbf58a7e8da64eb"/>
  <unit id="U01472" pack="P030" kind="paragraph" targetSHA256="07540a59105bf05b51fd00221c134c98763ae88f1ac00781678bbeb8d20c71dc"/>
  <unit id="U01473" pack="P030" kind="paragraph" targetSHA256="f27ae8ff29270a10efcb3b7c30654368a6cea32ec32718f3585c894aff82f723"/>
  <unit id="U01474" pack="P030" kind="paragraph" targetSHA256="f7d43ad2e28bc0f6cbb9f2763db33bafb2fb2d0dde5992620d6c1f58c4b7cb29"/>
  <unit id="U01475" pack="P030" kind="paragraph" targetSHA256="1934dc0c23e9f63afad5e5d9d7410b3458366189d10c2ee5571381040c4eb8e8"/>
  <unit id="U01476" pack="P030" kind="heading" targetSHA256="04372f670902d1d06c0b945ecbea6b1048b0fa0c7a67c6d49a641b5677d5021d"/>
  <unit id="U01477" pack="P030" kind="paragraph" targetSHA256="14b15c00150a28576075d957f4c4108711ec40b371ce82ab79fac96e9d34c5bf"/>
  <unit id="U01478" pack="P030" kind="paragraph" targetSHA256="e3594e9481553b45e31279c7e211534d513c4500ab176ce4a688182b12f5bb9e"/>
  <unit id="U01479" pack="P030" kind="paragraph" targetSHA256="631c393ca3644b601a8fa698b614a7824d197e166fbbc392b8a207d4a2de7233"/>
  <unit id="U01480" pack="P030" kind="paragraph" targetSHA256="bf23afe6965e35ea37a3900d7ae0f67f88b0ee3ee884a37a5f411ed62f2b47df"/>
  <unit id="U01481" pack="P030" kind="paragraph" targetSHA256="4480d818c83411286daed3a78a9802035982a130e26475c9b6c67b148a6361ca"/>
  <unit id="U01482" pack="P030" kind="heading" targetSHA256="b844d060513a8b151740d441941aa0504c251ff472ece79bcafc4c5871f8c393"/>
  <unit id="U01483" pack="P030" kind="paragraph" targetSHA256="58506765e179d0a56276149b767c358d21e158d4e837df83de285a56064fe0df"/>
  <unit id="U01484" pack="P030" kind="paragraph" targetSHA256="c44b24a1073fd80a881a5c5f4175974d3cf13f244053c826fbd7adf6562aab01"/>
  <unit id="U01485" pack="P030" kind="paragraph" targetSHA256="21761a98ba6cd806ab8b9d47bd2e1d3c99406f957492c95a5edd50e3c20fb1db"/>
  <unit id="U01486" pack="P030" kind="paragraph" targetSHA256="c13e00ef55af3b4cfeb6e3fab8334f4a2ac989037f1f54583a1006aca9e0ebc5"/>
  <unit id="U01487" pack="P030" kind="heading" targetSHA256="d584be733894fd19a83313e95c22169d30a6852cbe56823bbd2b99cdd7013327"/>
  <unit id="U01488" pack="P030" kind="paragraph" targetSHA256="e3c028e9edfffdc46fd9ac7fd614c5f416dbbbff4a5738001aa73c0725b499ff"/>
  <unit id="U01489" pack="P030" kind="paragraph" targetSHA256="4c2396ba3eb29a7b597f182f407b71d4db660e33a3e17d7718a8798c0773caa4"/>
  <unit id="U01490" pack="P030" kind="paragraph" targetSHA256="daba073e08fc66f0cb42da3a86e2eb6a24fdf6c15aee7f812d63438baf8747f1"/>
  <unit id="U01491" pack="P030" kind="heading" targetSHA256="6d3df5c2c5057c8668e8a8c9f867d4de76778c380e6d4b9df00493dcc7efb011"/>
  <unit id="U01492" pack="P030" kind="paragraph" targetSHA256="a31a28b755be929f24bc6a8d176e0b5175443ec63acc4939e6f4e04c775f8d2f"/>
  <unit id="U01493" pack="P030" kind="paragraph" targetSHA256="32843fdc55ce3028b69c732801e5080c4b7a53b49aee8135db4c730d50f81fce"/>
  <unit id="U01494" pack="P030" kind="paragraph" targetSHA256="ac0320cdde484defe1e805f5eb56ba6c0dcd0c1421870a2badeb64a285039231"/>
  <unit id="U01495" pack="P030" kind="paragraph" targetSHA256="3593f136ee22c5bab2083a8e944c0aa39feeebfc9144e07e0ddbbf84c85180e0"/>
  <unit id="U01496" pack="P030" kind="paragraph" targetSHA256="bc84ee04fc8b0102263a095a8514ec2e967a4390363a979f813de6152fb01b44"/>
  <unit id="U01497" pack="P030" kind="paragraph" targetSHA256="56b9dff26836c9ba55f404bb06e5d21e0de799c6141c8aabac0d334de451c156"/>
  <unit id="U01498" pack="P030" kind="paragraph" targetSHA256="d6f83ac84d925bd59c9d8a6e3090d8fa3eb9a8822b831ca0be909e10a21761d1"/>
  <unit id="U01499" pack="P030" kind="paragraph" targetSHA256="8270677ddcf94cbaf2293a93de67f1536f483ba02eda915b9dfdb7a11a088253"/>
  <unit id="U01500" pack="P030" kind="heading" targetSHA256="f474ea4e658b5e0b9031725c2d2a405d16dce87743be6e565a39e92403a8dc35"/>
  <unit id="U01501" pack="P030" kind="paragraph" targetSHA256="47a25e0b2b46fe19c2c2e5095824f6fce36329fd85ea528764be73c5d6292a7d"/>
  <unit id="U01502" pack="P030" kind="paragraph" targetSHA256="7362b6b2089b4c286a3408b2030c3353fffc9cede8f3bae21009cdf7a5ffcafc"/>
  <unit id="U01503" pack="P030" kind="paragraph" targetSHA256="db2f9a457b1e57692b15aa7df6994c436d8b851a64fb70c39d365cb6cefde0d0"/>
  <unit id="U01504" pack="P030" kind="paragraph" targetSHA256="cb9f76fb557ad0b989cb211fa23310e6102fafc0e0706e9c0b601e13c799b5fb"/>
  <unit id="U01505" pack="P030" kind="paragraph" targetSHA256="65dbd92cf3c81ddaa65887c6af8f64da2ca641f45a84dfdfa337d714bdb26181"/>
  <unit id="U01506" pack="P030" kind="heading" targetSHA256="68fdc9a59426ca1e900be1c892edef3ad325de12826bb109f0e1123aa5552bec"/>
  <unit id="U01507" pack="P030" kind="paragraph" targetSHA256="da20792877c5cef77ce9598d3352c7aff50d5e05b2e351b633ab44cd0ad5d733"/>
  <unit id="U01508" pack="P030" kind="paragraph" targetSHA256="7354fed6f13ea0ec05616196bebd7e5da6b587806590f61a898cd582be8de2e2"/>
  <unit id="U01509" pack="P030" kind="paragraph" targetSHA256="c9548fdbfb8c44bbfa542fd62d6c1310e27699351ce428764184e8a1beee6574"/>
  <unit id="U01510" pack="P030" kind="paragraph" targetSHA256="ded44e4b497bc29a2ebd8b23acccf2f35b993badb7a50c4816197b2e3e279587"/>
  <unit id="U01511" pack="P030" kind="paragraph" targetSHA256="516602d29dac175a6df8d349d953db39b19e23cb08f3d61a4f5dfa51aaa1f620"/>
  <unit id="U01512" pack="P030" kind="paragraph" targetSHA256="e6fd119a1b2fa748b3efe71abf24770024db1e4b52ce990732440d9c106339d6"/>
  <unit id="U01513" pack="P030" kind="paragraph" targetSHA256="44cabe479c9401ef850b81738d8dd5dba38dec99a04aee15bc2327ba481c07c8"/>
  <unit id="U01514" pack="P030" kind="paragraph" targetSHA256="902fe8b7a60058c7b75bf7d667bd60300bb94ce4112ca995563aee5bf9884423"/>
  <unit id="U01515" pack="P030" kind="heading" targetSHA256="9473dcff7078598eea5e7ea1f340eae501c7992471eec8542a719a03fdc1b298"/>
  <unit id="U01516" pack="P030" kind="paragraph" targetSHA256="ac6c0f7239b8199fde59a00be43067e2fd4718c66fe42c0d99c48a7c956d9734"/>
  <unit id="U01517" pack="P030" kind="paragraph" targetSHA256="6f16d3b6125c5ee742bf6992c1de449d3303879b8ab4062dcb32f6c9217d9446"/>
  <unit id="U01518" pack="P030" kind="paragraph" targetSHA256="49ea62c6ff0b40de8274a644ad8f4d1693ff5f7dfc56c13fa61c6ef28f3a0436"/>
  <unit id="U01519" pack="P030" kind="paragraph" targetSHA256="a0ea15fb717038784cfea64bab6ab80ac36f9ff38efbc94a83c948df8a80ab36"/>
  <unit id="U01520" pack="P030" kind="heading" targetSHA256="cdc85e6ba9ec92ca20b00940efa9ee9c481eb089256b0aad62030642d01ba8f7"/>
  <unit id="U01521" pack="P030" kind="paragraph" targetSHA256="3c2d05cb4ed7486a6d94e9a6b58459107f5f2d2e394f810352b2ef11f5c562a6"/>
  <unit id="U01522" pack="P030" kind="paragraph" targetSHA256="39649ed0aa7b681821e7ec38f624026b110afeda85a66c4b98cfc64b17cd0931"/>
  <unit id="U01523" pack="P030" kind="paragraph" targetSHA256="33e8370e5c9dc8f142c3d23a3f58fc4154797150e005ffaea0bd49100e53700d"/>
  <unit id="U01524" pack="P031" kind="heading" targetSHA256="aea69d2d0b2cd33e996cab0441edeb59e91865074b537df846067f222f597566"/>
  <unit id="U01525" pack="P031" kind="paragraph" targetSHA256="ab1b92d955d8bac06a4a518f7524fc9f7166d25049c860554893b52dd2568b46"/>
  <unit id="U01526" pack="P031" kind="paragraph" targetSHA256="b034d4579ac4ee0252add565a1c943a4d7039f7f03210676fd8de2bf33a85c86"/>
  <unit id="U01527" pack="P031" kind="paragraph" targetSHA256="69c6e98da6994f58f656f363c81be57d679dc6c8061e7feafc9c95fd7be55053"/>
  <unit id="U01528" pack="P031" kind="paragraph" targetSHA256="4dfdb2af09e3ad546a60be86a81cca384b756940802eefa6c66f6ef91d0208f3"/>
  <unit id="U01529" pack="P031" kind="paragraph" targetSHA256="84fb4196f21bd48697addadc89642417825500c6f36f5a6cb12ed2e17b67e10c"/>
  <unit id="U01530" pack="P031" kind="paragraph" targetSHA256="c19002dfdf52f0e54bb7f1294a2ec776b5b670caa3c3ea909ba3ab154408f7db"/>
  <unit id="U01531" pack="P031" kind="heading" targetSHA256="bc9b220d111d8fc5d7ca0b8cd7f6e130d54d10734353d06ff9ff5e42f4c1d0c0"/>
  <unit id="U01532" pack="P031" kind="paragraph" targetSHA256="37e4c02437a18aad2068305f352f030b7d44b9c2542dc32df9db27c17ce7dff7"/>
  <unit id="U01533" pack="P031" kind="paragraph" targetSHA256="9319b271e0da457bcc7a5b6c883307d6e70e9328a7d0a371c9e07a4d990e4e52"/>
  <unit id="U01534" pack="P031" kind="heading" targetSHA256="ffe90a78fc59a6a1d3fedb3b459a83d2a965c95c598298457d631ddbdf4c8c0a"/>
  <unit id="U01535" pack="P031" kind="paragraph" targetSHA256="cc12e67aa9abeeb6c55b75fc79e36af7d20e50feaf42ebf6cda40788dc079005"/>
  <unit id="U01536" pack="P031" kind="paragraph" targetSHA256="06c69645ac5ba505d429eb1b792139cd01ec8468d8d1acfad348c292428e6517"/>
  <unit id="U01537" pack="P031" kind="paragraph" targetSHA256="5b6b8a9f08b442c3c855e42d73bf83afa9cd3a7b8396c8e1e888061db3d3fc8d"/>
  <unit id="U01538" pack="P031" kind="paragraph" targetSHA256="131d18f74ba94574613e39cf00273af9437c277649943d82abe0035721738850"/>
  <unit id="U01539" pack="P031" kind="paragraph" targetSHA256="30802f0b6560ec392051159ee730a2d9137b68b3342614de2989a562348323d5"/>
  <unit id="U01540" pack="P031" kind="heading" targetSHA256="1fa682081f53b84c05b8b396c465395b54a15cd880a987d6351fdaf6b08e9513"/>
  <unit id="U01541" pack="P031" kind="paragraph" targetSHA256="0ecc06130a23d2b169b5cde4034281842384ba3ea266bfc324955d72799bf7cf"/>
  <unit id="U01542" pack="P031" kind="paragraph" targetSHA256="27b129dd6e51273cde70fc2cbc70e6a402585811cc544510eb5a3bc99989953d"/>
  <unit id="U01543" pack="P031" kind="paragraph" targetSHA256="bd637ba259dc16365ec5938aff115ff0a2185b6a7abccba85581b06dd71c39f1"/>
  <unit id="U01544" pack="P031" kind="paragraph" targetSHA256="57d0d235b6218f3f7ef1b098052f3da3aa7dedff9f9e30db644ee4e854b2bf5b"/>
  <unit id="U01545" pack="P031" kind="paragraph" targetSHA256="d554f0e2f107046a669470697c023cdb572d6ffc346fe2eee547af4d544c1081"/>
  <unit id="U01546" pack="P031" kind="heading" targetSHA256="db58dff9311a8df0e67760def9fef270e39530e86b52ebf13ad23617e5ee077f"/>
  <unit id="U01547" pack="P031" kind="paragraph" targetSHA256="757c809a18c6cda98f8b742fc766d9f1eb52fe864c1de6ac78253af45e3d30d7"/>
  <unit id="U01548" pack="P031" kind="paragraph" targetSHA256="f6961ada52b7586b861e5e2cfc9fb95ca1e8be930426de6c4030f63919145438"/>
  <unit id="U01549" pack="P031" kind="heading" targetSHA256="f6e965e1d51d32ab05ad6be28355c69d3e308f6f85d0520638e51e4a9d2b1a0b"/>
  <unit id="U01550" pack="P031" kind="paragraph" targetSHA256="b32bbd93a654a793b0c7514be4d9848aab55bbe936aba8eb8a22e05f08705921"/>
  <unit id="U01551" pack="P032" kind="heading" targetSHA256="f7cc2175397d3f297db91533fc220afcbf07b85a1acb5e589bd0eda68719b7f2"/>
  <unit id="U01552" pack="P032" kind="heading" targetSHA256="49f1737b3df457638674b301eb598f1edd1db03b291b40a6d490abbb710a8c01"/>
  <unit id="U01553" pack="P032" kind="paragraph" targetSHA256="f80d443d24ccf2c697f53b13110954265e568e7f8f6ba223b980524bfa2a2c06"/>
  <unit id="U01554" pack="P032" kind="heading" targetSHA256="840b8d3f56c639850ee9e6ba3e3e3d8913c97c45388d290a6d0cb8cf9db9833e"/>
  <unit id="U01555" pack="P032" kind="paragraph" targetSHA256="76698000bc05d2ddef603615a31aba37cad5cc92e0f212b457f187d91a85598c"/>
  <unit id="U01556" pack="P032" kind="paragraph" targetSHA256="716df8cecc6adae86e3b92715a872e48f2634c28c8362f704f2aab7c347b3d66"/>
  <unit id="U01557" pack="P032" kind="paragraph" targetSHA256="9600b0f3b32de5f52bd532d92f0712ce5643eac9d6da80fedf6c4ae54273bdc3"/>
  <unit id="U01558" pack="P032" kind="paragraph" targetSHA256="849b208f705b2bc57520eef9d0ae50ddd7490b37df9887f8fe7a23f487da7a4b"/>
  <unit id="U01559" pack="P032" kind="paragraph" targetSHA256="afd48e5551d9156d2602d659aa83a2f850a566f3367e800ac14c4e28a7bd130d"/>
  <unit id="U01560" pack="P032" kind="paragraph" targetSHA256="468de5d4ab1e8250e878fdf224f8304b6b9346aee2faee64547cb6be94976dc9"/>
  <unit id="U01561" pack="P032" kind="paragraph" targetSHA256="9626d3c224001619d21308e1706eb73b9b6b9cf69ab7ef121cc44b1cb5918c3e"/>
  <unit id="U01562" pack="P032" kind="paragraph" targetSHA256="683174f8bd3dbc3d06f578bc2eaae57f10e25fa8409d7744a04895ca585b876f"/>
  <unit id="U01563" pack="P032" kind="heading" targetSHA256="679d12db98d8bf57f4990af9a3e3a1a818a508143580bd08d94c83fa2ae4227d"/>
  <unit id="U01564" pack="P032" kind="paragraph" targetSHA256="ef9d62cc3fccb62a1c24734822755bc6c0cbbb4155f1cc48faf982c161b699c6"/>
  <unit id="U01565" pack="P032" kind="paragraph" targetSHA256="5655bfa98c3bdfc4aca2f70f52edf370b455f3de468dcd7b64af3ade36411d74"/>
  <unit id="U01566" pack="P032" kind="heading" targetSHA256="4eaec6782e070aaa3b365227bce6cbbcdecbfa6fccacc1b78c1d495731e9618e"/>
  <unit id="U01567" pack="P032" kind="paragraph" targetSHA256="60db15c8d78b520b86bd7f98aaa59ce461fa182a175afe0cad8fe5bf157fcdef"/>
  <unit id="U01568" pack="P032" kind="paragraph" targetSHA256="f40f2e896bcb44286180625b0f18471f5adb69e65358107b502ed08ac2ffddea"/>
  <unit id="U01569" pack="P032" kind="paragraph" targetSHA256="b941f6affda2533bfb2112425568d71d22770d938908cf2b3e8d34d064ed0c87"/>
  <unit id="U01570" pack="P032" kind="heading" targetSHA256="44412c147cd4dfa220b74a725e1c38320b5ea2e7a0967f6d3b78f332dbb7d8c2"/>
  <unit id="U01571" pack="P032" kind="paragraph" targetSHA256="b4424e33fb554868c6ef143ead1e5c0f339a1c266ce2d4b8cf66a921dad05620"/>
  <unit id="U01572" pack="P032" kind="heading" targetSHA256="302912261ccfff6915646ed6e3b7535eda02e6fa5891fa18a19c970c27d363cc"/>
  <unit id="U01573" pack="P032" kind="paragraph" targetSHA256="20409c3802ff9375cf44ca252655f7b30ee1b569393e375cec537c5837b30272"/>
  <unit id="U01574" pack="P032" kind="heading" targetSHA256="f1d503578db476f1c0aadb6e3b11c6f772e550f0bdbedc3a81042cd22f8b9a49"/>
  <unit id="U01575" pack="P032" kind="paragraph" targetSHA256="eb2872c059bb710c9f15c59d716242eac65787bbaa790066410b1e4680d29a44"/>
  <unit id="U01576" pack="P032" kind="paragraph" targetSHA256="a2bc895268f0ce6078c53c841493bda9a7705ff444a6b022255dfc85bf9b91e7"/>
  <unit id="U01577" pack="P032" kind="paragraph" targetSHA256="9c072948b29e9e8f3931c1d62cdf175e800a0f384ca90d227e7ce9c57251bffe"/>
  <unit id="U01578" pack="P032" kind="paragraph" targetSHA256="d823cb4e5629549a9e092e6340e04a32d3a3da2257571569d60c1d1edbf6b0a9"/>
  <unit id="U01579" pack="P032" kind="paragraph" targetSHA256="ac46e44a2968fcf9dc8899e7a67049437a3df260735a5e859b2e6850d814245e"/>
  <unit id="U01580" pack="P032" kind="heading" targetSHA256="7a51de935cfc345581175caccbcc136e73f1064f11afeb5da69770edfeba9c6c"/>
  <unit id="U01581" pack="P032" kind="paragraph" targetSHA256="25ef881acec5787c879e85983867173fbfad5bb375e715f64f9115b8e356a5be"/>
  <unit id="U01582" pack="P032" kind="paragraph" targetSHA256="c74318b264ed7e5fe63234376c4bd83bff362b20f3bb42005b663c5db17d2d30"/>
  <unit id="U01583" pack="P032" kind="paragraph" targetSHA256="f95959925d5ad4146d34ed2da6d070a0e22711675f1d632200edabce14a281df"/>
  <unit id="U01584" pack="P032" kind="paragraph" targetSHA256="7eb76a4ce62fadb84fcbe0b1f151c26888219b94d76afd8dd99a7553e13daa7b"/>
  <unit id="U01585" pack="P032" kind="paragraph" targetSHA256="90e5b1c9556c28df9ddc5783b8ddb227957ae877fc4f2ed7121f4ac671819fe1"/>
  <unit id="U01586" pack="P032" kind="paragraph" targetSHA256="3f7a0c6ac9f6a4845757f9fcca42187fa9d9edfdc3b277e0392dd333123146ff"/>
  <unit id="U01587" pack="P032" kind="paragraph" targetSHA256="096ee0ca4bb56a43ba6913efa4f34d191a087b5aea80f4ec14f6dd098c6f3f32"/>
  <unit id="U01588" pack="P032" kind="paragraph" targetSHA256="bd4b94d3b367523dcd62c15d4b676a21afe4d06afd309df87e3dfadd45e2f141"/>
  <unit id="U01589" pack="P032" kind="paragraph" targetSHA256="46502fc6ff23ddaf8cdadff25da3626628e0edbe8b1c0a46281a48634e7be519"/>
  <unit id="U01590" pack="P032" kind="paragraph" targetSHA256="77054e4902fc03b915c631c10b621e7fd05ec78860bf585f45d95fbcb13502c7"/>
  <unit id="U01591" pack="P032" kind="heading" targetSHA256="8b5c23818ff939ffdc7f840e55c589fda1a567dec8ee4acafde0d6f8cbfe8167"/>
  <unit id="U01592" pack="P032" kind="paragraph" targetSHA256="e3e79768b0871663bab43bc9bfcce057a3974ff82fa1c89f0fcb5da433e1a7dc"/>
  <unit id="U01593" pack="P032" kind="paragraph" targetSHA256="953018fec434cd36a78d0495caec9cfe3b573daaecb2a89e193aab7bb3424681"/>
  <unit id="U01594" pack="P032" kind="paragraph" targetSHA256="61f76c10cb01d62b9aa577cd6d1677b6111a9cbdad2efe116d2b65f79113cdc5"/>
  <unit id="U01595" pack="P032" kind="paragraph" targetSHA256="367f85781849092c2ab9341d882ea4935372593a8d455e506b9b0985b9f2f958"/>
  <unit id="U01596" pack="P032" kind="paragraph" targetSHA256="a2d142398493ee1113b5da763be358d1efaef81bc9c2c45e79bf402a53042997"/>
  <unit id="U01597" pack="P032" kind="paragraph" targetSHA256="684dc7005f8f4de6fafe395960ad76e6f92faff86620b5c23d7ef51e48bffc15"/>
  <unit id="U01598" pack="P032" kind="heading" targetSHA256="b97c2bef0e2ccd70e2a0f0807d62b8055335cab923d366f8ac7c503512c31c51"/>
  <unit id="U01599" pack="P032" kind="paragraph" targetSHA256="0a5232f1ef2c959f64d7c5730c35a6939cfa312f469a386137e00bcaab19421f"/>
  <unit id="U01600" pack="P032" kind="paragraph" targetSHA256="21691343e7a070e6c9b600d31035cd8aa2f96ea98dc32cca6f4494dba57979ea"/>
  <unit id="U01601" pack="P032" kind="paragraph" targetSHA256="19eb45d828de7ea48e3950216df230b56d680159aa3f9d7412d74faecf36b7ec"/>
  <unit id="U01602" pack="P032" kind="paragraph" targetSHA256="1a2a85d467549f9b00f94bd8f5fb92e5b54b1f6ff37a1fae3543ee2a0443a31c"/>
  <unit id="U01603" pack="P032" kind="paragraph" targetSHA256="388f85e3aab6d4d9cbf24b3958a1817e9fb0d9150324599ec8bd47a47b93ecc3"/>
  <unit id="U01604" pack="P032" kind="paragraph" targetSHA256="a741de32ef6e4dc22751a39076a11730e777c2d2c44e18191a5c47f2ff5bbbe8"/>
  <unit id="U01605" pack="P032" kind="heading" targetSHA256="baca0b8f5a974a129d56870c0fce152c223b006c3973c7bbd58681b3030dd9d4"/>
  <unit id="U01606" pack="P032" kind="paragraph" targetSHA256="692fda909c55f520a479e952f40e6f05c12cc4e7ca0e85dffe008c40be512b0a"/>
  <unit id="U01607" pack="P032" kind="paragraph" targetSHA256="582d3fbe782a06430a5b753210cf445c0eda08b67cedd1e73f7924c8ecb21ddf"/>
  <unit id="U01608" pack="P032" kind="paragraph" targetSHA256="6c16be8e488a5201442bf8520b709ccc207e1eba22fa5f12076db84d9c3506bd"/>
  <unit id="U01609" pack="P032" kind="paragraph" targetSHA256="798143d3125411a849961b08ade763eb8d1b77ef052b3d5b0d87827fde482959"/>
  <unit id="U01610" pack="P032" kind="paragraph" targetSHA256="0e53ca6cbdae044bd28975205e7e5ffcd6db2748e926d5fe33e3507398c80baf"/>
  <unit id="U01611" pack="P032" kind="paragraph" targetSHA256="25321629e8ac00d2983a98e1f8912b11a1d7b9d624df8df107c5b9c111027dfb"/>
  <unit id="U01612" pack="P032" kind="paragraph" targetSHA256="f81162f93d71b0421ded3761a6e356ce36b570d61deb85c349ec36490790d0ec"/>
  <unit id="U01613" pack="P032" kind="paragraph" targetSHA256="335cf4d3af56d9339584e2dfa278eebed19d4549d6877928cc2baab51bf77f3c"/>
  <unit id="U01614" pack="P032" kind="paragraph" targetSHA256="1450ee90bcf308b1807c55eebede70ba896ad94ce310149f48b730f08a8f6df1"/>
  <unit id="U01615" pack="P032" kind="paragraph" targetSHA256="1850fcbd97d9ad1eb7de86cf1ed31b2ba94043f20b3adf83fd36fbedec36ef86"/>
  <unit id="U01616" pack="P032" kind="paragraph" targetSHA256="4c0398afc4096e351bc3928a2bbfc52a523b99935ce364ade08e20392c706c49"/>
  <unit id="U01617" pack="P032" kind="paragraph" targetSHA256="b4a5fc08286b0b1bd7dd34399d2b93598cd5531874ec01cf11db63c876445976"/>
  <unit id="U01618" pack="P032" kind="paragraph" targetSHA256="2a396e4066a661773530824e4f28ce0c79ae7d6a02e28c04ddf60ad818decaaa"/>
  <unit id="U01619" pack="P032" kind="paragraph" targetSHA256="ee0c3be4d26537db45ee9fff1f8e384a032bfef0f3f888584e5533cc81f3dad0"/>
  <unit id="U01620" pack="P032" kind="paragraph" targetSHA256="fdfe459e9cb1b4e806f17a038142524a05973e1ec1578ab8aa721e8e18768800"/>
  <unit id="U01621" pack="P032" kind="paragraph" targetSHA256="4cface5c8e05f535bd101b75fb5fffc8d2d39c48a1e0a041225dafa197c4e4ec"/>
  <unit id="U01622" pack="P032" kind="paragraph" targetSHA256="59bd330131bf0f9b46e7386ef4dcfe9b1f2c51d5665c61910ab40cf91a168ae1"/>
  <unit id="U01623" pack="P032" kind="paragraph" targetSHA256="3853dc3c16bf9c000e235e6a14eb5e057ae6e01c0b36366b387fe03fe02369b9"/>
  <unit id="U01624" pack="P032" kind="paragraph" targetSHA256="15c356ebf6e5485cbbe46310e917366b16cbcf190bf17cf710cbd6dec318cd3e"/>
  <unit id="U01625" pack="P032" kind="paragraph" targetSHA256="a16812b038dc9752c27d34c77a84280f9b95481fea909b78e868b259ab4f8cf4"/>
  <unit id="U01626" pack="P033" kind="paragraph" targetSHA256="7dd23318c2e734ff99e30937338f0529008330588fe0b4eb25be8b44ec948e38"/>
  <unit id="U01627" pack="P033" kind="heading" targetSHA256="fc3be8ac47795f58be2e952c251b95c84ba4f57de1c52a1c4332a325aeb6d2c2"/>
  <unit id="U01628" pack="P033" kind="paragraph" targetSHA256="4d7a2493a7134eeface3dd7110752673af4210d92b7c173bc6400709b963f28a"/>
  <unit id="U01629" pack="P033" kind="paragraph" targetSHA256="ec4e83ef55eb2178af56b6f4b821faa222c95415f9784bbb985972515620cf23"/>
  <unit id="U01630" pack="P033" kind="paragraph" targetSHA256="9ce2b11a71d204d023df08da832d7c937551ac0b7cbee2251cc91e2df066ac0c"/>
  <unit id="U01631" pack="P033" kind="paragraph" targetSHA256="9c02a8278d315a60302073f2ced2e8fc0f41c82fd9db4bc611ec555cf4467b73"/>
  <unit id="U01632" pack="P033" kind="paragraph" targetSHA256="f3e69646b696f86cf6ab55b1c7bb20097221e27192c8b5fea20291c62d528540"/>
  <unit id="U01633" pack="P033" kind="paragraph" targetSHA256="63170044ec26ff858914079620ee1c6833f7bf515c70ee2ddf0717f1a75d3939"/>
  <unit id="U01634" pack="P033" kind="paragraph" targetSHA256="dc8423be3179ed5d770ea10f9c4308ffd77a0723cecf73162b9572cd268985fa"/>
  <unit id="U01635" pack="P033" kind="paragraph" targetSHA256="f29eea39b99ad828c93015168ec238a680122891a5822064a3b2cd5e9e087d12"/>
  <unit id="U01636" pack="P033" kind="paragraph" targetSHA256="930defca944423cc19ffb1555d45307e87e45347296f4b41059676497b5e8599"/>
  <unit id="U01637" pack="P033" kind="paragraph" targetSHA256="cffb0e450e902581add6577d44c4b194f7d440b70230e8544e3c1c29868b72cf"/>
  <unit id="U01638" pack="P033" kind="paragraph" targetSHA256="c4a8db4e40ed5d157a7287e75ef443a002fa95e77f0d4aada85688f86d47e589"/>
  <unit id="U01639" pack="P033" kind="paragraph" targetSHA256="17d6d2c24e018eac57d4ce1db5ead12e81220ed1a5a4192ac9f44855617b5d95"/>
  <unit id="U01640" pack="P033" kind="paragraph" targetSHA256="3c91f6b8804cf529a81889a6a001085fd9b45ae81b19b8ec27fd800bf38af9f6"/>
  <unit id="U01641" pack="P033" kind="paragraph" targetSHA256="b4f057c3e01b3e787f324b6fbfcda016acc7caad6048913bc70c95308fc1ea8c"/>
  <unit id="U01642" pack="P033" kind="paragraph" targetSHA256="1c47f754cf3d4622f7bf93c14b2716c38dce1edbdbc34d19daad85cf2672a3d3"/>
  <unit id="U01643" pack="P033" kind="paragraph" targetSHA256="3dd2325cc3b3f6e4bdb4257b311221b5e94d18a7544eb10a1d01886c058cf973"/>
  <unit id="U01644" pack="P033" kind="paragraph" targetSHA256="f9f1a24b893b2dfbc5603c9b7be753a54c2fa3ca1cb98e5cb93d7b1cc5a05655"/>
  <unit id="U01645" pack="P033" kind="heading" targetSHA256="56c8f539bb8e2bd1f0aac50b55bd2bd33f734527669436a08966bece5a9155ea"/>
  <unit id="U01646" pack="P033" kind="paragraph" targetSHA256="8241ca190d86cadb2e77d6ac58ad05deeacddca477fb80b918e45185aa274db7"/>
  <unit id="U01647" pack="P033" kind="paragraph" targetSHA256="453e69f2cae79f91d9709e9278ab54261331e332c8a971aeeaa1dcc5417f80b0"/>
  <unit id="U01648" pack="P033" kind="paragraph" targetSHA256="9bc1f773a59100d1ee269787f8134d5f4e770ca2e7bb7a833c9f13cd92b56d3e"/>
  <unit id="U01649" pack="P033" kind="paragraph" targetSHA256="154ac0acce1df1a2ef2a467cc91edf200868853de69f8207bfc256e42ce67941"/>
  <unit id="U01650" pack="P033" kind="paragraph" targetSHA256="7fb98ae901aab5df72ea663f8fc5c389b0765fdfb0591bda54c0a4844e33148f"/>
  <unit id="U01651" pack="P033" kind="paragraph" targetSHA256="7d780912997fea4281900cdf66bbd0b63d3dc43f534037f3b1a9011fa997fe2a"/>
  <unit id="U01652" pack="P033" kind="paragraph" targetSHA256="787ef1491ed74e6132f49f3e436eed198ecc562c09d98b1fb177309d84a37d49"/>
  <unit id="U01653" pack="P033" kind="paragraph" targetSHA256="e16908f2be2bbe8746767b22ee0eb26ac455218f8c2eaa77d98850e62b6e2608"/>
  <unit id="U01654" pack="P033" kind="paragraph" targetSHA256="f7d9d47d6831c962b46a35faa28a05b6b4e353e9bbb8bc2613e16ae43b1029a6"/>
  <unit id="U01655" pack="P033" kind="paragraph" targetSHA256="d14cfdb4f3d11f38b31527065d2e3c724efacb0168f907cc03810dfa3ae507a2"/>
  <unit id="U01656" pack="P033" kind="paragraph" targetSHA256="3a68af14d8eb4c63047f6599ad9e551121fae39769c86545fb6445d34c86a54f"/>
  <unit id="U01657" pack="P033" kind="heading" targetSHA256="e52b61939a2c99006983b0dd8a8c7a381e5ab55e5393ec7ce2563eb0a8044515"/>
  <unit id="U01658" pack="P033" kind="paragraph" targetSHA256="f4e4bc3e2f0d4f4eeda3cba9af30a0c85c215802ca70f3be137528e7dc6b27cf"/>
  <unit id="U01659" pack="P033" kind="paragraph" targetSHA256="ea331cb47e1678bde587704c0767d4f34f6a5c39acb89d095eaef70d1e685742"/>
  <unit id="U01660" pack="P033" kind="paragraph" targetSHA256="c61099868668dbc4363d1c7e7889a3fa9aaeafcc11251fc9425b6aae94239c38"/>
  <unit id="U01661" pack="P033" kind="paragraph" targetSHA256="0ceb52075eaefe6ff9c4b594280f2e249ebcf33dcdde5a0f45b9919d15de0cce"/>
  <unit id="U01662" pack="P033" kind="paragraph" targetSHA256="89735f86dac68dbc6c15450be784d757ba5138d3293b4df28a959d7519a2f02d"/>
  <unit id="U01663" pack="P033" kind="paragraph" targetSHA256="bd52e6e53b23d08a3a7675eb4be48d2746ff17d091af7c5276b59dbfe6d7f8ac"/>
  <unit id="U01664" pack="P033" kind="paragraph" targetSHA256="dffa94febe85b662154627bb5d871e80b13ea8833c30996be70b77bf790462af"/>
  <unit id="U01665" pack="P033" kind="paragraph" targetSHA256="5f9db5cb0e6f79b6a1e70cb7be804da078cb38a7b86474d06cf2b173b6be0527"/>
  <unit id="U01666" pack="P033" kind="paragraph" targetSHA256="089e45bfefc453eae86b02e5eebb2d5e3a544b863d11ea0c8f7f741e1ed6835f"/>
  <unit id="U01667" pack="P033" kind="paragraph" targetSHA256="e0d0b48477a2c6353f7ca735c751633f2d6e7721640d387fe3d09bc68a67f63f"/>
  <unit id="U01668" pack="P033" kind="paragraph" targetSHA256="6adc3cdbd1347d114e9a83dda42f8b72cc422c3be7ab11d221749641d9b1f57b"/>
  <unit id="U01669" pack="P034" kind="heading" targetSHA256="a9475ff4a0052ff573d394a9552190884529fa779efd01653c5eb975b91226c8"/>
  <unit id="U01670" pack="P034" kind="paragraph" targetSHA256="ef835936b13f0b2b047b119656fbd349cd6d6446a9dab7cde35078e1423fcd53"/>
  <unit id="U01671" pack="P034" kind="paragraph" targetSHA256="fd084b532488f867dc10734b58dafb84165f98cca694d8e56f495976912467e3"/>
  <unit id="U01672" pack="P034" kind="paragraph" targetSHA256="719a034d0a830e92dc1f498b7f9336b462aa3dd63e3ba4554232c67215951a5c"/>
  <unit id="U01673" pack="P034" kind="paragraph" targetSHA256="50defec452b14859755f96efe25e325350112c80ebfb37077914f32cb9aefbca"/>
  <unit id="U01674" pack="P034" kind="paragraph" targetSHA256="daffe428ca0c58d89204f431157e48b10213a9dd6396c2ad279a927d3bdb57a1"/>
  <unit id="U01675" pack="P034" kind="paragraph" targetSHA256="20a0771bbe572630aaaea87015178bf2bf5be322ba3bde0db68f9fbf5e0c2754"/>
  <unit id="U01676" pack="P034" kind="paragraph" targetSHA256="872619cf220a77125c60fce1bbea903c606e9feb9e2e16d7f1e8f3003a2f7b6e"/>
  <unit id="U01677" pack="P034" kind="paragraph" targetSHA256="caa083d271fb8b2137687638296f0fe4fdaf5d11c72390b1805e0b808bd41efc"/>
  <unit id="U01678" pack="P034" kind="paragraph" targetSHA256="e500faec76cac86cd34595b117f48d1628721f1b81c92770dade37d8495b5759"/>
  <unit id="U01679" pack="P034" kind="paragraph" targetSHA256="4dcf41bd1cb3641f251e06aef82d869a0233d48e376fc6e7f3dd31e2d0a9d4b2"/>
  <unit id="U01680" pack="P034" kind="paragraph" targetSHA256="9aa802812328feabe1a1642af161e168242003370bcabca8a2ad26f06c749978"/>
  <unit id="U01681" pack="P034" kind="paragraph" targetSHA256="eecb26b2850c5683717fc2ae763762e44f5ee59352fd1ba234bb7ad2848c57e9"/>
  <unit id="U01682" pack="P034" kind="paragraph" targetSHA256="39719fd8ade8f5e565942d13debc7c64df36299871737c9758fe329137aee1eb"/>
  <unit id="U01683" pack="P034" kind="paragraph" targetSHA256="fb832be7b54a1047835d32fe2e1b9d1aff243becc16fb9ff8ba63de0106afb9a"/>
  <unit id="U01684" pack="P034" kind="paragraph" targetSHA256="5ac4e955a85a327fb20366ab5341c46218e16b97a6fa166af82dfe4ae0ffded1"/>
  <unit id="U01685" pack="P034" kind="paragraph" targetSHA256="9ffd3f99b9c861f2646f851894e2118b2930c2c475cd05c8eb2cf5d1600aaa34"/>
  <unit id="U01686" pack="P034" kind="paragraph" targetSHA256="18f54dde206c6e8c3ec39c2e7276b60e55cf2d588157b37a1b59b4fb774f8772"/>
  <unit id="U01687" pack="P034" kind="paragraph" targetSHA256="aad1580ba4afcd11bbce5565061b2bf6929a75d14fc013a9620b298927bfe8ae"/>
  <unit id="U01688" pack="P034" kind="heading" targetSHA256="4a2a43ef11dca2d77846b904112e479e0883b265c078ededafb7525e7d756dd4"/>
  <unit id="U01689" pack="P034" kind="paragraph" targetSHA256="ddd2b1410ee14309989e8a884877783b0ad27dfd80723ec8724b533a217cb705"/>
  <unit id="U01690" pack="P034" kind="paragraph" targetSHA256="7f247d703cbf1d6bc60efbca02ce267578c435cb9e31657c9f9c97f546d8ac05"/>
  <unit id="U01691" pack="P034" kind="paragraph" targetSHA256="812100d99f34701f727834c9e7910d5f4e7bcad821d9586fa09887c7c258f263"/>
  <unit id="U01692" pack="P034" kind="paragraph" targetSHA256="bfd6e37e8a16ae47500c8111f37ab3a70c735b76832161345da543235e895bf7"/>
  <unit id="U01693" pack="P034" kind="paragraph" targetSHA256="3776860fccb5d47c1fddf3c95ff6947b9cfbbcc92329687cfe3088ab2d055453"/>
  <unit id="U01694" pack="P034" kind="paragraph" targetSHA256="1acda1cf072f0ace20fafa16334c2e9f13c05f71886de9bd4211ed45ef5f2585"/>
  <unit id="U01695" pack="P034" kind="paragraph" targetSHA256="be6c9d267405d97386572f5de92450ec6f4bc1d54375bb5f989f9a4a6284383f"/>
  <unit id="U01696" pack="P034" kind="heading" targetSHA256="c13686044826856e06cbc2eafa8fc796ad5eb901e5349170a36a6b077632ad49"/>
  <unit id="U01697" pack="P034" kind="paragraph" targetSHA256="3a7810f564266d546098263067078a272ba2b9e4a3561002c2fe3b23c1db81ca"/>
  <unit id="U01698" pack="P034" kind="paragraph" targetSHA256="7b6561e819170189a24cb2183447145aa734f08eeae51204748cf66eb1c541dc"/>
  <unit id="U01699" pack="P034" kind="paragraph" targetSHA256="a3e816a2127b37ea49733215bfde5f31a5637224c216693bc03f1e10ed7b9420"/>
  <unit id="U01700" pack="P034" kind="paragraph" targetSHA256="6499717decbbb9cbf235a91f3dcf0add9cf9a03b79819c14645f3faf202108ed"/>
  <unit id="U01701" pack="P034" kind="paragraph" targetSHA256="4ccce0838cab38bcb930cfb6e4bf7a6fc438f5d1101eb9a30e358d3b25740a28"/>
  <unit id="U01702" pack="P034" kind="paragraph" targetSHA256="8c8cd2fe1a173a852ba34f0af97dcb18ad59703a68641ab5a19016395a985e6f"/>
  <unit id="U01703" pack="P034" kind="paragraph" targetSHA256="7f349f1b2d0a4fbf4281eb1ef12f249ae9b589ad29e750f3f974a217ace9dc0c"/>
  <unit id="U01704" pack="P034" kind="paragraph" targetSHA256="e3d14529c655897e774d1a8cf5cd0a1b64f59ce380f73bb7f7b298602a9350de"/>
  <unit id="U01705" pack="P034" kind="paragraph" targetSHA256="757f9d6a182a4edbec10e8cf4af2f86aac5cdf17973fe876991da674639ea62a"/>
  <unit id="U01706" pack="P034" kind="paragraph" targetSHA256="f9c6a11c03128a0ecfe03989dcc724160ba694762c051f89c2f8b87dfff8e219"/>
  <unit id="U01707" pack="P034" kind="paragraph" targetSHA256="3c19581a1af478a4c532b90a08fd63233041876f991409a1e69c6feef59d31ca"/>
  <unit id="U01708" pack="P034" kind="paragraph" targetSHA256="11f2826596889f07cfd74c338e799bdbc646ee2400a0c6875ecb8717b1e9e9d9"/>
  <unit id="U01709" pack="P034" kind="paragraph" targetSHA256="8ccec1e677e47a641e35222daa76c999d2a912dfa3048061dd4067fcc7ace96f"/>
  <unit id="U01710" pack="P034" kind="paragraph" targetSHA256="9e02f3fed9eb886a5054dce085b7141515cc6ef8d1912979006de06a6132c5bd"/>
  <unit id="U01711" pack="P035" kind="paragraph" targetSHA256="a509157693240f61b88a51551817e48f2331daad9902a86f9055bb164a8893a7"/>
  <unit id="U01712" pack="P035" kind="paragraph" targetSHA256="149541e5af92314ad10ff3dc2c5b9652b6517cf39b49089817843c5a3d27674f"/>
  <unit id="U01713" pack="P035" kind="paragraph" targetSHA256="66dcb3cd2d712ad3f3bc7022b8b99cd9f75492f1aab24c84174e718ea56a148f"/>
  <unit id="U01714" pack="P035" kind="heading" targetSHA256="5deef9138a13c1949139554526060f4766a71eeb878018f273cf28874bb9d257"/>
  <unit id="U01715" pack="P035" kind="paragraph" targetSHA256="23ada6a854bc96d999c8b58ff895ad471e5037c0a1fc8602cae0d12d548d8016"/>
  <unit id="U01716" pack="P035" kind="paragraph" targetSHA256="17d515343becb51b1a31b8c819b22b63a545f43f40c2d56856b12f9b538496a8"/>
  <unit id="U01717" pack="P035" kind="paragraph" targetSHA256="af3f251fcbd62393588855e98aee155f90055884129dbc32ec1b69835dfa7ca1"/>
  <unit id="U01718" pack="P035" kind="paragraph" targetSHA256="f163e423dd37e8849139b8d673dbc3faac404c6114603ea55759ab7139cd88ae"/>
  <unit id="U01719" pack="P035" kind="paragraph" targetSHA256="5a00add84d84fbc50801f86b1230024123e8cac2ceb2ccdac9abdcd8ca823f90"/>
  <unit id="U01720" pack="P035" kind="paragraph" targetSHA256="d33320971f428f92a4fa2c789920ddbf787626dad7c6e02b73d5525a6403f885"/>
  <unit id="U01721" pack="P035" kind="paragraph" targetSHA256="d61eb19eb3ac1d3db113a4e0a4c3dd601a3c751ae8898fee63c208ec4e2283fa"/>
  <unit id="U01722" pack="P035" kind="paragraph" targetSHA256="1091878d069bc80076760ca0fc86c5ec721e54e702d1ae37ce8a5c657ab0bb27"/>
  <unit id="U01723" pack="P035" kind="paragraph" targetSHA256="218ee1a780f64edd4eb36722d6d549b5a1f9d5ed7c14e4d116a58f69c41fdde8"/>
  <unit id="U01724" pack="P035" kind="paragraph" targetSHA256="0660776a95311ec384d464633c67ae10bf44341f6a00dc103b614983432b136a"/>
  <unit id="U01725" pack="P035" kind="paragraph" targetSHA256="d7d7c5ae447c42d736a063e60138feced292d61c427f937b820531f31779fe79"/>
  <unit id="U01726" pack="P035" kind="paragraph" targetSHA256="0a4667da3b011cb28163cb68cb263a27337b6c78a0e1ac9b3cbad0cc86002d07"/>
  <unit id="U01727" pack="P035" kind="paragraph" targetSHA256="c4561f5f42df9faa4013521e1afe41b7ecc59728e0c572d2cab20e10c485c875"/>
  <unit id="U01728" pack="P035" kind="paragraph" targetSHA256="5b5fbae31ee2e7cecf3b3cdf5c8d2724146d3027561cdbf4afda04c7e435fd0f"/>
  <unit id="U01729" pack="P035" kind="paragraph" targetSHA256="dd5a9e8124e02c46845a559ccdbc09b2fcdfbd5c6c05f992772ae34bbb9eec39"/>
  <unit id="U01730" pack="P035" kind="paragraph" targetSHA256="e42aa20602d40e3654c8fd7e0fd69fe677454f34fe87f4a89df4812e4934f95e"/>
  <unit id="U01731" pack="P035" kind="paragraph" targetSHA256="0f8c33737890d89027d52c25360c991d71f4f2442eebc36683863fadfd10d5c1"/>
  <unit id="U01732" pack="P035" kind="paragraph" targetSHA256="965552813714f4a84663c2689389a0883d95625afecbc15d7660f6dd3c56a1a7"/>
  <unit id="U01733" pack="P035" kind="paragraph" targetSHA256="d05b138ab6d1bc6ed291f1f820ceb0111fbceeb04dcac305d256a2dfd3680305"/>
  <unit id="U01734" pack="P035" kind="paragraph" targetSHA256="42063f5a868023f11fe8608ff51d5a7942c76c28d02a61fd35e28762ef73579b"/>
  <unit id="U01735" pack="P035" kind="paragraph" targetSHA256="4ab0e6fcb3783ba1b24514da603ecbc81a9dc2cb3a70c2ae85260226ba34b36e"/>
  <unit id="U01736" pack="P035" kind="paragraph" targetSHA256="d1adb22f24c09540daea6c5133d5de3ec3f0ceca7d6680be0038783b0c91b26d"/>
  <unit id="U01737" pack="P035" kind="paragraph" targetSHA256="ad4c885efca2fd02c5d447bb35d18a65c8f596ad0a8ff42729fe1b5ab58a201a"/>
  <unit id="U01738" pack="P035" kind="paragraph" targetSHA256="ea8ce8c8cdbd5b781aff52893e6d09df913da341e1d8b1cf502697cb5bf5a4a3"/>
  <unit id="U01739" pack="P035" kind="paragraph" targetSHA256="052b65fa8a605879ab40243a285c13c6472db8b3f6d31203cd889223b9e557e7"/>
  <unit id="U01740" pack="P035" kind="paragraph" targetSHA256="acbf0434efe90958a2315ffcf749be199ad0119ff781246b462861c01270ff67"/>
  <unit id="U01741" pack="P035" kind="paragraph" targetSHA256="63209eb171403d917c87c152280b7679c10576c0e4c7b6d1ff419b0ea10f164e"/>
  <unit id="U01742" pack="P036" kind="heading" targetSHA256="86f4ced646a63d25ac8bcd314562257a5010e56d2843768cabf6f071b83439d8"/>
  <unit id="U01743" pack="P036" kind="paragraph" targetSHA256="7ef207932727acf778b7c7faae7d79a5cdf84a76ac370bcff86b73092bf1a936"/>
  <unit id="U01744" pack="P036" kind="paragraph" targetSHA256="cef6e3bf1cb2c7c75b887070aa2a79e67f44ce64e211c3ff273f286cf900dbb1"/>
  <unit id="U01745" pack="P036" kind="heading" targetSHA256="c4b77561da39d260053ef595b70885d005d9db460020bba2efcf7277e6450657"/>
  <unit id="U01746" pack="P036" kind="paragraph" targetSHA256="0a0c6336e0f1037f32be01b98c529cee2656e9e8f42f8cbf02fae103172b290b"/>
  <unit id="U01747" pack="P036" kind="paragraph" targetSHA256="6b696c9cfc3d96b2f8a40472bf4427c100542a7db2ff27a8810a4e7573812c6a"/>
  <unit id="U01748" pack="P036" kind="paragraph" targetSHA256="8383757d974d7d4614b1a56797a71e88acce24ab80928330bc16b2b8013691d3"/>
  <unit id="U01749" pack="P036" kind="paragraph" targetSHA256="d453c09eee29f34e8abb9c7f1d24580410b6c19fb6ed192762f6ff6b9ce459b3"/>
  <unit id="U01750" pack="P036" kind="paragraph" targetSHA256="b93d08d0aa24b70ae59c12b415f4a2aa0e3402d60c5767a566b8624c0ee736e6"/>
  <unit id="U01751" pack="P036" kind="paragraph" targetSHA256="47f7c2ade0afb461656472cbdc4ca05c9b3cfe2e68ad44eef3fc29602039776f"/>
  <unit id="U01752" pack="P036" kind="paragraph" targetSHA256="bf97abc7b3f401004f1c0640ebbead351583069a75f5e03ea002f1bdc7761958"/>
  <unit id="U01753" pack="P036" kind="paragraph" targetSHA256="3a5e684202d45c50376d2bbfe5253722902e2d9996f11fd748daa74b4740708c"/>
  <unit id="U01754" pack="P036" kind="paragraph" targetSHA256="dc2a6a2e2d0bd55597f8a598bbc423008e87f88b50058379fc7019df382f7437"/>
  <unit id="U01755" pack="P036" kind="paragraph" targetSHA256="f5178b89a55096a9788721d7043f9cc83f67dd8e8b1913f224d2d1042219aaaf"/>
  <unit id="U01756" pack="P036" kind="paragraph" targetSHA256="9cda2bc91049e178e15dd0d5f138f839dc07652be7b9c898d6946be61a1e6734"/>
  <unit id="U01757" pack="P036" kind="paragraph" targetSHA256="71073910c2f099e74da0eecebaa9ea112a3e49c59b9753550ac19bed3ae11015"/>
  <unit id="U01758" pack="P036" kind="paragraph" targetSHA256="16fde4270d63004bbcfa5e27f7e632dd9b1a953056b7a998107827e6c4f5d789"/>
  <unit id="U01759" pack="P036" kind="paragraph" targetSHA256="56c7ca2a2672a26f15df8b829a285f359ce540f3de865db9aa5d99d15bfb0a26"/>
  <unit id="U01760" pack="P036" kind="paragraph" targetSHA256="1291d3c5ce9ba86817614ce27a3b62a0f752f229f739593f2faa1022cf5de754"/>
  <unit id="U01761" pack="P036" kind="paragraph" targetSHA256="8c4866bfbf77f32a81e3416f18ea867f1c6fadb3ebc270202ca9cbe2934f0630"/>
  <unit id="U01762" pack="P036" kind="paragraph" targetSHA256="87eb7704e5a35cbe2d9dc4643c70a8a89103a41aae784fd5db872d20ae23cef0"/>
  <unit id="U01763" pack="P036" kind="paragraph" targetSHA256="a7a2f7a2225eb0c759d6579eb776c35c958fa6142a4b8ea9e5b6ffa5c739f886"/>
  <unit id="U01764" pack="P036" kind="paragraph" targetSHA256="f43e14ceecb5c1c00a39bc592f350b2b97015a0dca15fb20e4cd5404c65c741f"/>
  <unit id="U01765" pack="P036" kind="paragraph" targetSHA256="c50873f1144cd7ba63a512f49547d4e2241461aff5b781f9f3fcb87277575320"/>
  <unit id="U01766" pack="P036" kind="paragraph" targetSHA256="1d500a98b1bdba73fc0514e20005e1f3d0fb01573155957eeaa098910edd480b"/>
  <unit id="U01767" pack="P036" kind="paragraph" targetSHA256="8cd7f0672b1052a7c848b6a8f87bbf0f7e8aa985a68621aa306da0a087f7a064"/>
  <unit id="U01768" pack="P036" kind="paragraph" targetSHA256="930e6d3a888d70e9eaa7eac994a75772cdf343682fa19c879b6e42f4271d011e"/>
  <unit id="U01769" pack="P036" kind="paragraph" targetSHA256="9a7b8374c7d7870673f44affed98969d681cc99a71e46a3db774f0b6f9d53f97"/>
  <unit id="U01770" pack="P036" kind="paragraph" targetSHA256="072591a87d2bf07e6d60cc2ac126eda10aeae5ad8d1889967a228cee0a3caadb"/>
  <unit id="U01771" pack="P036" kind="heading" targetSHA256="c741c9498a9f42f2d7ce7653077e27b80d418dd9ff0fadaca74e02a33dd73f63"/>
  <unit id="U01772" pack="P036" kind="paragraph" targetSHA256="5f7fa7b65c9cb90a309b6af74386779adf348a4e9535d8646a372b47edd7d88b"/>
  <unit id="U01773" pack="P036" kind="paragraph" targetSHA256="93e1e44a36667e8709f7dbcd8cdc029c80b33c8892ad3a46b17cec10bd562818"/>
  <unit id="U01774" pack="P036" kind="paragraph" targetSHA256="009b2b97566d78ae33f4e3a5adb131039e111658ce298b0372018a6b442cacb4"/>
  <unit id="U01775" pack="P036" kind="paragraph" targetSHA256="d17d9a1a8e4592388ca57204b2be81a319a5037cef476296294db282bff76cc7"/>
  <unit id="U01776" pack="P036" kind="paragraph" targetSHA256="6da2817a6c3b1858d958bcf0dd2d792b0765014532a663d6a23648ab2059b79b"/>
  <unit id="U01777" pack="P036" kind="paragraph" targetSHA256="8c0feb3b72d4199dc4a66acd3413c25eb9685c0afa46343ef0e988cb48b93329"/>
  <unit id="U01778" pack="P036" kind="paragraph" targetSHA256="09dfab3cbc62963c8c91c8f9e2fe3ee4172f73a2d67b33f6e84de44ef2c84122"/>
  <unit id="U01779" pack="P036" kind="paragraph" targetSHA256="acf6b998633541cb7a9bbe06e43444fbf54b295591c6e503466d6a4698adda0a"/>
  <unit id="U01780" pack="P036" kind="paragraph" targetSHA256="81f60ad27f22c4a0e4bd7a30334d889599021de7c18e97e69988319ea7ce1f4b"/>
  <unit id="U01781" pack="P036" kind="paragraph" targetSHA256="2190d8e99feaa053580f6338f48a61df213972c4306a1958a1a88ff4113d4da6"/>
  <unit id="U01782" pack="P036" kind="paragraph" targetSHA256="cf6fe44317e9690f7cf9163d647a3b52f1f490e657997dd19cc6feef74aac967"/>
  <unit id="U01783" pack="P036" kind="paragraph" targetSHA256="bef98aed4c09f1ddf85fa0531b83dddc50b36fd1183e232882c7527d7e427898"/>
  <unit id="U01784" pack="P036" kind="paragraph" targetSHA256="cac00874206d857dd3e17cc92919281e7e0a6f0047384844188789b585b0265f"/>
  <unit id="U01785" pack="P036" kind="paragraph" targetSHA256="0f7284a62c032bcaf833f358dcf4423937417b77fc6e1fb11cb2a81e28fc6f7d"/>
  <unit id="U01786" pack="P036" kind="paragraph" targetSHA256="3686ecab106670730f98158f05d32202e7617991dba8345326dd8840707d2bd8"/>
  <unit id="U01787" pack="P036" kind="paragraph" targetSHA256="277f6e12442caaa8213efdc3d59db411f0e6c7839214620d042ad92b6e934dbb"/>
  <unit id="U01788" pack="P036" kind="paragraph" targetSHA256="3806d92b427f69a328b383b9b425f63c3bba6b4a7812df2ca7cfb203ff5d11a5"/>
  <unit id="U01789" pack="P036" kind="paragraph" targetSHA256="8b799700d56129b1c358204efa457098f226103b17e1681fcc4b596bbefbd4fe"/>
  <unit id="U01790" pack="P036" kind="paragraph" targetSHA256="94e3e12f283ea7166f8b081c4f9e784c10eabfc002bfdd0fddae82b386f9231d"/>
  <unit id="U01791" pack="P036" kind="paragraph" targetSHA256="f17f99b3291349fbf651f55793620b3e3f1ead34573549d27875ce5cc9e82e61"/>
  <unit id="U01792" pack="P036" kind="paragraph" targetSHA256="2501bd68618589920615e6f1f3f31a2039bb0d6bcebfb2de43d8b56f9e2a75d8"/>
  <unit id="U01793" pack="P036" kind="paragraph" targetSHA256="1b2a74034c41a5ab1eb5a1a6c1b7311fac144d6b19fc8ae4e4400e950c01e799"/>
  <unit id="U01794" pack="P036" kind="paragraph" targetSHA256="5a08d4025dfa14612a2d08eea132974a44a90dd23dcfa47362b4fc6b426cd7d3"/>
  <unit id="U01795" pack="P036" kind="paragraph" targetSHA256="e555383193ebfad87d906840e775aa282e6af92fa687546bcdc6124a3141b355"/>
  <unit id="U01796" pack="P036" kind="paragraph" targetSHA256="a5a0f881d3f57fc3fb070a6d111b4e943b74307e9e55fcc6d1e1590bd19683dc"/>
  <unit id="U01797" pack="P037" kind="paragraph" targetSHA256="7bc0161d1c01122c6139c8d0b77b739ea8abfc3e741707953e923a849afb5f03"/>
  <unit id="U01798" pack="P037" kind="paragraph" targetSHA256="6209f700d575e06dc93b3b8324566d471d8edea2009c8429ec90306b8ed162f3"/>
  <unit id="U01799" pack="P037" kind="paragraph" targetSHA256="bdfe4035a0c9fa71cf86e7d1f6543798b36cf58b989f3596d481d51e5f355ea8"/>
  <unit id="U01800" pack="P037" kind="paragraph" targetSHA256="b4d69105072bddf909b71b9e684c566245b5df83edd7a7a80abe3d2a9a125073"/>
  <unit id="U01801" pack="P037" kind="paragraph" targetSHA256="9220d7736194ff03aef08e140bd699a94eb1e7fe28de58511ecd4971ece57eaa"/>
  <unit id="U01802" pack="P037" kind="paragraph" targetSHA256="2a2e4be70b3199a6846325b1d0f43f8753adf5caed9773a834de85173899271b"/>
  <unit id="U01803" pack="P037" kind="paragraph" targetSHA256="b6e0f92c28daefe5a6ae2f8a76d8fe2029073afbb30577e86668cb981d755130"/>
  <unit id="U01804" pack="P037" kind="paragraph" targetSHA256="b4762fb54d3834aaa2dda01b0b662883ad879c2d8761a871c11b24822abaeb7e"/>
  <unit id="U01805" pack="P037" kind="heading" targetSHA256="786a74addd1cc92cd5ab438a634159cfc82b609a682dafeca6189310f23fed34"/>
  <unit id="U01806" pack="P037" kind="paragraph" targetSHA256="0dcc012434cdb6876dc9fab2440070023b267551fb0a0ef8c0018b54660f4449"/>
  <unit id="U01807" pack="P037" kind="paragraph" targetSHA256="ecd6de3e138572ccce881558ff55eadb77572686cc2ed513ffebe56537fdb27a"/>
  <unit id="U01808" pack="P037" kind="paragraph" targetSHA256="c8f2d3319f7439dc5070e040c55ab896099cd02abaf2ca4a58844f82e8f12cb7"/>
  <unit id="U01809" pack="P037" kind="paragraph" targetSHA256="57f291f2010cc20c701293c44147a180e6e19cca257fc1bc2caf12e14f3a6274"/>
  <unit id="U01810" pack="P037" kind="paragraph" targetSHA256="948fc76dc1bbf575b79b7cce4f418902a32018c6930bfa8915fa0520deb7a60b"/>
  <unit id="U01811" pack="P037" kind="paragraph" targetSHA256="d8662f11f4398368f8540f84fd3f7a2f99924df2eb990a31e04b0bb161fcd2ca"/>
  <unit id="U01812" pack="P037" kind="paragraph" targetSHA256="f49d13f37f8ce0e718ac7ca48db45231bffc0b92a5745a66ec0e5779c4c9feae"/>
  <unit id="U01813" pack="P037" kind="paragraph" targetSHA256="5b65e0169c9d6f7f9d5f983ce2a3e76020a1719021a07f0d7bdae2866f496306"/>
  <unit id="U01814" pack="P037" kind="paragraph" targetSHA256="504e2f170b390b5e7b73cd8f8b46d842b38b19c481a79e2f782517c61057aa52"/>
  <unit id="U01815" pack="P037" kind="paragraph" targetSHA256="96f868df8692006e01450c3c105769d247e35a2481ce7e7a96fa06fed019168a"/>
  <unit id="U01816" pack="P037" kind="paragraph" targetSHA256="478ac7538cb3dbe22c86a42dd31d22a61487b5004fb4086e9c65c6ef6cb803a3"/>
  <unit id="U01817" pack="P037" kind="paragraph" targetSHA256="2daaea413b456d9bf08724a2d39eccd6f07d27b76f3281bb1622e7f5c3f11bd3"/>
  <unit id="U01818" pack="P037" kind="paragraph" targetSHA256="6f928b8e3b55c1c222cfade837c9ebf4665ff4107c2c308833a0a2a68f36d9bf"/>
  <unit id="U01819" pack="P037" kind="paragraph" targetSHA256="f930045538d4f0fffa37b722edfee7b40315a7aade787915a60e682cdb39724b"/>
  <unit id="U01820" pack="P037" kind="paragraph" targetSHA256="7a8f01db046126dc1071ebbe94d92c34675b11e085440351738227135b174fc4"/>
  <unit id="U01821" pack="P037" kind="paragraph" targetSHA256="ba9c73d3a77e6af695f6f26235f1072bbfddce4f526bb2b1c43bd08d9417243f"/>
  <unit id="U01822" pack="P037" kind="paragraph" targetSHA256="85f7412f62d59c28ee82539174255b1ce52b43c785898139d59aac48712c36b1"/>
  <unit id="U01823" pack="P037" kind="paragraph" targetSHA256="6dcb08029ac4a935a98fa5499c36867454463165c9f3df37f050864fc4a98128"/>
  <unit id="U01824" pack="P037" kind="paragraph" targetSHA256="edaaa9e3cfbe476da6b13603e33766e88010e55a01daa754d52a73c5b82dfec3"/>
  <unit id="U01825" pack="P037" kind="paragraph" targetSHA256="2312286e7e8dea5ad68428a0e555c97848ca99eaf31de975a5528341a8e78459"/>
  <unit id="U01826" pack="P037" kind="paragraph" targetSHA256="fac325fa97dd365964047ee94b4a5c3baa9e9d8481ba21c98df72bc54aeb8218"/>
  <unit id="U01827" pack="P037" kind="paragraph" targetSHA256="2677326a6b99bed83e4bf5d9f641407c4b25970085d715e4715837bcdda888db"/>
  <unit id="U01828" pack="P037" kind="paragraph" targetSHA256="0beb686b7a9d4fe89087bd3d50c10b3275cbd8ca53f1586dc6c8b6668fc8aee3"/>
  <unit id="U01829" pack="P037" kind="paragraph" targetSHA256="7405c1b84fc4c76455abcacd8ab0562ed626212dd1a3a531201bd0e3a29ec262"/>
  <unit id="U01830" pack="P037" kind="heading" targetSHA256="94802c160e33b1c9f1ac887a87195fb8a06aa37f367bafaaebf255498016c606"/>
  <unit id="U01831" pack="P037" kind="paragraph" targetSHA256="bfff55c3d46370c6bbf2d35a2bd7d5782bac731b582fabb6db361487f1c7c0ba"/>
  <unit id="U01832" pack="P038" kind="heading" targetSHA256="9c21aab035bf8f58575cab0c0443ebc1110abfbf88021a746097830c7ee370f4"/>
  <unit id="U01833" pack="P038" kind="paragraph" targetSHA256="19fbce17f87092aec284960c41f2db07f8aaf032fbdb6abe1c403f573c7f6e38"/>
  <unit id="U01834" pack="P038" kind="heading" targetSHA256="9ec25a6750f0c3b96b3fe615afcdb7ecedaf84451975f7196c5ade2e3c0e582e"/>
  <unit id="U01835" pack="P038" kind="paragraph" targetSHA256="5be890300755c8c1f796970750b3c022b807a2e9220ed32afa1e502f7a60ac9d"/>
  <unit id="U01836" pack="P038" kind="heading" targetSHA256="7fe3fb308b057214775959ae15b1d4ad03a3b9be83d74c3e314ad54158be85cd"/>
  <unit id="U01837" pack="P038" kind="paragraph" targetSHA256="59c0a9a03828faf7a6a900a738958c90a8ed709881494bbd517c92ca84abaf02"/>
  <unit id="U01838" pack="P038" kind="paragraph" targetSHA256="ee35a630da5fcc06c3b6ecd7001456b864b80b8373d1f02b03734db7e90f4e3e"/>
  <unit id="U01839" pack="P038" kind="paragraph" targetSHA256="369915ac8b6fe4f236bc6b72b234431e374a8f8930df3868c33799344981f6a8"/>
  <unit id="U01840" pack="P038" kind="paragraph" targetSHA256="75b655e1fad5397ab92b6f1ae7349c7aca545a8d778d01b207c715223cc153c6"/>
  <unit id="U01841" pack="P038" kind="paragraph" targetSHA256="4181d85046083daff3cf44c41675be653a43d3d06e2876c39399bd91e5c794f4"/>
  <unit id="U01842" pack="P038" kind="paragraph" targetSHA256="0f6ea5a48a4898199ac049a7442f0c6da39ee56e3586a5c3cbb2220d04f8b655"/>
  <unit id="U01843" pack="P038" kind="paragraph" targetSHA256="a6cd44722788b512018cde943f700404597f6dac7e91d59b57dd8e92c6c049c4"/>
  <unit id="U01844" pack="P038" kind="heading" targetSHA256="1d4cce6515286822eccd931e67a70b324f3539e95abfd416f232a7ab85412295"/>
  <unit id="U01845" pack="P038" kind="paragraph" targetSHA256="769c7969070d91479db0a936233df2bcbdd0ecbe70f680c10053731cc30c168a"/>
  <unit id="U01846" pack="P038" kind="heading" targetSHA256="bf6c87a7e7008b3ebbe08183ba4aa8f9c969715f6c3174cd13b4095b7a90c666"/>
  <unit id="U01847" pack="P038" kind="paragraph" targetSHA256="e6e7988e6c9d5e152b50f32ccbc8680e691c083c9ff076e3658031382e988ce0"/>
  <unit id="U01848" pack="P038" kind="paragraph" targetSHA256="b84165a20fc07f7edfa8b17a7f1484e5974592f88d0c98ecc3b44010fd0404bb"/>
  <unit id="U01849" pack="P038" kind="paragraph" targetSHA256="66161a231678896a9878a4fb1e0de701d75e3920740a9c3ad0578f692f52d450"/>
  <unit id="U01850" pack="P038" kind="paragraph" targetSHA256="64aa55cbb90b0f970a8610f248f7f96e2403a2c4d225cc30270945c08c52d1c9"/>
  <unit id="U01851" pack="P038" kind="paragraph" targetSHA256="523e2baca34cc81207a828d47fe6aee7117a980788501474128a3530bdccefbf"/>
  <unit id="U01852" pack="P038" kind="paragraph" targetSHA256="0ead97af84a506f95e1c9a4c5571dfd73283de0fb790bd0d6789126fe7df9eb9"/>
  <unit id="U01853" pack="P038" kind="heading" targetSHA256="1d4cce6515286822eccd931e67a70b324f3539e95abfd416f232a7ab85412295"/>
  <unit id="U01854" pack="P038" kind="heading" targetSHA256="bce892b9a63eb3277f82a4adef6659b76d093773f52a430c20565fb8d6216ea8"/>
  <unit id="U01855" pack="P038" kind="paragraph" targetSHA256="d3f71708556aa0d5e19c66be710aaa96df2ab4ce77b834dbfba82881cdfaa9b5"/>
  <unit id="U01856" pack="P038" kind="paragraph" targetSHA256="0b6893199c13e0cbb6d44ae7d7f8e2eaa9cf8a0b4dda9d9e726bb0fdc3f5b308"/>
  <unit id="U01857" pack="P038" kind="paragraph" targetSHA256="3b6fa63edb12e5d4730bc63a87708fa4959039c8eb20fa51423755cdffb4f4a6"/>
  <unit id="U01858" pack="P038" kind="paragraph" targetSHA256="c36c871d34ad0d3b20185491dbe8e7f9412385b300762f74a33dfc3c2d0794d6"/>
  <unit id="U01859" pack="P038" kind="paragraph" targetSHA256="73b51667d713c8822dd75ca92b9a5b50086eb107bd990a1f4c3dd9ba687590c9"/>
  <unit id="U01860" pack="P038" kind="paragraph" targetSHA256="59922871e898c5fa1edbaadee66d7960b7453b444e2483ce304874c88e44ad1e"/>
  <unit id="U01861" pack="P038" kind="heading" targetSHA256="1d4cce6515286822eccd931e67a70b324f3539e95abfd416f232a7ab85412295"/>
  <unit id="U01862" pack="P038" kind="paragraph" targetSHA256="c8f881d57325659657422ca767ec81580395f383cd6afda7f0a722bb07b386a6"/>
  <unit id="U01863" pack="P038" kind="paragraph" targetSHA256="65185fd586ad96edd2f647240996aca884d52dc32d2cd18df3d7455d6bb2cc32"/>
  <unit id="U01864" pack="P038" kind="paragraph" targetSHA256="72c9bf33aefe8671fcb8727a409d7de454424093dff2d112c54cf4fe5833ad2b"/>
  <unit id="U01865" pack="P038" kind="paragraph" targetSHA256="570c301feb1e24a9a7faf45f69759933502521686f8a8d0218d350a046de9e53"/>
  <unit id="U01866" pack="P038" kind="paragraph" targetSHA256="4385806e2d1a89e0e11657f8148c5ef1ee69873bdef15d72498bb574409f4982"/>
  <unit id="U01867" pack="P038" kind="paragraph" targetSHA256="50ad4ec18e87086d7e29c440c294995db9e88b578ec19a0cd2cc21334ab6b595"/>
  <unit id="U01868" pack="P038" kind="paragraph" targetSHA256="2bc755420f41b50fc08f76203b0e3127404eb249e666a7ee7fa9555ad938f7af"/>
  <unit id="U01869" pack="P038" kind="paragraph" targetSHA256="98504d691aacd5c86f763a25da0259c0dbd4259b9063c4aa26f366395ea3c750"/>
  <unit id="U01870" pack="P038" kind="heading" targetSHA256="1d4cce6515286822eccd931e67a70b324f3539e95abfd416f232a7ab85412295"/>
  <unit id="U01871" pack="P038" kind="heading" targetSHA256="917a567e122a618675604867efb0289edfd64f2bae4bf49b00239a7e87bbfde9"/>
  <unit id="U01872" pack="P038" kind="paragraph" targetSHA256="a378cbee392032d89c6b67b473639d355b949dc330df6af8ed9b01f05c6a5c24"/>
  <unit id="U01873" pack="P038" kind="paragraph" targetSHA256="b02f643b3721759867981e4043f40a876ea9f6e07262f22be2e9051c4ae24ead"/>
  <unit id="U01874" pack="P038" kind="paragraph" targetSHA256="13add03103d93de2749655a2ad7d7b51e55f00f406bc9b6f0964f5cf4de071af"/>
  <unit id="U01875" pack="P038" kind="paragraph" targetSHA256="090b494ff2d1a58aac58c114de117537075cdfd99255d8bb421c341310d0b9fd"/>
  <unit id="U01876" pack="P038" kind="heading" targetSHA256="1d4cce6515286822eccd931e67a70b324f3539e95abfd416f232a7ab85412295"/>
  <unit id="U01877" pack="P038" kind="paragraph" targetSHA256="fab178b3d649b461657f6d31c8700e6f19bfb6b7541c0348b73735432eef8442"/>
  <unit id="U01878" pack="P038" kind="paragraph" targetSHA256="528691626e18afe2afddd8bb94e75dc4d0c6324873b098f1fc2a87ea5cf13405"/>
  <unit id="U01879" pack="P038" kind="paragraph" targetSHA256="52ae33ea7ad595a5f422f88eac8122da3cb1c32dd5330bef0f51a43e2bd13280"/>
  <unit id="U01880" pack="P038" kind="paragraph" targetSHA256="a310a42cb0fb2a215881204a6b6375c372c85b1576093f5902932974f9cf5fe5"/>
  <unit id="U01881" pack="P038" kind="paragraph" targetSHA256="1b6c8af80bc0344faff00d7ac6aa7a0af5ae1438cc42dc9f102385be1245e98d"/>
  <unit id="U01882" pack="P038" kind="heading" targetSHA256="1d4cce6515286822eccd931e67a70b324f3539e95abfd416f232a7ab85412295"/>
  <unit id="U01883" pack="P038" kind="paragraph" targetSHA256="b2b97b7c4ae7c8ab576e585935d7daec049f81843075b81b46c14af643e12d25"/>
  <unit id="U01884" pack="P038" kind="paragraph" targetSHA256="d81c55cdc6e04ee29dd0bdea2b66140d9bcf2f2c0391fc7683af48bacb8c8984"/>
  <unit id="U01885" pack="P038" kind="paragraph" targetSHA256="f30ab1df8965b2799a22443bee3c5e3d59ff77710ba1c1a68cc4f25d401083f5"/>
  <unit id="U01886" pack="P038" kind="heading" targetSHA256="cc4b51bc40063c8e5fa8d9f956c494bff4194b649631a0153a25d0626efc2a12"/>
  <unit id="U01887" pack="P038" kind="paragraph" targetSHA256="26fbc90554235cb32371c1bb2d8a50d90abe252404e17b80eeaa9ce7d38d76e3"/>
  <unit id="U01888" pack="P038" kind="heading" targetSHA256="c70e2870352df426a8afeb63beed7f75b996ce90f44c804c2a131a4b52f2a7ec"/>
  <unit id="U01889" pack="P038" kind="paragraph" targetSHA256="739898e10456962d7c50c117199617f6b1bc0eca2ee4d63e95a71287777c3381"/>
  <unit id="U01890" pack="P038" kind="paragraph" targetSHA256="e50dc28c4413aa5b173f5a0145da9fedf717a574bc84053ab013fdad111f9db9"/>
  <unit id="U01891" pack="P039" kind="heading" targetSHA256="1d4cce6515286822eccd931e67a70b324f3539e95abfd416f232a7ab85412295"/>
  <unit id="U01892" pack="P039" kind="heading" targetSHA256="86d255215cc21445e3ca6d2b31301852206f62e9239bdf8679ab2df74a39958f"/>
  <unit id="U01893" pack="P039" kind="paragraph" targetSHA256="7abbed8609001b5441046a74c467169e8c84508221c90b50ff522c6967b72f54"/>
  <unit id="U01894" pack="P039" kind="paragraph" targetSHA256="c0916a93fa425571a86049c641381418c5239ac2e05db2ca4281bacf14fe92f9"/>
  <unit id="U01895" pack="P039" kind="paragraph" targetSHA256="f64d5980515479f42bab95db9bae9db5014fa450ab77818931f6ba52bce005e9"/>
  <unit id="U01896" pack="P039" kind="paragraph" targetSHA256="f253a18ee473413342a9c7d2c806c6586eb7bc39d9e5774ef7c6f37292d055a3"/>
  <unit id="U01897" pack="P039" kind="paragraph" targetSHA256="c3b7c1c7ade309b777eb3931ea7971bfe642616b50119b433d76c96018a8683f"/>
  <unit id="U01898" pack="P039" kind="paragraph" targetSHA256="273383e213eae5f60458db84f72555dcc5767ddd532320ec4e587654a80c80c1"/>
  <unit id="U01899" pack="P039" kind="paragraph" targetSHA256="b595be49edab6f6f69f72d785cd4057b07b71ebf6aee8464c671e31872d5c6b2"/>
  <unit id="U01900" pack="P039" kind="paragraph" targetSHA256="03fcd97eaae017fbc30ef04e53ae51eba4f1a5d86eebc076cbf0b59f6042bd00"/>
  <unit id="U01901" pack="P039" kind="paragraph" targetSHA256="866216d39db602004043b6b6f44d3650bc07e7a43f7219c49fdce5abd83ce867"/>
  <unit id="U01902" pack="P039" kind="paragraph" targetSHA256="60ca566ab387fda46fdc931b5264e4f04f183f5e4d202553d540dc99e20bc84b"/>
  <unit id="U01903" pack="P039" kind="paragraph" targetSHA256="0d15fc87b1ef203069e23c48ea697700b9dee8d810d0683bed9ed23381ea8c7d"/>
  <unit id="U01904" pack="P039" kind="heading" targetSHA256="3907fe4cc994877f6672fefdf5522a5a73fd316759425463d70b7098741c46a0"/>
  <unit id="U01905" pack="P039" kind="heading" targetSHA256="d1fefc15551cac8798542e8f564b38367222422599598c940fa953d12a82f4ba"/>
  <unit id="U01906" pack="P039" kind="heading" targetSHA256="c4572a2dd9b7f4e8dcfeedb4eb778115e2319c55725a9415afd0d775445e400d"/>
  <unit id="U01907" pack="P039" kind="paragraph" targetSHA256="3a18da085b431d0d370077ddf577878479419dbb0da244779237c1ec78e3a310"/>
  <unit id="U01908" pack="P039" kind="heading" targetSHA256="9f19735cb5e3472d14fd9ab40fbe86a68d4a4d206250faf7ad2399037ce86d78"/>
  <unit id="U01909" pack="P039" kind="paragraph" targetSHA256="b4a7478a1b953e103aeae1de9eb388f5dc0b1d20205313449b3e7ec1371e6377"/>
  <unit id="U01910" pack="P039" kind="paragraph" targetSHA256="20fffa10a742eb5b52a090d498f0b4b44689dc3b26b61193ba1e5ee9038adf4f"/>
  <unit id="U01911" pack="P039" kind="paragraph" targetSHA256="33c5d9b7ceaf65911a7fb836816fd42ea57a5f3d89f7c3538c08bb4b0db529a6"/>
  <unit id="U01912" pack="P039" kind="heading" targetSHA256="e46fc254675f2213af4a39775ec950a331878a540ca8237464f3f79b35b0da74"/>
  <unit id="U01913" pack="P039" kind="heading" targetSHA256="cb983c109e3104300c08a9f8098b13dafaf43c30b1d06171a3d32eec3731cf5b"/>
  <unit id="U01914" pack="P039" kind="paragraph" targetSHA256="eb6172f68e62adcd2c197988842aa72b90d629873386de358737ab8756e9d8cf"/>
  <unit id="U01915" pack="P039" kind="paragraph" targetSHA256="69e240c71cb731a84c72a07245c153467d275c87482e7edaabeb7958120e3bb1"/>
  <unit id="U01916" pack="P039" kind="heading" targetSHA256="cc4b51bc40063c8e5fa8d9f956c494bff4194b649631a0153a25d0626efc2a12"/>
  <unit id="U01917" pack="P039" kind="paragraph" targetSHA256="b8d7d6eef3ca77003eecbcd8d24b064a2c15a2dad39299c3b5d75bd3796e4921"/>
  <unit id="U01918" pack="P039" kind="paragraph" targetSHA256="ef577fd8f32780e37dbfc5ac79575372f431ef9d73e233302e26c8eadd212b83"/>
  <unit id="U01919" pack="P039" kind="paragraph" targetSHA256="76b93327ff5bcb11c43c71e4da521c73bff2d51cf477d47f01ae802d6ca13d81"/>
  <unit id="U01920" pack="P039" kind="heading" targetSHA256="c70e2870352df426a8afeb63beed7f75b996ce90f44c804c2a131a4b52f2a7ec"/>
  <unit id="U01921" pack="P039" kind="paragraph" targetSHA256="23345057430bb9ecb710890a2c76be047e0addcccfc6c78dbe6333c06e0ac26b"/>
  <unit id="U01922" pack="P039" kind="paragraph" targetSHA256="522a8598bc925812175c9720b47675d7070406505f316d9b0a3159d29bc3b549"/>
  <unit id="U01923" pack="P039" kind="paragraph" targetSHA256="2f673af7927a1cef994ec042ab9ebb94acac493611a2cb27148e19826ee7300a"/>
  <unit id="U01924" pack="P039" kind="paragraph" targetSHA256="db82fb59c9242bbb0397df2e12d0211a3c71cbe5bed6300b0afdb8d17df2c8e7"/>
  <unit id="U01925" pack="P039" kind="paragraph" targetSHA256="39e05f57cdd686ee94cd735408b2dadc7e511483d1d586d6fab7ebfc711114fd"/>
  <unit id="U01926" pack="P039" kind="paragraph" targetSHA256="bfc7e680a29f737d26c31395963e301e67631beb55171d57bcffe9165a8242aa"/>
  <unit id="U01927" pack="P039" kind="paragraph" targetSHA256="481a14f475648d341743d410a26755b04dd2930086b104c0413e357cadb27d93"/>
  <unit id="U01928" pack="P039" kind="paragraph" targetSHA256="9d0cb8114975cf46521d44742d499f85b5545f8d31f158af23bac9233ff92155"/>
  <unit id="U01929" pack="P039" kind="paragraph" targetSHA256="a3bba3267a1baa125cdb7ec70f004c4c0dd63d127e8059fe67cd0a04d0a8470e"/>
  <unit id="U01930" pack="P039" kind="paragraph" targetSHA256="264b26ace619530e7a71bf74d80ecf649599e8f67fa35aeba414ef95893f9cd5"/>
  <unit id="U01931" pack="P039" kind="paragraph" targetSHA256="7fad46dd216e012dddfe7572fb1e1da57decd2f0dec891488bf3184de1bbd378"/>
  <unit id="U01932" pack="P039" kind="paragraph" targetSHA256="7336ae1b93737925ffc9a0552af131f84e93d42e39d74663404c5d5b8da18253"/>
  <unit id="U01933" pack="P039" kind="paragraph" targetSHA256="8bded8694a7d26d2dcf907934e8c1190656e77341cbb508487f3873cdb637baa"/>
  <unit id="U01934" pack="P039" kind="paragraph" targetSHA256="2b6513bb0b660458bcd48f144de49bf0b8ef1d5f539f571d419c72ffed6adeff"/>
  <unit id="U01935" pack="P039" kind="paragraph" targetSHA256="e430b1ae896d61b8e7d5469cd8ed583b30cdfabf6d04819ac604ac78a6c37f02"/>
  <unit id="U01936" pack="P039" kind="paragraph" targetSHA256="900d7c6e59fd613438c7acd7d67b00edad2862c5205e6aac29589db18c5901c0"/>
  <unit id="U01937" pack="P040" kind="heading" targetSHA256="1d4cce6515286822eccd931e67a70b324f3539e95abfd416f232a7ab85412295"/>
  <unit id="U01938" pack="P040" kind="heading" targetSHA256="e222980363c90a9a6a9cb7cea39eddf5f97b19e33c7fdef33fa404641180a633"/>
  <unit id="U01939" pack="P040" kind="paragraph" targetSHA256="1b73960f22d9aa5793318e79116ec5cc2905215cccd5152a0f6a7103fab54890"/>
  <unit id="U01940" pack="P040" kind="heading" targetSHA256="88b15730ec2d7c0f57cf7fb78f40b3e6c8592c54afc1d4f8e87d9e0894153f77"/>
  <unit id="U01941" pack="P040" kind="paragraph" targetSHA256="8450214056acb5e64af98832f976c461d76e192426307c2f1d304ff91f23b329"/>
  <unit id="U01942" pack="P040" kind="paragraph" targetSHA256="52744087598fdcd26a6f8c7be297582f986a25393fddeb95b3f905b343ecddf7"/>
  <unit id="U01943" pack="P040" kind="paragraph" targetSHA256="1c5a7c4c188e34a71b5a90b53181c6db9726ac759fd15419394716dd69c38775"/>
  <unit id="U01944" pack="P040" kind="paragraph" targetSHA256="ddaaecb7fb7ae6c998ba5c7041a7b7302f35267f5b533a21e603d161f830ab05"/>
  <unit id="U01945" pack="P040" kind="paragraph" targetSHA256="99e47c9507f9a33fc96c7cce28b407aeec84e1e5a6277322f6d76a72dbf90e99"/>
  <unit id="U01946" pack="P041" kind="paragraph" targetSHA256="0d502c44bb69cfad75f29d83619fe248fd7320ee1a1109fab3d3e01fc066ae0a"/>
  <unit id="U01947" pack="P041" kind="heading" targetSHA256="2aa970f4efcfc55611d8304a890adbc5ed23da3856755bf4742c5a1a71de99af"/>
  <unit id="U01948" pack="P041" kind="paragraph" targetSHA256="1964570019c7256a0265d46f59a000151e6c57ef521ad3c50c62ea7252ab8c39"/>
  <unit id="U01949" pack="P041" kind="heading" targetSHA256="11f172990e9fd26ea20884e364c7210985a1abe36a07f752afd0b8022c6fdd6f"/>
  <unit id="U01950" pack="P041" kind="heading" targetSHA256="786ab92de9a99220087a7661882b64660267e7e0d0676cb28ef380e12d2ee4eb"/>
  <unit id="U01951" pack="P041" kind="heading" targetSHA256="5b77181bd64821fe8c8e987e14190a378308cf495f6cb3601df3cb1ab7c9abd2"/>
  <unit id="U01952" pack="P041" kind="heading" targetSHA256="bee3b65cfa7d2af44a51bc47366b6f84c8737ecd1b6d2c9d78fdacee96bc52f9"/>
  <unit id="U01953" pack="P041" kind="paragraph" targetSHA256="b9be284971b543a1105fe934150734be86c75ff4236064cc2cd72d08d983f11e"/>
  <unit id="U01954" pack="P041" kind="paragraph" targetSHA256="8ecc73d705d95dcfd2ae219382871ee1c6af59cc7fbac7d6e4577a298d6c90a9"/>
  <unit id="U01955" pack="P041" kind="paragraph" targetSHA256="79b9d8faedd70ac309b7561a1075c147f2debe21b5548545ea312e9e503d9404"/>
  <unit id="U01956" pack="P041" kind="heading" targetSHA256="ea7ba7f635ef93536908574c130476a10c186f15cff8f74798a4efb4b778f053"/>
  <unit id="U01957" pack="P041" kind="paragraph" targetSHA256="b323e5f94d79d991f8ab284ba087cd2dc324adcc74f7b20945b09c3660ddd9c1"/>
  <unit id="U01958" pack="P041" kind="paragraph" targetSHA256="c25ed80799f69c2d8db3d44975c2e53a5b3a4c9f0c94f1bd3022dcc5ae4bccbc"/>
  <unit id="U01959" pack="P041" kind="paragraph" targetSHA256="edd31af7c7d7baa9884913952974c0622fc3b5a5c6e6d317f03ba473abead420"/>
  <unit id="U01960" pack="P041" kind="paragraph" targetSHA256="785a2bf9c486b1b55d4cbb26ad84d1c8a2024e61aee01d0d73fda817dd01c195"/>
  <unit id="U01961" pack="P041" kind="paragraph" targetSHA256="0386a8e52dbb62ee76db20506ecc4638d5f06edaeed6ddd359f4f43352f9ea84"/>
  <unit id="U01962" pack="P041" kind="paragraph" targetSHA256="b7f2479088697b395fd0c1231aba9d0b11ed4081620319bbe43a3652574685b6"/>
  <unit id="U01963" pack="P041" kind="paragraph" targetSHA256="ebfcd551a6c9da3785e560d94bd52dad4e9e419d87cfb5f402a2dccfe1281898"/>
  <unit id="U01964" pack="P041" kind="paragraph" targetSHA256="da69e500a4744bd6e131a6582d0f7cf4e9c0ef9cebcbf14994bf716fc3594fba"/>
  <unit id="U01965" pack="P041" kind="paragraph" targetSHA256="c4f02305ab3ca96097a8bcc0b044c841df1020d7f1accbc6e3625554d67a3041"/>
  <unit id="U01966" pack="P041" kind="paragraph" targetSHA256="8a024717fa0ee68f980e6064e44ae590e778eb08686e52e79026d21b601a1c7d"/>
  <unit id="U01967" pack="P041" kind="paragraph" targetSHA256="64de33eae5d9fa5db3d87504ffd6f05af85c1815076c69ac4bcfdba66f377b30"/>
  <unit id="U01968" pack="P041" kind="paragraph" targetSHA256="bb1f21e5aa41377ef1261cb3e679ac978cc397ed80bc8522d35860f0cd2c8427"/>
  <unit id="U01969" pack="P041" kind="paragraph" targetSHA256="a7803d925e8e38cb15877b098865d341d248444b7cf41de7124a59e8c8130388"/>
  <unit id="U01970" pack="P041" kind="paragraph" targetSHA256="02eec9253f388029362374112ebb9d0a5cc4798d91dd39f6175a643ad30464be"/>
  <unit id="U01971" pack="P041" kind="paragraph" targetSHA256="22ed33e72c3795aafd4ef830612cdb64d0816df59ad6596c385eea85133a854e"/>
  <unit id="U01972" pack="P041" kind="paragraph" targetSHA256="34ccce4fef9bd697d2d5b06806f51e2e6941b646625362eec9f40002a14d1b0c"/>
  <unit id="U01973" pack="P041" kind="paragraph" targetSHA256="88292aa447dfe9242e5f8651c189149fdf1de6e23a4dc6a12f690b64b4caaa90"/>
  <unit id="U01974" pack="P041" kind="heading" targetSHA256="58b0f3a440e505a1c2d12e3ec7396834148bbef7323b0e0aba4fcea43c930bc9"/>
  <unit id="U01975" pack="P041" kind="paragraph" targetSHA256="7676ce8030f9a2c07edcdffadc4167521bdffb8dc8b423220c96d73fb7f34ddb"/>
  <unit id="U01976" pack="P041" kind="paragraph" targetSHA256="951ed6b122dce0e16313c7164a2a0b099f3f01e5e76d13e8bbb23366d81b20f3"/>
  <unit id="U01977" pack="P041" kind="paragraph" targetSHA256="7040cce4b18707fcecb5bf775fc4dc4b5547826b8f27e2c4a3e3fd23dfecb06e"/>
  <unit id="U01978" pack="P041" kind="paragraph" targetSHA256="b1b3234df493a143f4f863f305e9a74db305733fc6227cf38f8bd63c5d2fc832"/>
  <unit id="U01979" pack="P041" kind="paragraph" targetSHA256="26ac24584a31e34e25fc6d4512e74836089f23711aeb4cb763426c83e9bb3d45"/>
  <unit id="U01980" pack="P041" kind="paragraph" targetSHA256="5ec1dc6b00367705096ae8a621264d418d05e7c51078939e06266957f1138b4c"/>
  <unit id="U01981" pack="P041" kind="paragraph" targetSHA256="e940869bf80bc80cb963e2691901a61ff5f24b13f1c4473e399d98c9697321b9"/>
  <unit id="U01982" pack="P041" kind="paragraph" targetSHA256="31c4a4daf21c63614f210cb2dd78372de690f620f0e44492a2395ec0dcb854f4"/>
  <unit id="U01983" pack="P041" kind="paragraph" targetSHA256="0b4dfbef4a308b26c73f8644f6814d0a515ce490f8793a331bf7e547f77c9c43"/>
  <unit id="U01984" pack="P041" kind="paragraph" targetSHA256="ec6a8b4ab1ea3fc0610c775d3697ad8110bc2ecde0366055ebd2d91fdcbcdc8b"/>
  <unit id="U01985" pack="P041" kind="paragraph" targetSHA256="99d038981019feed6b2fe5a58204e2cd8081d10ee6a8dac1e82755babd4aeb7e"/>
  <unit id="U01986" pack="P041" kind="paragraph" targetSHA256="41c579d7baa97c6d8bb234e14e2c8cdbbbd0b3773bbbf32e983bf93f0c99d355"/>
  <unit id="U01987" pack="P041" kind="paragraph" targetSHA256="25d2fc3cd598168c466bd90ea75421631ee7920b91df6f35fffe9e467197eda8"/>
  <unit id="U01988" pack="P041" kind="paragraph" targetSHA256="b28dee7961d5552741e3c76e1fad064d5c16e6088274f5c5629af97b27b18ed8"/>
  <unit id="U01989" pack="P041" kind="paragraph" targetSHA256="4a4b4ca2e539e8e79cd524e198424704879b0fe8f011eda1f93f468fa385afd2"/>
  <unit id="U01990" pack="P041" kind="paragraph" targetSHA256="cda3436697906764f7e5d99d7dc16c8c2889fa8e298e2c50de8b7d815e81cb54"/>
  <unit id="U01991" pack="P042" kind="heading" targetSHA256="81d9070db0058cae6c0d83ede1f708010e6bfc771690929cb0b450771643546e"/>
  <unit id="U01992" pack="P042" kind="paragraph" targetSHA256="802d5170fdacee9241d4ec4a4334bb63828acc009e0aecef7149ca5ca3b3216a"/>
  <unit id="U01993" pack="P042" kind="paragraph" targetSHA256="7f3ce9a25f3e019e12b49b688a9f04b7d46ae6047b3bd8e919cb5f3f0b500ade"/>
  <unit id="U01994" pack="P042" kind="paragraph" targetSHA256="4837e8992ec5217ae02cf559cd15781a8cad0122d8944fd4ce021e557a9ef9df"/>
  <unit id="U01995" pack="P042" kind="paragraph" targetSHA256="a4506f1ce227d31c4733f909f435ee7afdca728e2ae07d9037d25f6d23ca4f7d"/>
  <unit id="U01996" pack="P042" kind="paragraph" targetSHA256="565563d22d3f3405b2f8969939ff135e3247cb5d711b7972889fde509df74294"/>
  <unit id="U01997" pack="P042" kind="paragraph" targetSHA256="0d98c86cbbab59f8f0294e4099ed3ebb76f52a1f4f3ba0187fb4514cb49a94bc"/>
  <unit id="U01998" pack="P042" kind="paragraph" targetSHA256="3e50561c1a77c0d06217a44925ca7563976ac0da9ad7dd9dcd4ae09e9e3ddc21"/>
  <unit id="U01999" pack="P042" kind="paragraph" targetSHA256="fb5f7e7facc575e62772aaeeb12b309d8d197946abd37056f32a8a6106a43f70"/>
  <unit id="U02000" pack="P042" kind="paragraph" targetSHA256="a9f9b6228452d50833ad376df3faeb18e91dcdeb247615b9febbfd8edab46182"/>
  <unit id="U02001" pack="P042" kind="paragraph" targetSHA256="33a62a14de2ec2a51fed6d3341df7927efc324afe33389d431610af682dec309"/>
  <unit id="U02002" pack="P042" kind="paragraph" targetSHA256="d088848d83a855166d5f48593cdb5ba89418b6a8e179c09905a69bee1af619ee"/>
  <unit id="U02003" pack="P042" kind="paragraph" targetSHA256="3853d3f7271181134e6d35015c3c1245695c8e2272cbb03d9bfe64518c1366b7"/>
  <unit id="U02004" pack="P042" kind="paragraph" targetSHA256="d848bdfb64c1ba5fec9f6cf2eac5bcc0a56ca07b9d29110fed79a4d8fbeaa2bc"/>
  <unit id="U02005" pack="P042" kind="paragraph" targetSHA256="350da13c35b363b97417cecde5dca1c134844451440f9adad43a002ed4d93c32"/>
  <unit id="U02006" pack="P042" kind="paragraph" targetSHA256="4a4ce40c4fa26b72e1e7b117fcece95ae3cb98f3f9da367d0672a6d05f569700"/>
  <unit id="U02007" pack="P042" kind="paragraph" targetSHA256="febafe23e9fd1d50cfa60c7c36cd927fa7e7fdd8a2b26f28990a8663d464dffc"/>
  <unit id="U02008" pack="P042" kind="paragraph" targetSHA256="274485c40f2435079c1d2c9ce0a8f4fabd00caca813acf7326633e7606acc3e9"/>
  <unit id="U02009" pack="P042" kind="paragraph" targetSHA256="652a6fc52efe3a381d94e64ac75db13e3b49c80d467e5eabbe34bc00fe32c619"/>
  <unit id="U02010" pack="P042" kind="paragraph" targetSHA256="c2f77491179a173b25af44399b5b8e7fe1589e049d28604a66bc68a552b102ca"/>
  <unit id="U02011" pack="P042" kind="paragraph" targetSHA256="3552768c89eb98b35a04f13f06052b775ad6aa289c9cce9adc7423082887afbf"/>
  <unit id="U02012" pack="P042" kind="paragraph" targetSHA256="4dc192c54a213bd915b76bbf34121f20c829e9fed866ecf5ed7dc425228d4258"/>
  <unit id="U02013" pack="P042" kind="paragraph" targetSHA256="280611f24f274f45b4211a8e0d8551704b937f1598f32d1ff5600a96941be8a3"/>
  <unit id="U02014" pack="P042" kind="paragraph" targetSHA256="25150ccb6566a5a6878f06863d536a736cd96706ad07d1898e52e9895c0b5b81"/>
  <unit id="U02015" pack="P042" kind="paragraph" targetSHA256="19641727936494347773378bcdf5636b3d3ab48530112cdf6ba6da85f6c5367b"/>
  <unit id="U02016" pack="P042" kind="paragraph" targetSHA256="c7d5edaedb1647a2aed0306e048d97a2000f5f8f49cd011b43b286efbf0ee6e9"/>
  <unit id="U02017" pack="P042" kind="paragraph" targetSHA256="e4ff51e957adf4031c035a5593a8a67b3914cceb34812b1e98b20604735cbc19"/>
  <unit id="U02018" pack="P042" kind="paragraph" targetSHA256="f5acff97c0a3b6781bd46a02160fff6a28af5e703049dfef864dbc06449d591e"/>
  <unit id="U02019" pack="P042" kind="paragraph" targetSHA256="cb266ee72051f5fdc00d5e876e4c4ca63517b254e17dcb6b45ed29dce010d085"/>
  <unit id="U02020" pack="P042" kind="paragraph" targetSHA256="d17c5f880e761bb0c16f1b47624a01b69716022e6b916f373369fa6da4f19c23"/>
  <unit id="U02021" pack="P042" kind="paragraph" targetSHA256="941461ff72c4939bc3b5143f256a54fa86578d03cf65dfb3a52a2b2bab937d36"/>
  <unit id="U02022" pack="P042" kind="paragraph" targetSHA256="6384f05cb598884d0c8e15e98c80326e2495f27275ae07ef11c2189c112e6e36"/>
  <unit id="U02023" pack="P042" kind="paragraph" targetSHA256="b6fbed7f2ed03194ad0d1b6bfe02be1c242204652ebd3c36602b64f4fd84edb9"/>
  <unit id="U02024" pack="P043" kind="heading" targetSHA256="4a2a43ef11dca2d77846b904112e479e0883b265c078ededafb7525e7d756dd4"/>
  <unit id="U02025" pack="P043" kind="paragraph" targetSHA256="d60a0de4090cff03eb9e65b70e56c2260d20a630a76b25b8c7bed5a38c896ad8"/>
  <unit id="U02026" pack="P043" kind="heading" targetSHA256="6e9d48961be0121a474689db2425ec3f84cdee75dab8a2589ddba81e61bfa476"/>
  <unit id="U02027" pack="P043" kind="paragraph" targetSHA256="650c1a338676e7fdf11393bfa2d3a7fcd29f5742247668767d019c394dbb1809"/>
  <unit id="U02028" pack="P043" kind="paragraph" targetSHA256="5ba2ac92f43d482e703588382bbb3afb7e613a64dc5e00b1adb2d0d73bbee477"/>
  <unit id="U02029" pack="P043" kind="paragraph" targetSHA256="685b5d96bfd28711bb99e14193a96b9a70a18a8882b9bfde6727fbde5b5ba4a9"/>
  <unit id="U02030" pack="P043" kind="paragraph" targetSHA256="b18cb94ab11a9e47d6975f7271263791bfef57bc2c8904bce666a147c077a8da"/>
  <unit id="U02031" pack="P043" kind="paragraph" targetSHA256="275f133ebb48598000503c4391690a2eab6b31cf874cb888955d7ae353a29b70"/>
  <unit id="U02032" pack="P043" kind="paragraph" targetSHA256="bbd5bed7594bcf19cf438065054122c50d2656e82e55e862da277feb779f84ab"/>
  <unit id="U02033" pack="P043" kind="paragraph" targetSHA256="3c1ccb3cceea71c706379b2bd37f5927d09c1017f4a85211d94bc96deb6e6764"/>
  <unit id="U02034" pack="P043" kind="paragraph" targetSHA256="4b84b603c07290d7183f0c22b48d4dad917b4b3d4b3c60d0e005505b651dfdb0"/>
  <unit id="U02035" pack="P043" kind="paragraph" targetSHA256="ec99fe4fa3c282fa7eeae8567890542f6a37ed9ed5ee96e65e55c465639221ef"/>
  <unit id="U02036" pack="P043" kind="paragraph" targetSHA256="710eb0b3ed0271413f54d9ad7bdd0c96b0040d726ae3675b5a592588d419bcad"/>
  <unit id="U02037" pack="P043" kind="paragraph" targetSHA256="0d07a2a8878373dd017f27b0dc888103051fc778f87cc369dab281f2fdc86600"/>
  <unit id="U02038" pack="P043" kind="paragraph" targetSHA256="3a15d0f7086c3cf3843bd31311ffe2d31a23fe40c43badbe0850a5e3c8b52406"/>
  <unit id="U02039" pack="P043" kind="paragraph" targetSHA256="5f00f8829639e42fe3636a17dee3ae575b4a062d8a1e596dcdd5698a7e7c222e"/>
  <unit id="U02040" pack="P043" kind="paragraph" targetSHA256="953fea37484917495981afa6d75737bd3a958ee5b00dc0b6a687ff694a03c9cc"/>
  <unit id="U02041" pack="P043" kind="paragraph" targetSHA256="e8894d3acce56d03381e3ab556528c5621c95b9598097aa44d2bb8d9fa2d36f5"/>
  <unit id="U02042" pack="P043" kind="paragraph" targetSHA256="79d3fe9e7342cc9f1b367d7bb572e5fd2ff75260dca4ef90f11030ac78b7511c"/>
  <unit id="U02043" pack="P043" kind="paragraph" targetSHA256="916f05024c2b8ff84e6084dfcc1e72ed919df797331ca13b266a6df0a3abef20"/>
  <unit id="U02044" pack="P043" kind="paragraph" targetSHA256="02cc8a7fe9e2288d84d2c57a3013718005f7733e566a9aa612d83efc89db5aa7"/>
  <unit id="U02045" pack="P043" kind="paragraph" targetSHA256="9124797afd105af617730cb493defa088c2b1532e1d21e9e90b144e058ec0df9"/>
  <unit id="U02046" pack="P043" kind="paragraph" targetSHA256="95d613b4cabcd2044eb0be89dec83698b9b2e533eb392561882d670b2baef256"/>
  <unit id="U02047" pack="P043" kind="paragraph" targetSHA256="909f9076334c6f6205fb6d05323b36669e66ddab30bf46c18713e41486d9b67b"/>
  <unit id="U02048" pack="P043" kind="paragraph" targetSHA256="ab1b90ad6893df3905abf12e7686f7e0e300c724ccf9729bdbdcc1ddeb6a9e29"/>
  <unit id="U02049" pack="P043" kind="paragraph" targetSHA256="a36c3f50558bd0331254fcd9be5de9cd0fcda8f87bd7355f19e91a570417ae74"/>
  <unit id="U02050" pack="P043" kind="paragraph" targetSHA256="29751efec31ad98afc89d559eebfb799082cf0f8d87ca27fcd7500702fd39f6c"/>
  <unit id="U02051" pack="P043" kind="paragraph" targetSHA256="9785adc5e73020968df94bc465fc3695949515686f1bfafeefc18ccf2067c846"/>
  <unit id="U02052" pack="P043" kind="paragraph" targetSHA256="b4ec31aef4b87da95eec13e75d228c08dec71c812d29f3b3473e0295cce2b2d6"/>
  <unit id="U02053" pack="P043" kind="paragraph" targetSHA256="251316e30095449f9e19e01d6967f54cabe4e7e7715aee46adc7df1ff3ca736e"/>
  <unit id="U02054" pack="P043" kind="paragraph" targetSHA256="a182a08e398affc3366fee627adc997329d6c09e854485ed9445c50c8d6bb175"/>
  <unit id="U02055" pack="P043" kind="paragraph" targetSHA256="0f8316b798803d7139b37452893273c976629f4abfaaef1102622dc6ba073b86"/>
  <unit id="U02056" pack="P043" kind="heading" targetSHA256="2b540283fdc2c57d098950e030032351a1d083a37d1eed283ab6591c1d2d66aa"/>
  <unit id="U02057" pack="P043" kind="paragraph" targetSHA256="4cf4d7eff0ac40bc77c11c321fa08e01e08c9b73dc407bd6dff7b0fd14372d21"/>
  <unit id="U02058" pack="P043" kind="paragraph" targetSHA256="8ba1011263e13d00493059d3f1dff3d466a8c39f129955295280960ca670addd"/>
  <unit id="U02059" pack="P043" kind="heading" targetSHA256="4d5338ae7736fe3104acf250fb51a528d9c02e6ed4a2a03f9447bbf27ea65d6f"/>
  <unit id="U02060" pack="P043" kind="paragraph" targetSHA256="c4d237fa05446f305d982c18d44d5ce09dd1767cdf045a995d40bf8db20949af"/>
  <unit id="U02061" pack="P043" kind="paragraph" targetSHA256="be69c85dad56355d57ef693a9fdc017a42cd476c04ff3c10790a50dc9d76b5cd"/>
  <unit id="U02062" pack="P043" kind="paragraph" targetSHA256="bb638aa1b48e068165fc813842d10fb41617784451b9e7d18a94964094ecbf3c"/>
  <unit id="U02063" pack="P043" kind="paragraph" targetSHA256="56bf7ba60fcae63e780bc48ffefb1f55c49c9abbeff5a25b8205b7072af352c6"/>
  <unit id="U02064" pack="P043" kind="paragraph" targetSHA256="292d34c5b7836d492d231efed6f824b1b114167d700b9a44574f94cd39c2230d"/>
  <unit id="U02065" pack="P043" kind="paragraph" targetSHA256="137e05230bc3028609c9e743d28a30469aaff85e804cb1288c350f1ae377d902"/>
  <unit id="U02066" pack="P043" kind="paragraph" targetSHA256="bbf81a685be3ce21e6bff7d7610960e834413fad0c813acc806eb2eae8531250"/>
  <unit id="U02067" pack="P043" kind="paragraph" targetSHA256="a8f9073b09fdf552bac54a41e8004452251e8c50a31a461069e15edd6060129c"/>
  <unit id="U02068" pack="P043" kind="paragraph" targetSHA256="1315edf9fd4a52226c8d7484e0ea70ff9b84831c3b4bdffe78dfddbbee6b8189"/>
  <unit id="U02069" pack="P043" kind="paragraph" targetSHA256="c744370ef5b86c9ab667081fb271205e7f783d7a4ad12998335ba07a6f6c198a"/>
  <unit id="U02070" pack="P044" kind="paragraph" targetSHA256="f05ccdad82a24ca9d4c3c7a5351b060a3fa3796717f5204d5b93187718fb3fdf"/>
  <unit id="U02071" pack="P044" kind="paragraph" targetSHA256="0f3e1b2bd8400c843a77646b9467358373c302b5de33b2c10c5590efa690f078"/>
  <unit id="U02072" pack="P044" kind="paragraph" targetSHA256="5c06fab1f1b8a1e566aa7f834eef7b25744987c4afb37e11aba379598033cb4b"/>
  <unit id="U02073" pack="P044" kind="paragraph" targetSHA256="870e40fb3dd6453d81065dd0ebc29d066808ea2b6e664c9a05ee0fce1ba66b34"/>
  <unit id="U02074" pack="P044" kind="paragraph" targetSHA256="298049d642b4b71aa9cd2c1fe16e9ac3c588f46a3d2653d12ab3d1e786450b7f"/>
  <unit id="U02075" pack="P044" kind="paragraph" targetSHA256="4e1ef2ed2ee32a16eae81b91cc489e8b14f1694b00bb7e5f22f32889a49f5e0e"/>
  <unit id="U02076" pack="P044" kind="paragraph" targetSHA256="da4c5ed66c857169fe1272ec5be6fb915276a0fd8ff7dc5b34403bab0ccb5e89"/>
  <unit id="U02077" pack="P044" kind="paragraph" targetSHA256="0186de92010a305a78fa6975f97cfa45c0d93f1504fe1e24344cc1cfe15fd23d"/>
  <unit id="U02078" pack="P044" kind="paragraph" targetSHA256="b74de7868d9410fea4a3fd698f553def55350460e8d8b4e3eafcb9c6c2342d65"/>
  <unit id="U02079" pack="P044" kind="paragraph" targetSHA256="710fa9e7090a651dffb6ac81949b74f5e8d0e8523a515105c839e37a0acb54cb"/>
  <unit id="U02080" pack="P044" kind="paragraph" targetSHA256="af4a51b615642ca6ca7837600f5f91895661fe5f974fe96303c4ffcd64fca141"/>
  <unit id="U02081" pack="P044" kind="paragraph" targetSHA256="a508e7d2913940f290c908279b6cfb59fb48aab865ed396344b4abad1e584be2"/>
  <unit id="U02082" pack="P044" kind="paragraph" targetSHA256="69e26ecd08a69601bc8acf925035ef0f287d271c0ace1098c640d50c9e7a2722"/>
  <unit id="U02083" pack="P044" kind="paragraph" targetSHA256="8d46bf01ffa2818399e9e3a664d9f8f069104c22b6ba3daaa7a1fe2a2b8f1f29"/>
  <unit id="U02084" pack="P044" kind="heading" targetSHA256="b88c91a1e5536f627872a9ec7bcf74ff1d3f2965a23abbdc03135b3fdda4cadf"/>
  <unit id="U02085" pack="P044" kind="paragraph" targetSHA256="b2aba9a1b00a493605d3b6fc0699bf7a2c7cc2b96690d0eae2fd313981bafe85"/>
  <unit id="U02086" pack="P044" kind="paragraph" targetSHA256="91f6a177d66f85f8b49718c3a493464be97a5835f6a9d61dfb0cb539b566751e"/>
  <unit id="U02087" pack="P044" kind="paragraph" targetSHA256="7d187c8ea01ecc795189fd6afe44ece6235c822702f0be2e2c053a6190afbb50"/>
  <unit id="U02088" pack="P044" kind="paragraph" targetSHA256="f1c208f6de4526d2a31285565b751283b185e0bde01a73cecbdd2e77c3aaa7e0"/>
  <unit id="U02089" pack="P044" kind="paragraph" targetSHA256="880780833898cdcdad3d1ef0f9de8ea509b8602acadd50806d51f620d357f585"/>
  <unit id="U02090" pack="P044" kind="paragraph" targetSHA256="a6de1d1ffdc67f140c9473707b8c2f75f862ab59503b04b12ade3759a52a9c00"/>
  <unit id="U02091" pack="P044" kind="paragraph" targetSHA256="aa143019e89f05af6806ed604696f156a6079871f3e492d20b0cedd0d482b121"/>
  <unit id="U02092" pack="P044" kind="paragraph" targetSHA256="b1b2b1207ef23681220cf5eea737d807b3e6e214d990065800ae402d447ff644"/>
  <unit id="U02093" pack="P044" kind="paragraph" targetSHA256="1d74e729ed4d84b8f9bc38137fcd9aebd2ea6aa9e681dd709064019941d2c7aa"/>
  <unit id="U02094" pack="P044" kind="paragraph" targetSHA256="1ca2e12eb710298b8a71c5a7bb73f11fa0830595438b8e86919f1d60209452f8"/>
  <unit id="U02095" pack="P044" kind="paragraph" targetSHA256="72174ba99b0b5a43d1cc9566fef8720cba09b1fa6b1d9d7bb074d65177a67dad"/>
  <unit id="U02096" pack="P044" kind="paragraph" targetSHA256="6b318978e5c26f311d73b95985600974eca9f1fbdb701a6673676cc890e3552d"/>
  <unit id="U02097" pack="P044" kind="paragraph" targetSHA256="c1e7ebb3c4b889bc2501f57ed1153121ec95f83f704125d245fa0014a68ff610"/>
  <unit id="U02098" pack="P044" kind="paragraph" targetSHA256="3c0078a01fef102867d9da51c8f06a6e0c40ecef703bd9917d05cafc3a9fbffd"/>
  <unit id="U02099" pack="P044" kind="paragraph" targetSHA256="6f496f9bfd24c7fcc39fb7675a064278e308377b1e200be2aed543a48c13c6c4"/>
  <unit id="U02100" pack="P044" kind="paragraph" targetSHA256="4c008a2533312537787bca68f06159e946404e500a773e3842231b72c6f9bdc0"/>
  <unit id="U02101" pack="P044" kind="paragraph" targetSHA256="3ff1e9ca324bbf39e796a16599011158af3682556f85e44c513289a473f5b30a"/>
  <unit id="U02102" pack="P044" kind="paragraph" targetSHA256="14fd80176ae5ceee8e8c4f6e8568df16d8738b527008dddbd474869e6151519d"/>
  <unit id="U02103" pack="P044" kind="paragraph" targetSHA256="0eee674d45e2cf92e634bf45cb119c660c66f89d745661c585e3d4faca2277af"/>
  <unit id="U02104" pack="P044" kind="paragraph" targetSHA256="0667661210ee4398f82b784d8664ae50635cd236e82cd7934ca31bf29afd439c"/>
  <unit id="U02105" pack="P044" kind="paragraph" targetSHA256="0f24255c103fc037645242d1a080a8b308fd4630b6422624960a2993ef848210"/>
  <unit id="U02106" pack="P044" kind="paragraph" targetSHA256="52f5a15a5e904169adbdd97487e06c140a2e0189a5268e20227ff3ff9553f43d"/>
  <unit id="U02107" pack="P044" kind="paragraph" targetSHA256="d8e370d6480bd1ba29932873e0f4fa559bd32ddca08e4c6c74ba30347fef7b27"/>
  <unit id="U02108" pack="P044" kind="paragraph" targetSHA256="2480f7538636a8dbc672d28e02bc4447667517c1cf7c83dec53249c309e0bb24"/>
  <unit id="U02109" pack="P044" kind="paragraph" targetSHA256="3537ec759bef2ab0639bfd8b7805b2e5e0dc8eece8055e48e02673fa65f41dca"/>
  <unit id="U02110" pack="P045" kind="heading" targetSHA256="dfb927167baf73375fcfc97c4d97397217feedb7434b9c41939b9f25f3091059"/>
  <unit id="U02111" pack="P045" kind="paragraph" targetSHA256="41ad7e1f6bbeefc7a9b251c20b04a6c3f0d2bbb85ae65fba22a1ffbcfd67992b"/>
  <unit id="U02112" pack="P045" kind="paragraph" targetSHA256="ad442691e78ad9c90fb09446e80097022d3ea875203ecdf836ac7a09307d4584"/>
  <unit id="U02113" pack="P045" kind="paragraph" targetSHA256="20e63d0f546af6ab32671347a8ef42aae1af599128b1a7e09c91a71a7a236435"/>
  <unit id="U02114" pack="P045" kind="paragraph" targetSHA256="1c0aa9205d1f82f446515680ab3ae485cca34ad77ae32afe7656d5c2cd69ddd9"/>
  <unit id="U02115" pack="P045" kind="paragraph" targetSHA256="49fb81336e40dc17dbd597419b6257e8ee84ddd048d32419c1aaffa5dac8aa2f"/>
  <unit id="U02116" pack="P045" kind="paragraph" targetSHA256="503db8cbdb731051288860c6f4be1cfdc41f973e1a283f0f5d4ecf9c05341721"/>
  <unit id="U02117" pack="P045" kind="paragraph" targetSHA256="5738844fc6f64bc141b2740b7099180ba5a9acc316255020125a106959b3ce9f"/>
  <unit id="U02118" pack="P045" kind="paragraph" targetSHA256="4fb7fe95faba024d15106cde4d402c0faa1e69d0b415908423c22d28f288180f"/>
  <unit id="U02119" pack="P045" kind="paragraph" targetSHA256="c5426a999c86187485343d7770169e2a330492dc50e19d36fdbcc390e2144244"/>
  <unit id="U02120" pack="P045" kind="paragraph" targetSHA256="98cc7ab9c534af9f59f068a861607d6d604835dd7dbe4fd47cf530e1344adffd"/>
  <unit id="U02121" pack="P045" kind="paragraph" targetSHA256="e4d046d09428829676412518318f11dc50f85e9ce9f7940a197dc7ecc5303de8"/>
  <unit id="U02122" pack="P045" kind="paragraph" targetSHA256="fd35c934a630baa5495bc95b54c38135af20dfad39c066c02ea14bd0af6596b1"/>
  <unit id="U02123" pack="P045" kind="paragraph" targetSHA256="4ef3ae979d61833e33fe0c6a8c88a721730d4dd75205adbf47378bc6f178d16f"/>
  <unit id="U02124" pack="P045" kind="paragraph" targetSHA256="3e484b5f3303c905934c5429406f1a43d7c71ae1449eb0a77280c8cafcc35cd6"/>
  <unit id="U02125" pack="P045" kind="paragraph" targetSHA256="a789197c95323317c804f0c69d2ff59cd799992aa779ff3a024e1e875509876f"/>
  <unit id="U02126" pack="P045" kind="paragraph" targetSHA256="efcf8aa96682fc14f3e1acc1c6b706c463e29a40b15ac4b7c143e795b68ca8b2"/>
  <unit id="U02127" pack="P045" kind="paragraph" targetSHA256="33a62c8570601dc35e99ff591beedfc6c3d9e34d5d5d34533492b6ccaf5d60de"/>
  <unit id="U02128" pack="P045" kind="heading" targetSHA256="4a2a43ef11dca2d77846b904112e479e0883b265c078ededafb7525e7d756dd4"/>
  <unit id="U02129" pack="P045" kind="paragraph" targetSHA256="f4d727fbc3703616d4eac35f7598c8aaa0c5aa987fbd7019b8e4f54caf94cb95"/>
  <unit id="U02130" pack="P045" kind="paragraph" targetSHA256="cc1ecd4ddc7cffea29ccbaee7c29322cc11f7101041534d9036058cef49ec082"/>
  <unit id="U02131" pack="P045" kind="paragraph" targetSHA256="3470eda9cda29986aca03dd2b255611243914d225c6a00061298235663484909"/>
  <unit id="U02132" pack="P045" kind="heading" targetSHA256="4c79dee34596921a322524e75ff9dced03f3e1e6f4e40da0fa0d45531ad21514"/>
  <unit id="U02133" pack="P045" kind="paragraph" targetSHA256="0bbf934172d1560f788ae5f110854be862fb05d48659c184b285ad45b9627f0b"/>
  <unit id="U02134" pack="P045" kind="paragraph" targetSHA256="306f2aeea4d72a705c7ac8f7ccea564464c978e0422a9e37202563fab46c985a"/>
  <unit id="U02135" pack="P045" kind="paragraph" targetSHA256="6760c172ff32017355df08868d056629958dee65f257f403bbfa696c1e4dad16"/>
  <unit id="U02136" pack="P045" kind="heading" targetSHA256="5172e7b7a3f1785ec0def79b7c38bc79eca0f7a0fc39eb7360c99040472ec610"/>
  <unit id="U02137" pack="P045" kind="paragraph" targetSHA256="6b351a696dec3768d97c8fefaf65a1aed4c1b6199c90d21306100d64c33707ad"/>
  <unit id="U02138" pack="P045" kind="paragraph" targetSHA256="7d4c2b6646dda1f8cab0dc600c1bbfae7bd61cf034194075a6dc386274658546"/>
  <unit id="U02139" pack="P045" kind="heading" targetSHA256="2aa970f4efcfc55611d8304a890adbc5ed23da3856755bf4742c5a1a71de99af"/>
  <unit id="U02140" pack="P045" kind="paragraph" targetSHA256="7fd7bf5bdc2e6543e113da103f8c32f6e13d3645ae65aacad0bfacd9551fe16f"/>
  <unit id="U02141" pack="P045" kind="heading" targetSHA256="840b8d3f56c639850ee9e6ba3e3e3d8913c97c45388d290a6d0cb8cf9db9833e"/>
  <unit id="U02142" pack="P045" kind="paragraph" targetSHA256="f32f28eabf3cf9e1cb6390451693bfaa10752b177d8a0d170bf438abb2da4ece"/>
  <unit id="U02143" pack="P045" kind="paragraph" targetSHA256="d48fbc59b3aa04abb135e58414cee6e0c4a2bfc98d07ad84fe5a8c60505a2960"/>
  <unit id="U02144" pack="P045" kind="paragraph" targetSHA256="2737e4c75636ca1b19a60ab08da4f5933f45126ed817f2d29f8fc6fc21dd4e1f"/>
  <unit id="U02145" pack="P045" kind="paragraph" targetSHA256="b0abf449eaad0706063debde4e6f934bee651eb0987754478252fd330f306f28"/>
  <unit id="U02146" pack="P045" kind="paragraph" targetSHA256="e38bedfc99ecb435600ace6ba31286ff9766922bb157942e112717b5ddca07cd"/>
  <unit id="U02147" pack="P045" kind="paragraph" targetSHA256="b499bf12b4bea34e6ac8573ca02dfad2bb6aea0aa8f3a59d6f07c86c0e300fad"/>
  <unit id="U02148" pack="P045" kind="paragraph" targetSHA256="7efc3ffceb0af6b419a59390b347fe7afd2d95eaea3e712eccb76b26abf4245e"/>
  <unit id="U02149" pack="P045" kind="paragraph" targetSHA256="1ba51936213bfa4853ddd865c2b9f29908d7048c23c8675b44ed335eaa0d33f0"/>
  <unit id="U02150" pack="P045" kind="paragraph" targetSHA256="33e01d12c09dadcbd4ed3b56aaa2dec910ba5ad5f85123dc4b6014a0ddca73c1"/>
  <unit id="U02151" pack="P045" kind="paragraph" targetSHA256="99efa5b7d40450c32591eacce7a12299063a645737d494fc8c7577804e35e832"/>
  <unit id="U02152" pack="P045" kind="paragraph" targetSHA256="d8af5f7fd14d96c57eb3ebf03ac024abff6ede4cc9f542362db45aa2ac33868a"/>
  <unit id="U02153" pack="P045" kind="paragraph" targetSHA256="e186b61e38b2b70ed05ae00363960e58f40504d5f1df48c38a81df2b22b9031f"/>
  <unit id="U02154" pack="P046" kind="paragraph" targetSHA256="c31380b6145ff4ec06f34e79cd56d171dbe7d5157f7520906e977b86fc360ec6"/>
  <unit id="U02155" pack="P046" kind="paragraph" targetSHA256="562454194bda495d749a1f2a7961ec3ee39010b0e89ee40c2ba14525affc894d"/>
  <unit id="U02156" pack="P046" kind="paragraph" targetSHA256="86f3c799b0c9ffd41984cb68036164548351bc38162b6e1e33b773b178d90e9e"/>
  <unit id="U02157" pack="P046" kind="paragraph" targetSHA256="676e2730ed01c501e1f2a11958d21acee96edf7b22d618a450378ca0e193af3a"/>
  <unit id="U02158" pack="P046" kind="paragraph" targetSHA256="7393b411e3fb20c7f03004263345a30a1cc1268d0f225b848fbe77b81a0df732"/>
  <unit id="U02159" pack="P046" kind="paragraph" targetSHA256="4905dbd1ffd700b751849b223ee56e83cb0b8278e3c07274781215ceeed87161"/>
  <unit id="U02160" pack="P046" kind="paragraph" targetSHA256="446265fd8eef1fb7bd95bebfabf0f16579509de76f4af6908e216fe1324ea8f1"/>
  <unit id="U02161" pack="P046" kind="paragraph" targetSHA256="eab6cdeb898c8caeec830fb48ddfae8b505f1d3e4e718486a8b033fc0cc8eb20"/>
  <unit id="U02162" pack="P046" kind="paragraph" targetSHA256="9a4c2b70bc4dec7cbc72e76e4ea471c368c2a899a0e1e33be7f213dfa6d65910"/>
  <unit id="U02163" pack="P046" kind="paragraph" targetSHA256="a7dfb505a02f53220d388f9a9fff8fbff3ddbd26226c92d1027ce8152456d6d1"/>
  <unit id="U02164" pack="P046" kind="paragraph" targetSHA256="0e4050d2b198bd326d685c247df196a48e89e82adba347230b5eb5328640de88"/>
  <unit id="U02165" pack="P046" kind="paragraph" targetSHA256="69f087bd8a7760d04a3a2119a7a440d0d00766a10b77233fabdaa96e9a2063c4"/>
  <unit id="U02166" pack="P046" kind="paragraph" targetSHA256="4edc833ea2a5d95b2f0b033c83af3156f6de15f5d4a5ccd96ac6cf52bed47ed0"/>
  <unit id="U02167" pack="P046" kind="paragraph" targetSHA256="1d3a626ba0906f2dcdfc19b589e4a9cb84b3996d928af0e3fa9990988bc6266c"/>
  <unit id="U02168" pack="P046" kind="paragraph" targetSHA256="6d132858e5d81775653c3c5e7e48cba7f2a044abdc57cd68b51a3f89b009d2b1"/>
  <unit id="U02169" pack="P046" kind="paragraph" targetSHA256="655138bb6ea98417e25b009f8766bb83b9fa5112df8fbf2dc7e470f3d2c95d09"/>
  <unit id="U02170" pack="P046" kind="paragraph" targetSHA256="b4ecd8683e49da08457048d182898445e2b285fffa39fee72dde4b53dcaec431"/>
  <unit id="U02171" pack="P046" kind="paragraph" targetSHA256="b6765d268b578182bf2fb8f613d751c68f1ade855503adde3c1a9957a4d5e16a"/>
  <unit id="U02172" pack="P046" kind="paragraph" targetSHA256="b2721421e67fca345ab973c2ab6a50243b2e63e75f114850f1d080e74f35cfa3"/>
  <unit id="U02173" pack="P046" kind="paragraph" targetSHA256="059f53ed5ac763abab7e23e1ea78a06a267d964ada4779ebff2ee6d32bf7c57b"/>
  <unit id="U02174" pack="P046" kind="paragraph" targetSHA256="cad787220a55d6792754f464ff052285a94a4efe5475cbeebd94149a826bc3d7"/>
  <unit id="U02175" pack="P046" kind="paragraph" targetSHA256="81867b6fab7b47b0a0953d5d000ca17d3a5393813ac7d5a162673df1401863dd"/>
  <unit id="U02176" pack="P046" kind="paragraph" targetSHA256="f9dae0e4d57a5473124e8c1a7580ffbeee93fb95ea1e3678ccd06eceb03630e2"/>
  <unit id="U02177" pack="P046" kind="paragraph" targetSHA256="ba113af6dd3fcb983330fcb6f143bb252e8287c9c34fb9cd009549aa2687ef50"/>
  <unit id="U02178" pack="P046" kind="paragraph" targetSHA256="15263c7731adfc4ac4315de92d66d683c9c49faa614d932d2165d6d716f9395a"/>
  <unit id="U02179" pack="P046" kind="paragraph" targetSHA256="51c63090b55a025ca89cf3cddcffc268b0263c62c01a980ce8d87c5d47e5b5d5"/>
  <unit id="U02180" pack="P046" kind="paragraph" targetSHA256="d8817a0514bde2ef3d3807548e638e778c4183b15b9ae69906c8fbbe11a770ef"/>
  <unit id="U02181" pack="P046" kind="paragraph" targetSHA256="503947f3198d5bd553e4bb539ab9ba7edca5b2a7ed0a205449fe190c40d02407"/>
  <unit id="U02182" pack="P046" kind="paragraph" targetSHA256="5593483c53c4d1f349862843a5be0bc68cf230978544e528992f27e14c34cb40"/>
  <unit id="U02183" pack="P046" kind="paragraph" targetSHA256="739670162ace62e29ab8d89ca9d3d5b55056962f497f2a70d1af7780224bfaed"/>
  <unit id="U02184" pack="P046" kind="paragraph" targetSHA256="2dea24eecee9ed10263d4c479c9e3a7d8da0d81ef0be02f852cd71d68caee58d"/>
  <unit id="U02185" pack="P046" kind="paragraph" targetSHA256="6b393f2488dc814b0a9727324208b0fb1d7000a6ed9f311d1757cd4c81ac9dfc"/>
  <unit id="U02186" pack="P046" kind="paragraph" targetSHA256="ba35a3af767a853ca3e80e26833af614c1942e810513f4d454c765b8a960e2ee"/>
  <unit id="U02187" pack="P046" kind="paragraph" targetSHA256="5308d2cd1fd416eb2a8c2daccef4be9b10767d74bc739fc254ef327ffc4cafd3"/>
  <unit id="U02188" pack="P046" kind="paragraph" targetSHA256="d3e295c93597f55b6ae40e9570a2594e11efdf78c81c053ef19c11490a44a1c7"/>
  <unit id="U02189" pack="P046" kind="paragraph" targetSHA256="bc089bdce0854d25474fd79819298b7c378efabb9f03e3e23d923715cf57f78d"/>
  <unit id="U02190" pack="P046" kind="paragraph" targetSHA256="6813409c046be48f0af41f7c6d87d256153a7eb173d26e6c9c8de153711c3b1b"/>
  <unit id="U02191" pack="P046" kind="paragraph" targetSHA256="39887bde4b98cc6caf1fc879b70ba7d1e6c3e48eb0f9213b2fee15c16044150c"/>
  <unit id="U02192" pack="P046" kind="paragraph" targetSHA256="5f9f95ae85d9f6966bc8ee0973629fae667ed3069c2d6d008ffc6d27f8f3054c"/>
  <unit id="U02193" pack="P046" kind="paragraph" targetSHA256="a4114e6d6d7411d4308f500c62027c8275e8d4b34e4b42b6ffb967ad6d8a72a0"/>
  <unit id="U02194" pack="P047" kind="heading" targetSHA256="f6855f0e0170349332cbb7d9074c7ebc46c305396a34481bcf890d987a2a738e"/>
  <unit id="U02195" pack="P047" kind="heading" targetSHA256="cb4b728c7580d1e8217f9dffbff07855d7c64ec9803cc21fb6cac9d0f9d03eeb"/>
  <unit id="U02196" pack="P047" kind="paragraph" targetSHA256="2cc5e396d8cb8de7582c930c666a04ba0646687cbe4220580ca4ff5d8fdbf1db"/>
  <unit id="U02197" pack="P047" kind="heading" targetSHA256="c70e2870352df426a8afeb63beed7f75b996ce90f44c804c2a131a4b52f2a7ec"/>
  <unit id="U02198" pack="P047" kind="paragraph" targetSHA256="6c14e848f0e3571227fb1289dbeb8719866a0666a65cf9bc520392b3176653ba"/>
  <unit id="U02199" pack="P047" kind="paragraph" targetSHA256="89fb309c6358460f3466c352e8b97ef9d199e04d2f67665726ab3b0ca9a27350"/>
  <unit id="U02200" pack="P047" kind="paragraph" targetSHA256="051be96871a8ece27d53d3f2f8c56c120da3b98efd96811180126324b8bd83a2"/>
  <unit id="U02201" pack="P047" kind="paragraph" targetSHA256="be9b9d6a83e069cf71862b1c5a97b08a33f66e527ecf204a08cffd286acf7793"/>
  <unit id="U02202" pack="P047" kind="heading" targetSHA256="68d898a65da7b08206bf1e29266a70411144286e011466456e890d15c2cc37ed"/>
  <unit id="U02203" pack="P047" kind="paragraph" targetSHA256="9b50d229db1a91d2115d5ac4f1a8c9a1fb1c0cd7a40170b9ca283fb1667fbb67"/>
  <unit id="U02204" pack="P047" kind="paragraph" targetSHA256="b57bc3022456580582f3b1257b25cf523793bce637eddde6412269e6c1292b5f"/>
  <unit id="U02205" pack="P047" kind="paragraph" targetSHA256="ca018f5927aa52012c58ff971c99408f12b65aff7fc3c964fa1a156147f344f1"/>
  <unit id="U02206" pack="P047" kind="paragraph" targetSHA256="8fca952ebf4ab8ec6b90ad4758410b82cbf0ddc315887525274785cc18d8ecb3"/>
  <unit id="U02207" pack="P047" kind="paragraph" targetSHA256="6be4815ccc258023a02faf2b49465c2969f6290b17fdf436d3e9f84e4b523a12"/>
  <unit id="U02208" pack="P047" kind="paragraph" targetSHA256="7400f60b42cd1ddf9e42ac82ae9b5caa8a77d6995c4b1fcaa6a2b48ad5ca9335"/>
  <unit id="U02209" pack="P047" kind="heading" targetSHA256="4a2a43ef11dca2d77846b904112e479e0883b265c078ededafb7525e7d756dd4"/>
  <unit id="U02210" pack="P047" kind="paragraph" targetSHA256="4c47b287a60df9371264737eeb7bcd2c3c68f49c7528773e23db37299bf144f1"/>
  <unit id="U02211" pack="P047" kind="paragraph" targetSHA256="1ded60ec8d7a3219df2717fb831c0df895ab43fba19e8408b49347c8dec9889f"/>
  <unit id="U02212" pack="P047" kind="paragraph" targetSHA256="677ec241f884b79cdbef6201be27df6f455105383938701bdf75b8765702b847"/>
  <unit id="U02213" pack="P047" kind="paragraph" targetSHA256="331304ed781e63dba23b73f509cf27ac48508c4b30b8ca72235fa2c555849d32"/>
  <unit id="U02214" pack="P047" kind="paragraph" targetSHA256="adb2c2d3c82b044f7de7931b7208c61ea4f34fbf674e4b6129a40a3c806a1af1"/>
  <unit id="U02215" pack="P047" kind="paragraph" targetSHA256="438115702fc270081d27d58ee325f80d4a0bf60cf75a3a970c01c367018dd668"/>
  <unit id="U02216" pack="P047" kind="paragraph" targetSHA256="1030c0371830b77f00c5408c7fa00b23ec4f01d2098d90ca8d401913e03a6dcb"/>
  <unit id="U02217" pack="P047" kind="paragraph" targetSHA256="f17b738e52e7710db485b18dc13fc971e80e3f6b740d75604c02c01a25839811"/>
  <unit id="U02218" pack="P047" kind="paragraph" targetSHA256="33685b6720d6eb436ebf5f9cb0740f6cf298ae52544b3a9fd59e2294f01db2ca"/>
  <unit id="U02219" pack="P047" kind="paragraph" targetSHA256="0cba38458a04dc2bec565ceb2075ac388809e62215beae55ad51b8673d16699b"/>
  <unit id="U02220" pack="P047" kind="paragraph" targetSHA256="f490c77d2ea9201f477076b1a904bf6c179c997f0eae5833063a3c250e5af870"/>
  <unit id="U02221" pack="P047" kind="heading" targetSHA256="6701fb4e8b34dcbaa0da4b7e1eb51e939360a387ed257ebcd9701907f23a92fb"/>
  <unit id="U02222" pack="P047" kind="paragraph" targetSHA256="e9684b6bf07c578897a88f8513df9f6273f47c9edd4b05539148bea777b38b3d"/>
  <unit id="U02223" pack="P047" kind="paragraph" targetSHA256="6d1c827bd2a0b5dd55c991de628236a35325c4ccae4d5ece99ae229f0ba8d288"/>
  <unit id="U02224" pack="P047" kind="paragraph" targetSHA256="ca72ea53ae1d59c4acdb93bad7649e8ee1519ef9971477610404c38d5e5c2438"/>
  <unit id="U02225" pack="P047" kind="paragraph" targetSHA256="b287c0a25d6a4bba9afe11b3b484d8c2753f69ade0466cae3262d182efc21661"/>
  <unit id="U02226" pack="P047" kind="paragraph" targetSHA256="798a5c4f08a2e9a47a681dd42abd40e74c96b988785155116eef16e37126a47b"/>
  <unit id="U02227" pack="P047" kind="paragraph" targetSHA256="47501b80a1f09d3c2cd0d837aa372d6f73c5ecc3c8ab8641bad57a06b726f2ec"/>
  <unit id="U02228" pack="P047" kind="paragraph" targetSHA256="95581cbf317b2a6d19fb0dc8ee3401c25df7e192f2d39d9ed465a12d9b8ed0af"/>
  <unit id="U02229" pack="P047" kind="paragraph" targetSHA256="2ee9a7bdde65a752c2e25ad76cbe1485c138d90115a7cde4774cbebae2b65e4c"/>
  <unit id="U02230" pack="P047" kind="paragraph" targetSHA256="aefc247c4eb60b8ca7a5a2d4d1e6fec17c8b3acb56e78fd8315db392ffd556b7"/>
  <unit id="U02231" pack="P047" kind="paragraph" targetSHA256="ce0f8b29d1d09f6e912190e80f14b55e6f5cb6650c973d573b4622806f29df33"/>
  <unit id="U02232" pack="P047" kind="paragraph" targetSHA256="50f6717b6f1d7019fede40ac90d422fc8189a9eef2ba7c77820dee349e948330"/>
  <unit id="U02233" pack="P048" kind="heading" targetSHA256="174e602f5cfbb9bbb0c87cf113b17c3dc735694d1b3af806ce2f57628b21cb53"/>
  <unit id="U02234" pack="P048" kind="paragraph" targetSHA256="44be2144eeb6787edfaf4c934a2d12fd9defed12eb613b1571e2ec6f0aaaabab"/>
  <unit id="U02235" pack="P048" kind="heading" targetSHA256="ed3ff1d68e847428d0fe04da090d84f914551414eadbf46f852fe8a9aadb40e9"/>
  <unit id="U02236" pack="P048" kind="paragraph" targetSHA256="0d0b218c399cf3e16c6f9d100b1adefe10358934bfd238ca4ba7d17a9b55618b"/>
  <unit id="U02237" pack="P048" kind="heading" targetSHA256="0b57db18a7ce5cdb4a094fc66afae089d237c48d03fbb3e685e63944bc4712a3"/>
  <unit id="U02238" pack="P048" kind="paragraph" targetSHA256="4340b5344fdf6a30cdcb13d0b319d610b0eb8a441ba6f483afb2c20f9b234e07"/>
  <unit id="U02239" pack="P048" kind="heading" targetSHA256="ae47bb253c7ec85adde3b8c67917c43ac53ef7c92997cf702648e090ddf98844"/>
  <unit id="U02240" pack="P048" kind="paragraph" targetSHA256="72b0b5fa45eb35d8b08d9d6934396282df9e28af12e082dfbdba0eb3c005b79b"/>
  <unit id="U02241" pack="P048" kind="paragraph" targetSHA256="f4380ccf91d77a44604f230326a4e73411bf84891cd0702606235aa3aa9b79bc"/>
  <unit id="U02242" pack="P048" kind="paragraph" targetSHA256="d56dac6f4f43c800fbe7e5ebc82bd5fe9c133e8cdba84bcad70b70b4f12b448d"/>
  <unit id="U02243" pack="P048" kind="paragraph" targetSHA256="98dd85d72d316bef0d4d90cb8adf7dd794ad8aa9288b9178ac1a7fd4fddfdff5"/>
  <unit id="U02244" pack="P048" kind="paragraph" targetSHA256="b3b27e5ee53752d183d7538256b79eb16769718e2fecc1d57d26681bf2dce109"/>
  <unit id="U02245" pack="P048" kind="paragraph" targetSHA256="d391273edd99e3b7c7bdc65d6e3d8528cf8a385f4e757d0276c73542ee39e35b"/>
  <unit id="U02246" pack="P048" kind="paragraph" targetSHA256="36a2888f05e9837b2a1203c3bcb37e9d4102423911e9a67388efdfa7086f2b6e"/>
  <unit id="U02247" pack="P048" kind="paragraph" targetSHA256="cf84b75e6ffe19d1d0e770af3c5935a618fa78261b141c735269a165433a731e"/>
  <unit id="U02248" pack="P048" kind="paragraph" targetSHA256="62752284401a8c806cc98d3c96ad7d47345c7f3c4e320a9b34c6c222c7b55104"/>
  <unit id="U02249" pack="P048" kind="paragraph" targetSHA256="26279f6cf7995310a039904ab6c25b8a240cb6d36517df9a378015129847acab"/>
  <unit id="U02250" pack="P048" kind="paragraph" targetSHA256="f503173412f011a4d7ee3fd0c6fd04e2a0f6ae3cc5b98ddca9f6686b9df9cacb"/>
  <unit id="U02251" pack="P048" kind="paragraph" targetSHA256="6fb5876ab1f7a218579c73956715669faaebcb33ba03acc8592f707e41041cf3"/>
  <unit id="U02252" pack="P048" kind="paragraph" targetSHA256="b4f793ffbefdec6ecf585b314209d919b765c438fb6bcf1025fb928ef1e0f606"/>
  <unit id="U02253" pack="P048" kind="paragraph" targetSHA256="3f838d89324e291b83032aa4f04d80fc99c2170343c7f80dc82ac5a967253d4f"/>
  <unit id="U02254" pack="P048" kind="paragraph" targetSHA256="fa638e61353f4ca97951d7b3860d41b1e7e5d0e6fc7276437f7b5a36e56e327a"/>
  <unit id="U02255" pack="P048" kind="paragraph" targetSHA256="caf0cf1297ff6d50b14804c30a625b243e2073c20d170c53c6e0d7cc08fed4d4"/>
  <unit id="U02256" pack="P048" kind="paragraph" targetSHA256="cefc84aa7d17a28c17462dbc7b831f4ce445a31228d9ad34d50b8877adb94c3d"/>
  <unit id="U02257" pack="P048" kind="paragraph" targetSHA256="e2a8164ae7fff1afc02e50a60f1a608b1c7e4a9760dd8052921d1199bac0295b"/>
  <unit id="U02258" pack="P048" kind="paragraph" targetSHA256="40d3386c2536852002d802f3a078896817eb075271ba1009e57df59cbc8f2965"/>
  <unit id="U02259" pack="P048" kind="paragraph" targetSHA256="fcbd92ad4e98e760e3df5c212fad35b87611660fe72d72c8631bbea84fa6d1a2"/>
  <unit id="U02260" pack="P048" kind="paragraph" targetSHA256="b136092c83f495814ef7b9351aae0591ef967f15017136589653b1e4334bd798"/>
  <unit id="U02261" pack="P048" kind="paragraph" targetSHA256="43c6abfe3c978ea75d0f7df0dcc2013141acea73ff92b4c990235b2704124fab"/>
  <unit id="U02262" pack="P048" kind="paragraph" targetSHA256="0a05241846320c69b91b18469eb8f347f417623489a65a9f7b1a47d5df8e5825"/>
  <unit id="U02263" pack="P048" kind="paragraph" targetSHA256="a64b923397164dabbbeaeeee50e03d24918aeedd062c862ce9893236b0dd4f91"/>
  <unit id="U02264" pack="P048" kind="paragraph" targetSHA256="44c982e937acb5503e44593060f221e0c14ba1d1da99ffa14faf78c6e9264bfd"/>
  <unit id="U02265" pack="P048" kind="paragraph" targetSHA256="4c39618eabe877e45ca272758ede2495ab36b640c73ea6c28b03c04398b05538"/>
  <unit id="U02266" pack="P048" kind="paragraph" targetSHA256="3ecb0d92fe34f12cf0707b0fdd66b5643b806b9b484e71cee5ff5d52a5a98160"/>
  <unit id="U02267" pack="P048" kind="paragraph" targetSHA256="4478c73e22cc5e115711aae34bc284c7e4a8a5f30e38631fffb03d2686908e7d"/>
  <unit id="U02268" pack="P048" kind="paragraph" targetSHA256="27b3fca947a40233612ef4d2a0ae69571f6161c35b5c5bf44657013879f89479"/>
  <unit id="U02269" pack="P048" kind="paragraph" targetSHA256="bffe057fc7191b3b5b049aee52ecd095b46b72be743a9f652dc5b1847136c9d7"/>
  <unit id="U02270" pack="P048" kind="paragraph" targetSHA256="5bd7b17e7414d8b0beabdd8a4c09cb212118a1f7ddae8a67b9e0259498e3d9f3"/>
  <unit id="U02271" pack="P048" kind="paragraph" targetSHA256="41f2094bdb7593918949ba0f42fbe7d38fba2fc155cf05cdeda1a4154a725f1d"/>
  <unit id="U02272" pack="P048" kind="paragraph" targetSHA256="8379807a2901a2066ba2f63f4faacda356a405dc9e8b9fa71ef651651ba84a10"/>
  <unit id="U02273" pack="P048" kind="paragraph" targetSHA256="a048f8dabefb7efb7d06459cb52979b0768d056a54b619806237b42b46a51c6e"/>
  <unit id="U02274" pack="P048" kind="paragraph" targetSHA256="383127cc1b29c372ed76ac84af9975ca27b8e575c9bc32beb8a64e9a9682d597"/>
  <unit id="U02275" pack="P048" kind="paragraph" targetSHA256="a47dba3e3a9e7c9147fb3d972fd6f7c04476591598b2260b080098f1dabc9126"/>
  <unit id="U02276" pack="P048" kind="paragraph" targetSHA256="577bc1ef4cea6c629073774152e9ad21946d196f03ea0fed70db66a2544c8b6e"/>
  <unit id="U02277" pack="P048" kind="paragraph" targetSHA256="42860ef67acac4ed6b487f80c9c1c5f6344b65d701df8c3011f91f893a96caa4"/>
  <unit id="U02278" pack="P048" kind="paragraph" targetSHA256="f5edefc616e7f404e2c5fc35b7d982203a33c3a0cc4c9582fa65ab09eccd2c48"/>
  <unit id="U02279" pack="P048" kind="paragraph" targetSHA256="6863565e480a5cc975e923fd84206c0ab477af53ecee8f55b42ba8d8e6f82a40"/>
  <unit id="U02280" pack="P048" kind="paragraph" targetSHA256="23225aa23b666fd37ac64d8f5dceaf0471c5439c3be88b11cae1227bb8964fc6"/>
  <unit id="U02281" pack="P048" kind="paragraph" targetSHA256="21149d17e4f4709d1a4fa16c95d6eca86f01ffdc07ee1eebfe85b60abf3c7073"/>
  <unit id="U02282" pack="P048" kind="paragraph" targetSHA256="f4457ff8e735b5ca9ecf04fe8f0307d5475142aa6d76ebc6788356f88971ee5c"/>
  <unit id="U02283" pack="P048" kind="paragraph" targetSHA256="655fceca42d2c825b5075800150571e955a63605e10fde9f853404ed7b7d2a5f"/>
  <unit id="U02284" pack="P048" kind="paragraph" targetSHA256="961f1d7a5445210550cfdf4e444707981c3a7a8392d52107eb84bda5c878b746"/>
  <unit id="U02285" pack="P048" kind="paragraph" targetSHA256="2c818e1965c9e9644c583d676396a81d7a941c9c66ad0c76a959d63cac14f933"/>
  <unit id="U02286" pack="P048" kind="paragraph" targetSHA256="1c202caa599198b27df605dfc5c15585a7f49f7ddb946d354e6d0afab6f342bc"/>
  <unit id="U02287" pack="P048" kind="paragraph" targetSHA256="9986e985d7943dbc272febef156005bf30af173c771f86a19af990edf3f8ff9f"/>
  <unit id="U02288" pack="P048" kind="paragraph" targetSHA256="81f3e01cf64c3fefa39c3b665e0cd41a5de24624c40642b45b503d4cb0462e66"/>
  <unit id="U02289" pack="P048" kind="paragraph" targetSHA256="9f99d5999d6bc591f55130b839adfb2ad8e7da23339d3f917d5927d910a0a3db"/>
  <unit id="U02290" pack="P048" kind="paragraph" targetSHA256="ab5715243915671d1e4ec309df6d7089c2a582845150cc9ea86e7f12ceaa6687"/>
  <unit id="U02291" pack="P048" kind="paragraph" targetSHA256="ca8a91b688e6818be1e9cf716f3f3ca5e97f0dea37737a1f819ae207f1017f5c"/>
  <unit id="U02292" pack="P048" kind="paragraph" targetSHA256="f02835a52ba769fa6c353c6c1c6b6cd550a5b126f766bd1c9e45604779ceec73"/>
  <unit id="U02293" pack="P048" kind="paragraph" targetSHA256="793abee566851548b765e4e5a3d8fc15982ae19652246ff13efed211b3e0578b"/>
  <unit id="U02294" pack="P048" kind="paragraph" targetSHA256="59051888d083d73cc2c07e769a454d2abfc3a23db341bed3e68307dab4190105"/>
  <unit id="U02295" pack="P048" kind="paragraph" targetSHA256="2335047dbdaf247f886182d544c81b49221306c5b196f6f7e4876a03ae0d40e4"/>
  <unit id="U02296" pack="P048" kind="paragraph" targetSHA256="8eb26104dbd44dd555b1a1fa1c925b10649e357a029ef487df0f52d2caca9029"/>
  <unit id="U02297" pack="P048" kind="paragraph" targetSHA256="83881d13a1e81f0b78829a109561c5929f9c4ac70d5aa58828183241c9cc5020"/>
  <unit id="U02298" pack="P048" kind="paragraph" targetSHA256="2cb900e92f9888eb46af3850c5ae73727c118d45666cce7384f2a087cbb96e56"/>
  <unit id="U02299" pack="P048" kind="paragraph" targetSHA256="4edb573bc65f329a76ff0d8d433739e94a3ad0679a7fa810813764210d43a418"/>
  <unit id="U02300" pack="P048" kind="paragraph" targetSHA256="a89fe52e5f22c5572ede0dd571fd21c00ee1003e5f8abfc03fbc19abdf313cc8"/>
  <unit id="U02301" pack="P048" kind="paragraph" targetSHA256="dc72a2748ad9532bf6c1cd04f42ca509959ed44391df794ca5418c460015c6b7"/>
  <unit id="U02302" pack="P048" kind="paragraph" targetSHA256="2652418f97c093a079d2aed29ab69ec9b5ad330e1eaad7ad5583dd47bc956488"/>
  <unit id="U02303" pack="P048" kind="paragraph" targetSHA256="d155f55217a1e8a9967ffc1eed26cff4330fc1a31e8b20e92cbfc37fd9e87bc3"/>
  <unit id="U02304" pack="P048" kind="paragraph" targetSHA256="e262ef7d4cc4761d66a3d96b9c422035a01fa8b9a7a0f7b6477dda0a239f3bb0"/>
  <unit id="U02305" pack="P048" kind="paragraph" targetSHA256="985c8e8e189b2cbfe0533a409538472e7f61b5c0cc90a02d2923c1a09d48d29a"/>
  <unit id="U02306" pack="P048" kind="paragraph" targetSHA256="2997bf2c95639a5e7ac535a9388fd8b7d463f784c4412113af664b117638163c"/>
  <unit id="U02307" pack="P049" kind="paragraph" targetSHA256="4016b9de7d0abbfccb0b6e4d0bd14c7b8f64c95bf2962479046d847bc3b49b5d"/>
  <unit id="U02308" pack="P049" kind="paragraph" targetSHA256="c258dbbed162402679f4ce310c61e9a5e9044aac324f147d369994d11aca619c"/>
  <unit id="U02309" pack="P049" kind="paragraph" targetSHA256="842e187d06c4162575723a3e0ad55bfaa3132932ece0c349eb831bc9dec224ed"/>
  <unit id="U02310" pack="P049" kind="paragraph" targetSHA256="3acb4b93db34156f86325df830efdfc3973b2e4321eed783ba5712a7991947ce"/>
  <unit id="U02311" pack="P049" kind="paragraph" targetSHA256="0cbbe85e24435e536ee4998a28a8a349dbe8a4ed3df280155490a0299fe4bf18"/>
  <unit id="U02312" pack="P049" kind="paragraph" targetSHA256="5693c430dd6fe16a660b3ac33496aed80e08ce45840e1dd7a41ae9fb7b33f9dd"/>
  <unit id="U02313" pack="P049" kind="paragraph" targetSHA256="d2d4a8c64d7cc7798808ad4681ee3194ff7a72f36508ae41f09e8201b43cdff7"/>
  <unit id="U02314" pack="P049" kind="paragraph" targetSHA256="6d79ccd9cbe4b168b26d49fb39f99e6c55427f1d416221238627401d09045303"/>
  <unit id="U02315" pack="P049" kind="paragraph" targetSHA256="59fecff6d2973a80bda3c0557997e0648e1c285a3e546c3dd16487dda1cdbf96"/>
  <unit id="U02316" pack="P049" kind="paragraph" targetSHA256="324a165b95e25ecb28ccadf7d426a6d069f5fad7cfcd0c5d68e4daf20d3f0045"/>
  <unit id="U02317" pack="P049" kind="paragraph" targetSHA256="f2ffaded500aad072e3b6c3f7bc633db63c92239347ab3e937c2bcb1e724b4b2"/>
  <unit id="U02318" pack="P049" kind="paragraph" targetSHA256="9bb5cd30495057466bc0c816ef268f2bc29525951a9820e5fdf0fd022ddb4014"/>
  <unit id="U02319" pack="P049" kind="paragraph" targetSHA256="206cdb93cea35efd5fb15ed92b8fd32bec82d966a737c3f1bf61afb7588c3994"/>
  <unit id="U02320" pack="P049" kind="paragraph" targetSHA256="fedaadcfb0b24d7bd62bed1825035a141f15de96fceeb2f2459598ff4a890dae"/>
  <unit id="U02321" pack="P049" kind="paragraph" targetSHA256="b6fa96aa03e77ed1230ef4f29f5ddc4ac730ee64a8d3a9ec55f7a6678429d29e"/>
  <unit id="U02322" pack="P049" kind="paragraph" targetSHA256="751c3c17b5d1a45d31dc350e9c012e6aa1604ce04ceaa76a20bb879ca0e5cf58"/>
  <unit id="U02323" pack="P049" kind="paragraph" targetSHA256="1a081adda2c3b76220f1c74a41ec0b191cd57a5b0056f8938226b3e1167c7eb3"/>
  <unit id="U02324" pack="P049" kind="paragraph" targetSHA256="dd97f63f5d784ad94c74887d86c424c4899e859367f97d30c5b02be22cc2f9fb"/>
  <unit id="U02325" pack="P049" kind="paragraph" targetSHA256="8678be00ca48b844586481ff4fae08b5072bf1b4f14ccae8f4e6c8fadb71dffd"/>
  <unit id="U02326" pack="P049" kind="paragraph" targetSHA256="7ec9e82840ab728579b7d4fb35a89c159ff3dbf212f88037b540b40b58c4b727"/>
  <unit id="U02327" pack="P049" kind="paragraph" targetSHA256="c3735c4968e711b7e3c920e0f90a92f27488fd86cc39872d076395214c573baf"/>
  <unit id="U02328" pack="P049" kind="paragraph" targetSHA256="a6c4cafa1d88551150d8a5fb1f4fd311c467a0a0432bed52c0723e99e95bc453"/>
  <unit id="U02329" pack="P049" kind="paragraph" targetSHA256="3e1449f1bd6aa870da488bf58772beb009403b4262a8ff4c088bddaf7f4bb07e"/>
  <unit id="U02330" pack="P049" kind="paragraph" targetSHA256="750638d0aa0842c2dc991d95448a7dcf25a1170af9f2d8f159e39b71ed0f0df2"/>
  <unit id="U02331" pack="P049" kind="paragraph" targetSHA256="1e904189b4918d3e003330d409214bbea70fc6a9a95b4ddeb9a1e4a53eadeaba"/>
  <unit id="U02332" pack="P049" kind="paragraph" targetSHA256="aeabcec30238a7d0785c4ed799db5ca38dbc0212ee200b49bf643cf5300fec0e"/>
  <unit id="U02333" pack="P049" kind="paragraph" targetSHA256="8a0c276507b8cd44335864e7087899eb2832e7e98a18f55882296fd0ff9a7165"/>
  <unit id="U02334" pack="P049" kind="paragraph" targetSHA256="cad8ff91beda2533ea98442737f2b9fae1383ea5851ef83b7eece01d82e91f39"/>
  <unit id="U02335" pack="P049" kind="paragraph" targetSHA256="6c3d7f78774b2409803baa6cfe119972795021080906f37ffd389cc870643ed1"/>
  <unit id="U02336" pack="P049" kind="paragraph" targetSHA256="1e8fa60f3d3a65e705b48f35c2518a9c36e903ea6b7d714f02d57a57f0d6d41a"/>
  <unit id="U02337" pack="P049" kind="paragraph" targetSHA256="2acc5e19debec914c8e5d90dbe6cf1b50dc4f44c873fe2d7bff77d33b5e8ce7b"/>
  <unit id="U02338" pack="P049" kind="paragraph" targetSHA256="f10f9179a4cb04985eaeddee510736f91b82ef111774b32c44190ea79b18614c"/>
  <unit id="U02339" pack="P049" kind="paragraph" targetSHA256="a207d21e269e8c60944c3a9b85bfe3ca0d9d2826aac0fd5b6c9b77e62f089f26"/>
  <unit id="U02340" pack="P049" kind="paragraph" targetSHA256="c5d5277b5edb9c1b4188bce9cc01d48624a6bee91cec55fb92389467bd4bd8d7"/>
  <unit id="U02341" pack="P049" kind="heading" targetSHA256="52daa71ebc31058156b21dc21c01ed18eb4e9a723749259cacd1558afe32dfea"/>
  <unit id="U02342" pack="P049" kind="heading" targetSHA256="c86125fad0485c90389768ff16f736a304964551bc5e48c35654dda1798c639e"/>
  <unit id="U02343" pack="P049" kind="paragraph" targetSHA256="0cb92cc52487987ee1602ca9eb77fe0d5edaa3fddfa9d4bf7f615f7cd9d86e4d"/>
  <unit id="U02344" pack="P049" kind="paragraph" targetSHA256="7c32d168da1bdb4fbeb4298c5e4e81465c2a3c451e20d703dfcf7be8f9a91d2f"/>
  <unit id="U02345" pack="P049" kind="paragraph" targetSHA256="da50fb86b82087f55e398f9845e2839147ac9a89dcc4ec8000586fd5a5e30434"/>
  <unit id="U02346" pack="P049" kind="paragraph" targetSHA256="79b61cf9e7108aef2a055d3e567037cdf1d3431d9c889da6b72c75814c318f3f"/>
  <unit id="U02347" pack="P049" kind="paragraph" targetSHA256="932705e05d7b4afb7ca3d104950a6d7637b4749e80a815aaaee92f4e1f9381d8"/>
  <unit id="U02348" pack="P049" kind="paragraph" targetSHA256="d251630a38c51472d9b6f10bbc3975afc5d1a11b91834789742f13782fbaec82"/>
  <unit id="U02349" pack="P049" kind="paragraph" targetSHA256="9b823ec89bfe0f242604855e1789be21ba6eae89b7b430d0190f3c0c1d7d04e0"/>
  <unit id="U02350" pack="P049" kind="paragraph" targetSHA256="b4df3dd446a8e1c5a6f2ed366720919b9c575160fd5fc1b21febb5ee908eab3b"/>
  <unit id="U02351" pack="P050" kind="heading" targetSHA256="e408a1afa06d1183544329e52a2c3e403f4e9ff23d170402ae092c8a4c07cc72"/>
  <unit id="U02352" pack="P050" kind="paragraph" targetSHA256="341e151e79570a0fc4dcc11c86188efaacb2c3614fdba7dc7501ec8b4e67eeff"/>
  <unit id="U02353" pack="P050" kind="paragraph" targetSHA256="209e3d956152c605d3a65bc6d1678958771ee42a685ff9233c7e29a5415cbb5b"/>
  <unit id="U02354" pack="P050" kind="paragraph" targetSHA256="c3a0c41d4fb40918d029821393ec61740f1fffc837d43899514834b8648e4961"/>
  <unit id="U02355" pack="P050" kind="paragraph" targetSHA256="c0fbee369ce0c72c7987fd930e596ebad01396136f44d978d2a3585e17905e3c"/>
  <unit id="U02356" pack="P050" kind="paragraph" targetSHA256="aaed5f34ad8f70b8f5b96e8c2af063f0824e8f0741c2a94bf3609c83d65d1fb2"/>
  <unit id="U02357" pack="P050" kind="paragraph" targetSHA256="47a5c69a10bae525787d201bce0b768f6d1997c27f03c9973fdb16f4a590e456"/>
  <unit id="U02358" pack="P050" kind="paragraph" targetSHA256="c93ae31b117c0bbedc1925e87dbee4860d6d27316f5121b0131725e15506c5f6"/>
  <unit id="U02359" pack="P050" kind="paragraph" targetSHA256="37010bcbe244af17aa7e608aad8704ef0797c48f6abb4b4ec4d26e6c71e30663"/>
  <unit id="U02360" pack="P050" kind="paragraph" targetSHA256="5fcbaf6bb0deecf260824218d0323bb620ca885635e45769c05cbf88bb313d68"/>
  <unit id="U02361" pack="P050" kind="paragraph" targetSHA256="a2ebe3bb99417794ee07f85eb06433de550faf3def75ca772c9930b93a10f90a"/>
  <unit id="U02362" pack="P050" kind="paragraph" targetSHA256="83a7207a95c2c63eb5921e18c9c8f58d0e7663660f3d93d3c0a5b98f7d4f7094"/>
  <unit id="U02363" pack="P050" kind="paragraph" targetSHA256="3c1be88c68b4d40a192df42faafe5f83e5b683105ddc40dbc7fb1bc655055fde"/>
  <unit id="U02364" pack="P050" kind="paragraph" targetSHA256="81588ee8d2db2833aecd58ac6fe0db0d45769591f3e15dd9d07226f769945e67"/>
  <unit id="U02365" pack="P050" kind="paragraph" targetSHA256="653895c0a54aa68f58c72e968f1494881def87a7e2a862442d939d7699e4086f"/>
  <unit id="U02366" pack="P050" kind="paragraph" targetSHA256="f329bb8b606530c867c920172645aca249e5923eaab0508f8a3fc5560060da8e"/>
  <unit id="U02367" pack="P050" kind="paragraph" targetSHA256="a3137c26f373d96576ae9ac6f22e01a9218ef7401606f968daf07f7656a696c8"/>
  <unit id="U02368" pack="P050" kind="paragraph" targetSHA256="cee89b40baad5efe5f65e7ce09b2a8b49217818d79c6a5444a2aea9e85d27895"/>
  <unit id="U02369" pack="P050" kind="paragraph" targetSHA256="c6a5d0d5027c40a94edd33b41059042fd13af76665f1037e422646924b15cb64"/>
  <unit id="U02370" pack="P050" kind="paragraph" targetSHA256="ed79ee1a5341b75aa9333009fdbc8fcb544d8bfe19dcdcb533a41617d3e39419"/>
  <unit id="U02371" pack="P050" kind="paragraph" targetSHA256="3f2c21bda44ce5cbcb93b5483e13c9110b4183a889c0e6fc8f9bb079c1eb78b3"/>
  <unit id="U02372" pack="P050" kind="paragraph" targetSHA256="0db60f30a0330e6338db28b116d53fd400166833ca1b0b87ec774ed1ecfb7e15"/>
  <unit id="U02373" pack="P050" kind="paragraph" targetSHA256="1381520b1889b9c572987a643032d5bafbe40057476c5fd49b0c1cc5568d3cb0"/>
  <unit id="U02374" pack="P050" kind="paragraph" targetSHA256="4309b7684a77d6a12627dddaa411bac19e2bc9f1372a248235b01c6013b52669"/>
  <unit id="U02375" pack="P050" kind="paragraph" targetSHA256="1650171d3d492947d6c6d919053631ec9fbafefa0d7512b5bd6a18c133f32b87"/>
  <unit id="U02376" pack="P050" kind="paragraph" targetSHA256="f98de6aab61b97306f556942e1cdce3c133630ac0817bef1817be953a73eda60"/>
  <unit id="U02377" pack="P050" kind="paragraph" targetSHA256="12be026158236a003ca16de29060ce7aaaa88100c6ad49d26cfeb04858c55298"/>
  <unit id="U02378" pack="P050" kind="paragraph" targetSHA256="f396fe248272fad047c2cf6c4c80f01cdfefa76c5a21a3306108ef5ee477091f"/>
  <unit id="U02379" pack="P050" kind="paragraph" targetSHA256="8e76263a450f57e2e9c4dc594da84c71b9522438af1eb1be869d49c00eb775fa"/>
  <unit id="U02380" pack="P050" kind="paragraph" targetSHA256="3032e2412bdc8a02ac9fa05cd0e10bb25ef48ead3b7f65b283d700301fd30b0f"/>
  <unit id="U02381" pack="P050" kind="paragraph" targetSHA256="211316831aee60064eb9a626755804d319d91dccace8808f42af320a296d2e3b"/>
  <unit id="U02382" pack="P050" kind="paragraph" targetSHA256="8217bd4b9e06be6d1195ddbdaeaee8309b0d2b0b11dcfb3b92d259dd60dd2ad0"/>
  <unit id="U02383" pack="P050" kind="paragraph" targetSHA256="995a3f986bcdd0d4717541fb978ea104ec714d0439a4bda41c40f17ec3a6d584"/>
  <unit id="U02384" pack="P050" kind="paragraph" targetSHA256="19aec0a35e4200a30602a1a600ac925aaf5e6c3947aceddc219a44ecbe75e052"/>
  <unit id="U02385" pack="P050" kind="paragraph" targetSHA256="cab3cb7f98b41187f3ec31a92839e479f5c5e90beeeacc274f26ecec238fd37a"/>
  <unit id="U02386" pack="P050" kind="paragraph" targetSHA256="7dee3ea76e66cc938bbf6717f75c229b7d968fca8b062597199f7a3a269ec879"/>
  <unit id="U02387" pack="P050" kind="paragraph" targetSHA256="feea6b67e12f45ce5e30e78366e5b6e208b0f68bf324ebbd63e89a3fee1a79c1"/>
  <unit id="U02388" pack="P050" kind="paragraph" targetSHA256="7716425d619ca3b4986ac2f172d9b12b2ef1e7067e8592d2cdfe031b19f34b75"/>
  <unit id="U02389" pack="P050" kind="paragraph" targetSHA256="1758569bce733cf7d81cdb85c91618b1390f4375f54459e6c9705415de3aab0b"/>
  <unit id="U02390" pack="P050" kind="paragraph" targetSHA256="431b4a2094bbe7367382d5fec98ae7dda988632a4fd4215a8ba5ef6dda5a7c5c"/>
  <unit id="U02391" pack="P050" kind="paragraph" targetSHA256="393c77a8113dcc7f0219a453151e13f4401ca94a3d586c5fc77cfc59bd98736d"/>
  <unit id="U02392" pack="P050" kind="paragraph" targetSHA256="4c53fd6dd70a0ce1c51e03a45d9cfdedb6bdd84ed7570adc3493703ce4e7bf0d"/>
  <unit id="U02393" pack="P050" kind="paragraph" targetSHA256="28492a52a064692898236280928393c0aea2fc63616aa8cbc81143317cca85f3"/>
  <unit id="U02394" pack="P050" kind="paragraph" targetSHA256="36710ce2ba20ed9cd541067882495ffb0746bef6dba56fa02758053ee5f2c6e7"/>
  <unit id="U02395" pack="P050" kind="paragraph" targetSHA256="ebbd876593c8ab548bd0185d21081ccc4172478ab204ce0315b6e5572602cc8c"/>
  <unit id="U02396" pack="P050" kind="paragraph" targetSHA256="f861bbb30abfe3056a5b6fb10b174bf43073b8b266b3cb9a3e76988a6b240f8e"/>
  <unit id="U02397" pack="P050" kind="paragraph" targetSHA256="f5749d76332076155bd3fef32e6f65466b504b2039dafc2b786a821a1135bd85"/>
  <unit id="U02398" pack="P050" kind="paragraph" targetSHA256="b6fd3509577534f3839a0f1e9801b5f2242fdc430ab9b524ff8a882f1d881372"/>
  <unit id="U02399" pack="P050" kind="paragraph" targetSHA256="2f0f6241d458a1357b2d927087b237fa31c6146e2128065aab127cce50485a2e"/>
  <unit id="U02400" pack="P050" kind="paragraph" targetSHA256="a256cc6251d14c71fcf17fc7f5130b4eeedcdb5d7f8ac05024cb416dac7911d6"/>
  <unit id="U02401" pack="P050" kind="paragraph" targetSHA256="83eee706a93a4c8e4235bdf67add0ec04205d1ea0204ca954c13cde8b0514616"/>
  <unit id="U02402" pack="P050" kind="paragraph" targetSHA256="61b1a34e45b852b3e52fb6be9be5a63cda86fbd49413a0369d1f8e3385f9f30a"/>
  <unit id="U02403" pack="P050" kind="paragraph" targetSHA256="f86d13b376c57384d47bad3fc8ab3cd20a86852a738b70ad5cbdea4bef36953a"/>
  <unit id="U02404" pack="P050" kind="paragraph" targetSHA256="ca4e8832f55d1736d013f28616d726d99128f63f75a748a1473bb2e6ae25c083"/>
  <unit id="U02405" pack="P050" kind="heading" targetSHA256="86d46609c5cab76a5ec1aaef12fd1b973ce4ab1ff4e1e41e0bbc75d17537230c"/>
  <unit id="U02406" pack="P050" kind="paragraph" targetSHA256="53812df379edcc3f6efbb9f6d077b03b8d0924fde3ba8f2802a03e687df7262d"/>
  <unit id="U02407" pack="P050" kind="paragraph" targetSHA256="b6cd998ee03fdebd837469120de1fa77b1334838f6dbd593fd589ae6a4bf167b"/>
  <unit id="U02408" pack="P050" kind="paragraph" targetSHA256="78a1d5e29795321e6ee938012704267bb132980260d84e5dee1903a96d904922"/>
  <unit id="U02409" pack="P050" kind="paragraph" targetSHA256="dfa94ce65e533bd767ec5b24eb7f2d11031629e9b673597385f161f126be38e0"/>
  <unit id="U02410" pack="P050" kind="paragraph" targetSHA256="7c85a206cc30d9b778ab75f3f3d9d07758c7c4c25b21fbcc940bd71135053355"/>
  <unit id="U02411" pack="P050" kind="paragraph" targetSHA256="12a5e501d1087b5c6c47e286beaf1ae97ff941a0beab8e227e3f4d7d2832b56c"/>
  <unit id="U02412" pack="P050" kind="paragraph" targetSHA256="21e73601c952bf62897884ccdde9811891bb9079f2bc5c7aac47f8a6ccaa6654"/>
  <unit id="U02413" pack="P050" kind="paragraph" targetSHA256="4e0d98518a1971eabc0553c91b3eeee1c9abfbc75cd376b0c3b0cdb65dafea6c"/>
  <unit id="U02414" pack="P050" kind="paragraph" targetSHA256="b46e43db53bfeaa05f7e225dcb4cb8c7568bcb1f12706382599fb920dab631be"/>
  <unit id="U02415" pack="P050" kind="paragraph" targetSHA256="2560a042012b2935031b003e6ca3a8f4eeb43117e5d3c24cdadf37cfa329b67a"/>
  <unit id="U02416" pack="P050" kind="paragraph" targetSHA256="86fd5d44cedf052989644fa78c436584127011f5d715d55a5ced30f8a93349f0"/>
  <unit id="U02417" pack="P050" kind="paragraph" targetSHA256="7361e00e1ac5f78201feeebc45ec9b9ef69bd0df0afc9f58c933f51e469f683d"/>
  <unit id="U02418" pack="P050" kind="paragraph" targetSHA256="0c1964586ccea4e028225770d215593e04d72a8f773c37c4a11eb44bab1d5e5d"/>
  <unit id="U02419" pack="P050" kind="paragraph" targetSHA256="7db09ee7d76f3127149f6da55d54a8388d0c8b3e1a61895236fa874cd2027743"/>
  <unit id="U02420" pack="P050" kind="paragraph" targetSHA256="b03060b3813a6085edf51fb391af65e97ebc29d41c3e16f45b9025d37e891689"/>
  <unit id="U02421" pack="P051" kind="heading" targetSHA256="6c2c9b8efc92c9faca1a465dc22edabd165e2ee0d2db859d6fe93437912b1269"/>
  <unit id="U02422" pack="P051" kind="heading" targetSHA256="a6389f770f818f627b738c435c30fae368c30dc867ee7cffed5475715b439b10"/>
  <unit id="U02423" pack="P051" kind="paragraph" targetSHA256="cd09fc527be3db6dc178d5e352be64dc470f4667d771ae29c407219df565df84"/>
  <unit id="U02424" pack="P051" kind="paragraph" targetSHA256="2ca600aebc0be6bfc6c291b1ba2a268f614f49b1432200d1f4b0e438c4744fa8"/>
  <unit id="U02425" pack="P051" kind="paragraph" targetSHA256="5c4b82fb1a008c8348dbbe3a859cb886521e7ce2facc8b53c6c9f5dc9e409b3a"/>
  <unit id="U02426" pack="P051" kind="paragraph" targetSHA256="7b8bbb2f3e40786dccae76c8bdbbc90f3c967b0d4bd33954a53019b531a72dab"/>
  <unit id="U02427" pack="P051" kind="paragraph" targetSHA256="fb1df4facdceaed3d467677a84e15c8893d700ee78acc67a106b7aad18fcd505"/>
  <unit id="U02428" pack="P051" kind="paragraph" targetSHA256="38a0c7568881e67d00202fb124bddab703c1db27788ad037b487e91dc4eda5ca"/>
  <unit id="U02429" pack="P051" kind="paragraph" targetSHA256="2a7bd52378232c3a61cacd5a4a51f52e7a7d881295ca8cfb88e0458f5a84eda2"/>
  <unit id="U02430" pack="P051" kind="paragraph" targetSHA256="361813fa85eb1ac77ab234dbdc93ef92a91d58db376a1adcf12281395b2c5a89"/>
  <unit id="U02431" pack="P051" kind="paragraph" targetSHA256="33c26dce6bad571b6f3cabdd1888bf8fe385f4fc056268ebc96acdbd3419284b"/>
  <unit id="U02432" pack="P051" kind="paragraph" targetSHA256="e0261f0c8fc979e372b0c11260d3c47453608e3ffc1ed6302b363a9d48535259"/>
  <unit id="U02433" pack="P051" kind="paragraph" targetSHA256="ab039059a934604d633305aa6f7ec9d62cfca7f46cd2bbba047db7b7ffd11570"/>
  <unit id="U02434" pack="P051" kind="paragraph" targetSHA256="1cb599d47e736d1d4b24889683292f58b46b903c2a1f98649c7b7fe7db0735de"/>
  <unit id="U02435" pack="P051" kind="paragraph" targetSHA256="7f5cbd5030745926c24b0f7a1daaa83d9d476faaff24ca3b224343841d8bb0f0"/>
  <unit id="U02436" pack="P051" kind="paragraph" targetSHA256="b245e6bd2a272389d95323e829f328c997a310de9610479225bbecbbc7bf29ee"/>
  <unit id="U02437" pack="P051" kind="paragraph" targetSHA256="6206d690fb675fd35aaddf17ade3e9acba270e38a74f3d5737000f06534edc85"/>
  <unit id="U02438" pack="P051" kind="paragraph" targetSHA256="aa8510091b52ddc65eb6978daa179dec9b54fecf75a5babe957db2b61702a193"/>
  <unit id="U02439" pack="P051" kind="paragraph" targetSHA256="eadc00181d3ea9ae693b41fa195264d7e8a12e05d1682f14e8faac0ec761d9cc"/>
  <unit id="U02440" pack="P051" kind="paragraph" targetSHA256="c2c66a37fa1958dfb40b901935a17e09751d94457817ad9db2dfc4c2ac13c6b6"/>
  <unit id="U02441" pack="P051" kind="paragraph" targetSHA256="256df39dc9bf06fb0bbc7034401fd3b05ac09b8e6db2f2e0ae98211b59fc55be"/>
  <unit id="U02442" pack="P051" kind="paragraph" targetSHA256="8647ae6f6b467acfff02019fde5a3829dd1797628a1a63b2a5a58468b269903c"/>
  <unit id="U02443" pack="P051" kind="paragraph" targetSHA256="39a9e17a706675f6217c7682b2fbc7273d1c9276d32c3d1e113be0caaa76df66"/>
  <unit id="U02444" pack="P051" kind="paragraph" targetSHA256="37ce1b1f98858f6c0a8b0f00492858638fe57cd8fe4d89fb8d5d0e66f59b4785"/>
  <unit id="U02445" pack="P051" kind="paragraph" targetSHA256="13e052f52f23ea9274f750592a793a8a9c70997073ba924442f72eea136be11d"/>
  <unit id="U02446" pack="P051" kind="paragraph" targetSHA256="fa38290dab07c56ba2e2b08eedd29eb6738cfac894c4c97e559045752b83a5d9"/>
  <unit id="U02447" pack="P051" kind="paragraph" targetSHA256="f824eddb30c09eb6468bb3ca1599511d7d55cf5c165c26d968ab1e13c903db76"/>
  <unit id="U02448" pack="P051" kind="paragraph" targetSHA256="6d9a0d0a4d4bca51bc54d7bb6cbfba9946b547eeea0207bf0ca1afe43d3c0958"/>
  <unit id="U02449" pack="P051" kind="heading" targetSHA256="ba86c25d2065c5b05798bcf8425a4fac3c0d8a2bfa1e6c637677d195e06bebf0"/>
  <unit id="U02450" pack="P051" kind="heading" targetSHA256="a0958c5d7e9970e542308376e92cddf744367cbd36560fd4b1d1d80eb6a2738f"/>
  <unit id="U02451" pack="P051" kind="paragraph" targetSHA256="38a5ff19ad96aafef7f6164687ab81fdb055da989d56d50b814037744875b3ea"/>
  <unit id="U02452" pack="P051" kind="heading" targetSHA256="cdcf097e97e4d8153a38fc82720e7f6ef7b4929a65052a4a7a61d80b3cedbf04"/>
  <unit id="U02453" pack="P051" kind="paragraph" targetSHA256="d1e8d3e8310628a6e320a624122c9af0203a32e2ceaf955b2550431d2b4e0e37"/>
  <unit id="U02454" pack="P051" kind="paragraph" targetSHA256="eab448066060ab26e07bdddb418b402d908e7123e08b21df8c54aea798bfa13e"/>
  <unit id="U02455" pack="P051" kind="paragraph" targetSHA256="d0dd9044b4ecf7ffa6bba98fec034df4373fad42eff7d8deea367a47003abe20"/>
  <unit id="U02456" pack="P051" kind="paragraph" targetSHA256="845f5c1e88c77eb8934f612309b5cd6b1a7c6da74ea9a8d47f35a37619a86935"/>
  <unit id="U02457" pack="P051" kind="paragraph" targetSHA256="fd08642f733e81671811ad1bb10029db5e3887fd07b37b9eeb99070c7a464eef"/>
  <unit id="U02458" pack="P051" kind="paragraph" targetSHA256="42421f5275c85747465d1cf7146dcfb0eac0a97eef18e55106b9b80159aae443"/>
  <unit id="U02459" pack="P051" kind="paragraph" targetSHA256="6a89fdc14937a5e4e4dc687eaa84d316802c15558e96579227114a4479bb9ccc"/>
  <unit id="U02460" pack="P051" kind="paragraph" targetSHA256="16769daf357e7c353f83e6b7a350eb7d4eae2ca8902c80c957e6da5d031eac42"/>
  <unit id="U02461" pack="P051" kind="paragraph" targetSHA256="48eb21fae1c50e31e76226e61039e07c51c92f59a03ac197eb0ae66562b306d6"/>
  <unit id="U02462" pack="P051" kind="heading" targetSHA256="307b7b1269f34e418646d2cb09219cf3361da1e409f3528b912bc45845fa63bd"/>
  <unit id="U02463" pack="P051" kind="heading" targetSHA256="e97ae456fd7b663e829210f95be936624f064bff3ce1da0d34ea521fc19f513b"/>
  <unit id="U02464" pack="P051" kind="paragraph" targetSHA256="49dbb76ecf2aef2839c76cf3c4012882b6c7c1f523c6550cfc41d01e8ece4091"/>
  <unit id="U02465" pack="P051" kind="paragraph" targetSHA256="4e4e669cef1510158f7ace824f46a046f4e6ea36a4c5e21c963f293eb9a9e10c"/>
  <unit id="U02466" pack="P051" kind="paragraph" targetSHA256="949c53033f94e0112c1be869906cea5901a3a0f2fb8cfc4376d16a1a5f98c20f"/>
  <unit id="U02467" pack="P051" kind="paragraph" targetSHA256="270ecfb32b28ab129fa0dd5da9ec1df82f529c88db54b6616b8b27dc5ed1d33b"/>
  <unit id="U02468" pack="P051" kind="paragraph" targetSHA256="b836255fba4b8c37e7978cdbc32fb809005950c607acb7742eec8d22d583fa46"/>
  <unit id="U02469" pack="P051" kind="paragraph" targetSHA256="e21e633a4f522a6df61f51158f6d2bc561bd3475c4f2f8b5163b00dd70f5d59a"/>
  <unit id="U02470" pack="P051" kind="heading" targetSHA256="307b7b1269f34e418646d2cb09219cf3361da1e409f3528b912bc45845fa63bd"/>
  <unit id="U02471" pack="P051" kind="paragraph" targetSHA256="0748b489c7c86a659a65848cf98989af73f7adfb7d75f1db72bf4eab5d83ce4d"/>
  <unit id="U02472" pack="P051" kind="paragraph" targetSHA256="51540c2e859e2842a1b2adea5f3ffa6526140f66ff6f28d404bd1ba97e1647fb"/>
  <unit id="U02473" pack="P051" kind="paragraph" targetSHA256="f1e5831aaf1fa3531481cea24b3cb097125c275d0b696121715630ec6f0b21fe"/>
  <unit id="U02474" pack="P051" kind="paragraph" targetSHA256="8065bd7ad303c0ba938086f6634096cd2e0909fd6ac92cbc251527cec4b7e3f2"/>
  <unit id="U02475" pack="P051" kind="paragraph" targetSHA256="15b5bffa7a18b145e5a25ff52cae3a390becd5841b91652ffb3cb6c907d0b6fd"/>
  <unit id="U02476" pack="P051" kind="paragraph" targetSHA256="253000a119610298dea71dcb75af7299197df16a4525e563570858030ac9ce2a"/>
  <unit id="U02477" pack="P051" kind="paragraph" targetSHA256="63196dbf2696069ac82229e14d8d92138b606e2d03b16b6c223a4a00d74e02f4"/>
  <unit id="U02478" pack="P051" kind="paragraph" targetSHA256="693594acc8e0e163e29e3b912962c0096deda1e382b9497b3c29a1c3cfec13eb"/>
  <unit id="U02479" pack="P051" kind="paragraph" targetSHA256="b5a8bbbec174b2b9b3e71fb6d23949a45dbc4705dde2e03681643c60a9810c55"/>
  <unit id="U02480" pack="P051" kind="paragraph" targetSHA256="1736a959c3766e7e04a71f1f7f21ce450032c368ebf2462f722c656abd91e9a8"/>
  <unit id="U02481" pack="P051" kind="paragraph" targetSHA256="e55ae31d4712f8d6edfad7f7eeae0f94af0bac42d2039bc2472791eae3f3d697"/>
  <unit id="U02482" pack="P052" kind="heading" targetSHA256="307b7b1269f34e418646d2cb09219cf3361da1e409f3528b912bc45845fa63bd"/>
  <unit id="U02483" pack="P052" kind="heading" targetSHA256="15f593d7a73fff373898161cbcf778e29e609df82417ae88af315511080e09f1"/>
  <unit id="U02484" pack="P052" kind="paragraph" targetSHA256="0e587e0c736bf41081d33b7b37c8644ac12316879f02245cc06795929de3f675"/>
  <unit id="U02485" pack="P052" kind="paragraph" targetSHA256="509ef5a7f56adf9e09006ff1ec9016183c2d08b125b275243ee310b7f3f7895d"/>
  <unit id="U02486" pack="P052" kind="paragraph" targetSHA256="fbf807e79d0e658af09d2325a472b6526cb952b0fe4c98689c04253ee8fe7783"/>
  <unit id="U02487" pack="P052" kind="paragraph" targetSHA256="f7f9f00fdbd38480603b56d448d2c5b8991ac143ce80c74d25bbdbce1055f6e2"/>
  <unit id="U02488" pack="P052" kind="heading" targetSHA256="8f199f37d76d0af03161b17a1065bc517949536c1efc130aa56f2985e507a6f5"/>
  <unit id="U02489" pack="P052" kind="paragraph" targetSHA256="57f79c565452b2bdebe57587b8c7896d65c9b7e27d6061f0f59d9a9c1992322e"/>
  <unit id="U02490" pack="P052" kind="paragraph" targetSHA256="423b7583ab424c102312fb07834a00b017e1a4fa0d15fc509d584ee416115623"/>
  <unit id="U02491" pack="P052" kind="paragraph" targetSHA256="635716feccc36746da8f6e46530eb1e89ddccfd57be40888328b8c2538701f60"/>
  <unit id="U02492" pack="P052" kind="paragraph" targetSHA256="739f5ff99b905ec82336e45a896af60d9284ee4cdbf1d1f835d4a517ba849176"/>
  <unit id="U02493" pack="P052" kind="paragraph" targetSHA256="1e230ed062c72587c7d6dd72787dc6ba6bcfeb5f98d14586cb9cf11b7e14ee2c"/>
  <unit id="U02494" pack="P052" kind="paragraph" targetSHA256="adf9a7c32ca0a22541fc8a6f8abd31e49b355231ed3fa4ac5f216e08a725c462"/>
  <unit id="U02495" pack="P052" kind="paragraph" targetSHA256="68bde6506547fc1873578f8b7c3c77bff82f9cd3ec494fb8e7fc05eb34b9c9f9"/>
  <unit id="U02496" pack="P052" kind="heading" targetSHA256="b057dcb07f1e34fcbffffb41ee15df39f994df7e5e75e34f23ffdb18bac21aef"/>
  <unit id="U02497" pack="P052" kind="heading" targetSHA256="f24a5ba50db41b8378624db5f4debbc3482c0482fa18b9272ffdb297998ed065"/>
  <unit id="U02498" pack="P052" kind="paragraph" targetSHA256="c58325b4879a31b884e49f498206b81ccd164b0bf1393b41fb005bc2cf891bd2"/>
  <unit id="U02499" pack="P052" kind="paragraph" targetSHA256="3239f4fd37b6ec792ae790b894cdcc7743e156f85703a3b2c243dc57d6c4cbee"/>
  <unit id="U02500" pack="P052" kind="paragraph" targetSHA256="e9f27f1aa5ff953a4b11a297b0d89f43cad28f5936bea377a0219868e3e1571f"/>
  <unit id="U02501" pack="P052" kind="paragraph" targetSHA256="4dcb702eb8e35f5b3fc7cbc7642811328f38b665a79157485b199854ee9eca66"/>
  <unit id="U02502" pack="P052" kind="paragraph" targetSHA256="59800233db96ce0b8fb335d248bc1e36e6945dd431871cac8616bbe246be536f"/>
  <unit id="U02503" pack="P052" kind="paragraph" targetSHA256="57b25ccc85451b4e510734257bd985c0230e809d122f7dcc5509815ece156153"/>
  <unit id="U02504" pack="P052" kind="paragraph" targetSHA256="d3ac068c1b10290ba9cee15d10747fec78d8a43b038182091fd2d632c4ec4312"/>
  <unit id="U02505" pack="P052" kind="paragraph" targetSHA256="4594b9014ed0107e544c389f66184d21741188061e5b4827db7def3abfa4dfea"/>
  <unit id="U02506" pack="P052" kind="paragraph" targetSHA256="b8a044eb7be2f15235dbeba532e89fd613122bae0180477e1d3dc479dd146da4"/>
  <unit id="U02507" pack="P052" kind="paragraph" targetSHA256="22489deecd81183ecabaf713c702d2f6aa41df6bc383ef500761caf16aa5c608"/>
  <unit id="U02508" pack="P052" kind="paragraph" targetSHA256="af2e8d233455f5a3ac5cb63b624f40b71bfd6e0ded3b919b405a569723cf036f"/>
  <unit id="U02509" pack="P052" kind="paragraph" targetSHA256="bf21068a6c682180a0830a05f4e836e7ca68bcf2f34a297eb341bdccce36307e"/>
  <unit id="U02510" pack="P052" kind="paragraph" targetSHA256="108cfd639cfaab85e53bce337398e2971cc473c88f2fe54ea1341fd3c5eb1ab9"/>
  <unit id="U02511" pack="P052" kind="paragraph" targetSHA256="80bef1fec40a96b163fe042742130f4661327072e0a81e362f8e97e745ec15a5"/>
  <unit id="U02512" pack="P052" kind="paragraph" targetSHA256="100541e19e4da30dd49afb05aa2431d68a6a1149d8a5130b8993e25251da1834"/>
  <unit id="U02513" pack="P052" kind="paragraph" targetSHA256="e31795d9ae3dbbf38528f06bc5dff0ffb61a1095fdcd2e403bde68fa6cbbc965"/>
  <unit id="U02514" pack="P052" kind="paragraph" targetSHA256="a17ef188672d2c1201e448e280f8f0a817815c8e81223a13342bd2001fc9c4f8"/>
  <unit id="U02515" pack="P052" kind="paragraph" targetSHA256="71f4558575c15c9dda6d9de752873a45a8447988f65f869614ba400a487ff72e"/>
  <unit id="U02516" pack="P052" kind="paragraph" targetSHA256="235e5cde693e22324aebe9ecb91849ba256b9c16fb729c9d819b694357f3aed1"/>
  <unit id="U02517" pack="P052" kind="paragraph" targetSHA256="771e280dcfe6cd451a4a6cbef7f4721bf25aca55b17a90bc76731f06ae94c82c"/>
  <unit id="U02518" pack="P052" kind="paragraph" targetSHA256="7df9ce3f89b4e5fd53d13c121d8d33419cfce5372b00e183ea4514f1d3af3785"/>
  <unit id="U02519" pack="P052" kind="paragraph" targetSHA256="aa30e6983820c66b772fb85a950a672fec99cd3b3ff21b7ed42dcf14a2490082"/>
  <unit id="U02520" pack="P052" kind="paragraph" targetSHA256="7404a3e05f9e107e6baae220d192992af7bec584a88e02ce0752987ba8d4d11c"/>
  <unit id="U02521" pack="P052" kind="paragraph" targetSHA256="ee0510500e73302583025b520cfcbd48ee028a9b225070feaa9b5b308d298ca2"/>
  <unit id="U02522" pack="P052" kind="paragraph" targetSHA256="7db5b90e4fe078514224aa5750abaa4e9097a7b13fa27da0d14ac89e3297b25c"/>
  <unit id="U02523" pack="P052" kind="paragraph" targetSHA256="6862df3183a6faef572d4f1d5907bb72ed01540d6ffee5cd9b091c9275a6865d"/>
  <unit id="U02524" pack="P052" kind="paragraph" targetSHA256="2433c97cbe9a4ae7d049f028abae726574b2de86cb64ec3217a81afa2629b3a3"/>
  <unit id="U02525" pack="P052" kind="heading" targetSHA256="3b9370ab4856f25adfe71c0740d63d15c8bc76e8beb7598587bcf82d120c1421"/>
  <unit id="U02526" pack="P052" kind="heading" targetSHA256="4a7e4a0e0c23f4dc1261a5eaf41d81d2ecb07f5ec02a83b4e2e5b0ac4f2053b4"/>
  <unit id="U02527" pack="P052" kind="paragraph" targetSHA256="a8ef0a9721cda007da12298cdb02c9659062e49cbd756bfc02564d6e099f25ab"/>
  <unit id="U02528" pack="P052" kind="paragraph" targetSHA256="3c2960c8c2e4de2f0e3d5b55b2e0dd51a8240d908901c73dc1f8ee1625a297e0"/>
  <unit id="U02529" pack="P052" kind="paragraph" targetSHA256="7b504e7eb7ebd8cb6897a67fa915eb9a38d459e19e2df734e28cff675aea5f9a"/>
  <unit id="U02530" pack="P052" kind="paragraph" targetSHA256="a7429cf86b8c5989b2fdd560a630371abfcfacf9aa3a3ae30c39e3edc41e83b8"/>
  <unit id="U02531" pack="P052" kind="paragraph" targetSHA256="2f350bd5a12d8af3ecec24ce246ce237ccb191d20eaae9625b5ebf0eef0bb5dc"/>
  <unit id="U02532" pack="P053" kind="heading" targetSHA256="99dc312b404035e0842532df4fbe9b33cebda0dbb197d5741742dd0ac05cfdca"/>
  <unit id="U02533" pack="P053" kind="paragraph" targetSHA256="93b35a65f07b94d3da72a3f0010e9be2fd09f8bf7606116c00e8c2519a24d5e1"/>
  <unit id="U02534" pack="P053" kind="paragraph" targetSHA256="b11cd592df8eed49ca7be1b130cc9995f6189913f8aba87f258a8eaa66d9ce45"/>
  <unit id="U02535" pack="P053" kind="paragraph" targetSHA256="1a262fc2f592cb7a76b6449f33564b580885bd5790529d455359440db62961f7"/>
  <unit id="U02536" pack="P053" kind="paragraph" targetSHA256="ecdb59633bc17376c83cc2b1c522d8b35847e886c357a0963a969d74b1f2db57"/>
  <unit id="U02537" pack="P053" kind="paragraph" targetSHA256="f62b140525434fceaa62e6dca503bd47365b29e5da79294cb3d6d255173ca413"/>
  <unit id="U02538" pack="P053" kind="paragraph" targetSHA256="ee4dc7bee1562f4a02217c7aa9266fddbe4ac8a9325a410d7f08b9ceaebe44dc"/>
  <unit id="U02539" pack="P053" kind="paragraph" targetSHA256="3460b44e5fd3a813328a9cc097ce2dbfebba152932d44fac4c16248864970463"/>
  <unit id="U02540" pack="P053" kind="paragraph" targetSHA256="4214010745e014f04f6980ef43948151f10572ba784b301aabbf32802c750a29"/>
  <unit id="U02541" pack="P053" kind="paragraph" targetSHA256="da8184034f50e5eb16af4b87a2d182285d1b139082d90988b05941d71e2126b3"/>
  <unit id="U02542" pack="P053" kind="paragraph" targetSHA256="853c6e7dece4f99ed441731b2b038b9e9fc2a7c627d0b3b0f014dd70b6c8dd96"/>
  <unit id="U02543" pack="P053" kind="paragraph" targetSHA256="7d3de1ad650597daea76437d29e66a01c6f8b50b3ea44ee1ac5c5f35685c9c0c"/>
  <unit id="U02544" pack="P053" kind="paragraph" targetSHA256="4d3e9fd1cc6ec887e702094a965d214212041ce489ca0e88bf3b9936703196be"/>
  <unit id="U02545" pack="P053" kind="paragraph" targetSHA256="c81e4d733d7fa2acb01b7fe6e1605b1d87d92f3c642accd5e5a24e3a873deffb"/>
  <unit id="U02546" pack="P053" kind="paragraph" targetSHA256="e2a153fc49ea8e87ed94b850ac84e7f7040b394b29e5ecd981c9c5b59e907ba6"/>
  <unit id="U02547" pack="P053" kind="paragraph" targetSHA256="a9554690aa4a94ab4adf21f382dcc0e930270002e819b6455398c38716ec2e80"/>
  <unit id="U02548" pack="P053" kind="paragraph" targetSHA256="4a8ffba8c9771d0c1915dde037a6c31683c86ba8b0a5ee7b0c5933748ee9ba36"/>
  <unit id="U02549" pack="P053" kind="paragraph" targetSHA256="70c158c6dd3d74d434fad2061ccdcf85f9116c79fe57869a694182fdd4d475c8"/>
  <unit id="U02550" pack="P053" kind="paragraph" targetSHA256="8f9794ec973417ad81ed24f5567cd4bad1c85946bac026f496f893ad73c976f6"/>
  <unit id="U02551" pack="P053" kind="paragraph" targetSHA256="b1f3436caa9829b7d5b7a50c1305b9187ec247a0bdad99f8882474fe3e4bc1de"/>
  <unit id="U02552" pack="P053" kind="paragraph" targetSHA256="f5bdc5850d2a560b896be7cc6a3be14d133b88105fc7d66e3b93f20a406f3fe0"/>
  <unit id="U02553" pack="P053" kind="paragraph" targetSHA256="1680f8510da28c17598c97a4e066fd0c239fc4193e3761c0287ec8815d0bc90f"/>
  <unit id="U02554" pack="P053" kind="paragraph" targetSHA256="f423a59cdd1177b9a6edf7bb27477fa67e836211941802352c9b7705c0e7a27d"/>
  <unit id="U02555" pack="P053" kind="paragraph" targetSHA256="ec45ac88bc3bb8d0eeb95776b65df8fee5e44d9c077e1d247123d846abf0af25"/>
  <unit id="U02556" pack="P053" kind="paragraph" targetSHA256="2f42527e8100e1fd3bda05ae393698c8bdd3db0fa316329ec22102b45f576ec5"/>
  <unit id="U02557" pack="P053" kind="paragraph" targetSHA256="d23c6153d452c43d6985585f796ce31d3950caf75262c8fba2cd94b8eb3d0bdc"/>
  <unit id="U02558" pack="P053" kind="paragraph" targetSHA256="9c681ce240878a86dfa7fde3bdaa3ecc4e3bb7a94c29fd6d3a33592eb2de1d1d"/>
  <unit id="U02559" pack="P053" kind="paragraph" targetSHA256="bf15612a0db971164259d9519f79b6542a7f516ddaf4e1baa1e2e6e49dea14b1"/>
  <unit id="U02560" pack="P053" kind="heading" targetSHA256="4bc43be05a3073e57ec80a5527ef3433336b45ba678fb8f1bd3623fc9a8bee05"/>
  <unit id="U02561" pack="P053" kind="paragraph" targetSHA256="d649a3aeb3c01869d453321178d5acd0e8b69d94fc90ccd312c48729f7ef0858"/>
  <unit id="U02562" pack="P053" kind="paragraph" targetSHA256="cd555f0f7f06ab3e31da99a0b9b8a90726b456ed88dd2addde1b2ca4b7b5f776"/>
  <unit id="U02563" pack="P053" kind="paragraph" targetSHA256="53d4dfea8d313da57684c21e26b5f6322c91ec002e43401d8a5a08c076ec8645"/>
  <unit id="U02564" pack="P053" kind="paragraph" targetSHA256="2ff90b09e8fbbfafe91fcd396bebed1b470dd21fab5101699960252fe451616d"/>
  <unit id="U02565" pack="P053" kind="paragraph" targetSHA256="35230e3562ae4dd6764226dbbd1076cacd5709578030ab4617793bcc80d8cbc6"/>
  <unit id="U02566" pack="P053" kind="paragraph" targetSHA256="1d47c899e65c52c5845d60c3c960f2d7662f6cb149dbe99c7941ed1538f6800f"/>
  <unit id="U02567" pack="P053" kind="paragraph" targetSHA256="e0274ef6a23e9b99766849f838daed14cebc31204b20a5334361873e56d8a904"/>
  <unit id="U02568" pack="P053" kind="paragraph" targetSHA256="55223fdb60b81d8e532d31bcd9a13187383c3975378810a74512f328ff233665"/>
  <unit id="U02569" pack="P053" kind="paragraph" targetSHA256="d7c696610a41041bd6d3512651608e22857a09e890dad1e0b62a09e0a91775a6"/>
  <unit id="U02570" pack="P053" kind="paragraph" targetSHA256="24b8d9c8bbba92d360309601b703d1a6adf6bbe2904c2db6848f8e8990d7b8b4"/>
  <unit id="U02571" pack="P053" kind="paragraph" targetSHA256="d1ff6e2cb57c4fa4c036c5c3acff5a4897338e1606a4ff621416309f8999312f"/>
  <unit id="U02572" pack="P053" kind="paragraph" targetSHA256="d7caacbe793c3a529d57a29087a22e44cdd83d396ffe4be8e433cd083d752a01"/>
  <unit id="U02573" pack="P053" kind="paragraph" targetSHA256="65055737564f538c53fe855bccc081a2bd06b0e342c7e45fe073c4aa85038c31"/>
  <unit id="U02574" pack="P053" kind="paragraph" targetSHA256="40dba8f9d67af393e371c09ed0db0ec9e6abdef8c696ce0979ddec67e26f2ac9"/>
  <unit id="U02575" pack="P054" kind="heading" targetSHA256="3c60c3975c5dbecc7ce040df0d06f79c7ffb31cbf79248f3075190c32c583520"/>
  <unit id="U02576" pack="P054" kind="heading" targetSHA256="2023044f261d6cb69486368005287fe74530aa1f71a6daf896b2bd492a6ff6dc"/>
  <unit id="U02577" pack="P054" kind="paragraph" targetSHA256="0dd2e7a88149b9ade040a1b786e78da88b1cb7c154763d7167c9a4941e640976"/>
  <unit id="U02578" pack="P054" kind="paragraph" targetSHA256="320418346b36a533bc4ddcbc856ac5beaa7eda20bee3005ce95d841b5ea4dd23"/>
  <unit id="U02579" pack="P054" kind="paragraph" targetSHA256="ba5037186810f0deeec44698ede5e7216540a99c9d20a9b0e6c67bfbae1bac9f"/>
  <unit id="U02580" pack="P054" kind="paragraph" targetSHA256="134a998f3492e09544de375fb80b517504c651740884e7b55772bb51f19c7868"/>
  <unit id="U02581" pack="P054" kind="paragraph" targetSHA256="5f6c11d0d8f49b87af75cf24036c4942211fbddd8bdd57d2335b15024a16ae9b"/>
  <unit id="U02582" pack="P054" kind="paragraph" targetSHA256="6374780b42f3aa7af26e00bc944dc8f07eac4390e2b48fc89bb3f6ed996fc09b"/>
  <unit id="U02583" pack="P054" kind="paragraph" targetSHA256="145c863fa5fc4994c8b24f171148e926fd20770d02717372ca2c4fee56bb3069"/>
  <unit id="U02584" pack="P054" kind="paragraph" targetSHA256="6bf64677c62a7fd4e6a60b74baf9924c517ffeedae78f1e2d6b36fdb1760f182"/>
  <unit id="U02585" pack="P054" kind="paragraph" targetSHA256="6dd47485acc41ab3818a173342f301fad6dcef755d7ea7395164faf959fd339f"/>
  <unit id="U02586" pack="P054" kind="paragraph" targetSHA256="9b22b4a734b05c5481596ae4267f1cf4257a7753e1a9fd0897bc4a2c185cf4db"/>
  <unit id="U02587" pack="P054" kind="paragraph" targetSHA256="55c33e3b490d2a8f147e4ddb5f07a798c545cdb62bc9637a80e78754babc62a6"/>
  <unit id="U02588" pack="P054" kind="paragraph" targetSHA256="c4f0b56a351b989169defba9819aaa2b60a8e9cc028de773342d5095d5e19426"/>
  <unit id="U02589" pack="P054" kind="paragraph" targetSHA256="cd099dd2b4bb883d7492af3f122cf146fbdcdf9296c4f2ef0896747cba66053c"/>
  <unit id="U02590" pack="P054" kind="paragraph" targetSHA256="aa2b8cdd8a013d92e7f483deaf70eb7ff79812cdc3ae8ec8135ceb8e0814c9fb"/>
  <unit id="U02591" pack="P054" kind="paragraph" targetSHA256="0d8b50c3b8f6982e352b39d9f24f2f5456c6b57e0803978b7785df4e126e1d59"/>
  <unit id="U02592" pack="P054" kind="paragraph" targetSHA256="1c3b927b965d19b2b0ffbbd4ce55336ff511ff766ee682de7edcb7045cbe14e6"/>
  <unit id="U02593" pack="P054" kind="paragraph" targetSHA256="0dbe536f3ce3075632d50c281c775ba6fa55e8c1a2aeff61b5dd5fad2fbb036d"/>
  <unit id="U02594" pack="P054" kind="paragraph" targetSHA256="dcaf0d09af4c8792729225381efec301e92cc6ef131232a1fa5b44ebdb429162"/>
  <unit id="U02595" pack="P054" kind="paragraph" targetSHA256="03ff5c511f9792f0fb0fce9d7b4d690f54728c5cf8e882b9f4f30cad629f4038"/>
  <unit id="U02596" pack="P054" kind="paragraph" targetSHA256="cca29b57a65c5e50233a0a73c94445bc2d800858f8a90f5e13491e551af27a48"/>
  <unit id="U02597" pack="P054" kind="paragraph" targetSHA256="424f98f740f3f340a142fa38b1fdc66f5fd3376ffc5b015c6b308d9d0b9f76a5"/>
  <unit id="U02598" pack="P054" kind="paragraph" targetSHA256="ede18420f248c2c0a3fba9e6f2227cbb9f567846e93c0c45ffa1e632765e02ac"/>
  <unit id="U02599" pack="P054" kind="paragraph" targetSHA256="e8774881f272e4b3b0b7b8baf96764e80366a443f073d02e92a83c4994a27cda"/>
  <unit id="U02600" pack="P054" kind="paragraph" targetSHA256="dba8be7f9341f354edd6486ec5ccee12cc527384c494b3f35e98a214a3c4ea3b"/>
  <unit id="U02601" pack="P054" kind="paragraph" targetSHA256="0770fa82bd98a3a7d5f726bc7a193ce822587d7a786ea25786e04574cdff364d"/>
  <unit id="U02602" pack="P054" kind="heading" targetSHA256="7b676dae0b02a5a4c77098445d1591d6d5ba50d5576db2ccf079c58c3c41a3b6"/>
  <unit id="U02603" pack="P054" kind="paragraph" targetSHA256="b899983954cca05f9cfc517dd3cd64e6fc4684c027c05510835758099efcd4f1"/>
  <unit id="U02604" pack="P054" kind="paragraph" targetSHA256="fc3c9976120b41a9ab6676dfaadc14f1832cafa14505fab0618d794475d9e1ef"/>
  <unit id="U02605" pack="P054" kind="heading" targetSHA256="b57afb2b33964f53c792eb118c9de40b92c89b7039db564218214f79aae603b1"/>
  <unit id="U02606" pack="P054" kind="paragraph" targetSHA256="dff6df5e3e348e5f560448b4497959fb5d8e676120bf418b8adc9fafbcc6c119"/>
  <unit id="U02607" pack="P054" kind="paragraph" targetSHA256="7a8113ea8b7b06e796e6d5f673fa47e8be58458efc26484dba36ad23f490f24f"/>
  <unit id="U02608" pack="P054" kind="paragraph" targetSHA256="234dc8c82b229061a641de574d97fe7dce206ac1c52c5c63e7d8b66cdcf30179"/>
  <unit id="U02609" pack="P054" kind="paragraph" targetSHA256="03c577a30c42da18528107216a4464e827a133ec7386393acaf70fd103c29974"/>
  <unit id="U02610" pack="P054" kind="paragraph" targetSHA256="d6e3f19ca6533e1f5674f215130149ed34aef04805dfbc9c479be6dd4dcbec49"/>
  <unit id="U02611" pack="P054" kind="paragraph" targetSHA256="1aa8d21231a11ab59681532b548d094b2eec7ed3e3096d4ba9657e7e5e62d59b"/>
  <unit id="U02612" pack="P054" kind="heading" targetSHA256="d51681745aee1c3458748beea063d3e6bab9a361e4ba4b91a9c2995321ed687b"/>
  <unit id="U02613" pack="P054" kind="paragraph" targetSHA256="fb0d264976c18e409ba34fc36fba4c24bed3370d7fea1de889631dd1a6c9a9f5"/>
  <unit id="U02614" pack="P054" kind="paragraph" targetSHA256="d48e10db96ec8234932f2f3b2aeb361d69730f97c76e8938ac4ecd7d678babbe"/>
  <unit id="U02615" pack="P054" kind="paragraph" targetSHA256="cf09cd8d2e2bc56f92250907b879a5014ac700e846fb9f148ffd34bba721fdcf"/>
  <unit id="U02616" pack="P054" kind="paragraph" targetSHA256="00e813240dcdb109f4960d38b0645d327ebc3ef736dc538149950bd60977bd23"/>
  <unit id="U02617" pack="P054" kind="heading" targetSHA256="48843056bad21d5dbed36ea3f8e16e8820ff20861bf838b34b2762a12904618d"/>
  <unit id="U02618" pack="P054" kind="paragraph" targetSHA256="c749d6e0f90939313f610885f9bb799ef5caf2d123bf23a84dd13b9bf3dd8d8f"/>
  <unit id="U02619" pack="P054" kind="paragraph" targetSHA256="f95e0ed84bec5544f7829fc98393963d3663cb492edd930391c300bb10ee1ab8"/>
  <unit id="U02620" pack="P054" kind="paragraph" targetSHA256="469d15bbd13ca00c1ba1af49de1c5a5a0c8e17232a95285674f98747826b3efc"/>
  <unit id="U02621" pack="P054" kind="paragraph" targetSHA256="ff09fe1db71c48771c2fb54d06437d32f4e9b4c18949f2bf5f7c24319e5da18c"/>
  <unit id="U02622" pack="P054" kind="paragraph" targetSHA256="1c3ba670cf9389618e12b86e048dcc8d14e7c7c6b01ffc132d53425bcef98cf3"/>
  <unit id="U02623" pack="P054" kind="heading" targetSHA256="861e7ac4ba3070a316a86204a7273fe1c031b63d4cb560f61a67de32c70e7bba"/>
  <unit id="U02624" pack="P054" kind="paragraph" targetSHA256="da835636394a2e17798a60d4f2752ed77068f0e1a7ae3857a681fcaf08742e68"/>
  <unit id="U02625" pack="P054" kind="paragraph" targetSHA256="c32e68e2c5dd8c2b41f21725b35a6d0f1ae1d27d796b94fc4c61c627d62e4b1b"/>
  <unit id="U02626" pack="P054" kind="paragraph" targetSHA256="11cbea51bd5af720ec3965f3b3447dd04058de90ef1bb8ccc9ddb36df7e00728"/>
  <unit id="U02627" pack="P054" kind="heading" targetSHA256="dbd67895840ba37885e99d71b5b9135f5260e174bce7059f8060d3c50dc04655"/>
  <unit id="U02628" pack="P054" kind="paragraph" targetSHA256="c2e44df9430462212be22b725855c9ea6c102663ca3d17227a40fbb86d865705"/>
  <unit id="U02629" pack="P054" kind="paragraph" targetSHA256="d87cd0a5d385047c01b4546b423a5adc8c01e699eb8ef3d99a46a93b9062d6ec"/>
  <unit id="U02630" pack="P054" kind="paragraph" targetSHA256="91d09732d9cfeee5f9c5f74689a23d7ffe7df84911c426ee3ff6b7665207486d"/>
  <unit id="U02631" pack="P054" kind="paragraph" targetSHA256="2b79fa217f31c86e4ce7b9e9d39c2dd693ce712bee7636ad0c91c08fc37c0dff"/>
  <unit id="U02632" pack="P054" kind="paragraph" targetSHA256="ec36ae8b8a272f9bc142cd6bd569294d6a3e8f57947a447b25f25b76e137ae03"/>
  <unit id="U02633" pack="P054" kind="paragraph" targetSHA256="eb0e40c1379c35fd055f632f20066586c7e45de950f2e9ae8a872a427fe2f676"/>
  <unit id="U02634" pack="P054" kind="paragraph" targetSHA256="11589baaee11f06512b8da849331db7ab2b6e74056801a1710f31b7fc2ec451e"/>
  <unit id="U02635" pack="P054" kind="paragraph" targetSHA256="4294427da5c5e6aa067fc42bd023b4538bdd97c439bfa5efed2b0d3550990c21"/>
  <unit id="U02636" pack="P054" kind="paragraph" targetSHA256="9f7429779a137b475ea1b81fae4403a2fadbd9453b814fecb20d663a1ca3a5a6"/>
  <unit id="U02637" pack="P054" kind="paragraph" targetSHA256="95c24f645fa85f01c0fe73d2553554c6dd88b26ac5bcc9ee634c75970ffd690e"/>
  <unit id="U02638" pack="P054" kind="paragraph" targetSHA256="253011ebdffb8006cf50e2449d34608b1165ff571fca36e938e812786d8bb814"/>
  <unit id="U02639" pack="P055" kind="heading" targetSHA256="64dc3b67b8ca041ebc9fe17c17c7252e9a1be24a3aed8a1a13db7428b2f9e7dd"/>
  <unit id="U02640" pack="P055" kind="paragraph" targetSHA256="dacc689468584b4f6b5a7d549d0db9f4e914beeae294cad5eb35f95f4b1837b8"/>
  <unit id="U02641" pack="P055" kind="paragraph" targetSHA256="e5df147d987f267153fe8a44e7e6d967db4fc6567c469d29f7ce58aa4da0c034"/>
  <unit id="U02642" pack="P055" kind="paragraph" targetSHA256="47b5b3f1fdfab39d1ae08900c63913b41ac4fce072dfaee28c88dacf6683802a"/>
  <unit id="U02643" pack="P055" kind="paragraph" targetSHA256="6fea0dcfbcc8bd9bb8188c2d4808a00d5ca54fd67facb00222a63046e33d6ba7"/>
  <unit id="U02644" pack="P055" kind="paragraph" targetSHA256="dd9d5cd14f6482bd21bc1935313ce614dad74956e12a75b1b01da6f3dd0b2c0f"/>
  <unit id="U02645" pack="P055" kind="paragraph" targetSHA256="abc47dd90b6784401e3d948bc84e9bb4031848acec3868fab2d72a7480cfbca2"/>
  <unit id="U02646" pack="P055" kind="paragraph" targetSHA256="2965671ae2d450077f17f9f52660b63565104759013b101f90a5ec44de52ac51"/>
  <unit id="U02647" pack="P055" kind="paragraph" targetSHA256="d0e8079e05063572ca4a094c30abf7e95e1d7864854d165595c3f269fe217b1d"/>
  <unit id="U02648" pack="P055" kind="paragraph" targetSHA256="ac5cbf3e9baa89344ec0f74d27b4f0dfecfb5a50765a53239ce729c5c956becb"/>
  <unit id="U02649" pack="P055" kind="paragraph" targetSHA256="361edf64642ab03b27e34631d9ec0eda4057cfb84e4547cb2ec6cdfd51e43ae7"/>
  <unit id="U02650" pack="P055" kind="paragraph" targetSHA256="d0e0f4da22cd1b9bb3e236a58c533c228c3eba1a5449a7f046c531d1ad37f5fd"/>
  <unit id="U02651" pack="P055" kind="paragraph" targetSHA256="8546d91ff9b89f91b506a82d4dd4e8aed8a35efe032b078c9e3fb5799f8481db"/>
  <unit id="U02652" pack="P055" kind="paragraph" targetSHA256="57c6f317a89c14b72a9c0daa174eb40fd31b9ef33a1d849b4fc425c490b5eaa8"/>
  <unit id="U02653" pack="P055" kind="paragraph" targetSHA256="879f3cdf3fd62f04875c1e4ec6522a62aa0fc1da18fc9f704fcaef099bea5f16"/>
  <unit id="U02654" pack="P055" kind="paragraph" targetSHA256="adb2db3e72a86ad270bf07b4c630834430fc3098213a37a8674be4aa4a0b45b4"/>
  <unit id="U02655" pack="P055" kind="paragraph" targetSHA256="238c53013822e08a9a4fa15b6d882486099928d5f960ceedb5072f3cb33faef4"/>
  <unit id="U02656" pack="P055" kind="paragraph" targetSHA256="7a5060b0b25e2d9059398103a9cac648e1d14b3e8f70f18ec09674ec80e0a1af"/>
  <unit id="U02657" pack="P055" kind="paragraph" targetSHA256="03a8df743331ac824950fa4fe0b8f62dc725146b29ca6e2255c9595f74a7ee8c"/>
  <unit id="U02658" pack="P055" kind="paragraph" targetSHA256="ee5b48f4b5727e819367bcd8f8ed163fb2ac7174736365d2396cccf318bd8a9c"/>
  <unit id="U02659" pack="P055" kind="paragraph" targetSHA256="6ca0df0d0a787ddd233513c940c995c6e3b2317a388e8aab5dedc4cd27771d9c"/>
  <unit id="U02660" pack="P055" kind="heading" targetSHA256="d5d9b222551e14a30f7bdb0101776c55f9da6cb3a36029a63f7c2bbd25d0b627"/>
  <unit id="U02661" pack="P055" kind="paragraph" targetSHA256="dcb5251779f44f85150bc675d6a894ed766c22f802a218dfd43755b761aa70d8"/>
  <unit id="U02662" pack="P055" kind="paragraph" targetSHA256="292c2d2f54f1cee6a36b4cc6d91ab014089de1597afa9d4339842dd041ac07d7"/>
  <unit id="U02663" pack="P055" kind="paragraph" targetSHA256="fbd08048a6751691c0d3df16bdb77dfcd505a192d2496dd1ef8b20737de8a37b"/>
  <unit id="U02664" pack="P055" kind="paragraph" targetSHA256="bd2d765fb31dea04ffd20871cbe737613731113ee9cf89f62faae0af24a873e4"/>
  <unit id="U02665" pack="P055" kind="paragraph" targetSHA256="a1991b7bc5296b238b9f64ad61df50515a9efe4e7a6b268becdeb1526826e60e"/>
  <unit id="U02666" pack="P055" kind="paragraph" targetSHA256="fe0620f487847b2bc67eae66fa66a975bc62fc32c1d0c2c97aad8970e9e9ddeb"/>
  <unit id="U02667" pack="P055" kind="heading" targetSHA256="50980d9e4d686adcbeb01313f30eae7d9b6e1e82b5014c034771f8187d225249"/>
  <unit id="U02668" pack="P055" kind="paragraph" targetSHA256="b8c93c82339cd96b6d39dbfb370d0a7c07ff31cdcf23b87b84ca37fa665c6afe"/>
  <unit id="U02669" pack="P055" kind="paragraph" targetSHA256="bc1266795dbf08861e52611da08bc5ae0e7c7866bcb8f22cb2e0426caedb2689"/>
  <unit id="U02670" pack="P055" kind="paragraph" targetSHA256="abd767d9a608d053c8b64991fce40aeb489f15eecad53080a61a0fec9de800b6"/>
  <unit id="U02671" pack="P055" kind="paragraph" targetSHA256="43696fa69f132f754ad11f96a601f9ab6e15517285be1ada282b785caea7d039"/>
  <unit id="U02672" pack="P055" kind="paragraph" targetSHA256="662e36c87f75ab55eb92cd481d00ae79080c4186528563d6cdb0ce8ee764b545"/>
  <unit id="U02673" pack="P055" kind="paragraph" targetSHA256="67e1d7e81a4878db24108f6ce9f1fa78c4df4283a446ced6320e1107724ab1f3"/>
  <unit id="U02674" pack="P055" kind="paragraph" targetSHA256="d7cf9eabcbc4ff09126472774a54297a4130b018b248f5dd3ad206c280b38a44"/>
  <unit id="U02675" pack="P055" kind="paragraph" targetSHA256="a09f4fc57d310bfcdf6f376e73c07dfbdc680bf1f2dcaeaedd6a8462f118bbb2"/>
  <unit id="U02676" pack="P055" kind="paragraph" targetSHA256="bd6b4cb610ff9c29519a2c5306734a09b51897fb3cead9506ec1cfa3b5a8d46a"/>
  <unit id="U02677" pack="P055" kind="paragraph" targetSHA256="163c56f94bad94bb7884e9dc29cb5d00dcca276684b941984367ffd6541a155a"/>
  <unit id="U02678" pack="P055" kind="paragraph" targetSHA256="a0da6892fb40f3b023d53af108d4315b216d06d7f7c5e990bd48de25c2a7e6c3"/>
  <unit id="U02679" pack="P055" kind="paragraph" targetSHA256="d55de30a2ee0930be718b3ccdf871af0d8c1f18932b2585b5bd8518900e775ec"/>
  <unit id="U02680" pack="P055" kind="paragraph" targetSHA256="20435433e56de3a89761ac35d065bf546e7a907129611b6c91314393f8860ae8"/>
  <unit id="U02681" pack="P055" kind="paragraph" targetSHA256="77b71dc2670086ef5ba7f3a3a161e815a5c52e1d3858cab9b32627640b65e914"/>
  <unit id="U02682" pack="P055" kind="paragraph" targetSHA256="19e19241b924411ece08821ebeb959b69c4fc900b72d34603bb1c8cb2d4f295b"/>
  <unit id="U02683" pack="P055" kind="paragraph" targetSHA256="9154fff92d6e15df97260edb974c5abc5269a1346660926b0e6ce495506fb52c"/>
  <unit id="U02684" pack="P055" kind="paragraph" targetSHA256="7486601110905c207bec72f3fd1b7692f999a7cee71f49d5b4e12f51781147a5"/>
  <unit id="U02685" pack="P055" kind="heading" targetSHA256="307b7b1269f34e418646d2cb09219cf3361da1e409f3528b912bc45845fa63bd"/>
  <unit id="U02686" pack="P055" kind="heading" targetSHA256="6a85bb0ff5d80f2491c1604b0ea00c81bd142da742079a3258fcdb6d0e54c502"/>
  <unit id="U02687" pack="P055" kind="paragraph" targetSHA256="c55634b335e2a17c5daaef9a233eededd8a937e11d5597ffe6f958040f43c9bd"/>
  <unit id="U02688" pack="P055" kind="paragraph" targetSHA256="63d5259d841851023e086a7b2f56e839a282682aad2a4e0d84c9aad9425c1659"/>
  <unit id="U02689" pack="P055" kind="paragraph" targetSHA256="ed8d480630720eef50ef379d8d37a3d43daefeafdbaf4fbed645803e4f82b1e5"/>
  <unit id="U02690" pack="P055" kind="paragraph" targetSHA256="e3c60d755d03636d7039fe443d3221360af974edd49bfaa183392c10ed359fca"/>
  <unit id="U02691" pack="P055" kind="paragraph" targetSHA256="3237dfaaf5fbed684a7eaba1f6b3220696994b8baf905adc65fdfc51064c5f9d"/>
  <unit id="U02692" pack="P055" kind="paragraph" targetSHA256="5e612e06da99936ad86b08bc77f33a14c5de764df76179eb817116bab5c12f4d"/>
  <unit id="U02693" pack="P055" kind="paragraph" targetSHA256="4ceb5b799726ae8f16af95ccffeb1ffb19614257c76daa7ba5aa3b8b7b13225d"/>
  <unit id="U02694" pack="P055" kind="paragraph" targetSHA256="6c97e46324f73770396a5680509fdaec71c03ccac2e75373a34966ed3a278a68"/>
  <unit id="U02695" pack="P055" kind="paragraph" targetSHA256="d5e24b31ee15644d96593c8ad76e388e3eea7c6918a4a01c5c17bd895c7c587e"/>
  <unit id="U02696" pack="P055" kind="paragraph" targetSHA256="67fd1d8584f01827e3fb8020154fd6117e2df31358d753ea88a183d0bd1d451f"/>
  <unit id="U02697" pack="P055" kind="paragraph" targetSHA256="3220babc705d46da25ea11e4d9b73d7bbe348b46d72ad660cbf1d8410b2d58fb"/>
  <unit id="U02698" pack="P056" kind="heading" targetSHA256="631434834ec11e80f73ce8222fb72e27293c1b4736cdba1aa2278f1eb2853604"/>
  <unit id="U02699" pack="P056" kind="heading" targetSHA256="d488a61801ba4fd4aaedc14d3acbceb1b3e13325b7ae4113a0f6448b2baee3b0"/>
  <unit id="U02700" pack="P056" kind="paragraph" targetSHA256="654c984fbca34aea4f73df6ce70877f701135370b92f245992d36a2e5ec5b4ef"/>
  <unit id="U02701" pack="P056" kind="paragraph" targetSHA256="5393998bf1949da3755aeae4a4603f7fc7e4aa8bf3127b6bb35f0d2268236e87"/>
  <unit id="U02702" pack="P056" kind="paragraph" targetSHA256="41f30429fe748454dc6701d801bff8f88ada573d2948bd7f2c614950697cb898"/>
  <unit id="U02703" pack="P056" kind="paragraph" targetSHA256="39d246985222c2b064e8f466aa324b4986003c7a99060f089e1267fcd6e7a511"/>
  <unit id="U02704" pack="P056" kind="paragraph" targetSHA256="3d8fc6c1c641a1ae499485af0c9ce1d00b317c069e849e5fbe106dd232583a3d"/>
  <unit id="U02705" pack="P056" kind="paragraph" targetSHA256="40eef910cc4d8cb31389f9a54864e85abfa634df911d56f2f866f0f62dd4ba0c"/>
  <unit id="U02706" pack="P056" kind="paragraph" targetSHA256="c990e5916b43375f49e9eb3b7e931fe3c3b6396f419e32be182e44bb2870e9f7"/>
  <unit id="U02707" pack="P056" kind="paragraph" targetSHA256="0233de4ae88e4f5d016cfb764dd0cb6cada9d78fd6e6222f58945bdd3b3d6e13"/>
  <unit id="U02708" pack="P056" kind="paragraph" targetSHA256="f41c1fad45e24f8021f15d796dd85b610a3016dd4b722f3125780c0439851e8b"/>
  <unit id="U02709" pack="P056" kind="paragraph" targetSHA256="a61934d1e86e2c89ab241c2e14cbbda88e1e9524c170e29b656bd9bcadaadc66"/>
  <unit id="U02710" pack="P056" kind="paragraph" targetSHA256="09d5f5a79c94fc7e5158c94a2c070565cfdcb816d69daae6a36e6ef81a705c05"/>
  <unit id="U02711" pack="P056" kind="paragraph" targetSHA256="929407ce6d86f3419a81b29c82c8fce43ebd4727602525b74088c3e9da5ae691"/>
  <unit id="U02712" pack="P056" kind="paragraph" targetSHA256="836ae375b951a1c1050e8c8ed2372ac84891e5535ac5ff74ca0eb0f3d8a8676f"/>
  <unit id="U02713" pack="P056" kind="paragraph" targetSHA256="cec8b1772917608672f04d9d070c275488541102cd2be3c6a725641655963285"/>
  <unit id="U02714" pack="P056" kind="heading" targetSHA256="455342203fe8dcfc270f84c131257005dda2d8be393445af818de00448023a46"/>
  <unit id="U02715" pack="P056" kind="paragraph" targetSHA256="6ffe3a90c6b923bb3d9853dfbf1d47aff4aea29008ef61b4cb49727add1ae68d"/>
  <unit id="U02716" pack="P056" kind="paragraph" targetSHA256="dfb837e7f3a0b9d05cd35371607bcab13dd2f285a441f5e0fde6f0bbb15e5e88"/>
  <unit id="U02717" pack="P056" kind="paragraph" targetSHA256="03365b0a82499a539662d2ebeaed019ca3c23b55e4bb474b7b27e974f6866899"/>
  <unit id="U02718" pack="P056" kind="paragraph" targetSHA256="659466e54f8a76eefbfeb1478a64104ad6528738af0d2518df55a515d56dabcf"/>
  <unit id="U02719" pack="P056" kind="paragraph" targetSHA256="2d835d38c89e040d34b48dd54da380f86b2cb8c8e4e158b15f7f9d6a414c0793"/>
  <unit id="U02720" pack="P056" kind="paragraph" targetSHA256="fb07c5017db37f38183ea52920a7535a3a03fd1769671c593139c7dbf4d953ec"/>
  <unit id="U02721" pack="P056" kind="heading" targetSHA256="dfb927167baf73375fcfc97c4d97397217feedb7434b9c41939b9f25f3091059"/>
  <unit id="U02722" pack="P056" kind="paragraph" targetSHA256="0d468b3ec8882bfd541ba7ab1b65f837a7ca90b2908a7e6977e31a71da5b337e"/>
  <unit id="U02723" pack="P056" kind="heading" targetSHA256="e0e9dff2f11c0bba4db14df0cb610d5947c43a3b1b048e74db86d330545337ba"/>
  <unit id="U02724" pack="P056" kind="paragraph" targetSHA256="3c3dabfb63e8bd10cd03ed9ce092f9d459d84360c8a41c94c850da1542e4dfa2"/>
  <unit id="U02725" pack="P056" kind="paragraph" targetSHA256="d5b2b2b4acba14ebafd8469056807938121e22c4317a48180f9e352c873a29a6"/>
  <unit id="U02726" pack="P056" kind="heading" targetSHA256="19036b78d19366bb5de1b1886cf2c8008ac7ab5fe94256bef191f35086eb1516"/>
  <unit id="U02727" pack="P056" kind="heading" targetSHA256="1d4cce6515286822eccd931e67a70b324f3539e95abfd416f232a7ab85412295"/>
  <note id="F000" wordID="1" owner="U00096" sourceMarker="Hâşiye"/>
  <note id="F001" wordID="2" owner="U00158" sourceMarker=""/>
  <note id="F002" wordID="3" owner="U00160" sourceMarker=""/>
  <note id="F003" wordID="4" owner="U00199" sourceMarker=""/>
  <note id="F004" wordID="5" owner="U00223" sourceMarker=""/>
  <note id="F005" wordID="6" owner="U00231" sourceMarker=""/>
  <note id="F006" wordID="7" owner="U00232" sourceMarker="Hâşiye"/>
  <note id="F007" wordID="8" owner="U00373" sourceMarker=""/>
  <note id="F008" wordID="9" owner="U00600" sourceMarker="Hâşiye"/>
  <note id="F009" wordID="10" owner="U00676" sourceMarker="Hâşiye"/>
  <note id="F010" wordID="11" owner="U00692" sourceMarker="Hâşiye"/>
  <note id="F011" wordID="12" owner="U00700" sourceMarker="Hâşiye"/>
  <note id="F012" wordID="13" owner="U00733" sourceMarker=""/>
  <note id="F013" wordID="14" owner="U00853" sourceMarker="Hâşiye"/>
  <note id="F014" wordID="15" owner="U00963" sourceMarker="Hâşiye"/>
  <note id="F015" wordID="16" owner="U00977" sourceMarker="Hâşiye"/>
  <note id="F016" wordID="17" owner="U00984" sourceMarker="Hâşiye"/>
  <note id="F017" wordID="18" owner="U00984" sourceMarker="Hâşiye"/>
  <note id="F018" wordID="19" owner="U00987" sourceMarker="Hâşiye"/>
  <note id="F019" wordID="20" owner="U00991" sourceMarker="Hâşiye"/>
  <note id="F020" wordID="21" owner="U01008" sourceMarker="Hâşiye"/>
  <note id="F021" wordID="22" owner="U01011" sourceMarker="Hâşiye"/>
  <note id="F022" wordID="23" owner="U01014" sourceMarker="Hâşiye"/>
  <note id="F023" wordID="24" owner="U01022" sourceMarker="Hâşiye"/>
  <note id="F024" wordID="25" owner="U01041" sourceMarker="Hâşiye"/>
  <note id="F025" wordID="26" owner="U01061" sourceMarker="Hâşiye"/>
  <note id="F026" wordID="27" owner="U01090" sourceMarker="Hâşiye"/>
  <note id="F027" wordID="28" owner="U01126" sourceMarker="Hâşiye"/>
  <note id="F028" wordID="29" owner="U01131" sourceMarker="Hâşiye"/>
  <note id="F029" wordID="30" owner="U01197" sourceMarker="Hâşiye"/>
  <note id="F030" wordID="31" owner="U01210" sourceMarker="Hâşiye"/>
  <note id="F031" wordID="32" owner="U01262" sourceMarker="Hâşiye"/>
  <note id="F032" wordID="33" owner="U01342" sourceMarker=""/>
  <note id="F033" wordID="34" owner="U01402" sourceMarker="Hâşiye"/>
  <note id="F034" wordID="35" owner="U01432" sourceMarker="Hâşiye"/>
  <note id="F035" wordID="36" owner="U01485" sourceMarker="Hâşiye"/>
  <note id="F036" wordID="37" owner="U01496" sourceMarker="Hâşiye"/>
  <note id="F037" wordID="38" owner="U01547" sourceMarker="Hâşiye"/>
  <note id="F038" wordID="39" owner="U01547" sourceMarker="Hâşiye"/>
  <note id="F039" wordID="40" owner="U01576" sourceMarker="Hâşiye"/>
  <note id="F040" wordID="41" owner="U01597" sourceMarker="Hâşiye"/>
  <note id="F041" wordID="42" owner="U01606" sourceMarker="Hâşiye"/>
  <note id="F042" wordID="43" owner="U01654" sourceMarker="Hâşiye"/>
  <note id="F043" wordID="44" owner="U01667" sourceMarker="Hâşiye"/>
  <note id="F044" wordID="45" owner="U01685" sourceMarker="Hâşiye"/>
  <note id="F045" wordID="46" owner="U01710" sourceMarker="Hâşiye"/>
  <note id="F046" wordID="47" owner="U01710" sourceMarker="Hâşiye"/>
  <note id="F047" wordID="48" owner="U01715" sourceMarker="Hâşiye"/>
  <note id="F048" wordID="49" owner="U01734" sourceMarker="Hâşiye"/>
  <note id="F049" wordID="50" owner="U01772" sourceMarker="Hâşiye"/>
  <note id="F050" wordID="51" owner="U01857" sourceMarker="Hâşiye"/>
  <note id="F051" wordID="52" owner="U01864" sourceMarker="Hâşiye"/>
  <note id="F052" wordID="53" owner="U01883" sourceMarker="Hâşiye"/>
  <note id="F053" wordID="54" owner="U01894" sourceMarker="Hâşiye"/>
  <note id="F054" wordID="55" owner="U01945" sourceMarker=""/>
  <note id="F055" wordID="56" owner="U01945" sourceMarker=""/>
  <note id="F056" wordID="57" owner="U01945" sourceMarker=""/>
  <note id="F057" wordID="58" owner="U01945" sourceMarker=""/>
  <note id="F058" wordID="59" owner="U01945" sourceMarker=""/>
  <note id="F059" wordID="60" owner="U01946" sourceMarker=""/>
  <note id="F060" wordID="61" owner="U01973" sourceMarker="Hâşiye"/>
  <note id="F061" wordID="62" owner="U02013" sourceMarker="Hâşiye"/>
  <note id="F062" wordID="63" owner="U02073" sourceMarker="Hâşiye"/>
  <note id="F063" wordID="64" owner="U02142" sourceMarker="Hâşiye"/>
  <note id="F064" wordID="65" owner="U02203" sourceMarker="Hâşiye"/>
  <note id="F065" wordID="66" owner="U02225" sourceMarker="Hâşiye"/>
  <note id="F066" wordID="67" owner="U02234" sourceMarker=""/>
  <note id="F067" wordID="68" owner="U02549"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闪光集</dc:title>
  <dc:subject>光明论集 中文译本 — 闪光集</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